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F66DBF" w14:paraId="6F952CE1" w14:textId="77777777">
        <w:trPr>
          <w:cantSplit/>
        </w:trPr>
        <w:tc>
          <w:tcPr>
            <w:tcW w:w="96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E59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DE70AC" w14:textId="77777777" w:rsidR="00F66DBF" w:rsidRDefault="00E549B7">
            <w:pPr>
              <w:keepNext/>
              <w:spacing w:after="0"/>
              <w:jc w:val="center"/>
            </w:pPr>
            <w:r>
              <w:rPr>
                <w:rFonts w:ascii="Arial" w:hAnsi="Arial"/>
                <w:b/>
                <w:sz w:val="24"/>
              </w:rPr>
              <w:t>EĞLENCELİ AYNALAR</w:t>
            </w:r>
            <w:r>
              <w:rPr>
                <w:rFonts w:ascii="Arial" w:hAnsi="Arial"/>
                <w:b/>
                <w:sz w:val="24"/>
              </w:rPr>
              <w:br/>
            </w:r>
            <w:proofErr w:type="spellStart"/>
            <w:r>
              <w:rPr>
                <w:rFonts w:ascii="Arial" w:hAnsi="Arial"/>
                <w:b/>
                <w:sz w:val="24"/>
              </w:rPr>
              <w:t>Etkileşimli</w:t>
            </w:r>
            <w:proofErr w:type="spellEnd"/>
            <w:r>
              <w:rPr>
                <w:rFonts w:ascii="Arial" w:hAnsi="Arial"/>
                <w:b/>
                <w:sz w:val="24"/>
              </w:rPr>
              <w:t xml:space="preserve"> Kitap Okuma </w:t>
            </w:r>
            <w:proofErr w:type="spellStart"/>
            <w:r>
              <w:rPr>
                <w:rFonts w:ascii="Arial" w:hAnsi="Arial"/>
                <w:b/>
                <w:sz w:val="24"/>
              </w:rPr>
              <w:t>Formu</w:t>
            </w:r>
            <w:proofErr w:type="spellEnd"/>
          </w:p>
        </w:tc>
      </w:tr>
    </w:tbl>
    <w:p w14:paraId="48E7AEFF" w14:textId="77777777" w:rsidR="00F66DBF" w:rsidRDefault="00E549B7">
      <w:pPr>
        <w:jc w:val="center"/>
      </w:pPr>
      <w:r>
        <w:rPr>
          <w:noProof/>
        </w:rPr>
        <w:drawing>
          <wp:inline distT="0" distB="0" distL="0" distR="0" wp14:anchorId="087BA34D" wp14:editId="0A346637">
            <wp:extent cx="835560" cy="118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yna-src-0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5560" cy="11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13ED4" w14:textId="77777777" w:rsidR="00F66DBF" w:rsidRDefault="00E549B7">
      <w:pPr>
        <w:jc w:val="center"/>
      </w:pPr>
      <w:r>
        <w:rPr>
          <w:b/>
        </w:rPr>
        <w:t xml:space="preserve">Kaynak: MEB • </w:t>
      </w:r>
      <w:proofErr w:type="spellStart"/>
      <w:r>
        <w:rPr>
          <w:b/>
        </w:rPr>
        <w:t>Kapsayıcı</w:t>
      </w:r>
      <w:proofErr w:type="spellEnd"/>
      <w:r>
        <w:rPr>
          <w:b/>
        </w:rPr>
        <w:t xml:space="preserve"> Erken </w:t>
      </w:r>
      <w:proofErr w:type="spellStart"/>
      <w:r>
        <w:rPr>
          <w:b/>
        </w:rPr>
        <w:t>Çocukluk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Eğitimi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Projesi</w:t>
      </w:r>
      <w:proofErr w:type="spellEnd"/>
    </w:p>
    <w:p w14:paraId="2B44552F" w14:textId="1ECC08A6" w:rsidR="00F66DBF" w:rsidRDefault="00E549B7">
      <w:pPr>
        <w:jc w:val="center"/>
      </w:pPr>
      <w:proofErr w:type="spellStart"/>
      <w:r>
        <w:rPr>
          <w:b/>
        </w:rPr>
        <w:t>Yaş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Grubu</w:t>
      </w:r>
      <w:proofErr w:type="spellEnd"/>
      <w:r>
        <w:rPr>
          <w:b/>
        </w:rPr>
        <w:t>: 48–</w:t>
      </w:r>
      <w:r w:rsidR="004406DD">
        <w:rPr>
          <w:b/>
        </w:rPr>
        <w:t>72</w:t>
      </w:r>
      <w:r>
        <w:rPr>
          <w:b/>
        </w:rPr>
        <w:t xml:space="preserve"> ay </w:t>
      </w:r>
    </w:p>
    <w:p w14:paraId="7784C3D0" w14:textId="77777777" w:rsidR="00F66DBF" w:rsidRDefault="00E549B7">
      <w:pPr>
        <w:jc w:val="center"/>
      </w:pPr>
      <w:proofErr w:type="spellStart"/>
      <w:r>
        <w:rPr>
          <w:b/>
        </w:rPr>
        <w:t>Hazırlayan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Annenin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Okulu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38"/>
        <w:gridCol w:w="7200"/>
      </w:tblGrid>
      <w:tr w:rsidR="00F66DBF" w14:paraId="5F141ECF" w14:textId="77777777">
        <w:trPr>
          <w:cantSplit/>
        </w:trPr>
        <w:tc>
          <w:tcPr>
            <w:tcW w:w="9638" w:type="dxa"/>
            <w:gridSpan w:val="2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DADAD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58F74D" w14:textId="77777777" w:rsidR="00F66DBF" w:rsidRDefault="00E549B7">
            <w:pPr>
              <w:keepNext/>
              <w:spacing w:after="0"/>
              <w:jc w:val="center"/>
            </w:pPr>
            <w:r>
              <w:rPr>
                <w:rFonts w:ascii="Arial" w:hAnsi="Arial"/>
                <w:b/>
                <w:sz w:val="24"/>
              </w:rPr>
              <w:t>HEDEF SÖZCÜKLER</w:t>
            </w:r>
          </w:p>
        </w:tc>
      </w:tr>
      <w:tr w:rsidR="00F66DBF" w14:paraId="0F1455AA" w14:textId="77777777">
        <w:trPr>
          <w:cantSplit/>
        </w:trPr>
        <w:tc>
          <w:tcPr>
            <w:tcW w:w="24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BE4D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EEE33D" w14:textId="77777777" w:rsidR="00F66DBF" w:rsidRDefault="00E549B7">
            <w:proofErr w:type="spellStart"/>
            <w:r>
              <w:rPr>
                <w:b/>
              </w:rPr>
              <w:t>Hedef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Sözcükler</w:t>
            </w:r>
            <w:proofErr w:type="spellEnd"/>
            <w:r>
              <w:rPr>
                <w:b/>
              </w:rPr>
              <w:br/>
              <w:t>(</w:t>
            </w:r>
            <w:proofErr w:type="spellStart"/>
            <w:r>
              <w:rPr>
                <w:b/>
              </w:rPr>
              <w:t>Sayfa</w:t>
            </w:r>
            <w:proofErr w:type="spellEnd"/>
            <w:r>
              <w:rPr>
                <w:b/>
              </w:rPr>
              <w:t xml:space="preserve"> No)</w:t>
            </w:r>
          </w:p>
        </w:tc>
        <w:tc>
          <w:tcPr>
            <w:tcW w:w="7200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BE4D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904E2F" w14:textId="77777777" w:rsidR="00F66DBF" w:rsidRDefault="00E549B7">
            <w:proofErr w:type="spellStart"/>
            <w:r>
              <w:rPr>
                <w:b/>
              </w:rPr>
              <w:t>Çocuk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Dostu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Terimlerle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Açıklanan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Anlamları</w:t>
            </w:r>
            <w:proofErr w:type="spellEnd"/>
          </w:p>
        </w:tc>
      </w:tr>
      <w:tr w:rsidR="00F66DBF" w14:paraId="0FE30A90" w14:textId="77777777">
        <w:trPr>
          <w:cantSplit/>
        </w:trPr>
        <w:tc>
          <w:tcPr>
            <w:tcW w:w="24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2CC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272683" w14:textId="77777777" w:rsidR="00F66DBF" w:rsidRDefault="00E549B7">
            <w:proofErr w:type="spellStart"/>
            <w:r>
              <w:rPr>
                <w:b/>
              </w:rPr>
              <w:t>Bilim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merkezi</w:t>
            </w:r>
            <w:proofErr w:type="spellEnd"/>
            <w:r>
              <w:rPr>
                <w:b/>
              </w:rPr>
              <w:br/>
              <w:t xml:space="preserve">(3–4. </w:t>
            </w:r>
            <w:proofErr w:type="spellStart"/>
            <w:r>
              <w:rPr>
                <w:b/>
              </w:rPr>
              <w:t>sayfalar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7200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FD3B91" w14:textId="77777777" w:rsidR="00F66DBF" w:rsidRDefault="00E549B7">
            <w:proofErr w:type="spellStart"/>
            <w:r>
              <w:t>Çeşitli</w:t>
            </w:r>
            <w:proofErr w:type="spellEnd"/>
            <w:r>
              <w:t xml:space="preserve"> </w:t>
            </w:r>
            <w:proofErr w:type="spellStart"/>
            <w:r>
              <w:t>araçları</w:t>
            </w:r>
            <w:proofErr w:type="spellEnd"/>
            <w:r>
              <w:t xml:space="preserve"> </w:t>
            </w:r>
            <w:proofErr w:type="spellStart"/>
            <w:r>
              <w:t>inceleyip</w:t>
            </w:r>
            <w:proofErr w:type="spellEnd"/>
            <w:r>
              <w:t xml:space="preserve"> </w:t>
            </w:r>
            <w:proofErr w:type="spellStart"/>
            <w:r>
              <w:t>deneyerek</w:t>
            </w:r>
            <w:proofErr w:type="spellEnd"/>
            <w:r>
              <w:t xml:space="preserve"> yeni </w:t>
            </w:r>
            <w:proofErr w:type="spellStart"/>
            <w:r>
              <w:t>şeyler</w:t>
            </w:r>
            <w:proofErr w:type="spellEnd"/>
            <w:r>
              <w:t xml:space="preserve"> </w:t>
            </w:r>
            <w:proofErr w:type="spellStart"/>
            <w:r>
              <w:t>öğrendiğimiz</w:t>
            </w:r>
            <w:proofErr w:type="spellEnd"/>
            <w:r>
              <w:t xml:space="preserve"> </w:t>
            </w:r>
            <w:proofErr w:type="spellStart"/>
            <w:r>
              <w:t>yer</w:t>
            </w:r>
            <w:proofErr w:type="spellEnd"/>
            <w:r>
              <w:t>.</w:t>
            </w:r>
          </w:p>
        </w:tc>
      </w:tr>
      <w:tr w:rsidR="00F66DBF" w14:paraId="3A734A21" w14:textId="77777777">
        <w:trPr>
          <w:cantSplit/>
        </w:trPr>
        <w:tc>
          <w:tcPr>
            <w:tcW w:w="24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2CC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18E48C" w14:textId="77777777" w:rsidR="00F66DBF" w:rsidRDefault="00E549B7">
            <w:proofErr w:type="spellStart"/>
            <w:r>
              <w:rPr>
                <w:b/>
              </w:rPr>
              <w:t>Tümsek</w:t>
            </w:r>
            <w:proofErr w:type="spellEnd"/>
            <w:r>
              <w:rPr>
                <w:b/>
              </w:rPr>
              <w:br/>
              <w:t xml:space="preserve">(9. </w:t>
            </w:r>
            <w:proofErr w:type="spellStart"/>
            <w:r>
              <w:rPr>
                <w:b/>
              </w:rPr>
              <w:t>sayfa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7200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04851C" w14:textId="77777777" w:rsidR="00F66DBF" w:rsidRDefault="00E549B7">
            <w:proofErr w:type="spellStart"/>
            <w:r>
              <w:t>Dışarı</w:t>
            </w:r>
            <w:proofErr w:type="spellEnd"/>
            <w:r>
              <w:t xml:space="preserve"> </w:t>
            </w:r>
            <w:proofErr w:type="spellStart"/>
            <w:r>
              <w:t>doğru</w:t>
            </w:r>
            <w:proofErr w:type="spellEnd"/>
            <w:r>
              <w:t xml:space="preserve"> </w:t>
            </w:r>
            <w:proofErr w:type="spellStart"/>
            <w:r>
              <w:t>kabarık</w:t>
            </w:r>
            <w:proofErr w:type="spellEnd"/>
            <w:r>
              <w:t xml:space="preserve"> </w:t>
            </w:r>
            <w:proofErr w:type="spellStart"/>
            <w:r>
              <w:t>olan</w:t>
            </w:r>
            <w:proofErr w:type="spellEnd"/>
            <w:r>
              <w:t xml:space="preserve"> </w:t>
            </w:r>
            <w:proofErr w:type="spellStart"/>
            <w:r>
              <w:t>yüzey</w:t>
            </w:r>
            <w:proofErr w:type="spellEnd"/>
            <w:r>
              <w:t xml:space="preserve">. </w:t>
            </w:r>
            <w:proofErr w:type="spellStart"/>
            <w:r>
              <w:t>Kaşığın</w:t>
            </w:r>
            <w:proofErr w:type="spellEnd"/>
            <w:r>
              <w:t xml:space="preserve"> </w:t>
            </w:r>
            <w:proofErr w:type="spellStart"/>
            <w:r>
              <w:t>arka</w:t>
            </w:r>
            <w:proofErr w:type="spellEnd"/>
            <w:r>
              <w:t xml:space="preserve"> </w:t>
            </w:r>
            <w:proofErr w:type="spellStart"/>
            <w:r>
              <w:t>yüzü</w:t>
            </w:r>
            <w:proofErr w:type="spellEnd"/>
            <w:r>
              <w:t xml:space="preserve"> </w:t>
            </w:r>
            <w:proofErr w:type="spellStart"/>
            <w:r>
              <w:t>gösterilir</w:t>
            </w:r>
            <w:proofErr w:type="spellEnd"/>
            <w:r>
              <w:t>.</w:t>
            </w:r>
          </w:p>
        </w:tc>
      </w:tr>
      <w:tr w:rsidR="00F66DBF" w14:paraId="297271A3" w14:textId="77777777">
        <w:trPr>
          <w:cantSplit/>
        </w:trPr>
        <w:tc>
          <w:tcPr>
            <w:tcW w:w="24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2CC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EFAE59" w14:textId="77777777" w:rsidR="00F66DBF" w:rsidRDefault="00E549B7">
            <w:proofErr w:type="spellStart"/>
            <w:r>
              <w:rPr>
                <w:b/>
              </w:rPr>
              <w:t>Çukur</w:t>
            </w:r>
            <w:proofErr w:type="spellEnd"/>
            <w:r>
              <w:rPr>
                <w:b/>
              </w:rPr>
              <w:br/>
              <w:t xml:space="preserve">(11. </w:t>
            </w:r>
            <w:proofErr w:type="spellStart"/>
            <w:r>
              <w:rPr>
                <w:b/>
              </w:rPr>
              <w:t>sayfa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7200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008EC8" w14:textId="77777777" w:rsidR="00F66DBF" w:rsidRDefault="00E549B7">
            <w:proofErr w:type="spellStart"/>
            <w:r>
              <w:t>İçeri</w:t>
            </w:r>
            <w:proofErr w:type="spellEnd"/>
            <w:r>
              <w:t xml:space="preserve"> </w:t>
            </w:r>
            <w:proofErr w:type="spellStart"/>
            <w:r>
              <w:t>doğru</w:t>
            </w:r>
            <w:proofErr w:type="spellEnd"/>
            <w:r>
              <w:t xml:space="preserve"> </w:t>
            </w:r>
            <w:proofErr w:type="spellStart"/>
            <w:r>
              <w:t>oyuk</w:t>
            </w:r>
            <w:proofErr w:type="spellEnd"/>
            <w:r>
              <w:t xml:space="preserve"> </w:t>
            </w:r>
            <w:proofErr w:type="spellStart"/>
            <w:r>
              <w:t>olan</w:t>
            </w:r>
            <w:proofErr w:type="spellEnd"/>
            <w:r>
              <w:t xml:space="preserve"> </w:t>
            </w:r>
            <w:proofErr w:type="spellStart"/>
            <w:r>
              <w:t>yer</w:t>
            </w:r>
            <w:proofErr w:type="spellEnd"/>
            <w:r>
              <w:t xml:space="preserve">. </w:t>
            </w:r>
            <w:proofErr w:type="spellStart"/>
            <w:r>
              <w:t>Kaşığın</w:t>
            </w:r>
            <w:proofErr w:type="spellEnd"/>
            <w:r>
              <w:t xml:space="preserve"> </w:t>
            </w:r>
            <w:proofErr w:type="spellStart"/>
            <w:r>
              <w:t>yemek</w:t>
            </w:r>
            <w:proofErr w:type="spellEnd"/>
            <w:r>
              <w:t xml:space="preserve"> </w:t>
            </w:r>
            <w:proofErr w:type="spellStart"/>
            <w:r>
              <w:t>aldığımız</w:t>
            </w:r>
            <w:proofErr w:type="spellEnd"/>
            <w:r>
              <w:t xml:space="preserve"> </w:t>
            </w:r>
            <w:proofErr w:type="spellStart"/>
            <w:r>
              <w:t>yüzü</w:t>
            </w:r>
            <w:proofErr w:type="spellEnd"/>
            <w:r>
              <w:t xml:space="preserve"> </w:t>
            </w:r>
            <w:proofErr w:type="spellStart"/>
            <w:r>
              <w:t>gösterilir</w:t>
            </w:r>
            <w:proofErr w:type="spellEnd"/>
            <w:r>
              <w:t>.</w:t>
            </w:r>
          </w:p>
        </w:tc>
      </w:tr>
      <w:tr w:rsidR="00F66DBF" w14:paraId="2E17B6D2" w14:textId="77777777">
        <w:trPr>
          <w:cantSplit/>
        </w:trPr>
        <w:tc>
          <w:tcPr>
            <w:tcW w:w="24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FF2CC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7E5208" w14:textId="77777777" w:rsidR="00F66DBF" w:rsidRDefault="00E549B7">
            <w:proofErr w:type="spellStart"/>
            <w:r>
              <w:rPr>
                <w:b/>
              </w:rPr>
              <w:t>Yansıma</w:t>
            </w:r>
            <w:proofErr w:type="spellEnd"/>
            <w:r>
              <w:rPr>
                <w:b/>
              </w:rPr>
              <w:br/>
              <w:t xml:space="preserve">(9–11. </w:t>
            </w:r>
            <w:proofErr w:type="spellStart"/>
            <w:r>
              <w:rPr>
                <w:b/>
              </w:rPr>
              <w:t>sayfalara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eşlik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eden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sözcük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7200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1DD240" w14:textId="77777777" w:rsidR="00F66DBF" w:rsidRDefault="00E549B7">
            <w:r>
              <w:t xml:space="preserve">Ayna </w:t>
            </w:r>
            <w:proofErr w:type="spellStart"/>
            <w:r>
              <w:t>ya</w:t>
            </w:r>
            <w:proofErr w:type="spellEnd"/>
            <w:r>
              <w:t xml:space="preserve"> da </w:t>
            </w:r>
            <w:proofErr w:type="spellStart"/>
            <w:r>
              <w:t>parlak</w:t>
            </w:r>
            <w:proofErr w:type="spellEnd"/>
            <w:r>
              <w:t xml:space="preserve">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yüzeyde</w:t>
            </w:r>
            <w:proofErr w:type="spellEnd"/>
            <w:r>
              <w:t xml:space="preserve"> </w:t>
            </w:r>
            <w:proofErr w:type="spellStart"/>
            <w:r>
              <w:t>gördüğümüz</w:t>
            </w:r>
            <w:proofErr w:type="spellEnd"/>
            <w:r>
              <w:t xml:space="preserve"> </w:t>
            </w:r>
            <w:proofErr w:type="spellStart"/>
            <w:r>
              <w:t>görüntü</w:t>
            </w:r>
            <w:proofErr w:type="spellEnd"/>
            <w:r>
              <w:t xml:space="preserve">. </w:t>
            </w:r>
            <w:proofErr w:type="spellStart"/>
            <w:r>
              <w:t>Çocuk</w:t>
            </w:r>
            <w:proofErr w:type="spellEnd"/>
            <w:r>
              <w:t xml:space="preserve"> </w:t>
            </w:r>
            <w:proofErr w:type="spellStart"/>
            <w:r>
              <w:t>aynaya</w:t>
            </w:r>
            <w:proofErr w:type="spellEnd"/>
            <w:r>
              <w:t xml:space="preserve"> </w:t>
            </w:r>
            <w:proofErr w:type="spellStart"/>
            <w:r>
              <w:t>bakarak</w:t>
            </w:r>
            <w:proofErr w:type="spellEnd"/>
            <w:r>
              <w:t xml:space="preserve"> </w:t>
            </w:r>
            <w:proofErr w:type="spellStart"/>
            <w:r>
              <w:t>kendi</w:t>
            </w:r>
            <w:proofErr w:type="spellEnd"/>
            <w:r>
              <w:t xml:space="preserve"> </w:t>
            </w:r>
            <w:proofErr w:type="spellStart"/>
            <w:r>
              <w:t>yansımasını</w:t>
            </w:r>
            <w:proofErr w:type="spellEnd"/>
            <w:r>
              <w:t xml:space="preserve"> </w:t>
            </w:r>
            <w:proofErr w:type="spellStart"/>
            <w:r>
              <w:t>gösterir</w:t>
            </w:r>
            <w:proofErr w:type="spellEnd"/>
            <w:r>
              <w:t>.</w:t>
            </w:r>
          </w:p>
        </w:tc>
      </w:tr>
    </w:tbl>
    <w:p w14:paraId="5ECD5A66" w14:textId="77777777" w:rsidR="00F66DBF" w:rsidRDefault="00E549B7">
      <w:proofErr w:type="spellStart"/>
      <w:r>
        <w:t>Sözcükler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bölümlerde</w:t>
      </w:r>
      <w:proofErr w:type="spellEnd"/>
      <w:r>
        <w:t xml:space="preserve">, </w:t>
      </w:r>
      <w:proofErr w:type="spellStart"/>
      <w:r>
        <w:t>tematik</w:t>
      </w:r>
      <w:proofErr w:type="spellEnd"/>
      <w:r>
        <w:t xml:space="preserve"> </w:t>
      </w:r>
      <w:proofErr w:type="spellStart"/>
      <w:r>
        <w:t>kartlar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gerçek</w:t>
      </w:r>
      <w:proofErr w:type="spellEnd"/>
      <w:r>
        <w:t xml:space="preserve"> </w:t>
      </w:r>
      <w:proofErr w:type="spellStart"/>
      <w:r>
        <w:t>nesnelerle</w:t>
      </w:r>
      <w:proofErr w:type="spellEnd"/>
      <w:r>
        <w:t xml:space="preserve"> </w:t>
      </w:r>
      <w:proofErr w:type="spellStart"/>
      <w:r>
        <w:t>açıklanır</w:t>
      </w:r>
      <w:proofErr w:type="spellEnd"/>
      <w:r>
        <w:t xml:space="preserve">. </w:t>
      </w:r>
      <w:proofErr w:type="spellStart"/>
      <w:r>
        <w:t>Sayfa</w:t>
      </w:r>
      <w:proofErr w:type="spellEnd"/>
      <w:r>
        <w:t xml:space="preserve"> </w:t>
      </w:r>
      <w:proofErr w:type="spellStart"/>
      <w:r>
        <w:t>numaraları</w:t>
      </w:r>
      <w:proofErr w:type="spellEnd"/>
      <w:r>
        <w:t xml:space="preserve"> </w:t>
      </w:r>
      <w:proofErr w:type="spellStart"/>
      <w:r>
        <w:t>kitabın</w:t>
      </w:r>
      <w:proofErr w:type="spellEnd"/>
      <w:r>
        <w:t xml:space="preserve"> </w:t>
      </w:r>
      <w:proofErr w:type="spellStart"/>
      <w:r>
        <w:t>üzerinde</w:t>
      </w:r>
      <w:proofErr w:type="spellEnd"/>
      <w:r>
        <w:t xml:space="preserve"> </w:t>
      </w:r>
      <w:proofErr w:type="spellStart"/>
      <w:r>
        <w:t>yazan</w:t>
      </w:r>
      <w:proofErr w:type="spellEnd"/>
      <w:r>
        <w:t xml:space="preserve"> </w:t>
      </w:r>
      <w:proofErr w:type="spellStart"/>
      <w:r>
        <w:t>numaralardır</w:t>
      </w:r>
      <w:proofErr w:type="spellEnd"/>
      <w: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F66DBF" w14:paraId="52C4FF7E" w14:textId="77777777">
        <w:trPr>
          <w:cantSplit/>
        </w:trPr>
        <w:tc>
          <w:tcPr>
            <w:tcW w:w="96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DADAD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11D92B" w14:textId="77777777" w:rsidR="00F66DBF" w:rsidRDefault="00E549B7">
            <w:pPr>
              <w:keepNext/>
              <w:spacing w:after="0"/>
              <w:jc w:val="center"/>
            </w:pPr>
            <w:r>
              <w:rPr>
                <w:rFonts w:ascii="Arial" w:hAnsi="Arial"/>
                <w:b/>
                <w:sz w:val="24"/>
              </w:rPr>
              <w:t>OKUMA ÖNCESİ</w:t>
            </w:r>
          </w:p>
        </w:tc>
      </w:tr>
    </w:tbl>
    <w:p w14:paraId="6A8A5971" w14:textId="77777777" w:rsidR="00F66DBF" w:rsidRDefault="00E549B7">
      <w:pPr>
        <w:keepNext/>
        <w:spacing w:before="120"/>
      </w:pPr>
      <w:r>
        <w:rPr>
          <w:b/>
        </w:rPr>
        <w:t xml:space="preserve">a. </w:t>
      </w:r>
      <w:proofErr w:type="spellStart"/>
      <w:r>
        <w:rPr>
          <w:b/>
        </w:rPr>
        <w:t>Duyusal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Etkinlik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Aynada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Yüzümü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Görüyorum</w:t>
      </w:r>
      <w:proofErr w:type="spellEnd"/>
    </w:p>
    <w:p w14:paraId="589627A1" w14:textId="77777777" w:rsidR="00F66DBF" w:rsidRDefault="00E549B7">
      <w:proofErr w:type="spellStart"/>
      <w:r>
        <w:t>Sınıf</w:t>
      </w:r>
      <w:proofErr w:type="spellEnd"/>
      <w:r>
        <w:t xml:space="preserve"> </w:t>
      </w:r>
      <w:proofErr w:type="spellStart"/>
      <w:r>
        <w:t>Ortamı</w:t>
      </w:r>
      <w:proofErr w:type="spellEnd"/>
      <w:r>
        <w:t xml:space="preserve"> </w:t>
      </w:r>
      <w:proofErr w:type="spellStart"/>
      <w:r>
        <w:t>Düzeni</w:t>
      </w:r>
      <w:proofErr w:type="spellEnd"/>
      <w:r>
        <w:t xml:space="preserve">: </w:t>
      </w:r>
      <w:proofErr w:type="spellStart"/>
      <w:r>
        <w:t>Çocukların</w:t>
      </w:r>
      <w:proofErr w:type="spellEnd"/>
      <w:r>
        <w:t xml:space="preserve"> </w:t>
      </w:r>
      <w:proofErr w:type="spellStart"/>
      <w:r>
        <w:t>kitabı</w:t>
      </w:r>
      <w:proofErr w:type="spellEnd"/>
      <w:r>
        <w:t xml:space="preserve"> </w:t>
      </w:r>
      <w:proofErr w:type="spellStart"/>
      <w:r>
        <w:t>görebileceği</w:t>
      </w:r>
      <w:proofErr w:type="spellEnd"/>
      <w:r>
        <w:t xml:space="preserve"> </w:t>
      </w:r>
      <w:proofErr w:type="spellStart"/>
      <w:r>
        <w:t>yarım</w:t>
      </w:r>
      <w:proofErr w:type="spellEnd"/>
      <w:r>
        <w:t xml:space="preserve"> </w:t>
      </w:r>
      <w:proofErr w:type="spellStart"/>
      <w:r>
        <w:t>çember</w:t>
      </w:r>
      <w:proofErr w:type="spellEnd"/>
      <w:r>
        <w:t xml:space="preserve"> </w:t>
      </w:r>
      <w:proofErr w:type="spellStart"/>
      <w:r>
        <w:t>hazırlanır</w:t>
      </w:r>
      <w:proofErr w:type="spellEnd"/>
      <w:r>
        <w:t xml:space="preserve">. Bir </w:t>
      </w:r>
      <w:proofErr w:type="spellStart"/>
      <w:r>
        <w:t>tepsiye</w:t>
      </w:r>
      <w:proofErr w:type="spellEnd"/>
      <w:r>
        <w:t xml:space="preserve"> </w:t>
      </w:r>
      <w:proofErr w:type="spellStart"/>
      <w:r>
        <w:t>kırılmaz</w:t>
      </w:r>
      <w:proofErr w:type="spellEnd"/>
      <w:r>
        <w:t xml:space="preserve"> </w:t>
      </w:r>
      <w:proofErr w:type="spellStart"/>
      <w:r>
        <w:t>aynalar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kenarları</w:t>
      </w:r>
      <w:proofErr w:type="spellEnd"/>
      <w:r>
        <w:t xml:space="preserve"> </w:t>
      </w:r>
      <w:proofErr w:type="spellStart"/>
      <w:r>
        <w:t>düzgün</w:t>
      </w:r>
      <w:proofErr w:type="spellEnd"/>
      <w:r>
        <w:t xml:space="preserve"> metal </w:t>
      </w:r>
      <w:proofErr w:type="spellStart"/>
      <w:r>
        <w:t>yemek</w:t>
      </w:r>
      <w:proofErr w:type="spellEnd"/>
      <w:r>
        <w:t xml:space="preserve"> </w:t>
      </w:r>
      <w:proofErr w:type="spellStart"/>
      <w:r>
        <w:t>kaşıkları</w:t>
      </w:r>
      <w:proofErr w:type="spellEnd"/>
      <w:r>
        <w:t xml:space="preserve"> </w:t>
      </w:r>
      <w:proofErr w:type="spellStart"/>
      <w:r>
        <w:t>konur</w:t>
      </w:r>
      <w:proofErr w:type="spellEnd"/>
      <w:r>
        <w:t xml:space="preserve">. Ece, </w:t>
      </w:r>
      <w:proofErr w:type="spellStart"/>
      <w:r>
        <w:t>Yumak</w:t>
      </w:r>
      <w:proofErr w:type="spellEnd"/>
      <w:r>
        <w:t xml:space="preserve">, </w:t>
      </w:r>
      <w:proofErr w:type="spellStart"/>
      <w:r>
        <w:t>bilim</w:t>
      </w:r>
      <w:proofErr w:type="spellEnd"/>
      <w:r>
        <w:t xml:space="preserve"> </w:t>
      </w:r>
      <w:proofErr w:type="spellStart"/>
      <w:r>
        <w:t>merkezi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ayna</w:t>
      </w:r>
      <w:proofErr w:type="spellEnd"/>
      <w:r>
        <w:t xml:space="preserve"> </w:t>
      </w:r>
      <w:proofErr w:type="spellStart"/>
      <w:r>
        <w:t>kartları</w:t>
      </w:r>
      <w:proofErr w:type="spellEnd"/>
      <w:r>
        <w:t xml:space="preserve"> </w:t>
      </w:r>
      <w:proofErr w:type="spellStart"/>
      <w:r>
        <w:t>öğretmenin</w:t>
      </w:r>
      <w:proofErr w:type="spellEnd"/>
      <w:r>
        <w:t xml:space="preserve"> </w:t>
      </w:r>
      <w:proofErr w:type="spellStart"/>
      <w:r>
        <w:t>yanında</w:t>
      </w:r>
      <w:proofErr w:type="spellEnd"/>
      <w:r>
        <w:t xml:space="preserve"> </w:t>
      </w:r>
      <w:proofErr w:type="spellStart"/>
      <w:r>
        <w:t>tutulur</w:t>
      </w:r>
      <w:proofErr w:type="spellEnd"/>
      <w:r>
        <w:t>.</w:t>
      </w:r>
    </w:p>
    <w:p w14:paraId="137B34B1" w14:textId="77777777" w:rsidR="00F66DBF" w:rsidRDefault="00E549B7">
      <w:proofErr w:type="spellStart"/>
      <w:r>
        <w:t>Öğretmen</w:t>
      </w:r>
      <w:proofErr w:type="spellEnd"/>
      <w:r>
        <w:t xml:space="preserve"> </w:t>
      </w:r>
      <w:proofErr w:type="spellStart"/>
      <w:r>
        <w:t>aynaya</w:t>
      </w:r>
      <w:proofErr w:type="spellEnd"/>
      <w:r>
        <w:t xml:space="preserve"> </w:t>
      </w:r>
      <w:proofErr w:type="spellStart"/>
      <w:r>
        <w:t>bakıp</w:t>
      </w:r>
      <w:proofErr w:type="spellEnd"/>
      <w:r>
        <w:t xml:space="preserve"> </w:t>
      </w:r>
      <w:proofErr w:type="spellStart"/>
      <w:r>
        <w:t>gülümser</w:t>
      </w:r>
      <w:proofErr w:type="spellEnd"/>
      <w:r>
        <w:t>. “</w:t>
      </w:r>
      <w:proofErr w:type="spellStart"/>
      <w:r>
        <w:t>Aynada</w:t>
      </w:r>
      <w:proofErr w:type="spellEnd"/>
      <w:r>
        <w:t xml:space="preserve"> ne </w:t>
      </w:r>
      <w:proofErr w:type="spellStart"/>
      <w:r>
        <w:t>görüyorsunuz</w:t>
      </w:r>
      <w:proofErr w:type="spellEnd"/>
      <w:r>
        <w:t xml:space="preserve">?” </w:t>
      </w:r>
      <w:proofErr w:type="spellStart"/>
      <w:r>
        <w:t>diye</w:t>
      </w:r>
      <w:proofErr w:type="spellEnd"/>
      <w:r>
        <w:t xml:space="preserve"> </w:t>
      </w:r>
      <w:proofErr w:type="spellStart"/>
      <w:r>
        <w:t>sorar</w:t>
      </w:r>
      <w:proofErr w:type="spellEnd"/>
      <w:r>
        <w:t xml:space="preserve">. </w:t>
      </w:r>
      <w:proofErr w:type="spellStart"/>
      <w:r>
        <w:t>Çocuklar</w:t>
      </w:r>
      <w:proofErr w:type="spellEnd"/>
      <w:r>
        <w:t xml:space="preserve"> </w:t>
      </w:r>
      <w:proofErr w:type="spellStart"/>
      <w:r>
        <w:t>sırayla</w:t>
      </w:r>
      <w:proofErr w:type="spellEnd"/>
      <w:r>
        <w:t xml:space="preserve"> </w:t>
      </w:r>
      <w:proofErr w:type="spellStart"/>
      <w:r>
        <w:t>aynaya</w:t>
      </w:r>
      <w:proofErr w:type="spellEnd"/>
      <w:r>
        <w:t xml:space="preserve"> </w:t>
      </w:r>
      <w:proofErr w:type="spellStart"/>
      <w:r>
        <w:t>bakar</w:t>
      </w:r>
      <w:proofErr w:type="spellEnd"/>
      <w:r>
        <w:t xml:space="preserve">; </w:t>
      </w:r>
      <w:proofErr w:type="spellStart"/>
      <w:r>
        <w:t>gözlerini</w:t>
      </w:r>
      <w:proofErr w:type="spellEnd"/>
      <w:r>
        <w:t xml:space="preserve">, </w:t>
      </w:r>
      <w:proofErr w:type="spellStart"/>
      <w:r>
        <w:t>saçlarını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ağızlarını</w:t>
      </w:r>
      <w:proofErr w:type="spellEnd"/>
      <w:r>
        <w:t xml:space="preserve"> </w:t>
      </w:r>
      <w:proofErr w:type="spellStart"/>
      <w:r>
        <w:t>gösterir</w:t>
      </w:r>
      <w:proofErr w:type="spellEnd"/>
      <w:r>
        <w:t>. “</w:t>
      </w:r>
      <w:proofErr w:type="spellStart"/>
      <w:r>
        <w:t>Aynada</w:t>
      </w:r>
      <w:proofErr w:type="spellEnd"/>
      <w:r>
        <w:t xml:space="preserve"> </w:t>
      </w:r>
      <w:proofErr w:type="spellStart"/>
      <w:r>
        <w:t>gördüğümüz</w:t>
      </w:r>
      <w:proofErr w:type="spellEnd"/>
      <w:r>
        <w:t xml:space="preserve"> </w:t>
      </w:r>
      <w:proofErr w:type="spellStart"/>
      <w:r>
        <w:t>görüntümüze</w:t>
      </w:r>
      <w:proofErr w:type="spellEnd"/>
      <w:r>
        <w:t xml:space="preserve"> </w:t>
      </w:r>
      <w:proofErr w:type="spellStart"/>
      <w:r>
        <w:t>yansıma</w:t>
      </w:r>
      <w:proofErr w:type="spellEnd"/>
      <w:r>
        <w:t xml:space="preserve"> </w:t>
      </w:r>
      <w:proofErr w:type="spellStart"/>
      <w:r>
        <w:t>diyoruz</w:t>
      </w:r>
      <w:proofErr w:type="spellEnd"/>
      <w:r>
        <w:t xml:space="preserve">.” </w:t>
      </w:r>
      <w:proofErr w:type="spellStart"/>
      <w:r>
        <w:t>denir</w:t>
      </w:r>
      <w:proofErr w:type="spellEnd"/>
      <w:r>
        <w:t>.</w:t>
      </w:r>
    </w:p>
    <w:p w14:paraId="78A11EAC" w14:textId="77777777" w:rsidR="00F66DBF" w:rsidRDefault="00E549B7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F66DBF" w14:paraId="4516CFF5" w14:textId="77777777">
        <w:trPr>
          <w:cantSplit/>
        </w:trPr>
        <w:tc>
          <w:tcPr>
            <w:tcW w:w="96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DADAD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22AB69" w14:textId="77777777" w:rsidR="00F66DBF" w:rsidRDefault="00E549B7">
            <w:pPr>
              <w:keepNext/>
              <w:spacing w:after="0"/>
              <w:jc w:val="center"/>
            </w:pPr>
            <w:r>
              <w:rPr>
                <w:rFonts w:ascii="Arial" w:hAnsi="Arial"/>
                <w:b/>
                <w:sz w:val="24"/>
              </w:rPr>
              <w:lastRenderedPageBreak/>
              <w:t>OKUMA ÖNCESİ</w:t>
            </w:r>
          </w:p>
        </w:tc>
      </w:tr>
    </w:tbl>
    <w:p w14:paraId="1734CAAA" w14:textId="77777777" w:rsidR="00F66DBF" w:rsidRDefault="00E549B7">
      <w:pPr>
        <w:keepNext/>
        <w:spacing w:before="120"/>
      </w:pPr>
      <w:r>
        <w:rPr>
          <w:b/>
        </w:rPr>
        <w:t xml:space="preserve">b. </w:t>
      </w:r>
      <w:proofErr w:type="spellStart"/>
      <w:r>
        <w:rPr>
          <w:b/>
        </w:rPr>
        <w:t>Hareket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Taklit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Benim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Aynam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Ol</w:t>
      </w:r>
      <w:proofErr w:type="spellEnd"/>
    </w:p>
    <w:p w14:paraId="5F4F9B5F" w14:textId="77777777" w:rsidR="00F66DBF" w:rsidRDefault="00E549B7">
      <w:proofErr w:type="spellStart"/>
      <w:r>
        <w:t>Öğretmen</w:t>
      </w:r>
      <w:proofErr w:type="spellEnd"/>
      <w:r>
        <w:t xml:space="preserve"> “Ben </w:t>
      </w:r>
      <w:proofErr w:type="spellStart"/>
      <w:r>
        <w:t>yavaşça</w:t>
      </w:r>
      <w:proofErr w:type="spellEnd"/>
      <w:r>
        <w:t xml:space="preserve"> </w:t>
      </w:r>
      <w:proofErr w:type="spellStart"/>
      <w:r>
        <w:t>elimi</w:t>
      </w:r>
      <w:proofErr w:type="spellEnd"/>
      <w:r>
        <w:t xml:space="preserve"> </w:t>
      </w:r>
      <w:proofErr w:type="spellStart"/>
      <w:r>
        <w:t>kaldıracağım</w:t>
      </w:r>
      <w:proofErr w:type="spellEnd"/>
      <w:r>
        <w:t xml:space="preserve">, </w:t>
      </w:r>
      <w:proofErr w:type="spellStart"/>
      <w:r>
        <w:t>siz</w:t>
      </w:r>
      <w:proofErr w:type="spellEnd"/>
      <w:r>
        <w:t xml:space="preserve"> de </w:t>
      </w:r>
      <w:proofErr w:type="spellStart"/>
      <w:r>
        <w:t>benim</w:t>
      </w:r>
      <w:proofErr w:type="spellEnd"/>
      <w:r>
        <w:t xml:space="preserve"> </w:t>
      </w:r>
      <w:proofErr w:type="spellStart"/>
      <w:r>
        <w:t>aynam</w:t>
      </w:r>
      <w:proofErr w:type="spellEnd"/>
      <w:r>
        <w:t xml:space="preserve"> </w:t>
      </w:r>
      <w:proofErr w:type="spellStart"/>
      <w:r>
        <w:t>olacaksınız</w:t>
      </w:r>
      <w:proofErr w:type="spellEnd"/>
      <w:r>
        <w:t xml:space="preserve">.” der. El </w:t>
      </w:r>
      <w:proofErr w:type="spellStart"/>
      <w:r>
        <w:t>kaldırma</w:t>
      </w:r>
      <w:proofErr w:type="spellEnd"/>
      <w:r>
        <w:t xml:space="preserve">, </w:t>
      </w:r>
      <w:proofErr w:type="spellStart"/>
      <w:r>
        <w:t>başını</w:t>
      </w:r>
      <w:proofErr w:type="spellEnd"/>
      <w:r>
        <w:t xml:space="preserve"> </w:t>
      </w:r>
      <w:proofErr w:type="spellStart"/>
      <w:r>
        <w:t>hafifçe</w:t>
      </w:r>
      <w:proofErr w:type="spellEnd"/>
      <w:r>
        <w:t xml:space="preserve"> </w:t>
      </w:r>
      <w:proofErr w:type="spellStart"/>
      <w:r>
        <w:t>yana</w:t>
      </w:r>
      <w:proofErr w:type="spellEnd"/>
      <w:r>
        <w:t xml:space="preserve"> </w:t>
      </w:r>
      <w:proofErr w:type="spellStart"/>
      <w:r>
        <w:t>eğme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gülümseme</w:t>
      </w:r>
      <w:proofErr w:type="spellEnd"/>
      <w:r>
        <w:t xml:space="preserve"> </w:t>
      </w:r>
      <w:proofErr w:type="spellStart"/>
      <w:r>
        <w:t>hareketleri</w:t>
      </w:r>
      <w:proofErr w:type="spellEnd"/>
      <w:r>
        <w:t xml:space="preserve"> </w:t>
      </w:r>
      <w:proofErr w:type="spellStart"/>
      <w:r>
        <w:t>yapılır</w:t>
      </w:r>
      <w:proofErr w:type="spellEnd"/>
      <w:r>
        <w:t xml:space="preserve">. </w:t>
      </w:r>
      <w:proofErr w:type="spellStart"/>
      <w:r>
        <w:t>Ardından</w:t>
      </w:r>
      <w:proofErr w:type="spellEnd"/>
      <w:r>
        <w:t xml:space="preserve"> </w:t>
      </w:r>
      <w:proofErr w:type="spellStart"/>
      <w:r>
        <w:t>isteyen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çocuk</w:t>
      </w:r>
      <w:proofErr w:type="spellEnd"/>
      <w:r>
        <w:t xml:space="preserve"> </w:t>
      </w:r>
      <w:proofErr w:type="spellStart"/>
      <w:r>
        <w:t>hareketi</w:t>
      </w:r>
      <w:proofErr w:type="spellEnd"/>
      <w:r>
        <w:t xml:space="preserve"> </w:t>
      </w:r>
      <w:proofErr w:type="spellStart"/>
      <w:r>
        <w:t>belirler</w:t>
      </w:r>
      <w:proofErr w:type="spellEnd"/>
      <w:r>
        <w:t xml:space="preserve">, </w:t>
      </w:r>
      <w:proofErr w:type="spellStart"/>
      <w:r>
        <w:t>arkadaşları</w:t>
      </w:r>
      <w:proofErr w:type="spellEnd"/>
      <w:r>
        <w:t xml:space="preserve"> </w:t>
      </w:r>
      <w:proofErr w:type="spellStart"/>
      <w:r>
        <w:t>onu</w:t>
      </w:r>
      <w:proofErr w:type="spellEnd"/>
      <w:r>
        <w:t xml:space="preserve"> </w:t>
      </w:r>
      <w:proofErr w:type="spellStart"/>
      <w:r>
        <w:t>taklit</w:t>
      </w:r>
      <w:proofErr w:type="spellEnd"/>
      <w:r>
        <w:t xml:space="preserve"> </w:t>
      </w:r>
      <w:proofErr w:type="spellStart"/>
      <w:r>
        <w:t>eder</w:t>
      </w:r>
      <w:proofErr w:type="spellEnd"/>
      <w:r>
        <w:t>. Mutlu–</w:t>
      </w:r>
      <w:proofErr w:type="spellStart"/>
      <w:r>
        <w:t>şaşkın</w:t>
      </w:r>
      <w:proofErr w:type="spellEnd"/>
      <w:r>
        <w:t xml:space="preserve"> </w:t>
      </w:r>
      <w:proofErr w:type="spellStart"/>
      <w:r>
        <w:t>kartıyla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</w:t>
      </w:r>
      <w:proofErr w:type="spellStart"/>
      <w:r>
        <w:t>yüz</w:t>
      </w:r>
      <w:proofErr w:type="spellEnd"/>
      <w:r>
        <w:t xml:space="preserve"> </w:t>
      </w:r>
      <w:proofErr w:type="spellStart"/>
      <w:r>
        <w:t>ifadesi</w:t>
      </w:r>
      <w:proofErr w:type="spellEnd"/>
      <w:r>
        <w:t xml:space="preserve"> </w:t>
      </w:r>
      <w:proofErr w:type="spellStart"/>
      <w:r>
        <w:t>denenir</w:t>
      </w:r>
      <w:proofErr w:type="spellEnd"/>
      <w:r>
        <w:t>.</w:t>
      </w:r>
    </w:p>
    <w:p w14:paraId="0C086D85" w14:textId="77777777" w:rsidR="00F66DBF" w:rsidRDefault="00E549B7">
      <w:pPr>
        <w:keepNext/>
        <w:spacing w:before="120"/>
      </w:pPr>
      <w:r>
        <w:rPr>
          <w:b/>
        </w:rPr>
        <w:t xml:space="preserve">c. </w:t>
      </w:r>
      <w:proofErr w:type="spellStart"/>
      <w:r>
        <w:rPr>
          <w:b/>
        </w:rPr>
        <w:t>Soru-Cevap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Tahmin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Yürütme</w:t>
      </w:r>
      <w:proofErr w:type="spellEnd"/>
    </w:p>
    <w:p w14:paraId="3A5E5145" w14:textId="77777777" w:rsidR="00F66DBF" w:rsidRDefault="00E549B7">
      <w:proofErr w:type="spellStart"/>
      <w:r>
        <w:t>Kitabın</w:t>
      </w:r>
      <w:proofErr w:type="spellEnd"/>
      <w:r>
        <w:t xml:space="preserve"> </w:t>
      </w:r>
      <w:proofErr w:type="spellStart"/>
      <w:r>
        <w:t>kapağı</w:t>
      </w:r>
      <w:proofErr w:type="spellEnd"/>
      <w:r>
        <w:t xml:space="preserve"> </w:t>
      </w:r>
      <w:proofErr w:type="spellStart"/>
      <w:r>
        <w:t>gösterilir</w:t>
      </w:r>
      <w:proofErr w:type="spellEnd"/>
      <w:r>
        <w:t xml:space="preserve">, </w:t>
      </w:r>
      <w:proofErr w:type="spellStart"/>
      <w:r>
        <w:t>adı</w:t>
      </w:r>
      <w:proofErr w:type="spellEnd"/>
      <w:r>
        <w:t xml:space="preserve"> </w:t>
      </w:r>
      <w:proofErr w:type="spellStart"/>
      <w:r>
        <w:t>okunur</w:t>
      </w:r>
      <w:proofErr w:type="spellEnd"/>
      <w:r>
        <w:t>. “</w:t>
      </w:r>
      <w:proofErr w:type="spellStart"/>
      <w:r>
        <w:t>Kapakta</w:t>
      </w:r>
      <w:proofErr w:type="spellEnd"/>
      <w:r>
        <w:t xml:space="preserve"> </w:t>
      </w:r>
      <w:proofErr w:type="spellStart"/>
      <w:r>
        <w:t>kimleri</w:t>
      </w:r>
      <w:proofErr w:type="spellEnd"/>
      <w:r>
        <w:t xml:space="preserve"> </w:t>
      </w:r>
      <w:proofErr w:type="spellStart"/>
      <w:r>
        <w:t>görüyorsunuz</w:t>
      </w:r>
      <w:proofErr w:type="spellEnd"/>
      <w:r>
        <w:t xml:space="preserve">? Bu </w:t>
      </w:r>
      <w:proofErr w:type="spellStart"/>
      <w:r>
        <w:t>aynalar</w:t>
      </w:r>
      <w:proofErr w:type="spellEnd"/>
      <w:r>
        <w:t xml:space="preserve"> </w:t>
      </w:r>
      <w:proofErr w:type="spellStart"/>
      <w:r>
        <w:t>neden</w:t>
      </w:r>
      <w:proofErr w:type="spellEnd"/>
      <w:r>
        <w:t xml:space="preserve"> </w:t>
      </w:r>
      <w:proofErr w:type="spellStart"/>
      <w:r>
        <w:t>eğlenceli</w:t>
      </w:r>
      <w:proofErr w:type="spellEnd"/>
      <w:r>
        <w:t xml:space="preserve"> </w:t>
      </w:r>
      <w:proofErr w:type="spellStart"/>
      <w:r>
        <w:t>olabilir</w:t>
      </w:r>
      <w:proofErr w:type="spellEnd"/>
      <w:r>
        <w:t xml:space="preserve">?” </w:t>
      </w:r>
      <w:proofErr w:type="spellStart"/>
      <w:r>
        <w:t>soruları</w:t>
      </w:r>
      <w:proofErr w:type="spellEnd"/>
      <w:r>
        <w:t xml:space="preserve"> </w:t>
      </w:r>
      <w:proofErr w:type="spellStart"/>
      <w:r>
        <w:t>sorulur</w:t>
      </w:r>
      <w:proofErr w:type="spellEnd"/>
      <w:r>
        <w:t xml:space="preserve">. </w:t>
      </w:r>
      <w:proofErr w:type="spellStart"/>
      <w:r>
        <w:t>Çocukların</w:t>
      </w:r>
      <w:proofErr w:type="spellEnd"/>
      <w:r>
        <w:t xml:space="preserve"> </w:t>
      </w:r>
      <w:proofErr w:type="spellStart"/>
      <w:r>
        <w:t>tahminleri</w:t>
      </w:r>
      <w:proofErr w:type="spellEnd"/>
      <w:r>
        <w:t xml:space="preserve"> </w:t>
      </w:r>
      <w:proofErr w:type="spellStart"/>
      <w:r>
        <w:t>dinlenir</w:t>
      </w:r>
      <w:proofErr w:type="spellEnd"/>
      <w:r>
        <w:t xml:space="preserve">. Ece </w:t>
      </w:r>
      <w:proofErr w:type="spellStart"/>
      <w:r>
        <w:t>ve</w:t>
      </w:r>
      <w:proofErr w:type="spellEnd"/>
      <w:r>
        <w:t xml:space="preserve"> </w:t>
      </w:r>
      <w:proofErr w:type="spellStart"/>
      <w:r>
        <w:t>Yumak</w:t>
      </w:r>
      <w:proofErr w:type="spellEnd"/>
      <w:r>
        <w:t xml:space="preserve"> </w:t>
      </w:r>
      <w:proofErr w:type="spellStart"/>
      <w:r>
        <w:t>kartları</w:t>
      </w:r>
      <w:proofErr w:type="spellEnd"/>
      <w:r>
        <w:t xml:space="preserve"> </w:t>
      </w:r>
      <w:proofErr w:type="spellStart"/>
      <w:r>
        <w:t>kapaktaki</w:t>
      </w:r>
      <w:proofErr w:type="spellEnd"/>
      <w:r>
        <w:t xml:space="preserve"> </w:t>
      </w:r>
      <w:proofErr w:type="spellStart"/>
      <w:r>
        <w:t>karakterlerle</w:t>
      </w:r>
      <w:proofErr w:type="spellEnd"/>
      <w:r>
        <w:t xml:space="preserve"> </w:t>
      </w:r>
      <w:proofErr w:type="spellStart"/>
      <w:r>
        <w:t>eşleştirilir</w:t>
      </w:r>
      <w:proofErr w:type="spellEnd"/>
      <w:r>
        <w:t>. “</w:t>
      </w:r>
      <w:proofErr w:type="spellStart"/>
      <w:r>
        <w:t>Şimdi</w:t>
      </w:r>
      <w:proofErr w:type="spellEnd"/>
      <w:r>
        <w:t xml:space="preserve"> </w:t>
      </w:r>
      <w:proofErr w:type="spellStart"/>
      <w:r>
        <w:t>Ece’nin</w:t>
      </w:r>
      <w:proofErr w:type="spellEnd"/>
      <w:r>
        <w:t xml:space="preserve"> </w:t>
      </w:r>
      <w:proofErr w:type="spellStart"/>
      <w:r>
        <w:t>aynalarla</w:t>
      </w:r>
      <w:proofErr w:type="spellEnd"/>
      <w:r>
        <w:t xml:space="preserve"> </w:t>
      </w:r>
      <w:proofErr w:type="spellStart"/>
      <w:r>
        <w:t>yaşadıklarını</w:t>
      </w:r>
      <w:proofErr w:type="spellEnd"/>
      <w:r>
        <w:t xml:space="preserve"> </w:t>
      </w:r>
      <w:proofErr w:type="spellStart"/>
      <w:r>
        <w:t>dinleyelim</w:t>
      </w:r>
      <w:proofErr w:type="spellEnd"/>
      <w:r>
        <w:t xml:space="preserve">.” </w:t>
      </w:r>
      <w:proofErr w:type="spellStart"/>
      <w:r>
        <w:t>denilerek</w:t>
      </w:r>
      <w:proofErr w:type="spellEnd"/>
      <w:r>
        <w:t xml:space="preserve"> </w:t>
      </w:r>
      <w:proofErr w:type="spellStart"/>
      <w:r>
        <w:t>okumaya</w:t>
      </w:r>
      <w:proofErr w:type="spellEnd"/>
      <w:r>
        <w:t xml:space="preserve"> </w:t>
      </w:r>
      <w:proofErr w:type="spellStart"/>
      <w:r>
        <w:t>geçilir</w:t>
      </w:r>
      <w:proofErr w:type="spellEnd"/>
      <w: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F66DBF" w14:paraId="4A31AC76" w14:textId="77777777">
        <w:trPr>
          <w:cantSplit/>
        </w:trPr>
        <w:tc>
          <w:tcPr>
            <w:tcW w:w="96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DADAD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60A89F" w14:textId="77777777" w:rsidR="00F66DBF" w:rsidRDefault="00E549B7">
            <w:pPr>
              <w:keepNext/>
              <w:spacing w:after="0"/>
              <w:jc w:val="center"/>
            </w:pPr>
            <w:r>
              <w:rPr>
                <w:rFonts w:ascii="Arial" w:hAnsi="Arial"/>
                <w:b/>
                <w:sz w:val="24"/>
              </w:rPr>
              <w:t>OKUMA SIRASI</w:t>
            </w:r>
          </w:p>
        </w:tc>
      </w:tr>
    </w:tbl>
    <w:p w14:paraId="6EB1F664" w14:textId="77777777" w:rsidR="00F66DBF" w:rsidRDefault="00E549B7">
      <w:proofErr w:type="spellStart"/>
      <w:r>
        <w:t>Öğretmen</w:t>
      </w:r>
      <w:proofErr w:type="spellEnd"/>
      <w:r>
        <w:t xml:space="preserve"> </w:t>
      </w:r>
      <w:proofErr w:type="spellStart"/>
      <w:r>
        <w:t>görselleri</w:t>
      </w:r>
      <w:proofErr w:type="spellEnd"/>
      <w:r>
        <w:t xml:space="preserve"> </w:t>
      </w:r>
      <w:proofErr w:type="spellStart"/>
      <w:r>
        <w:t>göstererek</w:t>
      </w:r>
      <w:proofErr w:type="spellEnd"/>
      <w:r>
        <w:t xml:space="preserve"> </w:t>
      </w:r>
      <w:proofErr w:type="spellStart"/>
      <w:r>
        <w:t>okur</w:t>
      </w:r>
      <w:proofErr w:type="spellEnd"/>
      <w:r>
        <w:t xml:space="preserve">.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soruların</w:t>
      </w:r>
      <w:proofErr w:type="spellEnd"/>
      <w:r>
        <w:t xml:space="preserve"> </w:t>
      </w:r>
      <w:proofErr w:type="spellStart"/>
      <w:r>
        <w:t>tamamını</w:t>
      </w:r>
      <w:proofErr w:type="spellEnd"/>
      <w:r>
        <w:t xml:space="preserve"> art </w:t>
      </w:r>
      <w:proofErr w:type="spellStart"/>
      <w:r>
        <w:t>arda</w:t>
      </w:r>
      <w:proofErr w:type="spellEnd"/>
      <w:r>
        <w:t xml:space="preserve"> </w:t>
      </w:r>
      <w:proofErr w:type="spellStart"/>
      <w:r>
        <w:t>sormak</w:t>
      </w:r>
      <w:proofErr w:type="spellEnd"/>
      <w:r>
        <w:t xml:space="preserve"> </w:t>
      </w:r>
      <w:proofErr w:type="spellStart"/>
      <w:r>
        <w:t>yerine</w:t>
      </w:r>
      <w:proofErr w:type="spellEnd"/>
      <w:r>
        <w:t xml:space="preserve"> </w:t>
      </w:r>
      <w:proofErr w:type="spellStart"/>
      <w:r>
        <w:t>çocukların</w:t>
      </w:r>
      <w:proofErr w:type="spellEnd"/>
      <w:r>
        <w:t xml:space="preserve"> </w:t>
      </w:r>
      <w:proofErr w:type="spellStart"/>
      <w:r>
        <w:t>ilgisine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duraklar</w:t>
      </w:r>
      <w:proofErr w:type="spellEnd"/>
      <w:r>
        <w:t xml:space="preserve"> </w:t>
      </w:r>
      <w:proofErr w:type="spellStart"/>
      <w:r>
        <w:t>seçer</w:t>
      </w:r>
      <w:proofErr w:type="spellEnd"/>
      <w:r>
        <w:t xml:space="preserve">. </w:t>
      </w:r>
      <w:proofErr w:type="spellStart"/>
      <w:r>
        <w:t>Yanıttan</w:t>
      </w:r>
      <w:proofErr w:type="spellEnd"/>
      <w:r>
        <w:t xml:space="preserve"> </w:t>
      </w:r>
      <w:proofErr w:type="spellStart"/>
      <w:r>
        <w:t>sonra</w:t>
      </w:r>
      <w:proofErr w:type="spellEnd"/>
      <w:r>
        <w:t xml:space="preserve"> </w:t>
      </w:r>
      <w:proofErr w:type="spellStart"/>
      <w:r>
        <w:t>birkaç</w:t>
      </w:r>
      <w:proofErr w:type="spellEnd"/>
      <w:r>
        <w:t xml:space="preserve"> </w:t>
      </w:r>
      <w:proofErr w:type="spellStart"/>
      <w:r>
        <w:t>saniye</w:t>
      </w:r>
      <w:proofErr w:type="spellEnd"/>
      <w:r>
        <w:t xml:space="preserve"> </w:t>
      </w:r>
      <w:proofErr w:type="spellStart"/>
      <w:r>
        <w:t>bekler</w:t>
      </w:r>
      <w:proofErr w:type="spellEnd"/>
      <w:r>
        <w:t xml:space="preserve">; </w:t>
      </w:r>
      <w:proofErr w:type="spellStart"/>
      <w:r>
        <w:t>çocuğun</w:t>
      </w:r>
      <w:proofErr w:type="spellEnd"/>
      <w:r>
        <w:t xml:space="preserve"> </w:t>
      </w:r>
      <w:proofErr w:type="spellStart"/>
      <w:r>
        <w:t>cümlesini</w:t>
      </w:r>
      <w:proofErr w:type="spellEnd"/>
      <w:r>
        <w:t xml:space="preserve"> </w:t>
      </w:r>
      <w:proofErr w:type="spellStart"/>
      <w:r>
        <w:t>tamamlamaz</w:t>
      </w:r>
      <w:proofErr w:type="spellEnd"/>
      <w:r>
        <w:t xml:space="preserve">. </w:t>
      </w:r>
      <w:proofErr w:type="spellStart"/>
      <w:r>
        <w:t>Kısa</w:t>
      </w:r>
      <w:proofErr w:type="spellEnd"/>
      <w:r>
        <w:t xml:space="preserve"> </w:t>
      </w:r>
      <w:proofErr w:type="spellStart"/>
      <w:r>
        <w:t>yanıtları</w:t>
      </w:r>
      <w:proofErr w:type="spellEnd"/>
      <w:r>
        <w:t xml:space="preserve"> </w:t>
      </w:r>
      <w:proofErr w:type="spellStart"/>
      <w:r>
        <w:t>doğal</w:t>
      </w:r>
      <w:proofErr w:type="spellEnd"/>
      <w:r>
        <w:t xml:space="preserve"> </w:t>
      </w:r>
      <w:proofErr w:type="spellStart"/>
      <w:r>
        <w:t>biçimde</w:t>
      </w:r>
      <w:proofErr w:type="spellEnd"/>
      <w:r>
        <w:t xml:space="preserve"> </w:t>
      </w:r>
      <w:proofErr w:type="spellStart"/>
      <w:r>
        <w:t>genişletir</w:t>
      </w:r>
      <w:proofErr w:type="spellEnd"/>
      <w:r>
        <w:t>: “</w:t>
      </w:r>
      <w:proofErr w:type="spellStart"/>
      <w:r>
        <w:t>Kaşık</w:t>
      </w:r>
      <w:proofErr w:type="spellEnd"/>
      <w:r>
        <w:t xml:space="preserve">.” </w:t>
      </w:r>
      <w:proofErr w:type="spellStart"/>
      <w:r>
        <w:t>diyen</w:t>
      </w:r>
      <w:proofErr w:type="spellEnd"/>
      <w:r>
        <w:t xml:space="preserve"> </w:t>
      </w:r>
      <w:proofErr w:type="spellStart"/>
      <w:r>
        <w:t>çocuğa</w:t>
      </w:r>
      <w:proofErr w:type="spellEnd"/>
      <w:r>
        <w:t xml:space="preserve"> “Evet, Ece </w:t>
      </w:r>
      <w:proofErr w:type="spellStart"/>
      <w:r>
        <w:t>kaşıktaki</w:t>
      </w:r>
      <w:proofErr w:type="spellEnd"/>
      <w:r>
        <w:t xml:space="preserve"> </w:t>
      </w:r>
      <w:proofErr w:type="spellStart"/>
      <w:r>
        <w:t>görüntüsüne</w:t>
      </w:r>
      <w:proofErr w:type="spellEnd"/>
      <w:r>
        <w:t xml:space="preserve"> </w:t>
      </w:r>
      <w:proofErr w:type="spellStart"/>
      <w:r>
        <w:t>bakıyor</w:t>
      </w:r>
      <w:proofErr w:type="spellEnd"/>
      <w:r>
        <w:t xml:space="preserve">.” </w:t>
      </w:r>
      <w:proofErr w:type="spellStart"/>
      <w:r>
        <w:t>diyebilir</w:t>
      </w:r>
      <w:proofErr w:type="spellEnd"/>
      <w: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F66DBF" w14:paraId="7295DEF1" w14:textId="77777777">
        <w:trPr>
          <w:cantSplit/>
        </w:trPr>
        <w:tc>
          <w:tcPr>
            <w:tcW w:w="96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3B08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465E21" w14:textId="77777777" w:rsidR="00F66DBF" w:rsidRDefault="00E549B7">
            <w:pPr>
              <w:keepNext/>
              <w:spacing w:after="0"/>
              <w:jc w:val="center"/>
            </w:pPr>
            <w:proofErr w:type="spellStart"/>
            <w:r>
              <w:rPr>
                <w:rFonts w:ascii="Arial" w:hAnsi="Arial"/>
                <w:b/>
                <w:sz w:val="24"/>
              </w:rPr>
              <w:t>Sayfa</w:t>
            </w:r>
            <w:proofErr w:type="spellEnd"/>
            <w:r>
              <w:rPr>
                <w:rFonts w:ascii="Arial" w:hAnsi="Arial"/>
                <w:b/>
                <w:sz w:val="24"/>
              </w:rPr>
              <w:t xml:space="preserve"> 2–3</w:t>
            </w:r>
          </w:p>
        </w:tc>
      </w:tr>
    </w:tbl>
    <w:p w14:paraId="7A96C446" w14:textId="77777777" w:rsidR="00F66DBF" w:rsidRDefault="00E549B7">
      <w:proofErr w:type="spellStart"/>
      <w:r>
        <w:t>Ece’nin</w:t>
      </w:r>
      <w:proofErr w:type="spellEnd"/>
      <w:r>
        <w:t xml:space="preserve"> </w:t>
      </w:r>
      <w:proofErr w:type="spellStart"/>
      <w:r>
        <w:t>dışarı</w:t>
      </w:r>
      <w:proofErr w:type="spellEnd"/>
      <w:r>
        <w:t xml:space="preserve"> </w:t>
      </w:r>
      <w:proofErr w:type="spellStart"/>
      <w:r>
        <w:t>çıkmak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yaptığı</w:t>
      </w:r>
      <w:proofErr w:type="spellEnd"/>
      <w:r>
        <w:t xml:space="preserve"> </w:t>
      </w:r>
      <w:proofErr w:type="spellStart"/>
      <w:r>
        <w:t>hazırlıklar</w:t>
      </w:r>
      <w:proofErr w:type="spellEnd"/>
      <w:r>
        <w:t xml:space="preserve"> </w:t>
      </w:r>
      <w:proofErr w:type="spellStart"/>
      <w:r>
        <w:t>okunur</w:t>
      </w:r>
      <w:proofErr w:type="spellEnd"/>
      <w:r>
        <w:t xml:space="preserve">. “Ece </w:t>
      </w:r>
      <w:proofErr w:type="spellStart"/>
      <w:r>
        <w:t>neler</w:t>
      </w:r>
      <w:proofErr w:type="spellEnd"/>
      <w:r>
        <w:t xml:space="preserve"> </w:t>
      </w:r>
      <w:proofErr w:type="spellStart"/>
      <w:r>
        <w:t>kullanmış</w:t>
      </w:r>
      <w:proofErr w:type="spellEnd"/>
      <w:r>
        <w:t xml:space="preserve">? Sen </w:t>
      </w:r>
      <w:proofErr w:type="spellStart"/>
      <w:r>
        <w:t>güneşli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günde</w:t>
      </w:r>
      <w:proofErr w:type="spellEnd"/>
      <w:r>
        <w:t xml:space="preserve"> </w:t>
      </w:r>
      <w:proofErr w:type="spellStart"/>
      <w:r>
        <w:t>dışarı</w:t>
      </w:r>
      <w:proofErr w:type="spellEnd"/>
      <w:r>
        <w:t xml:space="preserve"> </w:t>
      </w:r>
      <w:proofErr w:type="spellStart"/>
      <w:r>
        <w:t>çıkarken</w:t>
      </w:r>
      <w:proofErr w:type="spellEnd"/>
      <w:r>
        <w:t xml:space="preserve"> </w:t>
      </w:r>
      <w:proofErr w:type="spellStart"/>
      <w:r>
        <w:t>neler</w:t>
      </w:r>
      <w:proofErr w:type="spellEnd"/>
      <w:r>
        <w:t xml:space="preserve"> </w:t>
      </w:r>
      <w:proofErr w:type="spellStart"/>
      <w:r>
        <w:t>kullanırsın</w:t>
      </w:r>
      <w:proofErr w:type="spellEnd"/>
      <w:r>
        <w:t xml:space="preserve">?” </w:t>
      </w:r>
      <w:proofErr w:type="spellStart"/>
      <w:r>
        <w:t>diye</w:t>
      </w:r>
      <w:proofErr w:type="spellEnd"/>
      <w:r>
        <w:t xml:space="preserve"> </w:t>
      </w:r>
      <w:proofErr w:type="spellStart"/>
      <w:r>
        <w:t>sorulur</w:t>
      </w:r>
      <w:proofErr w:type="spellEnd"/>
      <w:r>
        <w:t xml:space="preserve">. Servis </w:t>
      </w:r>
      <w:proofErr w:type="spellStart"/>
      <w:r>
        <w:t>görseli</w:t>
      </w:r>
      <w:proofErr w:type="spellEnd"/>
      <w:r>
        <w:t xml:space="preserve"> </w:t>
      </w:r>
      <w:proofErr w:type="spellStart"/>
      <w:r>
        <w:t>gösterilir</w:t>
      </w:r>
      <w:proofErr w:type="spellEnd"/>
      <w:r>
        <w:t xml:space="preserve">. “Sence </w:t>
      </w:r>
      <w:proofErr w:type="spellStart"/>
      <w:r>
        <w:t>bu</w:t>
      </w:r>
      <w:proofErr w:type="spellEnd"/>
      <w:r>
        <w:t xml:space="preserve"> </w:t>
      </w:r>
      <w:proofErr w:type="spellStart"/>
      <w:r>
        <w:t>araç</w:t>
      </w:r>
      <w:proofErr w:type="spellEnd"/>
      <w:r>
        <w:t xml:space="preserve"> </w:t>
      </w:r>
      <w:proofErr w:type="spellStart"/>
      <w:r>
        <w:t>çocukları</w:t>
      </w:r>
      <w:proofErr w:type="spellEnd"/>
      <w:r>
        <w:t xml:space="preserve"> </w:t>
      </w:r>
      <w:proofErr w:type="spellStart"/>
      <w:r>
        <w:t>nereye</w:t>
      </w:r>
      <w:proofErr w:type="spellEnd"/>
      <w:r>
        <w:t xml:space="preserve"> </w:t>
      </w:r>
      <w:proofErr w:type="spellStart"/>
      <w:r>
        <w:t>götürecek</w:t>
      </w:r>
      <w:proofErr w:type="spellEnd"/>
      <w:r>
        <w:t xml:space="preserve">?” </w:t>
      </w:r>
      <w:proofErr w:type="spellStart"/>
      <w:r>
        <w:t>sorusuyla</w:t>
      </w:r>
      <w:proofErr w:type="spellEnd"/>
      <w:r>
        <w:t xml:space="preserve"> </w:t>
      </w:r>
      <w:proofErr w:type="spellStart"/>
      <w:r>
        <w:t>tahmin</w:t>
      </w:r>
      <w:proofErr w:type="spellEnd"/>
      <w:r>
        <w:t xml:space="preserve"> </w:t>
      </w:r>
      <w:proofErr w:type="spellStart"/>
      <w:r>
        <w:t>alınır</w:t>
      </w:r>
      <w:proofErr w:type="spellEnd"/>
      <w:r>
        <w:t xml:space="preserve">, </w:t>
      </w:r>
      <w:proofErr w:type="spellStart"/>
      <w:r>
        <w:t>ardından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bölüm</w:t>
      </w:r>
      <w:proofErr w:type="spellEnd"/>
      <w:r>
        <w:t xml:space="preserve"> </w:t>
      </w:r>
      <w:proofErr w:type="spellStart"/>
      <w:r>
        <w:t>okunur</w:t>
      </w:r>
      <w:proofErr w:type="spellEnd"/>
      <w:r>
        <w:t xml:space="preserve">. </w:t>
      </w:r>
      <w:proofErr w:type="spellStart"/>
      <w:r>
        <w:t>Bilim</w:t>
      </w:r>
      <w:proofErr w:type="spellEnd"/>
      <w:r>
        <w:t xml:space="preserve"> </w:t>
      </w:r>
      <w:proofErr w:type="spellStart"/>
      <w:r>
        <w:t>merkezi</w:t>
      </w:r>
      <w:proofErr w:type="spellEnd"/>
      <w:r>
        <w:t xml:space="preserve"> </w:t>
      </w:r>
      <w:proofErr w:type="spellStart"/>
      <w:r>
        <w:t>sözcüğü</w:t>
      </w:r>
      <w:proofErr w:type="spellEnd"/>
      <w:r>
        <w:t xml:space="preserve"> </w:t>
      </w:r>
      <w:proofErr w:type="spellStart"/>
      <w:r>
        <w:t>kısa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açıklamayla</w:t>
      </w:r>
      <w:proofErr w:type="spellEnd"/>
      <w:r>
        <w:t xml:space="preserve"> </w:t>
      </w:r>
      <w:proofErr w:type="spellStart"/>
      <w:r>
        <w:t>tanıtılır</w:t>
      </w:r>
      <w:proofErr w:type="spellEnd"/>
      <w: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F66DBF" w14:paraId="3AAB6176" w14:textId="77777777">
        <w:trPr>
          <w:cantSplit/>
        </w:trPr>
        <w:tc>
          <w:tcPr>
            <w:tcW w:w="96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3B08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F4B409" w14:textId="77777777" w:rsidR="00F66DBF" w:rsidRDefault="00E549B7">
            <w:pPr>
              <w:keepNext/>
              <w:spacing w:after="0"/>
              <w:jc w:val="center"/>
            </w:pPr>
            <w:proofErr w:type="spellStart"/>
            <w:r>
              <w:rPr>
                <w:rFonts w:ascii="Arial" w:hAnsi="Arial"/>
                <w:b/>
                <w:sz w:val="24"/>
              </w:rPr>
              <w:t>Sayfa</w:t>
            </w:r>
            <w:proofErr w:type="spellEnd"/>
            <w:r>
              <w:rPr>
                <w:rFonts w:ascii="Arial" w:hAnsi="Arial"/>
                <w:b/>
                <w:sz w:val="24"/>
              </w:rPr>
              <w:t xml:space="preserve"> 4–5</w:t>
            </w:r>
          </w:p>
        </w:tc>
      </w:tr>
    </w:tbl>
    <w:p w14:paraId="5BC6BB71" w14:textId="77777777" w:rsidR="00F66DBF" w:rsidRDefault="00E549B7">
      <w:r>
        <w:t xml:space="preserve">Ayşegül </w:t>
      </w:r>
      <w:proofErr w:type="spellStart"/>
      <w:r>
        <w:t>Öğretmen’in</w:t>
      </w:r>
      <w:proofErr w:type="spellEnd"/>
      <w:r>
        <w:t xml:space="preserve"> </w:t>
      </w:r>
      <w:proofErr w:type="spellStart"/>
      <w:r>
        <w:t>çocukları</w:t>
      </w:r>
      <w:proofErr w:type="spellEnd"/>
      <w:r>
        <w:t xml:space="preserve"> </w:t>
      </w:r>
      <w:proofErr w:type="spellStart"/>
      <w:r>
        <w:t>karşıladığı</w:t>
      </w:r>
      <w:proofErr w:type="spellEnd"/>
      <w:r>
        <w:t xml:space="preserve"> </w:t>
      </w:r>
      <w:proofErr w:type="spellStart"/>
      <w:r>
        <w:t>bölüm</w:t>
      </w:r>
      <w:proofErr w:type="spellEnd"/>
      <w:r>
        <w:t xml:space="preserve"> </w:t>
      </w:r>
      <w:proofErr w:type="spellStart"/>
      <w:r>
        <w:t>okunur</w:t>
      </w:r>
      <w:proofErr w:type="spellEnd"/>
      <w:r>
        <w:t xml:space="preserve">. </w:t>
      </w:r>
      <w:proofErr w:type="spellStart"/>
      <w:r>
        <w:t>Bilim</w:t>
      </w:r>
      <w:proofErr w:type="spellEnd"/>
      <w:r>
        <w:t xml:space="preserve"> </w:t>
      </w:r>
      <w:proofErr w:type="spellStart"/>
      <w:r>
        <w:t>merkezi</w:t>
      </w:r>
      <w:proofErr w:type="spellEnd"/>
      <w:r>
        <w:t xml:space="preserve"> </w:t>
      </w:r>
      <w:proofErr w:type="spellStart"/>
      <w:r>
        <w:t>kartı</w:t>
      </w:r>
      <w:proofErr w:type="spellEnd"/>
      <w:r>
        <w:t xml:space="preserve"> </w:t>
      </w:r>
      <w:proofErr w:type="spellStart"/>
      <w:r>
        <w:t>gösterilerek</w:t>
      </w:r>
      <w:proofErr w:type="spellEnd"/>
      <w:r>
        <w:t xml:space="preserve"> “</w:t>
      </w:r>
      <w:proofErr w:type="spellStart"/>
      <w:r>
        <w:t>Burada</w:t>
      </w:r>
      <w:proofErr w:type="spellEnd"/>
      <w:r>
        <w:t xml:space="preserve"> </w:t>
      </w:r>
      <w:proofErr w:type="spellStart"/>
      <w:r>
        <w:t>neleri</w:t>
      </w:r>
      <w:proofErr w:type="spellEnd"/>
      <w:r>
        <w:t xml:space="preserve"> </w:t>
      </w:r>
      <w:proofErr w:type="spellStart"/>
      <w:r>
        <w:t>incelemek</w:t>
      </w:r>
      <w:proofErr w:type="spellEnd"/>
      <w:r>
        <w:t xml:space="preserve"> </w:t>
      </w:r>
      <w:proofErr w:type="spellStart"/>
      <w:r>
        <w:t>isterdin</w:t>
      </w:r>
      <w:proofErr w:type="spellEnd"/>
      <w:r>
        <w:t xml:space="preserve">?” </w:t>
      </w:r>
      <w:proofErr w:type="spellStart"/>
      <w:r>
        <w:t>diye</w:t>
      </w:r>
      <w:proofErr w:type="spellEnd"/>
      <w:r>
        <w:t xml:space="preserve"> </w:t>
      </w:r>
      <w:proofErr w:type="spellStart"/>
      <w:r>
        <w:t>sorulur</w:t>
      </w:r>
      <w:proofErr w:type="spellEnd"/>
      <w:r>
        <w:t xml:space="preserve">. </w:t>
      </w:r>
      <w:proofErr w:type="spellStart"/>
      <w:r>
        <w:t>Aynaların</w:t>
      </w:r>
      <w:proofErr w:type="spellEnd"/>
      <w:r>
        <w:t xml:space="preserve"> </w:t>
      </w:r>
      <w:proofErr w:type="spellStart"/>
      <w:r>
        <w:t>bulunduğu</w:t>
      </w:r>
      <w:proofErr w:type="spellEnd"/>
      <w:r>
        <w:t xml:space="preserve"> </w:t>
      </w:r>
      <w:proofErr w:type="spellStart"/>
      <w:r>
        <w:t>bölüm</w:t>
      </w:r>
      <w:proofErr w:type="spellEnd"/>
      <w:r>
        <w:t xml:space="preserve"> </w:t>
      </w:r>
      <w:proofErr w:type="spellStart"/>
      <w:r>
        <w:t>gösterilmeden</w:t>
      </w:r>
      <w:proofErr w:type="spellEnd"/>
      <w:r>
        <w:t xml:space="preserve"> </w:t>
      </w:r>
      <w:proofErr w:type="spellStart"/>
      <w:r>
        <w:t>önce</w:t>
      </w:r>
      <w:proofErr w:type="spellEnd"/>
      <w:r>
        <w:t xml:space="preserve"> “Sence </w:t>
      </w:r>
      <w:proofErr w:type="spellStart"/>
      <w:r>
        <w:t>aynalara</w:t>
      </w:r>
      <w:proofErr w:type="spellEnd"/>
      <w:r>
        <w:t xml:space="preserve"> </w:t>
      </w:r>
      <w:proofErr w:type="spellStart"/>
      <w:r>
        <w:t>bakınca</w:t>
      </w:r>
      <w:proofErr w:type="spellEnd"/>
      <w:r>
        <w:t xml:space="preserve"> </w:t>
      </w:r>
      <w:proofErr w:type="spellStart"/>
      <w:r>
        <w:t>neden</w:t>
      </w:r>
      <w:proofErr w:type="spellEnd"/>
      <w:r>
        <w:t xml:space="preserve"> </w:t>
      </w:r>
      <w:proofErr w:type="spellStart"/>
      <w:r>
        <w:t>gülecekler</w:t>
      </w:r>
      <w:proofErr w:type="spellEnd"/>
      <w:r>
        <w:t xml:space="preserve">?” </w:t>
      </w:r>
      <w:proofErr w:type="spellStart"/>
      <w:r>
        <w:t>sorusu</w:t>
      </w:r>
      <w:proofErr w:type="spellEnd"/>
      <w:r>
        <w:t xml:space="preserve"> </w:t>
      </w:r>
      <w:proofErr w:type="spellStart"/>
      <w:r>
        <w:t>yöneltilir</w:t>
      </w:r>
      <w:proofErr w:type="spellEnd"/>
      <w:r>
        <w:t xml:space="preserve">. </w:t>
      </w:r>
      <w:proofErr w:type="spellStart"/>
      <w:r>
        <w:t>Çocukların</w:t>
      </w:r>
      <w:proofErr w:type="spellEnd"/>
      <w:r>
        <w:t xml:space="preserve"> </w:t>
      </w:r>
      <w:proofErr w:type="spellStart"/>
      <w:r>
        <w:t>yanıtlarından</w:t>
      </w:r>
      <w:proofErr w:type="spellEnd"/>
      <w:r>
        <w:t xml:space="preserve"> </w:t>
      </w:r>
      <w:proofErr w:type="spellStart"/>
      <w:r>
        <w:t>sonra</w:t>
      </w:r>
      <w:proofErr w:type="spellEnd"/>
      <w:r>
        <w:t xml:space="preserve"> </w:t>
      </w:r>
      <w:proofErr w:type="spellStart"/>
      <w:r>
        <w:t>okumaya</w:t>
      </w:r>
      <w:proofErr w:type="spellEnd"/>
      <w:r>
        <w:t xml:space="preserve"> </w:t>
      </w:r>
      <w:proofErr w:type="spellStart"/>
      <w:r>
        <w:t>devam</w:t>
      </w:r>
      <w:proofErr w:type="spellEnd"/>
      <w:r>
        <w:t xml:space="preserve"> </w:t>
      </w:r>
      <w:proofErr w:type="spellStart"/>
      <w:r>
        <w:t>edilir</w:t>
      </w:r>
      <w:proofErr w:type="spellEnd"/>
      <w: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F66DBF" w14:paraId="2C38BDF8" w14:textId="77777777">
        <w:trPr>
          <w:cantSplit/>
        </w:trPr>
        <w:tc>
          <w:tcPr>
            <w:tcW w:w="96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3B08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11B424" w14:textId="77777777" w:rsidR="00F66DBF" w:rsidRDefault="00E549B7">
            <w:pPr>
              <w:keepNext/>
              <w:spacing w:after="0"/>
              <w:jc w:val="center"/>
            </w:pPr>
            <w:proofErr w:type="spellStart"/>
            <w:r>
              <w:rPr>
                <w:rFonts w:ascii="Arial" w:hAnsi="Arial"/>
                <w:b/>
                <w:sz w:val="24"/>
              </w:rPr>
              <w:t>Sayfa</w:t>
            </w:r>
            <w:proofErr w:type="spellEnd"/>
            <w:r>
              <w:rPr>
                <w:rFonts w:ascii="Arial" w:hAnsi="Arial"/>
                <w:b/>
                <w:sz w:val="24"/>
              </w:rPr>
              <w:t xml:space="preserve"> 6–7</w:t>
            </w:r>
          </w:p>
        </w:tc>
      </w:tr>
    </w:tbl>
    <w:p w14:paraId="17DC945C" w14:textId="77777777" w:rsidR="00F66DBF" w:rsidRDefault="00E549B7">
      <w:proofErr w:type="spellStart"/>
      <w:r>
        <w:t>Farklı</w:t>
      </w:r>
      <w:proofErr w:type="spellEnd"/>
      <w:r>
        <w:t xml:space="preserve"> </w:t>
      </w:r>
      <w:proofErr w:type="spellStart"/>
      <w:r>
        <w:t>yansımalar</w:t>
      </w:r>
      <w:proofErr w:type="spellEnd"/>
      <w:r>
        <w:t xml:space="preserve"> </w:t>
      </w:r>
      <w:proofErr w:type="spellStart"/>
      <w:r>
        <w:t>incelenir</w:t>
      </w:r>
      <w:proofErr w:type="spellEnd"/>
      <w:r>
        <w:t>. Uzun–</w:t>
      </w:r>
      <w:proofErr w:type="spellStart"/>
      <w:r>
        <w:t>kısa</w:t>
      </w:r>
      <w:proofErr w:type="spellEnd"/>
      <w:r>
        <w:t xml:space="preserve"> </w:t>
      </w:r>
      <w:proofErr w:type="spellStart"/>
      <w:r>
        <w:t>kartı</w:t>
      </w:r>
      <w:proofErr w:type="spellEnd"/>
      <w:r>
        <w:t xml:space="preserve"> </w:t>
      </w:r>
      <w:proofErr w:type="spellStart"/>
      <w:r>
        <w:t>gösterilir</w:t>
      </w:r>
      <w:proofErr w:type="spellEnd"/>
      <w:r>
        <w:t>. “</w:t>
      </w:r>
      <w:proofErr w:type="spellStart"/>
      <w:r>
        <w:t>Hangi</w:t>
      </w:r>
      <w:proofErr w:type="spellEnd"/>
      <w:r>
        <w:t xml:space="preserve"> </w:t>
      </w:r>
      <w:proofErr w:type="spellStart"/>
      <w:r>
        <w:t>görüntü</w:t>
      </w:r>
      <w:proofErr w:type="spellEnd"/>
      <w:r>
        <w:t xml:space="preserve"> </w:t>
      </w:r>
      <w:proofErr w:type="spellStart"/>
      <w:r>
        <w:t>uzun</w:t>
      </w:r>
      <w:proofErr w:type="spellEnd"/>
      <w:r>
        <w:t xml:space="preserve">, </w:t>
      </w:r>
      <w:proofErr w:type="spellStart"/>
      <w:r>
        <w:t>hangisi</w:t>
      </w:r>
      <w:proofErr w:type="spellEnd"/>
      <w:r>
        <w:t xml:space="preserve"> </w:t>
      </w:r>
      <w:proofErr w:type="spellStart"/>
      <w:r>
        <w:t>kısa</w:t>
      </w:r>
      <w:proofErr w:type="spellEnd"/>
      <w:r>
        <w:t xml:space="preserve">? </w:t>
      </w:r>
      <w:proofErr w:type="spellStart"/>
      <w:r>
        <w:t>Çocukların</w:t>
      </w:r>
      <w:proofErr w:type="spellEnd"/>
      <w:r>
        <w:t xml:space="preserve"> </w:t>
      </w:r>
      <w:proofErr w:type="spellStart"/>
      <w:r>
        <w:t>boyu</w:t>
      </w:r>
      <w:proofErr w:type="spellEnd"/>
      <w:r>
        <w:t xml:space="preserve"> </w:t>
      </w:r>
      <w:proofErr w:type="spellStart"/>
      <w:r>
        <w:t>gerçekten</w:t>
      </w:r>
      <w:proofErr w:type="spellEnd"/>
      <w:r>
        <w:t xml:space="preserve"> </w:t>
      </w:r>
      <w:proofErr w:type="spellStart"/>
      <w:r>
        <w:t>değişmiş</w:t>
      </w:r>
      <w:proofErr w:type="spellEnd"/>
      <w:r>
        <w:t xml:space="preserve"> </w:t>
      </w:r>
      <w:proofErr w:type="spellStart"/>
      <w:r>
        <w:t>olabilir</w:t>
      </w:r>
      <w:proofErr w:type="spellEnd"/>
      <w:r>
        <w:t xml:space="preserve"> mi?” </w:t>
      </w:r>
      <w:proofErr w:type="spellStart"/>
      <w:r>
        <w:t>diye</w:t>
      </w:r>
      <w:proofErr w:type="spellEnd"/>
      <w:r>
        <w:t xml:space="preserve"> </w:t>
      </w:r>
      <w:proofErr w:type="spellStart"/>
      <w:r>
        <w:t>sorulur</w:t>
      </w:r>
      <w:proofErr w:type="spellEnd"/>
      <w:r>
        <w:t xml:space="preserve">. </w:t>
      </w:r>
      <w:proofErr w:type="spellStart"/>
      <w:r>
        <w:t>Çocuklar</w:t>
      </w:r>
      <w:proofErr w:type="spellEnd"/>
      <w:r>
        <w:t xml:space="preserve"> </w:t>
      </w:r>
      <w:proofErr w:type="spellStart"/>
      <w:r>
        <w:t>kollarını</w:t>
      </w:r>
      <w:proofErr w:type="spellEnd"/>
      <w:r>
        <w:t xml:space="preserve"> </w:t>
      </w:r>
      <w:proofErr w:type="spellStart"/>
      <w:r>
        <w:t>yukarı</w:t>
      </w:r>
      <w:proofErr w:type="spellEnd"/>
      <w:r>
        <w:t xml:space="preserve"> </w:t>
      </w:r>
      <w:proofErr w:type="spellStart"/>
      <w:r>
        <w:t>uzatıp</w:t>
      </w:r>
      <w:proofErr w:type="spellEnd"/>
      <w:r>
        <w:t xml:space="preserve"> </w:t>
      </w:r>
      <w:proofErr w:type="spellStart"/>
      <w:r>
        <w:t>sonra</w:t>
      </w:r>
      <w:proofErr w:type="spellEnd"/>
      <w:r>
        <w:t xml:space="preserve"> </w:t>
      </w:r>
      <w:proofErr w:type="spellStart"/>
      <w:r>
        <w:t>hafifçe</w:t>
      </w:r>
      <w:proofErr w:type="spellEnd"/>
      <w:r>
        <w:t xml:space="preserve"> </w:t>
      </w:r>
      <w:proofErr w:type="spellStart"/>
      <w:r>
        <w:t>çömelerek</w:t>
      </w:r>
      <w:proofErr w:type="spellEnd"/>
      <w:r>
        <w:t xml:space="preserve"> </w:t>
      </w:r>
      <w:proofErr w:type="spellStart"/>
      <w:r>
        <w:t>uzun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kısa</w:t>
      </w:r>
      <w:proofErr w:type="spellEnd"/>
      <w:r>
        <w:t xml:space="preserve"> </w:t>
      </w:r>
      <w:proofErr w:type="spellStart"/>
      <w:r>
        <w:t>görünmeyi</w:t>
      </w:r>
      <w:proofErr w:type="spellEnd"/>
      <w:r>
        <w:t xml:space="preserve"> </w:t>
      </w:r>
      <w:proofErr w:type="spellStart"/>
      <w:r>
        <w:t>canlandırır</w:t>
      </w:r>
      <w:proofErr w:type="spellEnd"/>
      <w:r>
        <w:t>. “</w:t>
      </w:r>
      <w:proofErr w:type="spellStart"/>
      <w:r>
        <w:t>Çocuklar</w:t>
      </w:r>
      <w:proofErr w:type="spellEnd"/>
      <w:r>
        <w:t xml:space="preserve"> </w:t>
      </w:r>
      <w:proofErr w:type="spellStart"/>
      <w:r>
        <w:t>aynı</w:t>
      </w:r>
      <w:proofErr w:type="spellEnd"/>
      <w:r>
        <w:t xml:space="preserve">, </w:t>
      </w:r>
      <w:proofErr w:type="spellStart"/>
      <w:r>
        <w:t>aynadaki</w:t>
      </w:r>
      <w:proofErr w:type="spellEnd"/>
      <w:r>
        <w:t xml:space="preserve"> </w:t>
      </w:r>
      <w:proofErr w:type="spellStart"/>
      <w:r>
        <w:t>görüntüleri</w:t>
      </w:r>
      <w:proofErr w:type="spellEnd"/>
      <w:r>
        <w:t xml:space="preserve"> </w:t>
      </w:r>
      <w:proofErr w:type="spellStart"/>
      <w:r>
        <w:t>farklı</w:t>
      </w:r>
      <w:proofErr w:type="spellEnd"/>
      <w:r>
        <w:t xml:space="preserve">.” </w:t>
      </w:r>
      <w:proofErr w:type="spellStart"/>
      <w:r>
        <w:t>denir</w:t>
      </w:r>
      <w:proofErr w:type="spellEnd"/>
      <w:r>
        <w:t xml:space="preserve">. </w:t>
      </w:r>
      <w:proofErr w:type="spellStart"/>
      <w:r>
        <w:t>Mert’in</w:t>
      </w:r>
      <w:proofErr w:type="spellEnd"/>
      <w:r>
        <w:t xml:space="preserve"> </w:t>
      </w:r>
      <w:proofErr w:type="spellStart"/>
      <w:r>
        <w:t>sorusu</w:t>
      </w:r>
      <w:proofErr w:type="spellEnd"/>
      <w:r>
        <w:t xml:space="preserve"> </w:t>
      </w:r>
      <w:proofErr w:type="spellStart"/>
      <w:r>
        <w:t>okunduktan</w:t>
      </w:r>
      <w:proofErr w:type="spellEnd"/>
      <w:r>
        <w:t xml:space="preserve"> </w:t>
      </w:r>
      <w:proofErr w:type="spellStart"/>
      <w:r>
        <w:t>sonra</w:t>
      </w:r>
      <w:proofErr w:type="spellEnd"/>
      <w:r>
        <w:t xml:space="preserve"> “Sen </w:t>
      </w:r>
      <w:proofErr w:type="spellStart"/>
      <w:r>
        <w:t>olsan</w:t>
      </w:r>
      <w:proofErr w:type="spellEnd"/>
      <w:r>
        <w:t xml:space="preserve"> </w:t>
      </w:r>
      <w:proofErr w:type="spellStart"/>
      <w:r>
        <w:t>öğretmene</w:t>
      </w:r>
      <w:proofErr w:type="spellEnd"/>
      <w:r>
        <w:t xml:space="preserve"> ne </w:t>
      </w:r>
      <w:proofErr w:type="spellStart"/>
      <w:r>
        <w:t>sorardın</w:t>
      </w:r>
      <w:proofErr w:type="spellEnd"/>
      <w:r>
        <w:t xml:space="preserve">?” </w:t>
      </w:r>
      <w:proofErr w:type="spellStart"/>
      <w:r>
        <w:t>diye</w:t>
      </w:r>
      <w:proofErr w:type="spellEnd"/>
      <w:r>
        <w:t xml:space="preserve"> </w:t>
      </w:r>
      <w:proofErr w:type="spellStart"/>
      <w:r>
        <w:t>sorulur</w:t>
      </w:r>
      <w:proofErr w:type="spellEnd"/>
      <w:r>
        <w:t>.</w:t>
      </w:r>
    </w:p>
    <w:p w14:paraId="043448EB" w14:textId="77777777" w:rsidR="00F66DBF" w:rsidRDefault="00E549B7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F66DBF" w14:paraId="37CD91C3" w14:textId="77777777">
        <w:trPr>
          <w:cantSplit/>
        </w:trPr>
        <w:tc>
          <w:tcPr>
            <w:tcW w:w="96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DADAD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DE1B63" w14:textId="77777777" w:rsidR="00F66DBF" w:rsidRDefault="00E549B7">
            <w:pPr>
              <w:keepNext/>
              <w:spacing w:after="0"/>
              <w:jc w:val="center"/>
            </w:pPr>
            <w:r>
              <w:rPr>
                <w:rFonts w:ascii="Arial" w:hAnsi="Arial"/>
                <w:b/>
                <w:sz w:val="24"/>
              </w:rPr>
              <w:lastRenderedPageBreak/>
              <w:t>OKUMA SIRASI</w:t>
            </w:r>
          </w:p>
        </w:tc>
      </w:tr>
      <w:tr w:rsidR="00F66DBF" w14:paraId="7A13D8F3" w14:textId="77777777">
        <w:trPr>
          <w:cantSplit/>
        </w:trPr>
        <w:tc>
          <w:tcPr>
            <w:tcW w:w="96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3B08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5DB5C9" w14:textId="77777777" w:rsidR="00F66DBF" w:rsidRDefault="00E549B7">
            <w:pPr>
              <w:keepNext/>
              <w:spacing w:after="0"/>
              <w:jc w:val="center"/>
            </w:pPr>
            <w:proofErr w:type="spellStart"/>
            <w:r>
              <w:rPr>
                <w:rFonts w:ascii="Arial" w:hAnsi="Arial"/>
                <w:b/>
                <w:sz w:val="24"/>
              </w:rPr>
              <w:t>Sayfa</w:t>
            </w:r>
            <w:proofErr w:type="spellEnd"/>
            <w:r>
              <w:rPr>
                <w:rFonts w:ascii="Arial" w:hAnsi="Arial"/>
                <w:b/>
                <w:sz w:val="24"/>
              </w:rPr>
              <w:t xml:space="preserve"> 8–9</w:t>
            </w:r>
          </w:p>
        </w:tc>
      </w:tr>
    </w:tbl>
    <w:p w14:paraId="6676E8EC" w14:textId="77777777" w:rsidR="00F66DBF" w:rsidRDefault="00E549B7">
      <w:r>
        <w:t xml:space="preserve">Ayşegül </w:t>
      </w:r>
      <w:proofErr w:type="spellStart"/>
      <w:r>
        <w:t>Öğretmen’in</w:t>
      </w:r>
      <w:proofErr w:type="spellEnd"/>
      <w:r>
        <w:t xml:space="preserve"> </w:t>
      </w:r>
      <w:proofErr w:type="spellStart"/>
      <w:r>
        <w:t>açıklamasına</w:t>
      </w:r>
      <w:proofErr w:type="spellEnd"/>
      <w:r>
        <w:t xml:space="preserve"> </w:t>
      </w:r>
      <w:proofErr w:type="spellStart"/>
      <w:r>
        <w:t>geçmeden</w:t>
      </w:r>
      <w:proofErr w:type="spellEnd"/>
      <w:r>
        <w:t xml:space="preserve"> </w:t>
      </w:r>
      <w:proofErr w:type="spellStart"/>
      <w:r>
        <w:t>gerçek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kaşık</w:t>
      </w:r>
      <w:proofErr w:type="spellEnd"/>
      <w:r>
        <w:t xml:space="preserve"> </w:t>
      </w:r>
      <w:proofErr w:type="spellStart"/>
      <w:r>
        <w:t>gösterilir</w:t>
      </w:r>
      <w:proofErr w:type="spellEnd"/>
      <w:r>
        <w:t>. “</w:t>
      </w:r>
      <w:proofErr w:type="spellStart"/>
      <w:r>
        <w:t>Kaşıkla</w:t>
      </w:r>
      <w:proofErr w:type="spellEnd"/>
      <w:r>
        <w:t xml:space="preserve"> </w:t>
      </w:r>
      <w:proofErr w:type="spellStart"/>
      <w:r>
        <w:t>yemek</w:t>
      </w:r>
      <w:proofErr w:type="spellEnd"/>
      <w:r>
        <w:t xml:space="preserve"> </w:t>
      </w:r>
      <w:proofErr w:type="spellStart"/>
      <w:r>
        <w:t>yiyoruz</w:t>
      </w:r>
      <w:proofErr w:type="spellEnd"/>
      <w:r>
        <w:t xml:space="preserve">. </w:t>
      </w:r>
      <w:proofErr w:type="spellStart"/>
      <w:r>
        <w:t>Peki</w:t>
      </w:r>
      <w:proofErr w:type="spellEnd"/>
      <w:r>
        <w:t xml:space="preserve">, </w:t>
      </w:r>
      <w:proofErr w:type="spellStart"/>
      <w:r>
        <w:t>kaşıkta</w:t>
      </w:r>
      <w:proofErr w:type="spellEnd"/>
      <w:r>
        <w:t xml:space="preserve"> </w:t>
      </w:r>
      <w:proofErr w:type="spellStart"/>
      <w:r>
        <w:t>yüzümüzü</w:t>
      </w:r>
      <w:proofErr w:type="spellEnd"/>
      <w:r>
        <w:t xml:space="preserve"> de </w:t>
      </w:r>
      <w:proofErr w:type="spellStart"/>
      <w:r>
        <w:t>görebilir</w:t>
      </w:r>
      <w:proofErr w:type="spellEnd"/>
      <w:r>
        <w:t xml:space="preserve"> </w:t>
      </w:r>
      <w:proofErr w:type="spellStart"/>
      <w:r>
        <w:t>miyiz</w:t>
      </w:r>
      <w:proofErr w:type="spellEnd"/>
      <w:r>
        <w:t xml:space="preserve">?” </w:t>
      </w:r>
      <w:proofErr w:type="spellStart"/>
      <w:r>
        <w:t>diye</w:t>
      </w:r>
      <w:proofErr w:type="spellEnd"/>
      <w:r>
        <w:t xml:space="preserve"> </w:t>
      </w:r>
      <w:proofErr w:type="spellStart"/>
      <w:r>
        <w:t>sorulur</w:t>
      </w:r>
      <w:proofErr w:type="spellEnd"/>
      <w:r>
        <w:t xml:space="preserve">. </w:t>
      </w:r>
      <w:proofErr w:type="spellStart"/>
      <w:r>
        <w:t>Tahmin</w:t>
      </w:r>
      <w:proofErr w:type="spellEnd"/>
      <w:r>
        <w:t xml:space="preserve"> et, dene </w:t>
      </w:r>
      <w:proofErr w:type="spellStart"/>
      <w:r>
        <w:t>kartıyla</w:t>
      </w:r>
      <w:proofErr w:type="spellEnd"/>
      <w:r>
        <w:t xml:space="preserve"> </w:t>
      </w:r>
      <w:proofErr w:type="spellStart"/>
      <w:r>
        <w:t>düşünceler</w:t>
      </w:r>
      <w:proofErr w:type="spellEnd"/>
      <w:r>
        <w:t xml:space="preserve"> </w:t>
      </w:r>
      <w:proofErr w:type="spellStart"/>
      <w:r>
        <w:t>alınır</w:t>
      </w:r>
      <w:proofErr w:type="spellEnd"/>
      <w:r>
        <w:t xml:space="preserve">. </w:t>
      </w:r>
      <w:proofErr w:type="spellStart"/>
      <w:r>
        <w:t>Kaşığın</w:t>
      </w:r>
      <w:proofErr w:type="spellEnd"/>
      <w:r>
        <w:t xml:space="preserve"> </w:t>
      </w:r>
      <w:proofErr w:type="spellStart"/>
      <w:r>
        <w:t>arka</w:t>
      </w:r>
      <w:proofErr w:type="spellEnd"/>
      <w:r>
        <w:t xml:space="preserve"> </w:t>
      </w:r>
      <w:proofErr w:type="spellStart"/>
      <w:r>
        <w:t>yüzü</w:t>
      </w:r>
      <w:proofErr w:type="spellEnd"/>
      <w:r>
        <w:t xml:space="preserve"> </w:t>
      </w:r>
      <w:proofErr w:type="spellStart"/>
      <w:r>
        <w:t>gösterilerek</w:t>
      </w:r>
      <w:proofErr w:type="spellEnd"/>
      <w:r>
        <w:t xml:space="preserve"> </w:t>
      </w:r>
      <w:proofErr w:type="spellStart"/>
      <w:r>
        <w:t>tümsek</w:t>
      </w:r>
      <w:proofErr w:type="spellEnd"/>
      <w:r>
        <w:t xml:space="preserve"> </w:t>
      </w:r>
      <w:proofErr w:type="spellStart"/>
      <w:r>
        <w:t>sözcüğü</w:t>
      </w:r>
      <w:proofErr w:type="spellEnd"/>
      <w:r>
        <w:t xml:space="preserve"> </w:t>
      </w:r>
      <w:proofErr w:type="spellStart"/>
      <w:r>
        <w:t>açıklanır</w:t>
      </w:r>
      <w:proofErr w:type="spellEnd"/>
      <w:r>
        <w:t xml:space="preserve">. </w:t>
      </w:r>
      <w:proofErr w:type="spellStart"/>
      <w:r>
        <w:t>Çocukların</w:t>
      </w:r>
      <w:proofErr w:type="spellEnd"/>
      <w:r>
        <w:t xml:space="preserve"> </w:t>
      </w:r>
      <w:proofErr w:type="spellStart"/>
      <w:r>
        <w:t>biri</w:t>
      </w:r>
      <w:proofErr w:type="spellEnd"/>
      <w:r>
        <w:t xml:space="preserve"> </w:t>
      </w:r>
      <w:proofErr w:type="spellStart"/>
      <w:r>
        <w:t>kendi</w:t>
      </w:r>
      <w:proofErr w:type="spellEnd"/>
      <w:r>
        <w:t xml:space="preserve"> </w:t>
      </w:r>
      <w:proofErr w:type="spellStart"/>
      <w:r>
        <w:t>elinin</w:t>
      </w:r>
      <w:proofErr w:type="spellEnd"/>
      <w:r>
        <w:t xml:space="preserve"> </w:t>
      </w:r>
      <w:proofErr w:type="spellStart"/>
      <w:r>
        <w:t>dış</w:t>
      </w:r>
      <w:proofErr w:type="spellEnd"/>
      <w:r>
        <w:t xml:space="preserve"> </w:t>
      </w:r>
      <w:proofErr w:type="spellStart"/>
      <w:r>
        <w:t>tarafını</w:t>
      </w:r>
      <w:proofErr w:type="spellEnd"/>
      <w:r>
        <w:t xml:space="preserve"> </w:t>
      </w:r>
      <w:proofErr w:type="spellStart"/>
      <w:r>
        <w:t>göstererek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biçime</w:t>
      </w:r>
      <w:proofErr w:type="spellEnd"/>
      <w:r>
        <w:t xml:space="preserve"> </w:t>
      </w:r>
      <w:proofErr w:type="spellStart"/>
      <w:r>
        <w:t>örnek</w:t>
      </w:r>
      <w:proofErr w:type="spellEnd"/>
      <w:r>
        <w:t xml:space="preserve"> </w:t>
      </w:r>
      <w:proofErr w:type="spellStart"/>
      <w:r>
        <w:t>verebilir</w:t>
      </w:r>
      <w:proofErr w:type="spellEnd"/>
      <w:r>
        <w:t xml:space="preserve">. Uzun </w:t>
      </w:r>
      <w:proofErr w:type="spellStart"/>
      <w:r>
        <w:t>deneme</w:t>
      </w:r>
      <w:proofErr w:type="spellEnd"/>
      <w:r>
        <w:t xml:space="preserve"> </w:t>
      </w:r>
      <w:proofErr w:type="spellStart"/>
      <w:r>
        <w:t>okuma</w:t>
      </w:r>
      <w:proofErr w:type="spellEnd"/>
      <w:r>
        <w:t xml:space="preserve"> </w:t>
      </w:r>
      <w:proofErr w:type="spellStart"/>
      <w:r>
        <w:t>sonrasına</w:t>
      </w:r>
      <w:proofErr w:type="spellEnd"/>
      <w:r>
        <w:t xml:space="preserve"> </w:t>
      </w:r>
      <w:proofErr w:type="spellStart"/>
      <w:r>
        <w:t>bırakılır</w:t>
      </w:r>
      <w:proofErr w:type="spellEnd"/>
      <w: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F66DBF" w14:paraId="7AD0A0EA" w14:textId="77777777">
        <w:trPr>
          <w:cantSplit/>
        </w:trPr>
        <w:tc>
          <w:tcPr>
            <w:tcW w:w="96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3B08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D28F4E" w14:textId="77777777" w:rsidR="00F66DBF" w:rsidRDefault="00E549B7">
            <w:pPr>
              <w:keepNext/>
              <w:spacing w:after="0"/>
              <w:jc w:val="center"/>
            </w:pPr>
            <w:proofErr w:type="spellStart"/>
            <w:r>
              <w:rPr>
                <w:rFonts w:ascii="Arial" w:hAnsi="Arial"/>
                <w:b/>
                <w:sz w:val="24"/>
              </w:rPr>
              <w:t>Sayfa</w:t>
            </w:r>
            <w:proofErr w:type="spellEnd"/>
            <w:r>
              <w:rPr>
                <w:rFonts w:ascii="Arial" w:hAnsi="Arial"/>
                <w:b/>
                <w:sz w:val="24"/>
              </w:rPr>
              <w:t xml:space="preserve"> 10–11</w:t>
            </w:r>
          </w:p>
        </w:tc>
      </w:tr>
    </w:tbl>
    <w:p w14:paraId="30BA1B55" w14:textId="77777777" w:rsidR="00F66DBF" w:rsidRDefault="00E549B7">
      <w:proofErr w:type="spellStart"/>
      <w:r>
        <w:t>Kaşığın</w:t>
      </w:r>
      <w:proofErr w:type="spellEnd"/>
      <w:r>
        <w:t xml:space="preserve"> </w:t>
      </w:r>
      <w:proofErr w:type="spellStart"/>
      <w:r>
        <w:t>çukur</w:t>
      </w:r>
      <w:proofErr w:type="spellEnd"/>
      <w:r>
        <w:t xml:space="preserve"> </w:t>
      </w:r>
      <w:proofErr w:type="spellStart"/>
      <w:r>
        <w:t>yüzü</w:t>
      </w:r>
      <w:proofErr w:type="spellEnd"/>
      <w:r>
        <w:t xml:space="preserve"> </w:t>
      </w:r>
      <w:proofErr w:type="spellStart"/>
      <w:r>
        <w:t>görseli</w:t>
      </w:r>
      <w:proofErr w:type="spellEnd"/>
      <w:r>
        <w:t xml:space="preserve"> </w:t>
      </w:r>
      <w:proofErr w:type="spellStart"/>
      <w:r>
        <w:t>incelenir</w:t>
      </w:r>
      <w:proofErr w:type="spellEnd"/>
      <w:r>
        <w:t>. “</w:t>
      </w:r>
      <w:proofErr w:type="spellStart"/>
      <w:r>
        <w:t>Kaşığın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tarafı</w:t>
      </w:r>
      <w:proofErr w:type="spellEnd"/>
      <w:r>
        <w:t xml:space="preserve"> </w:t>
      </w:r>
      <w:proofErr w:type="spellStart"/>
      <w:r>
        <w:t>diğerine</w:t>
      </w:r>
      <w:proofErr w:type="spellEnd"/>
      <w:r>
        <w:t xml:space="preserve"> </w:t>
      </w:r>
      <w:proofErr w:type="spellStart"/>
      <w:r>
        <w:t>benziyor</w:t>
      </w:r>
      <w:proofErr w:type="spellEnd"/>
      <w:r>
        <w:t xml:space="preserve"> mu?” </w:t>
      </w:r>
      <w:proofErr w:type="spellStart"/>
      <w:r>
        <w:t>diye</w:t>
      </w:r>
      <w:proofErr w:type="spellEnd"/>
      <w:r>
        <w:t xml:space="preserve"> </w:t>
      </w:r>
      <w:proofErr w:type="spellStart"/>
      <w:r>
        <w:t>sorulur</w:t>
      </w:r>
      <w:proofErr w:type="spellEnd"/>
      <w:r>
        <w:t xml:space="preserve">. </w:t>
      </w:r>
      <w:proofErr w:type="spellStart"/>
      <w:r>
        <w:t>Çukur</w:t>
      </w:r>
      <w:proofErr w:type="spellEnd"/>
      <w:r>
        <w:t>–</w:t>
      </w:r>
      <w:proofErr w:type="spellStart"/>
      <w:r>
        <w:t>tümsek</w:t>
      </w:r>
      <w:proofErr w:type="spellEnd"/>
      <w:r>
        <w:t xml:space="preserve"> </w:t>
      </w:r>
      <w:proofErr w:type="spellStart"/>
      <w:r>
        <w:t>kartı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gerçek</w:t>
      </w:r>
      <w:proofErr w:type="spellEnd"/>
      <w:r>
        <w:t xml:space="preserve"> </w:t>
      </w:r>
      <w:proofErr w:type="spellStart"/>
      <w:r>
        <w:t>kaşık</w:t>
      </w:r>
      <w:proofErr w:type="spellEnd"/>
      <w:r>
        <w:t xml:space="preserve"> </w:t>
      </w:r>
      <w:proofErr w:type="spellStart"/>
      <w:r>
        <w:t>karşılaştırılır</w:t>
      </w:r>
      <w:proofErr w:type="spellEnd"/>
      <w:r>
        <w:t xml:space="preserve">. </w:t>
      </w:r>
      <w:proofErr w:type="spellStart"/>
      <w:r>
        <w:t>Çukur</w:t>
      </w:r>
      <w:proofErr w:type="spellEnd"/>
      <w:r>
        <w:t xml:space="preserve"> </w:t>
      </w:r>
      <w:proofErr w:type="spellStart"/>
      <w:r>
        <w:t>sözcüğü</w:t>
      </w:r>
      <w:proofErr w:type="spellEnd"/>
      <w:r>
        <w:t xml:space="preserve"> </w:t>
      </w:r>
      <w:proofErr w:type="spellStart"/>
      <w:r>
        <w:t>açıklanır</w:t>
      </w:r>
      <w:proofErr w:type="spellEnd"/>
      <w:r>
        <w:t xml:space="preserve">. </w:t>
      </w:r>
      <w:proofErr w:type="spellStart"/>
      <w:r>
        <w:t>Düz</w:t>
      </w:r>
      <w:proofErr w:type="spellEnd"/>
      <w:r>
        <w:t>–</w:t>
      </w:r>
      <w:proofErr w:type="spellStart"/>
      <w:r>
        <w:t>ters</w:t>
      </w:r>
      <w:proofErr w:type="spellEnd"/>
      <w:r>
        <w:t xml:space="preserve"> </w:t>
      </w:r>
      <w:proofErr w:type="spellStart"/>
      <w:r>
        <w:t>kartı</w:t>
      </w:r>
      <w:proofErr w:type="spellEnd"/>
      <w:r>
        <w:t xml:space="preserve"> </w:t>
      </w:r>
      <w:proofErr w:type="spellStart"/>
      <w:r>
        <w:t>gösterilir</w:t>
      </w:r>
      <w:proofErr w:type="spellEnd"/>
      <w:r>
        <w:t xml:space="preserve">; </w:t>
      </w:r>
      <w:proofErr w:type="spellStart"/>
      <w:r>
        <w:t>çocuklar</w:t>
      </w:r>
      <w:proofErr w:type="spellEnd"/>
      <w:r>
        <w:t xml:space="preserve"> </w:t>
      </w:r>
      <w:proofErr w:type="spellStart"/>
      <w:r>
        <w:t>ters</w:t>
      </w:r>
      <w:proofErr w:type="spellEnd"/>
      <w:r>
        <w:t xml:space="preserve"> </w:t>
      </w:r>
      <w:proofErr w:type="spellStart"/>
      <w:r>
        <w:t>duran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bulur</w:t>
      </w:r>
      <w:proofErr w:type="spellEnd"/>
      <w:r>
        <w:t xml:space="preserve">. </w:t>
      </w:r>
      <w:proofErr w:type="spellStart"/>
      <w:r>
        <w:t>Öğretmen</w:t>
      </w:r>
      <w:proofErr w:type="spellEnd"/>
      <w:r>
        <w:t xml:space="preserve"> “</w:t>
      </w:r>
      <w:proofErr w:type="spellStart"/>
      <w:r>
        <w:t>Biraz</w:t>
      </w:r>
      <w:proofErr w:type="spellEnd"/>
      <w:r>
        <w:t xml:space="preserve"> </w:t>
      </w:r>
      <w:proofErr w:type="spellStart"/>
      <w:r>
        <w:t>sonra</w:t>
      </w:r>
      <w:proofErr w:type="spellEnd"/>
      <w:r>
        <w:t xml:space="preserve"> </w:t>
      </w:r>
      <w:proofErr w:type="spellStart"/>
      <w:r>
        <w:t>kaşığı</w:t>
      </w:r>
      <w:proofErr w:type="spellEnd"/>
      <w:r>
        <w:t xml:space="preserve"> </w:t>
      </w:r>
      <w:proofErr w:type="spellStart"/>
      <w:r>
        <w:t>yaklaştırıp</w:t>
      </w:r>
      <w:proofErr w:type="spellEnd"/>
      <w:r>
        <w:t xml:space="preserve"> </w:t>
      </w:r>
      <w:proofErr w:type="spellStart"/>
      <w:r>
        <w:t>uzaklaştırarak</w:t>
      </w:r>
      <w:proofErr w:type="spellEnd"/>
      <w:r>
        <w:t xml:space="preserve"> </w:t>
      </w:r>
      <w:proofErr w:type="spellStart"/>
      <w:r>
        <w:t>görüntümüzün</w:t>
      </w:r>
      <w:proofErr w:type="spellEnd"/>
      <w:r>
        <w:t xml:space="preserve"> </w:t>
      </w:r>
      <w:proofErr w:type="spellStart"/>
      <w:r>
        <w:t>nasıl</w:t>
      </w:r>
      <w:proofErr w:type="spellEnd"/>
      <w:r>
        <w:t xml:space="preserve"> </w:t>
      </w:r>
      <w:proofErr w:type="spellStart"/>
      <w:r>
        <w:t>değiştiğine</w:t>
      </w:r>
      <w:proofErr w:type="spellEnd"/>
      <w:r>
        <w:t xml:space="preserve"> </w:t>
      </w:r>
      <w:proofErr w:type="spellStart"/>
      <w:r>
        <w:t>bakacağız</w:t>
      </w:r>
      <w:proofErr w:type="spellEnd"/>
      <w:r>
        <w:t>.” der.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F66DBF" w14:paraId="0B562613" w14:textId="77777777">
        <w:trPr>
          <w:cantSplit/>
        </w:trPr>
        <w:tc>
          <w:tcPr>
            <w:tcW w:w="96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3B08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B75C20" w14:textId="77777777" w:rsidR="00F66DBF" w:rsidRDefault="00E549B7">
            <w:pPr>
              <w:keepNext/>
              <w:spacing w:after="0"/>
              <w:jc w:val="center"/>
            </w:pPr>
            <w:proofErr w:type="spellStart"/>
            <w:r>
              <w:rPr>
                <w:rFonts w:ascii="Arial" w:hAnsi="Arial"/>
                <w:b/>
                <w:sz w:val="24"/>
              </w:rPr>
              <w:t>Sayfa</w:t>
            </w:r>
            <w:proofErr w:type="spellEnd"/>
            <w:r>
              <w:rPr>
                <w:rFonts w:ascii="Arial" w:hAnsi="Arial"/>
                <w:b/>
                <w:sz w:val="24"/>
              </w:rPr>
              <w:t xml:space="preserve"> 12–14</w:t>
            </w:r>
          </w:p>
        </w:tc>
      </w:tr>
    </w:tbl>
    <w:p w14:paraId="02FF507E" w14:textId="77777777" w:rsidR="00F66DBF" w:rsidRDefault="00E549B7">
      <w:proofErr w:type="spellStart"/>
      <w:r>
        <w:t>Bilim</w:t>
      </w:r>
      <w:proofErr w:type="spellEnd"/>
      <w:r>
        <w:t xml:space="preserve"> </w:t>
      </w:r>
      <w:proofErr w:type="spellStart"/>
      <w:r>
        <w:t>merkezinden</w:t>
      </w:r>
      <w:proofErr w:type="spellEnd"/>
      <w:r>
        <w:t xml:space="preserve"> </w:t>
      </w:r>
      <w:proofErr w:type="spellStart"/>
      <w:r>
        <w:t>ayrılma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eve </w:t>
      </w:r>
      <w:proofErr w:type="spellStart"/>
      <w:r>
        <w:t>dönüş</w:t>
      </w:r>
      <w:proofErr w:type="spellEnd"/>
      <w:r>
        <w:t xml:space="preserve"> </w:t>
      </w:r>
      <w:proofErr w:type="spellStart"/>
      <w:r>
        <w:t>bölümleri</w:t>
      </w:r>
      <w:proofErr w:type="spellEnd"/>
      <w:r>
        <w:t xml:space="preserve"> </w:t>
      </w:r>
      <w:proofErr w:type="spellStart"/>
      <w:r>
        <w:t>okunur</w:t>
      </w:r>
      <w:proofErr w:type="spellEnd"/>
      <w:r>
        <w:t xml:space="preserve">. “Ece eve </w:t>
      </w:r>
      <w:proofErr w:type="spellStart"/>
      <w:r>
        <w:t>dönünce</w:t>
      </w:r>
      <w:proofErr w:type="spellEnd"/>
      <w:r>
        <w:t xml:space="preserve"> </w:t>
      </w:r>
      <w:proofErr w:type="spellStart"/>
      <w:r>
        <w:t>annesine</w:t>
      </w:r>
      <w:proofErr w:type="spellEnd"/>
      <w:r>
        <w:t xml:space="preserve"> ilk ne </w:t>
      </w:r>
      <w:proofErr w:type="spellStart"/>
      <w:r>
        <w:t>anlatmış</w:t>
      </w:r>
      <w:proofErr w:type="spellEnd"/>
      <w:r>
        <w:t xml:space="preserve"> </w:t>
      </w:r>
      <w:proofErr w:type="spellStart"/>
      <w:r>
        <w:t>olabilir</w:t>
      </w:r>
      <w:proofErr w:type="spellEnd"/>
      <w:r>
        <w:t xml:space="preserve">?” </w:t>
      </w:r>
      <w:proofErr w:type="spellStart"/>
      <w:r>
        <w:t>sorusuyla</w:t>
      </w:r>
      <w:proofErr w:type="spellEnd"/>
      <w:r>
        <w:t xml:space="preserve"> </w:t>
      </w:r>
      <w:proofErr w:type="spellStart"/>
      <w:r>
        <w:t>tahmin</w:t>
      </w:r>
      <w:proofErr w:type="spellEnd"/>
      <w:r>
        <w:t xml:space="preserve"> </w:t>
      </w:r>
      <w:proofErr w:type="spellStart"/>
      <w:r>
        <w:t>alınır</w:t>
      </w:r>
      <w:proofErr w:type="spellEnd"/>
      <w:r>
        <w:t xml:space="preserve">. Sonra </w:t>
      </w:r>
      <w:proofErr w:type="spellStart"/>
      <w:r>
        <w:t>Ece’nin</w:t>
      </w:r>
      <w:proofErr w:type="spellEnd"/>
      <w:r>
        <w:t xml:space="preserve"> </w:t>
      </w:r>
      <w:proofErr w:type="spellStart"/>
      <w:r>
        <w:t>annesiyle</w:t>
      </w:r>
      <w:proofErr w:type="spellEnd"/>
      <w:r>
        <w:t xml:space="preserve"> </w:t>
      </w:r>
      <w:proofErr w:type="spellStart"/>
      <w:r>
        <w:t>kaşığa</w:t>
      </w:r>
      <w:proofErr w:type="spellEnd"/>
      <w:r>
        <w:t xml:space="preserve"> </w:t>
      </w:r>
      <w:proofErr w:type="spellStart"/>
      <w:r>
        <w:t>baktığı</w:t>
      </w:r>
      <w:proofErr w:type="spellEnd"/>
      <w:r>
        <w:t xml:space="preserve"> </w:t>
      </w:r>
      <w:proofErr w:type="spellStart"/>
      <w:r>
        <w:t>bölüm</w:t>
      </w:r>
      <w:proofErr w:type="spellEnd"/>
      <w:r>
        <w:t xml:space="preserve"> </w:t>
      </w:r>
      <w:proofErr w:type="spellStart"/>
      <w:r>
        <w:t>okunur</w:t>
      </w:r>
      <w:proofErr w:type="spellEnd"/>
      <w:r>
        <w:t xml:space="preserve">. </w:t>
      </w:r>
      <w:proofErr w:type="spellStart"/>
      <w:r>
        <w:t>Birlikte</w:t>
      </w:r>
      <w:proofErr w:type="spellEnd"/>
      <w:r>
        <w:t xml:space="preserve"> </w:t>
      </w:r>
      <w:proofErr w:type="spellStart"/>
      <w:r>
        <w:t>anlatalım</w:t>
      </w:r>
      <w:proofErr w:type="spellEnd"/>
      <w:r>
        <w:t xml:space="preserve"> </w:t>
      </w:r>
      <w:proofErr w:type="spellStart"/>
      <w:r>
        <w:t>kartı</w:t>
      </w:r>
      <w:proofErr w:type="spellEnd"/>
      <w:r>
        <w:t xml:space="preserve"> </w:t>
      </w:r>
      <w:proofErr w:type="spellStart"/>
      <w:r>
        <w:t>gösterilir</w:t>
      </w:r>
      <w:proofErr w:type="spellEnd"/>
      <w:r>
        <w:t xml:space="preserve">. </w:t>
      </w:r>
      <w:proofErr w:type="spellStart"/>
      <w:r>
        <w:t>İsteyen</w:t>
      </w:r>
      <w:proofErr w:type="spellEnd"/>
      <w:r>
        <w:t xml:space="preserve"> </w:t>
      </w:r>
      <w:proofErr w:type="spellStart"/>
      <w:r>
        <w:t>çocuk</w:t>
      </w:r>
      <w:proofErr w:type="spellEnd"/>
      <w:r>
        <w:t xml:space="preserve"> </w:t>
      </w:r>
      <w:proofErr w:type="spellStart"/>
      <w:r>
        <w:t>Ece’nin</w:t>
      </w:r>
      <w:proofErr w:type="spellEnd"/>
      <w:r>
        <w:t xml:space="preserve"> </w:t>
      </w:r>
      <w:proofErr w:type="spellStart"/>
      <w:r>
        <w:t>yerine</w:t>
      </w:r>
      <w:proofErr w:type="spellEnd"/>
      <w:r>
        <w:t xml:space="preserve"> </w:t>
      </w:r>
      <w:proofErr w:type="spellStart"/>
      <w:r>
        <w:t>geçerek</w:t>
      </w:r>
      <w:proofErr w:type="spellEnd"/>
      <w:r>
        <w:t xml:space="preserve"> “Anne, </w:t>
      </w:r>
      <w:proofErr w:type="spellStart"/>
      <w:r>
        <w:t>bugün</w:t>
      </w:r>
      <w:proofErr w:type="spellEnd"/>
      <w:r>
        <w:t xml:space="preserve">…” </w:t>
      </w:r>
      <w:proofErr w:type="spellStart"/>
      <w:r>
        <w:t>diye</w:t>
      </w:r>
      <w:proofErr w:type="spellEnd"/>
      <w:r>
        <w:t xml:space="preserve"> </w:t>
      </w:r>
      <w:proofErr w:type="spellStart"/>
      <w:r>
        <w:t>başlayan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cümle</w:t>
      </w:r>
      <w:proofErr w:type="spellEnd"/>
      <w:r>
        <w:t xml:space="preserve"> </w:t>
      </w:r>
      <w:proofErr w:type="spellStart"/>
      <w:r>
        <w:t>kurar</w:t>
      </w:r>
      <w:proofErr w:type="spellEnd"/>
      <w:r>
        <w:t xml:space="preserve">.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çocuklar</w:t>
      </w:r>
      <w:proofErr w:type="spellEnd"/>
      <w:r>
        <w:t xml:space="preserve"> </w:t>
      </w:r>
      <w:proofErr w:type="spellStart"/>
      <w:r>
        <w:t>arkadaşlarını</w:t>
      </w:r>
      <w:proofErr w:type="spellEnd"/>
      <w:r>
        <w:t xml:space="preserve"> </w:t>
      </w:r>
      <w:proofErr w:type="spellStart"/>
      <w:r>
        <w:t>dinler</w:t>
      </w:r>
      <w:proofErr w:type="spellEnd"/>
      <w: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F66DBF" w14:paraId="2D1C8678" w14:textId="77777777">
        <w:trPr>
          <w:cantSplit/>
        </w:trPr>
        <w:tc>
          <w:tcPr>
            <w:tcW w:w="96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3B08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BF9DFC" w14:textId="77777777" w:rsidR="00F66DBF" w:rsidRDefault="00E549B7">
            <w:pPr>
              <w:keepNext/>
              <w:spacing w:after="0"/>
              <w:jc w:val="center"/>
            </w:pPr>
            <w:proofErr w:type="spellStart"/>
            <w:r>
              <w:rPr>
                <w:rFonts w:ascii="Arial" w:hAnsi="Arial"/>
                <w:b/>
                <w:sz w:val="24"/>
              </w:rPr>
              <w:t>Sayfa</w:t>
            </w:r>
            <w:proofErr w:type="spellEnd"/>
            <w:r>
              <w:rPr>
                <w:rFonts w:ascii="Arial" w:hAnsi="Arial"/>
                <w:b/>
                <w:sz w:val="24"/>
              </w:rPr>
              <w:t xml:space="preserve"> 15–17</w:t>
            </w:r>
          </w:p>
        </w:tc>
      </w:tr>
    </w:tbl>
    <w:p w14:paraId="3A5F83BC" w14:textId="77777777" w:rsidR="00F66DBF" w:rsidRDefault="00E549B7">
      <w:proofErr w:type="spellStart"/>
      <w:r>
        <w:t>Yumak</w:t>
      </w:r>
      <w:proofErr w:type="spellEnd"/>
      <w:r>
        <w:t xml:space="preserve"> </w:t>
      </w:r>
      <w:proofErr w:type="spellStart"/>
      <w:r>
        <w:t>kartı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kitaptaki</w:t>
      </w:r>
      <w:proofErr w:type="spellEnd"/>
      <w:r>
        <w:t xml:space="preserve"> </w:t>
      </w:r>
      <w:proofErr w:type="spellStart"/>
      <w:r>
        <w:t>görsel</w:t>
      </w:r>
      <w:proofErr w:type="spellEnd"/>
      <w:r>
        <w:t xml:space="preserve"> </w:t>
      </w:r>
      <w:proofErr w:type="spellStart"/>
      <w:r>
        <w:t>birlikte</w:t>
      </w:r>
      <w:proofErr w:type="spellEnd"/>
      <w:r>
        <w:t xml:space="preserve"> </w:t>
      </w:r>
      <w:proofErr w:type="spellStart"/>
      <w:r>
        <w:t>incelenir</w:t>
      </w:r>
      <w:proofErr w:type="spellEnd"/>
      <w:r>
        <w:t>. “</w:t>
      </w:r>
      <w:proofErr w:type="spellStart"/>
      <w:r>
        <w:t>Yumak’ın</w:t>
      </w:r>
      <w:proofErr w:type="spellEnd"/>
      <w:r>
        <w:t xml:space="preserve"> </w:t>
      </w:r>
      <w:proofErr w:type="spellStart"/>
      <w:r>
        <w:t>tüyleri</w:t>
      </w:r>
      <w:proofErr w:type="spellEnd"/>
      <w:r>
        <w:t xml:space="preserve"> </w:t>
      </w:r>
      <w:proofErr w:type="spellStart"/>
      <w:r>
        <w:t>nasıl</w:t>
      </w:r>
      <w:proofErr w:type="spellEnd"/>
      <w:r>
        <w:t xml:space="preserve">? </w:t>
      </w:r>
      <w:proofErr w:type="spellStart"/>
      <w:r>
        <w:t>Gözlerinde</w:t>
      </w:r>
      <w:proofErr w:type="spellEnd"/>
      <w:r>
        <w:t xml:space="preserve"> </w:t>
      </w:r>
      <w:proofErr w:type="spellStart"/>
      <w:r>
        <w:t>hangi</w:t>
      </w:r>
      <w:proofErr w:type="spellEnd"/>
      <w:r>
        <w:t xml:space="preserve"> </w:t>
      </w:r>
      <w:proofErr w:type="spellStart"/>
      <w:r>
        <w:t>renkleri</w:t>
      </w:r>
      <w:proofErr w:type="spellEnd"/>
      <w:r>
        <w:t xml:space="preserve"> </w:t>
      </w:r>
      <w:proofErr w:type="spellStart"/>
      <w:r>
        <w:t>görüyorsun</w:t>
      </w:r>
      <w:proofErr w:type="spellEnd"/>
      <w:r>
        <w:t xml:space="preserve">? </w:t>
      </w:r>
      <w:proofErr w:type="spellStart"/>
      <w:r>
        <w:t>Kuyruğu</w:t>
      </w:r>
      <w:proofErr w:type="spellEnd"/>
      <w:r>
        <w:t xml:space="preserve"> </w:t>
      </w:r>
      <w:proofErr w:type="spellStart"/>
      <w:r>
        <w:t>nasıl</w:t>
      </w:r>
      <w:proofErr w:type="spellEnd"/>
      <w:r>
        <w:t xml:space="preserve"> </w:t>
      </w:r>
      <w:proofErr w:type="spellStart"/>
      <w:r>
        <w:t>görünüyor</w:t>
      </w:r>
      <w:proofErr w:type="spellEnd"/>
      <w:r>
        <w:t xml:space="preserve">?” </w:t>
      </w:r>
      <w:proofErr w:type="spellStart"/>
      <w:r>
        <w:t>sorularından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olanlar</w:t>
      </w:r>
      <w:proofErr w:type="spellEnd"/>
      <w:r>
        <w:t xml:space="preserve"> </w:t>
      </w:r>
      <w:proofErr w:type="spellStart"/>
      <w:r>
        <w:t>seçilir</w:t>
      </w:r>
      <w:proofErr w:type="spellEnd"/>
      <w:r>
        <w:t xml:space="preserve">. </w:t>
      </w:r>
      <w:proofErr w:type="spellStart"/>
      <w:r>
        <w:t>Kehribar</w:t>
      </w:r>
      <w:proofErr w:type="spellEnd"/>
      <w:r>
        <w:t xml:space="preserve"> </w:t>
      </w:r>
      <w:proofErr w:type="spellStart"/>
      <w:r>
        <w:t>rengi</w:t>
      </w:r>
      <w:proofErr w:type="spellEnd"/>
      <w:r>
        <w:t xml:space="preserve">, </w:t>
      </w:r>
      <w:proofErr w:type="spellStart"/>
      <w:r>
        <w:t>görseldeki</w:t>
      </w:r>
      <w:proofErr w:type="spellEnd"/>
      <w:r>
        <w:t xml:space="preserve"> </w:t>
      </w:r>
      <w:proofErr w:type="spellStart"/>
      <w:r>
        <w:t>göz</w:t>
      </w:r>
      <w:proofErr w:type="spellEnd"/>
      <w:r>
        <w:t xml:space="preserve"> </w:t>
      </w:r>
      <w:proofErr w:type="spellStart"/>
      <w:r>
        <w:t>rengi</w:t>
      </w:r>
      <w:proofErr w:type="spellEnd"/>
      <w:r>
        <w:t xml:space="preserve"> </w:t>
      </w:r>
      <w:proofErr w:type="spellStart"/>
      <w:r>
        <w:t>gösterilerek</w:t>
      </w:r>
      <w:proofErr w:type="spellEnd"/>
      <w:r>
        <w:t xml:space="preserve"> </w:t>
      </w:r>
      <w:proofErr w:type="spellStart"/>
      <w:r>
        <w:t>açıklanır</w:t>
      </w:r>
      <w:proofErr w:type="spellEnd"/>
      <w:r>
        <w:t xml:space="preserve">. </w:t>
      </w:r>
      <w:proofErr w:type="spellStart"/>
      <w:r>
        <w:t>Çocuklar</w:t>
      </w:r>
      <w:proofErr w:type="spellEnd"/>
      <w:r>
        <w:t xml:space="preserve"> </w:t>
      </w:r>
      <w:proofErr w:type="spellStart"/>
      <w:r>
        <w:t>Yumak’ın</w:t>
      </w:r>
      <w:proofErr w:type="spellEnd"/>
      <w:r>
        <w:t xml:space="preserve"> </w:t>
      </w:r>
      <w:proofErr w:type="spellStart"/>
      <w:r>
        <w:t>oyun</w:t>
      </w:r>
      <w:proofErr w:type="spellEnd"/>
      <w:r>
        <w:t xml:space="preserve"> </w:t>
      </w:r>
      <w:proofErr w:type="spellStart"/>
      <w:r>
        <w:t>oynamasını</w:t>
      </w:r>
      <w:proofErr w:type="spellEnd"/>
      <w:r>
        <w:t xml:space="preserve"> </w:t>
      </w:r>
      <w:proofErr w:type="spellStart"/>
      <w:r>
        <w:t>kısa</w:t>
      </w:r>
      <w:proofErr w:type="spellEnd"/>
      <w:r>
        <w:t xml:space="preserve"> </w:t>
      </w:r>
      <w:proofErr w:type="spellStart"/>
      <w:r>
        <w:t>hareketlerle</w:t>
      </w:r>
      <w:proofErr w:type="spellEnd"/>
      <w:r>
        <w:t xml:space="preserve"> </w:t>
      </w:r>
      <w:proofErr w:type="spellStart"/>
      <w:r>
        <w:t>canlandırır</w:t>
      </w:r>
      <w:proofErr w:type="spellEnd"/>
      <w:r>
        <w:t xml:space="preserve">. “Sen </w:t>
      </w:r>
      <w:proofErr w:type="spellStart"/>
      <w:r>
        <w:t>Yumak’la</w:t>
      </w:r>
      <w:proofErr w:type="spellEnd"/>
      <w:r>
        <w:t xml:space="preserve"> </w:t>
      </w:r>
      <w:proofErr w:type="spellStart"/>
      <w:r>
        <w:t>hangi</w:t>
      </w:r>
      <w:proofErr w:type="spellEnd"/>
      <w:r>
        <w:t xml:space="preserve"> </w:t>
      </w:r>
      <w:proofErr w:type="spellStart"/>
      <w:r>
        <w:t>oyunu</w:t>
      </w:r>
      <w:proofErr w:type="spellEnd"/>
      <w:r>
        <w:t xml:space="preserve"> </w:t>
      </w:r>
      <w:proofErr w:type="spellStart"/>
      <w:r>
        <w:t>oynamak</w:t>
      </w:r>
      <w:proofErr w:type="spellEnd"/>
      <w:r>
        <w:t xml:space="preserve"> </w:t>
      </w:r>
      <w:proofErr w:type="spellStart"/>
      <w:r>
        <w:t>isterdin</w:t>
      </w:r>
      <w:proofErr w:type="spellEnd"/>
      <w:r>
        <w:t xml:space="preserve">?” </w:t>
      </w:r>
      <w:proofErr w:type="spellStart"/>
      <w:r>
        <w:t>diye</w:t>
      </w:r>
      <w:proofErr w:type="spellEnd"/>
      <w:r>
        <w:t xml:space="preserve"> </w:t>
      </w:r>
      <w:proofErr w:type="spellStart"/>
      <w:r>
        <w:t>sorulur</w:t>
      </w:r>
      <w:proofErr w:type="spellEnd"/>
      <w: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F66DBF" w14:paraId="22C65997" w14:textId="77777777">
        <w:trPr>
          <w:cantSplit/>
        </w:trPr>
        <w:tc>
          <w:tcPr>
            <w:tcW w:w="96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3B08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4D8A7A" w14:textId="77777777" w:rsidR="00F66DBF" w:rsidRDefault="00E549B7">
            <w:pPr>
              <w:keepNext/>
              <w:spacing w:after="0"/>
              <w:jc w:val="center"/>
            </w:pPr>
            <w:proofErr w:type="spellStart"/>
            <w:r>
              <w:rPr>
                <w:rFonts w:ascii="Arial" w:hAnsi="Arial"/>
                <w:b/>
                <w:sz w:val="24"/>
              </w:rPr>
              <w:t>Sayfa</w:t>
            </w:r>
            <w:proofErr w:type="spellEnd"/>
            <w:r>
              <w:rPr>
                <w:rFonts w:ascii="Arial" w:hAnsi="Arial"/>
                <w:b/>
                <w:sz w:val="24"/>
              </w:rPr>
              <w:t xml:space="preserve"> 18–20</w:t>
            </w:r>
          </w:p>
        </w:tc>
      </w:tr>
    </w:tbl>
    <w:p w14:paraId="2E67C5A8" w14:textId="77777777" w:rsidR="00F66DBF" w:rsidRDefault="00E549B7">
      <w:r>
        <w:t xml:space="preserve">Son </w:t>
      </w:r>
      <w:proofErr w:type="spellStart"/>
      <w:r>
        <w:t>bölüm</w:t>
      </w:r>
      <w:proofErr w:type="spellEnd"/>
      <w:r>
        <w:t xml:space="preserve"> </w:t>
      </w:r>
      <w:proofErr w:type="spellStart"/>
      <w:r>
        <w:t>okunur</w:t>
      </w:r>
      <w:proofErr w:type="spellEnd"/>
      <w:r>
        <w:t xml:space="preserve">. Ece </w:t>
      </w:r>
      <w:proofErr w:type="spellStart"/>
      <w:r>
        <w:t>ve</w:t>
      </w:r>
      <w:proofErr w:type="spellEnd"/>
      <w:r>
        <w:t xml:space="preserve"> </w:t>
      </w:r>
      <w:proofErr w:type="spellStart"/>
      <w:r>
        <w:t>Yumak’ın</w:t>
      </w:r>
      <w:proofErr w:type="spellEnd"/>
      <w:r>
        <w:t xml:space="preserve"> </w:t>
      </w:r>
      <w:proofErr w:type="spellStart"/>
      <w:r>
        <w:t>benzer</w:t>
      </w:r>
      <w:proofErr w:type="spellEnd"/>
      <w:r>
        <w:t xml:space="preserve"> </w:t>
      </w:r>
      <w:proofErr w:type="spellStart"/>
      <w:r>
        <w:t>özelliklerine</w:t>
      </w:r>
      <w:proofErr w:type="spellEnd"/>
      <w:r>
        <w:t xml:space="preserve"> </w:t>
      </w:r>
      <w:proofErr w:type="spellStart"/>
      <w:r>
        <w:t>dikkat</w:t>
      </w:r>
      <w:proofErr w:type="spellEnd"/>
      <w:r>
        <w:t xml:space="preserve"> </w:t>
      </w:r>
      <w:proofErr w:type="spellStart"/>
      <w:r>
        <w:t>çekilir</w:t>
      </w:r>
      <w:proofErr w:type="spellEnd"/>
      <w:r>
        <w:t xml:space="preserve">. “Ece </w:t>
      </w:r>
      <w:proofErr w:type="spellStart"/>
      <w:r>
        <w:t>ile</w:t>
      </w:r>
      <w:proofErr w:type="spellEnd"/>
      <w:r>
        <w:t xml:space="preserve"> </w:t>
      </w:r>
      <w:proofErr w:type="spellStart"/>
      <w:r>
        <w:t>Yumak’ın</w:t>
      </w:r>
      <w:proofErr w:type="spellEnd"/>
      <w:r>
        <w:t xml:space="preserve"> </w:t>
      </w:r>
      <w:proofErr w:type="spellStart"/>
      <w:r>
        <w:t>hangi</w:t>
      </w:r>
      <w:proofErr w:type="spellEnd"/>
      <w:r>
        <w:t xml:space="preserve"> </w:t>
      </w:r>
      <w:proofErr w:type="spellStart"/>
      <w:r>
        <w:t>özellikleri</w:t>
      </w:r>
      <w:proofErr w:type="spellEnd"/>
      <w:r>
        <w:t xml:space="preserve"> </w:t>
      </w:r>
      <w:proofErr w:type="spellStart"/>
      <w:r>
        <w:t>birbirine</w:t>
      </w:r>
      <w:proofErr w:type="spellEnd"/>
      <w:r>
        <w:t xml:space="preserve"> </w:t>
      </w:r>
      <w:proofErr w:type="spellStart"/>
      <w:r>
        <w:t>benziyor</w:t>
      </w:r>
      <w:proofErr w:type="spellEnd"/>
      <w:r>
        <w:t xml:space="preserve">?” </w:t>
      </w:r>
      <w:proofErr w:type="spellStart"/>
      <w:r>
        <w:t>diye</w:t>
      </w:r>
      <w:proofErr w:type="spellEnd"/>
      <w:r>
        <w:t xml:space="preserve"> </w:t>
      </w:r>
      <w:proofErr w:type="spellStart"/>
      <w:r>
        <w:t>sorulur</w:t>
      </w:r>
      <w:proofErr w:type="spellEnd"/>
      <w:r>
        <w:t xml:space="preserve">. </w:t>
      </w:r>
      <w:proofErr w:type="spellStart"/>
      <w:r>
        <w:t>Çocukların</w:t>
      </w:r>
      <w:proofErr w:type="spellEnd"/>
      <w:r>
        <w:t xml:space="preserve"> </w:t>
      </w:r>
      <w:proofErr w:type="spellStart"/>
      <w:r>
        <w:t>saç</w:t>
      </w:r>
      <w:proofErr w:type="spellEnd"/>
      <w:r>
        <w:t xml:space="preserve">, </w:t>
      </w:r>
      <w:proofErr w:type="spellStart"/>
      <w:r>
        <w:t>kaş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tüy</w:t>
      </w:r>
      <w:proofErr w:type="spellEnd"/>
      <w:r>
        <w:t xml:space="preserve"> </w:t>
      </w:r>
      <w:proofErr w:type="spellStart"/>
      <w:r>
        <w:t>renkleri</w:t>
      </w:r>
      <w:proofErr w:type="spellEnd"/>
      <w:r>
        <w:t xml:space="preserve"> </w:t>
      </w:r>
      <w:proofErr w:type="spellStart"/>
      <w:r>
        <w:t>hakkındaki</w:t>
      </w:r>
      <w:proofErr w:type="spellEnd"/>
      <w:r>
        <w:t xml:space="preserve"> </w:t>
      </w:r>
      <w:proofErr w:type="spellStart"/>
      <w:r>
        <w:t>ifadeleri</w:t>
      </w:r>
      <w:proofErr w:type="spellEnd"/>
      <w:r>
        <w:t xml:space="preserve"> </w:t>
      </w:r>
      <w:proofErr w:type="spellStart"/>
      <w:r>
        <w:t>dinlenir</w:t>
      </w:r>
      <w:proofErr w:type="spellEnd"/>
      <w:r>
        <w:t>. “</w:t>
      </w:r>
      <w:proofErr w:type="spellStart"/>
      <w:r>
        <w:t>Hepimizin</w:t>
      </w:r>
      <w:proofErr w:type="spellEnd"/>
      <w:r>
        <w:t xml:space="preserve"> </w:t>
      </w:r>
      <w:proofErr w:type="spellStart"/>
      <w:r>
        <w:t>görünüşü</w:t>
      </w:r>
      <w:proofErr w:type="spellEnd"/>
      <w:r>
        <w:t xml:space="preserve"> </w:t>
      </w:r>
      <w:proofErr w:type="spellStart"/>
      <w:r>
        <w:t>farklı</w:t>
      </w:r>
      <w:proofErr w:type="spellEnd"/>
      <w:r>
        <w:t xml:space="preserve"> </w:t>
      </w:r>
      <w:proofErr w:type="spellStart"/>
      <w:r>
        <w:t>olabilir</w:t>
      </w:r>
      <w:proofErr w:type="spellEnd"/>
      <w:r>
        <w:t xml:space="preserve">.” </w:t>
      </w:r>
      <w:proofErr w:type="spellStart"/>
      <w:r>
        <w:t>denir</w:t>
      </w:r>
      <w:proofErr w:type="spellEnd"/>
      <w:r>
        <w:t xml:space="preserve">. </w:t>
      </w:r>
      <w:proofErr w:type="spellStart"/>
      <w:r>
        <w:t>Hikâye</w:t>
      </w:r>
      <w:proofErr w:type="spellEnd"/>
      <w:r>
        <w:t xml:space="preserve"> </w:t>
      </w:r>
      <w:proofErr w:type="spellStart"/>
      <w:r>
        <w:t>tamamlanınca</w:t>
      </w:r>
      <w:proofErr w:type="spellEnd"/>
      <w:r>
        <w:t xml:space="preserve"> “Ece </w:t>
      </w:r>
      <w:proofErr w:type="spellStart"/>
      <w:r>
        <w:t>en</w:t>
      </w:r>
      <w:proofErr w:type="spellEnd"/>
      <w:r>
        <w:t xml:space="preserve"> </w:t>
      </w:r>
      <w:proofErr w:type="spellStart"/>
      <w:r>
        <w:t>çok</w:t>
      </w:r>
      <w:proofErr w:type="spellEnd"/>
      <w:r>
        <w:t xml:space="preserve"> </w:t>
      </w:r>
      <w:proofErr w:type="spellStart"/>
      <w:r>
        <w:t>neyi</w:t>
      </w:r>
      <w:proofErr w:type="spellEnd"/>
      <w:r>
        <w:t xml:space="preserve"> </w:t>
      </w:r>
      <w:proofErr w:type="spellStart"/>
      <w:r>
        <w:t>anlatmak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heyecanlandı</w:t>
      </w:r>
      <w:proofErr w:type="spellEnd"/>
      <w:r>
        <w:t xml:space="preserve">?” </w:t>
      </w:r>
      <w:proofErr w:type="spellStart"/>
      <w:r>
        <w:t>sorusuyla</w:t>
      </w:r>
      <w:proofErr w:type="spellEnd"/>
      <w:r>
        <w:t xml:space="preserve"> </w:t>
      </w:r>
      <w:proofErr w:type="spellStart"/>
      <w:r>
        <w:t>kısa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paylaşım</w:t>
      </w:r>
      <w:proofErr w:type="spellEnd"/>
      <w:r>
        <w:t xml:space="preserve"> </w:t>
      </w:r>
      <w:proofErr w:type="spellStart"/>
      <w:r>
        <w:t>yapılır</w:t>
      </w:r>
      <w:proofErr w:type="spellEnd"/>
      <w:r>
        <w:t>.</w:t>
      </w:r>
    </w:p>
    <w:p w14:paraId="5E1682AA" w14:textId="77777777" w:rsidR="00F66DBF" w:rsidRDefault="00E549B7">
      <w:pPr>
        <w:keepNext/>
        <w:spacing w:before="120"/>
      </w:pPr>
      <w:proofErr w:type="spellStart"/>
      <w:r>
        <w:rPr>
          <w:b/>
        </w:rPr>
        <w:t>Öğretmene</w:t>
      </w:r>
      <w:proofErr w:type="spellEnd"/>
      <w:r>
        <w:rPr>
          <w:b/>
        </w:rPr>
        <w:t xml:space="preserve"> Not</w:t>
      </w:r>
    </w:p>
    <w:p w14:paraId="209F9C49" w14:textId="77777777" w:rsidR="00F66DBF" w:rsidRDefault="00E549B7">
      <w:proofErr w:type="spellStart"/>
      <w:r>
        <w:t>Kaşığın</w:t>
      </w:r>
      <w:proofErr w:type="spellEnd"/>
      <w:r>
        <w:t xml:space="preserve"> </w:t>
      </w:r>
      <w:proofErr w:type="spellStart"/>
      <w:r>
        <w:t>çukur</w:t>
      </w:r>
      <w:proofErr w:type="spellEnd"/>
      <w:r>
        <w:t xml:space="preserve"> </w:t>
      </w:r>
      <w:proofErr w:type="spellStart"/>
      <w:r>
        <w:t>yüzündeki</w:t>
      </w:r>
      <w:proofErr w:type="spellEnd"/>
      <w:r>
        <w:t xml:space="preserve"> </w:t>
      </w:r>
      <w:proofErr w:type="spellStart"/>
      <w:r>
        <w:t>görüntü</w:t>
      </w:r>
      <w:proofErr w:type="spellEnd"/>
      <w:r>
        <w:t xml:space="preserve"> </w:t>
      </w:r>
      <w:proofErr w:type="spellStart"/>
      <w:r>
        <w:t>bakış</w:t>
      </w:r>
      <w:proofErr w:type="spellEnd"/>
      <w:r>
        <w:t xml:space="preserve"> </w:t>
      </w:r>
      <w:proofErr w:type="spellStart"/>
      <w:r>
        <w:t>uzaklığına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değişir</w:t>
      </w:r>
      <w:proofErr w:type="spellEnd"/>
      <w:r>
        <w:t xml:space="preserve">; her </w:t>
      </w:r>
      <w:proofErr w:type="spellStart"/>
      <w:r>
        <w:t>uzaklıkta</w:t>
      </w:r>
      <w:proofErr w:type="spellEnd"/>
      <w:r>
        <w:t xml:space="preserve"> </w:t>
      </w:r>
      <w:proofErr w:type="spellStart"/>
      <w:r>
        <w:t>ters</w:t>
      </w:r>
      <w:proofErr w:type="spellEnd"/>
      <w:r>
        <w:t xml:space="preserve"> </w:t>
      </w:r>
      <w:proofErr w:type="spellStart"/>
      <w:r>
        <w:t>görünmesi</w:t>
      </w:r>
      <w:proofErr w:type="spellEnd"/>
      <w:r>
        <w:t xml:space="preserve"> </w:t>
      </w:r>
      <w:proofErr w:type="spellStart"/>
      <w:r>
        <w:t>beklenmez</w:t>
      </w:r>
      <w:proofErr w:type="spellEnd"/>
      <w:r>
        <w:t xml:space="preserve">. </w:t>
      </w:r>
      <w:proofErr w:type="spellStart"/>
      <w:r>
        <w:t>Kitaptaki</w:t>
      </w:r>
      <w:proofErr w:type="spellEnd"/>
      <w:r>
        <w:t xml:space="preserve"> </w:t>
      </w:r>
      <w:proofErr w:type="spellStart"/>
      <w:r>
        <w:t>kedi</w:t>
      </w:r>
      <w:proofErr w:type="spellEnd"/>
      <w:r>
        <w:t xml:space="preserve"> </w:t>
      </w:r>
      <w:proofErr w:type="spellStart"/>
      <w:r>
        <w:t>anlatımı</w:t>
      </w:r>
      <w:proofErr w:type="spellEnd"/>
      <w:r>
        <w:t xml:space="preserve"> </w:t>
      </w:r>
      <w:proofErr w:type="spellStart"/>
      <w:r>
        <w:t>genişletilirken</w:t>
      </w:r>
      <w:proofErr w:type="spellEnd"/>
      <w:r>
        <w:t xml:space="preserve"> </w:t>
      </w:r>
      <w:proofErr w:type="spellStart"/>
      <w:r>
        <w:t>bütün</w:t>
      </w:r>
      <w:proofErr w:type="spellEnd"/>
      <w:r>
        <w:t xml:space="preserve"> Van </w:t>
      </w:r>
      <w:proofErr w:type="spellStart"/>
      <w:r>
        <w:t>kedilerinin</w:t>
      </w:r>
      <w:proofErr w:type="spellEnd"/>
      <w:r>
        <w:t xml:space="preserve"> </w:t>
      </w:r>
      <w:proofErr w:type="spellStart"/>
      <w:r>
        <w:t>gözlerinin</w:t>
      </w:r>
      <w:proofErr w:type="spellEnd"/>
      <w:r>
        <w:t xml:space="preserve"> </w:t>
      </w:r>
      <w:proofErr w:type="spellStart"/>
      <w:r>
        <w:t>farklı</w:t>
      </w:r>
      <w:proofErr w:type="spellEnd"/>
      <w:r>
        <w:t xml:space="preserve"> </w:t>
      </w:r>
      <w:proofErr w:type="spellStart"/>
      <w:r>
        <w:t>renkte</w:t>
      </w:r>
      <w:proofErr w:type="spellEnd"/>
      <w:r>
        <w:t xml:space="preserve"> </w:t>
      </w:r>
      <w:proofErr w:type="spellStart"/>
      <w:r>
        <w:t>olduğu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da </w:t>
      </w:r>
      <w:proofErr w:type="spellStart"/>
      <w:r>
        <w:t>yalnızca</w:t>
      </w:r>
      <w:proofErr w:type="spellEnd"/>
      <w:r>
        <w:t xml:space="preserve"> Van </w:t>
      </w:r>
      <w:proofErr w:type="spellStart"/>
      <w:r>
        <w:t>kedilerinin</w:t>
      </w:r>
      <w:proofErr w:type="spellEnd"/>
      <w:r>
        <w:t xml:space="preserve"> </w:t>
      </w:r>
      <w:proofErr w:type="spellStart"/>
      <w:r>
        <w:t>suyu</w:t>
      </w:r>
      <w:proofErr w:type="spellEnd"/>
      <w:r>
        <w:t xml:space="preserve"> </w:t>
      </w:r>
      <w:proofErr w:type="spellStart"/>
      <w:r>
        <w:t>sevdiği</w:t>
      </w:r>
      <w:proofErr w:type="spellEnd"/>
      <w:r>
        <w:t xml:space="preserve"> </w:t>
      </w:r>
      <w:proofErr w:type="spellStart"/>
      <w:r>
        <w:t>genellemesi</w:t>
      </w:r>
      <w:proofErr w:type="spellEnd"/>
      <w:r>
        <w:t xml:space="preserve"> </w:t>
      </w:r>
      <w:proofErr w:type="spellStart"/>
      <w:r>
        <w:t>yapılmaz</w:t>
      </w:r>
      <w:proofErr w:type="spellEnd"/>
      <w:r>
        <w:t xml:space="preserve">. </w:t>
      </w:r>
      <w:proofErr w:type="spellStart"/>
      <w:r>
        <w:t>Sorular</w:t>
      </w:r>
      <w:proofErr w:type="spellEnd"/>
      <w:r>
        <w:t xml:space="preserve">, </w:t>
      </w:r>
      <w:proofErr w:type="spellStart"/>
      <w:r>
        <w:t>hikâyedeki</w:t>
      </w:r>
      <w:proofErr w:type="spellEnd"/>
      <w:r>
        <w:t xml:space="preserve"> </w:t>
      </w:r>
      <w:proofErr w:type="spellStart"/>
      <w:r>
        <w:t>Yumak’ın</w:t>
      </w:r>
      <w:proofErr w:type="spellEnd"/>
      <w:r>
        <w:t xml:space="preserve"> </w:t>
      </w:r>
      <w:proofErr w:type="spellStart"/>
      <w:r>
        <w:t>özellikleri</w:t>
      </w:r>
      <w:proofErr w:type="spellEnd"/>
      <w:r>
        <w:t xml:space="preserve"> </w:t>
      </w:r>
      <w:proofErr w:type="spellStart"/>
      <w:r>
        <w:t>üzerinden</w:t>
      </w:r>
      <w:proofErr w:type="spellEnd"/>
      <w:r>
        <w:t xml:space="preserve"> </w:t>
      </w:r>
      <w:proofErr w:type="spellStart"/>
      <w:r>
        <w:t>yürütülür</w:t>
      </w:r>
      <w:proofErr w:type="spellEnd"/>
      <w:r>
        <w:t>.</w:t>
      </w:r>
    </w:p>
    <w:p w14:paraId="263B5EE8" w14:textId="77777777" w:rsidR="00F66DBF" w:rsidRDefault="00E549B7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F66DBF" w14:paraId="0772EF56" w14:textId="77777777">
        <w:trPr>
          <w:cantSplit/>
        </w:trPr>
        <w:tc>
          <w:tcPr>
            <w:tcW w:w="96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DADAD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B4C192" w14:textId="77777777" w:rsidR="00F66DBF" w:rsidRDefault="00E549B7">
            <w:pPr>
              <w:keepNext/>
              <w:spacing w:after="0"/>
              <w:jc w:val="center"/>
            </w:pPr>
            <w:r>
              <w:rPr>
                <w:rFonts w:ascii="Arial" w:hAnsi="Arial"/>
                <w:b/>
                <w:sz w:val="24"/>
              </w:rPr>
              <w:lastRenderedPageBreak/>
              <w:t>OKUMA SONRASI</w:t>
            </w:r>
          </w:p>
        </w:tc>
      </w:tr>
    </w:tbl>
    <w:p w14:paraId="5F545BEE" w14:textId="77777777" w:rsidR="00F66DBF" w:rsidRDefault="00E549B7">
      <w:pPr>
        <w:keepNext/>
        <w:spacing w:before="120"/>
      </w:pPr>
      <w:r>
        <w:rPr>
          <w:b/>
        </w:rPr>
        <w:t xml:space="preserve">a. </w:t>
      </w:r>
      <w:proofErr w:type="spellStart"/>
      <w:r>
        <w:rPr>
          <w:b/>
        </w:rPr>
        <w:t>İnceleme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Etkinliği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Kaşıktaki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Görüntüm</w:t>
      </w:r>
      <w:proofErr w:type="spellEnd"/>
    </w:p>
    <w:p w14:paraId="4257A150" w14:textId="77777777" w:rsidR="00F66DBF" w:rsidRDefault="00E549B7">
      <w:proofErr w:type="spellStart"/>
      <w:r>
        <w:t>Çocuklara</w:t>
      </w:r>
      <w:proofErr w:type="spellEnd"/>
      <w:r>
        <w:t xml:space="preserve"> </w:t>
      </w:r>
      <w:proofErr w:type="spellStart"/>
      <w:r>
        <w:t>kırılmaz</w:t>
      </w:r>
      <w:proofErr w:type="spellEnd"/>
      <w:r>
        <w:t xml:space="preserve"> </w:t>
      </w:r>
      <w:proofErr w:type="spellStart"/>
      <w:r>
        <w:t>ayna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metal </w:t>
      </w:r>
      <w:proofErr w:type="spellStart"/>
      <w:r>
        <w:t>kaşık</w:t>
      </w:r>
      <w:proofErr w:type="spellEnd"/>
      <w:r>
        <w:t xml:space="preserve"> </w:t>
      </w:r>
      <w:proofErr w:type="spellStart"/>
      <w:r>
        <w:t>verilir</w:t>
      </w:r>
      <w:proofErr w:type="spellEnd"/>
      <w:r>
        <w:t xml:space="preserve">. </w:t>
      </w:r>
      <w:proofErr w:type="spellStart"/>
      <w:r>
        <w:t>Önce</w:t>
      </w:r>
      <w:proofErr w:type="spellEnd"/>
      <w:r>
        <w:t xml:space="preserve"> </w:t>
      </w:r>
      <w:proofErr w:type="spellStart"/>
      <w:r>
        <w:t>aynaya</w:t>
      </w:r>
      <w:proofErr w:type="spellEnd"/>
      <w:r>
        <w:t xml:space="preserve">, </w:t>
      </w:r>
      <w:proofErr w:type="spellStart"/>
      <w:r>
        <w:t>sonra</w:t>
      </w:r>
      <w:proofErr w:type="spellEnd"/>
      <w:r>
        <w:t xml:space="preserve"> </w:t>
      </w:r>
      <w:proofErr w:type="spellStart"/>
      <w:r>
        <w:t>kaşığın</w:t>
      </w:r>
      <w:proofErr w:type="spellEnd"/>
      <w:r>
        <w:t xml:space="preserve"> </w:t>
      </w:r>
      <w:proofErr w:type="spellStart"/>
      <w:r>
        <w:t>arka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çukur</w:t>
      </w:r>
      <w:proofErr w:type="spellEnd"/>
      <w:r>
        <w:t xml:space="preserve"> </w:t>
      </w:r>
      <w:proofErr w:type="spellStart"/>
      <w:r>
        <w:t>yüzlerine</w:t>
      </w:r>
      <w:proofErr w:type="spellEnd"/>
      <w:r>
        <w:t xml:space="preserve"> </w:t>
      </w:r>
      <w:proofErr w:type="spellStart"/>
      <w:r>
        <w:t>bakarlar</w:t>
      </w:r>
      <w:proofErr w:type="spellEnd"/>
      <w:r>
        <w:t>. “</w:t>
      </w:r>
      <w:proofErr w:type="spellStart"/>
      <w:r>
        <w:t>Yüzün</w:t>
      </w:r>
      <w:proofErr w:type="spellEnd"/>
      <w:r>
        <w:t xml:space="preserve"> </w:t>
      </w:r>
      <w:proofErr w:type="spellStart"/>
      <w:r>
        <w:t>nasıl</w:t>
      </w:r>
      <w:proofErr w:type="spellEnd"/>
      <w:r>
        <w:t xml:space="preserve"> </w:t>
      </w:r>
      <w:proofErr w:type="spellStart"/>
      <w:r>
        <w:t>görünüyor</w:t>
      </w:r>
      <w:proofErr w:type="spellEnd"/>
      <w:r>
        <w:t xml:space="preserve">? </w:t>
      </w:r>
      <w:proofErr w:type="spellStart"/>
      <w:r>
        <w:t>Aynadakiyle</w:t>
      </w:r>
      <w:proofErr w:type="spellEnd"/>
      <w:r>
        <w:t xml:space="preserve"> </w:t>
      </w:r>
      <w:proofErr w:type="spellStart"/>
      <w:r>
        <w:t>aynı</w:t>
      </w:r>
      <w:proofErr w:type="spellEnd"/>
      <w:r>
        <w:t xml:space="preserve"> </w:t>
      </w:r>
      <w:proofErr w:type="spellStart"/>
      <w:r>
        <w:t>mı</w:t>
      </w:r>
      <w:proofErr w:type="spellEnd"/>
      <w:r>
        <w:t xml:space="preserve">?” </w:t>
      </w:r>
      <w:proofErr w:type="spellStart"/>
      <w:r>
        <w:t>diye</w:t>
      </w:r>
      <w:proofErr w:type="spellEnd"/>
      <w:r>
        <w:t xml:space="preserve"> </w:t>
      </w:r>
      <w:proofErr w:type="spellStart"/>
      <w:r>
        <w:t>sorulur</w:t>
      </w:r>
      <w:proofErr w:type="spellEnd"/>
      <w:r>
        <w:t xml:space="preserve">. </w:t>
      </w:r>
      <w:proofErr w:type="spellStart"/>
      <w:r>
        <w:t>Kaşığı</w:t>
      </w:r>
      <w:proofErr w:type="spellEnd"/>
      <w:r>
        <w:t xml:space="preserve"> </w:t>
      </w:r>
      <w:proofErr w:type="spellStart"/>
      <w:r>
        <w:t>yavaşça</w:t>
      </w:r>
      <w:proofErr w:type="spellEnd"/>
      <w:r>
        <w:t xml:space="preserve"> </w:t>
      </w:r>
      <w:proofErr w:type="spellStart"/>
      <w:r>
        <w:t>yaklaştırıp</w:t>
      </w:r>
      <w:proofErr w:type="spellEnd"/>
      <w:r>
        <w:t xml:space="preserve"> </w:t>
      </w:r>
      <w:proofErr w:type="spellStart"/>
      <w:r>
        <w:t>uzaklaştırırlar</w:t>
      </w:r>
      <w:proofErr w:type="spellEnd"/>
      <w:r>
        <w:t xml:space="preserve">. Her </w:t>
      </w:r>
      <w:proofErr w:type="spellStart"/>
      <w:r>
        <w:t>çocuk</w:t>
      </w:r>
      <w:proofErr w:type="spellEnd"/>
      <w:r>
        <w:t xml:space="preserve"> fark </w:t>
      </w:r>
      <w:proofErr w:type="spellStart"/>
      <w:r>
        <w:t>ettiğini</w:t>
      </w:r>
      <w:proofErr w:type="spellEnd"/>
      <w:r>
        <w:t xml:space="preserve"> </w:t>
      </w:r>
      <w:proofErr w:type="spellStart"/>
      <w:r>
        <w:t>anlatır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gösterir</w:t>
      </w:r>
      <w:proofErr w:type="spellEnd"/>
      <w:r>
        <w:t xml:space="preserve">. </w:t>
      </w:r>
      <w:proofErr w:type="spellStart"/>
      <w:r>
        <w:t>Öğretmen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yanıt</w:t>
      </w:r>
      <w:proofErr w:type="spellEnd"/>
      <w:r>
        <w:t xml:space="preserve"> </w:t>
      </w:r>
      <w:proofErr w:type="spellStart"/>
      <w:r>
        <w:t>beklemek</w:t>
      </w:r>
      <w:proofErr w:type="spellEnd"/>
      <w:r>
        <w:t xml:space="preserve"> </w:t>
      </w:r>
      <w:proofErr w:type="spellStart"/>
      <w:r>
        <w:t>yerine</w:t>
      </w:r>
      <w:proofErr w:type="spellEnd"/>
      <w:r>
        <w:t xml:space="preserve"> </w:t>
      </w:r>
      <w:proofErr w:type="spellStart"/>
      <w:r>
        <w:t>çocukların</w:t>
      </w:r>
      <w:proofErr w:type="spellEnd"/>
      <w:r>
        <w:t xml:space="preserve"> </w:t>
      </w:r>
      <w:proofErr w:type="spellStart"/>
      <w:r>
        <w:t>gözlemlerini</w:t>
      </w:r>
      <w:proofErr w:type="spellEnd"/>
      <w:r>
        <w:t xml:space="preserve"> </w:t>
      </w:r>
      <w:proofErr w:type="spellStart"/>
      <w:r>
        <w:t>dinler</w:t>
      </w:r>
      <w:proofErr w:type="spellEnd"/>
      <w:r>
        <w:t xml:space="preserve">. </w:t>
      </w:r>
      <w:proofErr w:type="spellStart"/>
      <w:r>
        <w:t>Aileler</w:t>
      </w:r>
      <w:proofErr w:type="spellEnd"/>
      <w:r>
        <w:t xml:space="preserve"> </w:t>
      </w:r>
      <w:proofErr w:type="spellStart"/>
      <w:r>
        <w:t>katılıyorsa</w:t>
      </w:r>
      <w:proofErr w:type="spellEnd"/>
      <w:r>
        <w:t xml:space="preserve"> </w:t>
      </w:r>
      <w:proofErr w:type="spellStart"/>
      <w:r>
        <w:t>çocuk</w:t>
      </w:r>
      <w:proofErr w:type="spellEnd"/>
      <w:r>
        <w:t xml:space="preserve"> </w:t>
      </w:r>
      <w:proofErr w:type="spellStart"/>
      <w:r>
        <w:t>gördüklerini</w:t>
      </w:r>
      <w:proofErr w:type="spellEnd"/>
      <w:r>
        <w:t xml:space="preserve"> </w:t>
      </w:r>
      <w:proofErr w:type="spellStart"/>
      <w:r>
        <w:t>ailesine</w:t>
      </w:r>
      <w:proofErr w:type="spellEnd"/>
      <w:r>
        <w:t xml:space="preserve"> </w:t>
      </w:r>
      <w:proofErr w:type="spellStart"/>
      <w:r>
        <w:t>anlatır</w:t>
      </w:r>
      <w:proofErr w:type="spellEnd"/>
      <w:r>
        <w:t>.</w:t>
      </w:r>
    </w:p>
    <w:p w14:paraId="36D44A76" w14:textId="77777777" w:rsidR="00F66DBF" w:rsidRDefault="00E549B7">
      <w:pPr>
        <w:keepNext/>
        <w:spacing w:before="120"/>
      </w:pPr>
      <w:r>
        <w:rPr>
          <w:b/>
        </w:rPr>
        <w:t xml:space="preserve">b. </w:t>
      </w:r>
      <w:proofErr w:type="spellStart"/>
      <w:r>
        <w:rPr>
          <w:b/>
        </w:rPr>
        <w:t>Kelime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Duvarı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Gör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Göster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Anlat</w:t>
      </w:r>
      <w:proofErr w:type="spellEnd"/>
    </w:p>
    <w:p w14:paraId="093966E3" w14:textId="77777777" w:rsidR="00F66DBF" w:rsidRDefault="00E549B7">
      <w:proofErr w:type="spellStart"/>
      <w:r>
        <w:t>Bilim</w:t>
      </w:r>
      <w:proofErr w:type="spellEnd"/>
      <w:r>
        <w:t xml:space="preserve"> </w:t>
      </w:r>
      <w:proofErr w:type="spellStart"/>
      <w:r>
        <w:t>merkezi</w:t>
      </w:r>
      <w:proofErr w:type="spellEnd"/>
      <w:r>
        <w:t xml:space="preserve">, </w:t>
      </w:r>
      <w:proofErr w:type="spellStart"/>
      <w:r>
        <w:t>ayna</w:t>
      </w:r>
      <w:proofErr w:type="spellEnd"/>
      <w:r>
        <w:t xml:space="preserve">, </w:t>
      </w:r>
      <w:proofErr w:type="spellStart"/>
      <w:r>
        <w:t>kaşık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çukur</w:t>
      </w:r>
      <w:proofErr w:type="spellEnd"/>
      <w:r>
        <w:t>–</w:t>
      </w:r>
      <w:proofErr w:type="spellStart"/>
      <w:r>
        <w:t>tümsek</w:t>
      </w:r>
      <w:proofErr w:type="spellEnd"/>
      <w:r>
        <w:t xml:space="preserve"> </w:t>
      </w:r>
      <w:proofErr w:type="spellStart"/>
      <w:r>
        <w:t>kartları</w:t>
      </w:r>
      <w:proofErr w:type="spellEnd"/>
      <w:r>
        <w:t xml:space="preserve"> </w:t>
      </w:r>
      <w:proofErr w:type="spellStart"/>
      <w:r>
        <w:t>çocukların</w:t>
      </w:r>
      <w:proofErr w:type="spellEnd"/>
      <w:r>
        <w:t xml:space="preserve"> </w:t>
      </w:r>
      <w:proofErr w:type="spellStart"/>
      <w:r>
        <w:t>göz</w:t>
      </w:r>
      <w:proofErr w:type="spellEnd"/>
      <w:r>
        <w:t xml:space="preserve"> </w:t>
      </w:r>
      <w:proofErr w:type="spellStart"/>
      <w:r>
        <w:t>hizasında</w:t>
      </w:r>
      <w:proofErr w:type="spellEnd"/>
      <w:r>
        <w:t xml:space="preserve"> </w:t>
      </w:r>
      <w:proofErr w:type="spellStart"/>
      <w:r>
        <w:t>sergilenir</w:t>
      </w:r>
      <w:proofErr w:type="spellEnd"/>
      <w:r>
        <w:t>. “</w:t>
      </w:r>
      <w:proofErr w:type="spellStart"/>
      <w:r>
        <w:t>Deneyerek</w:t>
      </w:r>
      <w:proofErr w:type="spellEnd"/>
      <w:r>
        <w:t xml:space="preserve"> yeni </w:t>
      </w:r>
      <w:proofErr w:type="spellStart"/>
      <w:r>
        <w:t>şeyler</w:t>
      </w:r>
      <w:proofErr w:type="spellEnd"/>
      <w:r>
        <w:t xml:space="preserve"> </w:t>
      </w:r>
      <w:proofErr w:type="spellStart"/>
      <w:r>
        <w:t>öğrendiğimiz</w:t>
      </w:r>
      <w:proofErr w:type="spellEnd"/>
      <w: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t>hangisiydi</w:t>
      </w:r>
      <w:proofErr w:type="spellEnd"/>
      <w:r>
        <w:t xml:space="preserve">?” </w:t>
      </w:r>
      <w:proofErr w:type="spellStart"/>
      <w:r>
        <w:t>denir</w:t>
      </w:r>
      <w:proofErr w:type="spellEnd"/>
      <w:r>
        <w:t xml:space="preserve">; </w:t>
      </w:r>
      <w:proofErr w:type="spellStart"/>
      <w:r>
        <w:t>çocuk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kartı</w:t>
      </w:r>
      <w:proofErr w:type="spellEnd"/>
      <w:r>
        <w:t xml:space="preserve"> </w:t>
      </w:r>
      <w:proofErr w:type="spellStart"/>
      <w:r>
        <w:t>gösterir</w:t>
      </w:r>
      <w:proofErr w:type="spellEnd"/>
      <w:r>
        <w:t>. “</w:t>
      </w:r>
      <w:proofErr w:type="spellStart"/>
      <w:r>
        <w:t>Kaşığın</w:t>
      </w:r>
      <w:proofErr w:type="spellEnd"/>
      <w:r>
        <w:t xml:space="preserve"> </w:t>
      </w:r>
      <w:proofErr w:type="spellStart"/>
      <w:r>
        <w:t>çukur</w:t>
      </w:r>
      <w:proofErr w:type="spellEnd"/>
      <w:r>
        <w:t xml:space="preserve"> </w:t>
      </w:r>
      <w:proofErr w:type="spellStart"/>
      <w:r>
        <w:t>tarafını</w:t>
      </w:r>
      <w:proofErr w:type="spellEnd"/>
      <w:r>
        <w:t xml:space="preserve"> bul.” </w:t>
      </w:r>
      <w:proofErr w:type="spellStart"/>
      <w:r>
        <w:t>yönergesiyle</w:t>
      </w:r>
      <w:proofErr w:type="spellEnd"/>
      <w:r>
        <w:t xml:space="preserve"> </w:t>
      </w:r>
      <w:proofErr w:type="spellStart"/>
      <w:r>
        <w:t>karttan</w:t>
      </w:r>
      <w:proofErr w:type="spellEnd"/>
      <w:r>
        <w:t xml:space="preserve"> </w:t>
      </w:r>
      <w:proofErr w:type="spellStart"/>
      <w:r>
        <w:t>gerçek</w:t>
      </w:r>
      <w:proofErr w:type="spellEnd"/>
      <w:r>
        <w:t xml:space="preserve"> </w:t>
      </w:r>
      <w:proofErr w:type="spellStart"/>
      <w:r>
        <w:t>nesneye</w:t>
      </w:r>
      <w:proofErr w:type="spellEnd"/>
      <w:r>
        <w:t xml:space="preserve"> </w:t>
      </w:r>
      <w:proofErr w:type="spellStart"/>
      <w:r>
        <w:t>geçilir</w:t>
      </w:r>
      <w:proofErr w:type="spellEnd"/>
      <w:r>
        <w:t xml:space="preserve">. </w:t>
      </w:r>
      <w:proofErr w:type="spellStart"/>
      <w:r>
        <w:t>İsteyen</w:t>
      </w:r>
      <w:proofErr w:type="spellEnd"/>
      <w:r>
        <w:t xml:space="preserve"> </w:t>
      </w:r>
      <w:proofErr w:type="spellStart"/>
      <w:r>
        <w:t>çocuk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kart </w:t>
      </w:r>
      <w:proofErr w:type="spellStart"/>
      <w:r>
        <w:t>seçerek</w:t>
      </w:r>
      <w:proofErr w:type="spellEnd"/>
      <w:r>
        <w:t xml:space="preserve"> </w:t>
      </w:r>
      <w:proofErr w:type="spellStart"/>
      <w:r>
        <w:t>onunla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kısa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cümle</w:t>
      </w:r>
      <w:proofErr w:type="spellEnd"/>
      <w:r>
        <w:t xml:space="preserve"> </w:t>
      </w:r>
      <w:proofErr w:type="spellStart"/>
      <w:r>
        <w:t>kurar</w:t>
      </w:r>
      <w:proofErr w:type="spellEnd"/>
      <w:r>
        <w:t>.</w:t>
      </w:r>
    </w:p>
    <w:p w14:paraId="7A2CDA05" w14:textId="77777777" w:rsidR="00F66DBF" w:rsidRDefault="00E549B7">
      <w:pPr>
        <w:keepNext/>
        <w:spacing w:before="120"/>
      </w:pPr>
      <w:r>
        <w:rPr>
          <w:b/>
        </w:rPr>
        <w:t xml:space="preserve">c. </w:t>
      </w:r>
      <w:proofErr w:type="spellStart"/>
      <w:r>
        <w:rPr>
          <w:b/>
        </w:rPr>
        <w:t>Hikâyeyi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Sıralama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Canlandırma</w:t>
      </w:r>
      <w:proofErr w:type="spellEnd"/>
    </w:p>
    <w:p w14:paraId="25B4DD91" w14:textId="77777777" w:rsidR="00F66DBF" w:rsidRDefault="00E549B7">
      <w:proofErr w:type="spellStart"/>
      <w:r>
        <w:t>Bilim</w:t>
      </w:r>
      <w:proofErr w:type="spellEnd"/>
      <w:r>
        <w:t xml:space="preserve"> </w:t>
      </w:r>
      <w:proofErr w:type="spellStart"/>
      <w:r>
        <w:t>merkezi</w:t>
      </w:r>
      <w:proofErr w:type="spellEnd"/>
      <w:r>
        <w:t xml:space="preserve">, </w:t>
      </w:r>
      <w:proofErr w:type="spellStart"/>
      <w:r>
        <w:t>ayna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birlikte</w:t>
      </w:r>
      <w:proofErr w:type="spellEnd"/>
      <w:r>
        <w:t xml:space="preserve"> </w:t>
      </w:r>
      <w:proofErr w:type="spellStart"/>
      <w:r>
        <w:t>anlatalım</w:t>
      </w:r>
      <w:proofErr w:type="spellEnd"/>
      <w:r>
        <w:t xml:space="preserve"> </w:t>
      </w:r>
      <w:proofErr w:type="spellStart"/>
      <w:r>
        <w:t>kartları</w:t>
      </w:r>
      <w:proofErr w:type="spellEnd"/>
      <w:r>
        <w:t xml:space="preserve"> </w:t>
      </w:r>
      <w:proofErr w:type="spellStart"/>
      <w:r>
        <w:t>ortaya</w:t>
      </w:r>
      <w:proofErr w:type="spellEnd"/>
      <w:r>
        <w:t xml:space="preserve"> </w:t>
      </w:r>
      <w:proofErr w:type="spellStart"/>
      <w:r>
        <w:t>konur</w:t>
      </w:r>
      <w:proofErr w:type="spellEnd"/>
      <w:r>
        <w:t xml:space="preserve">. “Ece </w:t>
      </w:r>
      <w:proofErr w:type="spellStart"/>
      <w:r>
        <w:t>önce</w:t>
      </w:r>
      <w:proofErr w:type="spellEnd"/>
      <w:r>
        <w:t xml:space="preserve"> </w:t>
      </w:r>
      <w:proofErr w:type="spellStart"/>
      <w:r>
        <w:t>nereye</w:t>
      </w:r>
      <w:proofErr w:type="spellEnd"/>
      <w:r>
        <w:t xml:space="preserve"> </w:t>
      </w:r>
      <w:proofErr w:type="spellStart"/>
      <w:r>
        <w:t>gitti</w:t>
      </w:r>
      <w:proofErr w:type="spellEnd"/>
      <w:r>
        <w:t xml:space="preserve">? </w:t>
      </w:r>
      <w:proofErr w:type="spellStart"/>
      <w:r>
        <w:t>Orada</w:t>
      </w:r>
      <w:proofErr w:type="spellEnd"/>
      <w:r>
        <w:t xml:space="preserve"> ne </w:t>
      </w:r>
      <w:proofErr w:type="spellStart"/>
      <w:r>
        <w:t>yaptı</w:t>
      </w:r>
      <w:proofErr w:type="spellEnd"/>
      <w:r>
        <w:t xml:space="preserve">? Eve </w:t>
      </w:r>
      <w:proofErr w:type="spellStart"/>
      <w:r>
        <w:t>dönünce</w:t>
      </w:r>
      <w:proofErr w:type="spellEnd"/>
      <w:r>
        <w:t xml:space="preserve"> </w:t>
      </w:r>
      <w:proofErr w:type="spellStart"/>
      <w:r>
        <w:t>kime</w:t>
      </w:r>
      <w:proofErr w:type="spellEnd"/>
      <w:r>
        <w:t xml:space="preserve"> </w:t>
      </w:r>
      <w:proofErr w:type="spellStart"/>
      <w:r>
        <w:t>anlattı</w:t>
      </w:r>
      <w:proofErr w:type="spellEnd"/>
      <w:r>
        <w:t xml:space="preserve">?” </w:t>
      </w:r>
      <w:proofErr w:type="spellStart"/>
      <w:r>
        <w:t>sorularıyla</w:t>
      </w:r>
      <w:proofErr w:type="spellEnd"/>
      <w:r>
        <w:t xml:space="preserve"> </w:t>
      </w:r>
      <w:proofErr w:type="spellStart"/>
      <w:r>
        <w:t>kartlar</w:t>
      </w:r>
      <w:proofErr w:type="spellEnd"/>
      <w:r>
        <w:t xml:space="preserve"> </w:t>
      </w:r>
      <w:proofErr w:type="spellStart"/>
      <w:r>
        <w:t>sıralanır</w:t>
      </w:r>
      <w:proofErr w:type="spellEnd"/>
      <w:r>
        <w:t xml:space="preserve">. </w:t>
      </w:r>
      <w:proofErr w:type="spellStart"/>
      <w:r>
        <w:t>Önce</w:t>
      </w:r>
      <w:proofErr w:type="spellEnd"/>
      <w:r>
        <w:t>–</w:t>
      </w:r>
      <w:proofErr w:type="spellStart"/>
      <w:r>
        <w:t>sonra</w:t>
      </w:r>
      <w:proofErr w:type="spellEnd"/>
      <w:r>
        <w:t xml:space="preserve"> </w:t>
      </w:r>
      <w:proofErr w:type="spellStart"/>
      <w:r>
        <w:t>kartından</w:t>
      </w:r>
      <w:proofErr w:type="spellEnd"/>
      <w:r>
        <w:t xml:space="preserve"> </w:t>
      </w:r>
      <w:proofErr w:type="spellStart"/>
      <w:r>
        <w:t>yararlanılır</w:t>
      </w:r>
      <w:proofErr w:type="spellEnd"/>
      <w:r>
        <w:t xml:space="preserve">. </w:t>
      </w:r>
      <w:proofErr w:type="spellStart"/>
      <w:r>
        <w:t>İki</w:t>
      </w:r>
      <w:proofErr w:type="spellEnd"/>
      <w:r>
        <w:t xml:space="preserve"> </w:t>
      </w:r>
      <w:proofErr w:type="spellStart"/>
      <w:r>
        <w:t>çocuk</w:t>
      </w:r>
      <w:proofErr w:type="spellEnd"/>
      <w:r>
        <w:t xml:space="preserve"> Ece </w:t>
      </w:r>
      <w:proofErr w:type="spellStart"/>
      <w:r>
        <w:t>ve</w:t>
      </w:r>
      <w:proofErr w:type="spellEnd"/>
      <w:r>
        <w:t xml:space="preserve"> </w:t>
      </w:r>
      <w:proofErr w:type="spellStart"/>
      <w:r>
        <w:t>annesi</w:t>
      </w:r>
      <w:proofErr w:type="spellEnd"/>
      <w:r>
        <w:t xml:space="preserve"> </w:t>
      </w:r>
      <w:proofErr w:type="spellStart"/>
      <w:r>
        <w:t>rollerini</w:t>
      </w:r>
      <w:proofErr w:type="spellEnd"/>
      <w:r>
        <w:t xml:space="preserve"> </w:t>
      </w:r>
      <w:proofErr w:type="spellStart"/>
      <w:r>
        <w:t>alarak</w:t>
      </w:r>
      <w:proofErr w:type="spellEnd"/>
      <w:r>
        <w:t xml:space="preserve"> </w:t>
      </w:r>
      <w:proofErr w:type="spellStart"/>
      <w:r>
        <w:t>kaşık</w:t>
      </w:r>
      <w:proofErr w:type="spellEnd"/>
      <w:r>
        <w:t xml:space="preserve"> </w:t>
      </w:r>
      <w:proofErr w:type="spellStart"/>
      <w:r>
        <w:t>incelemesini</w:t>
      </w:r>
      <w:proofErr w:type="spellEnd"/>
      <w:r>
        <w:t xml:space="preserve"> </w:t>
      </w:r>
      <w:proofErr w:type="spellStart"/>
      <w:r>
        <w:t>kısa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konuşmayla</w:t>
      </w:r>
      <w:proofErr w:type="spellEnd"/>
      <w:r>
        <w:t xml:space="preserve"> </w:t>
      </w:r>
      <w:proofErr w:type="spellStart"/>
      <w:r>
        <w:t>canlandırır</w:t>
      </w:r>
      <w:proofErr w:type="spellEnd"/>
      <w:r>
        <w:t xml:space="preserve">. Roller </w:t>
      </w:r>
      <w:proofErr w:type="spellStart"/>
      <w:r>
        <w:t>değiştirilerek</w:t>
      </w:r>
      <w:proofErr w:type="spellEnd"/>
      <w:r>
        <w:t xml:space="preserve"> </w:t>
      </w:r>
      <w:proofErr w:type="spellStart"/>
      <w:r>
        <w:t>isteyenlerin</w:t>
      </w:r>
      <w:proofErr w:type="spellEnd"/>
      <w:r>
        <w:t xml:space="preserve"> </w:t>
      </w:r>
      <w:proofErr w:type="spellStart"/>
      <w:r>
        <w:t>katılması</w:t>
      </w:r>
      <w:proofErr w:type="spellEnd"/>
      <w:r>
        <w:t xml:space="preserve"> </w:t>
      </w:r>
      <w:proofErr w:type="spellStart"/>
      <w:r>
        <w:t>sağlanır</w:t>
      </w:r>
      <w:proofErr w:type="spellEnd"/>
      <w:r>
        <w:t>.</w:t>
      </w:r>
    </w:p>
    <w:p w14:paraId="26A4BEF2" w14:textId="77777777" w:rsidR="00F66DBF" w:rsidRDefault="00E549B7">
      <w:pPr>
        <w:keepNext/>
        <w:spacing w:before="120"/>
      </w:pPr>
      <w:r>
        <w:rPr>
          <w:b/>
        </w:rPr>
        <w:t xml:space="preserve">d. </w:t>
      </w:r>
      <w:proofErr w:type="spellStart"/>
      <w:r>
        <w:rPr>
          <w:b/>
        </w:rPr>
        <w:t>Duygularımı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Gösteriyorum</w:t>
      </w:r>
      <w:proofErr w:type="spellEnd"/>
    </w:p>
    <w:p w14:paraId="193E1765" w14:textId="77777777" w:rsidR="00F66DBF" w:rsidRDefault="00E549B7">
      <w:r>
        <w:t>Mutlu–</w:t>
      </w:r>
      <w:proofErr w:type="spellStart"/>
      <w:r>
        <w:t>şaşkın</w:t>
      </w:r>
      <w:proofErr w:type="spellEnd"/>
      <w:r>
        <w:t xml:space="preserve"> </w:t>
      </w:r>
      <w:proofErr w:type="spellStart"/>
      <w:r>
        <w:t>kartı</w:t>
      </w:r>
      <w:proofErr w:type="spellEnd"/>
      <w:r>
        <w:t xml:space="preserve"> </w:t>
      </w:r>
      <w:proofErr w:type="spellStart"/>
      <w:r>
        <w:t>gösterilir</w:t>
      </w:r>
      <w:proofErr w:type="spellEnd"/>
      <w:r>
        <w:t>. “</w:t>
      </w:r>
      <w:proofErr w:type="spellStart"/>
      <w:r>
        <w:t>Hikâyede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şaşırtan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şey</w:t>
      </w:r>
      <w:proofErr w:type="spellEnd"/>
      <w:r>
        <w:t xml:space="preserve"> </w:t>
      </w:r>
      <w:proofErr w:type="spellStart"/>
      <w:r>
        <w:t>oldu</w:t>
      </w:r>
      <w:proofErr w:type="spellEnd"/>
      <w:r>
        <w:t xml:space="preserve"> mu?” </w:t>
      </w:r>
      <w:proofErr w:type="spellStart"/>
      <w:r>
        <w:t>diye</w:t>
      </w:r>
      <w:proofErr w:type="spellEnd"/>
      <w:r>
        <w:t xml:space="preserve"> </w:t>
      </w:r>
      <w:proofErr w:type="spellStart"/>
      <w:r>
        <w:t>sorulur</w:t>
      </w:r>
      <w:proofErr w:type="spellEnd"/>
      <w:r>
        <w:t xml:space="preserve">. </w:t>
      </w:r>
      <w:proofErr w:type="spellStart"/>
      <w:r>
        <w:t>Çocuklar</w:t>
      </w:r>
      <w:proofErr w:type="spellEnd"/>
      <w:r>
        <w:t xml:space="preserve"> </w:t>
      </w:r>
      <w:proofErr w:type="spellStart"/>
      <w:r>
        <w:t>yanıtlarını</w:t>
      </w:r>
      <w:proofErr w:type="spellEnd"/>
      <w:r>
        <w:t xml:space="preserve"> </w:t>
      </w:r>
      <w:proofErr w:type="spellStart"/>
      <w:r>
        <w:t>söyleyebilir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yüzleriyle</w:t>
      </w:r>
      <w:proofErr w:type="spellEnd"/>
      <w:r>
        <w:t xml:space="preserve"> </w:t>
      </w:r>
      <w:proofErr w:type="spellStart"/>
      <w:r>
        <w:t>gösterebilir</w:t>
      </w:r>
      <w:proofErr w:type="spellEnd"/>
      <w:r>
        <w:t xml:space="preserve">. </w:t>
      </w:r>
      <w:proofErr w:type="spellStart"/>
      <w:r>
        <w:t>Ardından</w:t>
      </w:r>
      <w:proofErr w:type="spellEnd"/>
      <w:r>
        <w:t xml:space="preserve"> </w:t>
      </w:r>
      <w:proofErr w:type="spellStart"/>
      <w:r>
        <w:t>aynaya</w:t>
      </w:r>
      <w:proofErr w:type="spellEnd"/>
      <w:r>
        <w:t xml:space="preserve"> </w:t>
      </w:r>
      <w:proofErr w:type="spellStart"/>
      <w:r>
        <w:t>bakıp</w:t>
      </w:r>
      <w:proofErr w:type="spellEnd"/>
      <w:r>
        <w:t xml:space="preserve"> </w:t>
      </w:r>
      <w:proofErr w:type="spellStart"/>
      <w:r>
        <w:t>seçtikleri</w:t>
      </w:r>
      <w:proofErr w:type="spellEnd"/>
      <w:r>
        <w:t xml:space="preserve"> </w:t>
      </w:r>
      <w:proofErr w:type="spellStart"/>
      <w:r>
        <w:t>ifadeyi</w:t>
      </w:r>
      <w:proofErr w:type="spellEnd"/>
      <w:r>
        <w:t xml:space="preserve"> </w:t>
      </w:r>
      <w:proofErr w:type="spellStart"/>
      <w:r>
        <w:t>yaparlar</w:t>
      </w:r>
      <w:proofErr w:type="spellEnd"/>
      <w:r>
        <w:t xml:space="preserve">. Bir </w:t>
      </w:r>
      <w:proofErr w:type="spellStart"/>
      <w:r>
        <w:t>arkadaşları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ifadeyi</w:t>
      </w:r>
      <w:proofErr w:type="spellEnd"/>
      <w:r>
        <w:t xml:space="preserve"> </w:t>
      </w:r>
      <w:proofErr w:type="spellStart"/>
      <w:r>
        <w:t>taklit</w:t>
      </w:r>
      <w:proofErr w:type="spellEnd"/>
      <w:r>
        <w:t xml:space="preserve"> </w:t>
      </w:r>
      <w:proofErr w:type="spellStart"/>
      <w:r>
        <w:t>eder</w:t>
      </w:r>
      <w:proofErr w:type="spellEnd"/>
      <w:r>
        <w:t>.</w:t>
      </w:r>
    </w:p>
    <w:p w14:paraId="7E142A1F" w14:textId="77777777" w:rsidR="00F66DBF" w:rsidRDefault="00E549B7">
      <w:pPr>
        <w:keepNext/>
        <w:spacing w:before="120"/>
      </w:pPr>
      <w:r>
        <w:rPr>
          <w:b/>
        </w:rPr>
        <w:t xml:space="preserve">e. </w:t>
      </w:r>
      <w:proofErr w:type="spellStart"/>
      <w:r>
        <w:rPr>
          <w:b/>
        </w:rPr>
        <w:t>Hikâye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Deneyim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Paylaşımı</w:t>
      </w:r>
      <w:proofErr w:type="spellEnd"/>
    </w:p>
    <w:p w14:paraId="66A0DC73" w14:textId="77777777" w:rsidR="00F66DBF" w:rsidRDefault="00E549B7">
      <w:proofErr w:type="spellStart"/>
      <w:r>
        <w:t>Çocuklara</w:t>
      </w:r>
      <w:proofErr w:type="spellEnd"/>
      <w:r>
        <w:t xml:space="preserve"> </w:t>
      </w:r>
      <w:proofErr w:type="spellStart"/>
      <w:r>
        <w:t>evde</w:t>
      </w:r>
      <w:proofErr w:type="spellEnd"/>
      <w:r>
        <w:t xml:space="preserve"> </w:t>
      </w:r>
      <w:proofErr w:type="spellStart"/>
      <w:r>
        <w:t>hikâyeden</w:t>
      </w:r>
      <w:proofErr w:type="spellEnd"/>
      <w:r>
        <w:t xml:space="preserve"> </w:t>
      </w:r>
      <w:proofErr w:type="spellStart"/>
      <w:r>
        <w:t>hatırladıkları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bölümü</w:t>
      </w:r>
      <w:proofErr w:type="spellEnd"/>
      <w:r>
        <w:t xml:space="preserve"> </w:t>
      </w:r>
      <w:proofErr w:type="spellStart"/>
      <w:r>
        <w:t>ailelerine</w:t>
      </w:r>
      <w:proofErr w:type="spellEnd"/>
      <w:r>
        <w:t xml:space="preserve"> </w:t>
      </w:r>
      <w:proofErr w:type="spellStart"/>
      <w:r>
        <w:t>anlatmaları</w:t>
      </w:r>
      <w:proofErr w:type="spellEnd"/>
      <w:r>
        <w:t xml:space="preserve"> </w:t>
      </w:r>
      <w:proofErr w:type="spellStart"/>
      <w:r>
        <w:t>önerilir</w:t>
      </w:r>
      <w:proofErr w:type="spellEnd"/>
      <w:r>
        <w:t xml:space="preserve">. </w:t>
      </w:r>
      <w:proofErr w:type="spellStart"/>
      <w:r>
        <w:t>Aileleriyle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kaşığın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</w:t>
      </w:r>
      <w:proofErr w:type="spellStart"/>
      <w:r>
        <w:t>yüzündeki</w:t>
      </w:r>
      <w:proofErr w:type="spellEnd"/>
      <w:r>
        <w:t xml:space="preserve"> </w:t>
      </w:r>
      <w:proofErr w:type="spellStart"/>
      <w:r>
        <w:t>görüntülerine</w:t>
      </w:r>
      <w:proofErr w:type="spellEnd"/>
      <w:r>
        <w:t xml:space="preserve"> </w:t>
      </w:r>
      <w:proofErr w:type="spellStart"/>
      <w:r>
        <w:t>bakabilirler</w:t>
      </w:r>
      <w:proofErr w:type="spellEnd"/>
      <w:r>
        <w:t xml:space="preserve">. </w:t>
      </w:r>
      <w:proofErr w:type="spellStart"/>
      <w:r>
        <w:t>Ertesi</w:t>
      </w:r>
      <w:proofErr w:type="spellEnd"/>
      <w:r>
        <w:t xml:space="preserve"> </w:t>
      </w:r>
      <w:proofErr w:type="spellStart"/>
      <w:r>
        <w:t>gün</w:t>
      </w:r>
      <w:proofErr w:type="spellEnd"/>
      <w:r>
        <w:t xml:space="preserve"> </w:t>
      </w:r>
      <w:proofErr w:type="spellStart"/>
      <w:r>
        <w:t>isteyen</w:t>
      </w:r>
      <w:proofErr w:type="spellEnd"/>
      <w:r>
        <w:t xml:space="preserve"> </w:t>
      </w:r>
      <w:proofErr w:type="spellStart"/>
      <w:r>
        <w:t>çocuk</w:t>
      </w:r>
      <w:proofErr w:type="spellEnd"/>
      <w:r>
        <w:t xml:space="preserve"> </w:t>
      </w:r>
      <w:proofErr w:type="spellStart"/>
      <w:r>
        <w:t>gördüğü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değişikliği</w:t>
      </w:r>
      <w:proofErr w:type="spellEnd"/>
      <w:r>
        <w:t xml:space="preserve"> </w:t>
      </w:r>
      <w:proofErr w:type="spellStart"/>
      <w:r>
        <w:t>sınıfta</w:t>
      </w:r>
      <w:proofErr w:type="spellEnd"/>
      <w:r>
        <w:t xml:space="preserve"> </w:t>
      </w:r>
      <w:proofErr w:type="spellStart"/>
      <w:r>
        <w:t>anlatır</w:t>
      </w:r>
      <w:proofErr w:type="spellEnd"/>
      <w:r>
        <w:t xml:space="preserve">. </w:t>
      </w:r>
      <w:proofErr w:type="spellStart"/>
      <w:r>
        <w:t>Ailelerin</w:t>
      </w:r>
      <w:proofErr w:type="spellEnd"/>
      <w:r>
        <w:t xml:space="preserve"> </w:t>
      </w:r>
      <w:proofErr w:type="spellStart"/>
      <w:r>
        <w:t>etkinliğe</w:t>
      </w:r>
      <w:proofErr w:type="spellEnd"/>
      <w:r>
        <w:t xml:space="preserve"> </w:t>
      </w:r>
      <w:proofErr w:type="spellStart"/>
      <w:r>
        <w:t>katılması</w:t>
      </w:r>
      <w:proofErr w:type="spellEnd"/>
      <w:r>
        <w:t xml:space="preserve"> </w:t>
      </w:r>
      <w:proofErr w:type="spellStart"/>
      <w:r>
        <w:t>durumunda</w:t>
      </w:r>
      <w:proofErr w:type="spellEnd"/>
      <w:r>
        <w:t xml:space="preserve"> </w:t>
      </w:r>
      <w:proofErr w:type="spellStart"/>
      <w:r>
        <w:t>çocukların</w:t>
      </w:r>
      <w:proofErr w:type="spellEnd"/>
      <w:r>
        <w:t xml:space="preserve"> </w:t>
      </w:r>
      <w:proofErr w:type="spellStart"/>
      <w:r>
        <w:t>yanıtlarını</w:t>
      </w:r>
      <w:proofErr w:type="spellEnd"/>
      <w:r>
        <w:t xml:space="preserve"> </w:t>
      </w:r>
      <w:proofErr w:type="spellStart"/>
      <w:r>
        <w:t>tamamlamadan</w:t>
      </w:r>
      <w:proofErr w:type="spellEnd"/>
      <w:r>
        <w:t xml:space="preserve"> </w:t>
      </w:r>
      <w:proofErr w:type="spellStart"/>
      <w:r>
        <w:t>dinlemeleri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düşünmeleri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zaman </w:t>
      </w:r>
      <w:proofErr w:type="spellStart"/>
      <w:r>
        <w:t>tanımaları</w:t>
      </w:r>
      <w:proofErr w:type="spellEnd"/>
      <w:r>
        <w:t xml:space="preserve"> </w:t>
      </w:r>
      <w:proofErr w:type="spellStart"/>
      <w:r>
        <w:t>istenir</w:t>
      </w:r>
      <w:proofErr w:type="spellEnd"/>
      <w:r>
        <w:t>.</w:t>
      </w:r>
    </w:p>
    <w:p w14:paraId="443604EA" w14:textId="77777777" w:rsidR="00F66DBF" w:rsidRDefault="00E549B7">
      <w:pPr>
        <w:keepNext/>
        <w:spacing w:before="120"/>
      </w:pPr>
      <w:proofErr w:type="spellStart"/>
      <w:r>
        <w:rPr>
          <w:b/>
        </w:rPr>
        <w:t>Değerlendirme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Soruları</w:t>
      </w:r>
      <w:proofErr w:type="spellEnd"/>
    </w:p>
    <w:p w14:paraId="67675661" w14:textId="77777777" w:rsidR="00F66DBF" w:rsidRDefault="00E549B7">
      <w:r>
        <w:t xml:space="preserve">• Ece </w:t>
      </w:r>
      <w:proofErr w:type="spellStart"/>
      <w:r>
        <w:t>bilim</w:t>
      </w:r>
      <w:proofErr w:type="spellEnd"/>
      <w:r>
        <w:t xml:space="preserve"> </w:t>
      </w:r>
      <w:proofErr w:type="spellStart"/>
      <w:r>
        <w:t>merkezinde</w:t>
      </w:r>
      <w:proofErr w:type="spellEnd"/>
      <w:r>
        <w:t xml:space="preserve"> </w:t>
      </w:r>
      <w:proofErr w:type="spellStart"/>
      <w:r>
        <w:t>neler</w:t>
      </w:r>
      <w:proofErr w:type="spellEnd"/>
      <w:r>
        <w:t xml:space="preserve"> </w:t>
      </w:r>
      <w:proofErr w:type="spellStart"/>
      <w:r>
        <w:t>gördü</w:t>
      </w:r>
      <w:proofErr w:type="spellEnd"/>
      <w:r>
        <w:t>?</w:t>
      </w:r>
    </w:p>
    <w:p w14:paraId="0269AB1F" w14:textId="77777777" w:rsidR="00F66DBF" w:rsidRDefault="00E549B7">
      <w:r>
        <w:t xml:space="preserve">• </w:t>
      </w:r>
      <w:proofErr w:type="spellStart"/>
      <w:r>
        <w:t>Kaşığın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</w:t>
      </w:r>
      <w:proofErr w:type="spellStart"/>
      <w:r>
        <w:t>yüzüne</w:t>
      </w:r>
      <w:proofErr w:type="spellEnd"/>
      <w:r>
        <w:t xml:space="preserve"> </w:t>
      </w:r>
      <w:proofErr w:type="spellStart"/>
      <w:r>
        <w:t>bakınca</w:t>
      </w:r>
      <w:proofErr w:type="spellEnd"/>
      <w:r>
        <w:t xml:space="preserve"> </w:t>
      </w:r>
      <w:proofErr w:type="spellStart"/>
      <w:r>
        <w:t>neler</w:t>
      </w:r>
      <w:proofErr w:type="spellEnd"/>
      <w:r>
        <w:t xml:space="preserve"> fark </w:t>
      </w:r>
      <w:proofErr w:type="spellStart"/>
      <w:r>
        <w:t>ettin</w:t>
      </w:r>
      <w:proofErr w:type="spellEnd"/>
      <w:r>
        <w:t>?</w:t>
      </w:r>
    </w:p>
    <w:p w14:paraId="2AD67C9C" w14:textId="77777777" w:rsidR="00F66DBF" w:rsidRDefault="00E549B7">
      <w:r>
        <w:t xml:space="preserve">• </w:t>
      </w:r>
      <w:proofErr w:type="spellStart"/>
      <w:r>
        <w:t>Hikâyenin</w:t>
      </w:r>
      <w:proofErr w:type="spellEnd"/>
      <w:r>
        <w:t xml:space="preserve"> </w:t>
      </w:r>
      <w:proofErr w:type="spellStart"/>
      <w:r>
        <w:t>hangi</w:t>
      </w:r>
      <w:proofErr w:type="spellEnd"/>
      <w:r>
        <w:t xml:space="preserve"> </w:t>
      </w:r>
      <w:proofErr w:type="spellStart"/>
      <w:r>
        <w:t>bölümü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şaşırttı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güldürdü</w:t>
      </w:r>
      <w:proofErr w:type="spellEnd"/>
      <w:r>
        <w:t>?</w:t>
      </w:r>
    </w:p>
    <w:p w14:paraId="017736EF" w14:textId="77777777" w:rsidR="00F66DBF" w:rsidRDefault="00E549B7">
      <w:r>
        <w:t xml:space="preserve">• Bu </w:t>
      </w:r>
      <w:proofErr w:type="spellStart"/>
      <w:r>
        <w:t>denemeyi</w:t>
      </w:r>
      <w:proofErr w:type="spellEnd"/>
      <w:r>
        <w:t xml:space="preserve"> </w:t>
      </w:r>
      <w:proofErr w:type="spellStart"/>
      <w:r>
        <w:t>evde</w:t>
      </w:r>
      <w:proofErr w:type="spellEnd"/>
      <w:r>
        <w:t xml:space="preserve"> </w:t>
      </w:r>
      <w:proofErr w:type="spellStart"/>
      <w:r>
        <w:t>kiminle</w:t>
      </w:r>
      <w:proofErr w:type="spellEnd"/>
      <w:r>
        <w:t xml:space="preserve"> </w:t>
      </w:r>
      <w:proofErr w:type="spellStart"/>
      <w:r>
        <w:t>yapmak</w:t>
      </w:r>
      <w:proofErr w:type="spellEnd"/>
      <w:r>
        <w:t xml:space="preserve"> </w:t>
      </w:r>
      <w:proofErr w:type="spellStart"/>
      <w:r>
        <w:t>istersin</w:t>
      </w:r>
      <w:proofErr w:type="spellEnd"/>
      <w:r>
        <w:t>?</w:t>
      </w:r>
    </w:p>
    <w:p w14:paraId="5583132A" w14:textId="77777777" w:rsidR="00F66DBF" w:rsidRDefault="00E549B7">
      <w:r>
        <w:t xml:space="preserve">• </w:t>
      </w:r>
      <w:proofErr w:type="spellStart"/>
      <w:r>
        <w:t>Kartlardan</w:t>
      </w:r>
      <w:proofErr w:type="spellEnd"/>
      <w:r>
        <w:t xml:space="preserve"> </w:t>
      </w:r>
      <w:proofErr w:type="spellStart"/>
      <w:r>
        <w:t>hangisine</w:t>
      </w:r>
      <w:proofErr w:type="spellEnd"/>
      <w:r>
        <w:t xml:space="preserve"> </w:t>
      </w:r>
      <w:proofErr w:type="spellStart"/>
      <w:r>
        <w:t>bakarak</w:t>
      </w:r>
      <w:proofErr w:type="spellEnd"/>
      <w:r>
        <w:t xml:space="preserve"> </w:t>
      </w:r>
      <w:proofErr w:type="spellStart"/>
      <w:r>
        <w:t>hikâyeyi</w:t>
      </w:r>
      <w:proofErr w:type="spellEnd"/>
      <w:r>
        <w:t xml:space="preserve"> </w:t>
      </w:r>
      <w:proofErr w:type="spellStart"/>
      <w:r>
        <w:t>anlatabildin</w:t>
      </w:r>
      <w:proofErr w:type="spellEnd"/>
      <w:r>
        <w:t>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F66DBF" w14:paraId="5F00D1E1" w14:textId="77777777">
        <w:trPr>
          <w:cantSplit/>
        </w:trPr>
        <w:tc>
          <w:tcPr>
            <w:tcW w:w="9638" w:type="dxa"/>
            <w:tcBorders>
              <w:top w:val="single" w:sz="5" w:space="0" w:color="666666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F3B08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830FC6" w14:textId="77777777" w:rsidR="00F66DBF" w:rsidRDefault="00E549B7">
            <w:pPr>
              <w:keepNext/>
              <w:spacing w:after="0"/>
              <w:jc w:val="center"/>
            </w:pPr>
            <w:r>
              <w:rPr>
                <w:rFonts w:ascii="Arial" w:hAnsi="Arial"/>
                <w:b/>
                <w:sz w:val="24"/>
              </w:rPr>
              <w:t>NOT</w:t>
            </w:r>
          </w:p>
        </w:tc>
      </w:tr>
    </w:tbl>
    <w:p w14:paraId="3D80925C" w14:textId="5AEDA2E8" w:rsidR="00F66DBF" w:rsidRDefault="00E549B7">
      <w:proofErr w:type="spellStart"/>
      <w:r>
        <w:t>Konuşmakta</w:t>
      </w:r>
      <w:proofErr w:type="spellEnd"/>
      <w:r>
        <w:t xml:space="preserve"> </w:t>
      </w:r>
      <w:proofErr w:type="spellStart"/>
      <w:r>
        <w:t>zorlanan</w:t>
      </w:r>
      <w:proofErr w:type="spellEnd"/>
      <w:r>
        <w:t xml:space="preserve"> </w:t>
      </w:r>
      <w:proofErr w:type="spellStart"/>
      <w:r>
        <w:t>çocuk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kart </w:t>
      </w:r>
      <w:proofErr w:type="spellStart"/>
      <w:r>
        <w:t>arasından</w:t>
      </w:r>
      <w:proofErr w:type="spellEnd"/>
      <w:r>
        <w:t xml:space="preserve"> </w:t>
      </w:r>
      <w:proofErr w:type="spellStart"/>
      <w:r>
        <w:t>seçim</w:t>
      </w:r>
      <w:proofErr w:type="spellEnd"/>
      <w:r>
        <w:t xml:space="preserve"> </w:t>
      </w:r>
      <w:proofErr w:type="spellStart"/>
      <w:r>
        <w:t>yapabilir</w:t>
      </w:r>
      <w:proofErr w:type="spellEnd"/>
      <w:r>
        <w:t xml:space="preserve">, </w:t>
      </w:r>
      <w:proofErr w:type="spellStart"/>
      <w:r>
        <w:t>yanıtını</w:t>
      </w:r>
      <w:proofErr w:type="spellEnd"/>
      <w:r>
        <w:t xml:space="preserve"> </w:t>
      </w:r>
      <w:proofErr w:type="spellStart"/>
      <w:r>
        <w:t>işaretle</w:t>
      </w:r>
      <w:proofErr w:type="spellEnd"/>
      <w:r>
        <w:t xml:space="preserve"> </w:t>
      </w:r>
      <w:proofErr w:type="spellStart"/>
      <w:r>
        <w:t>gösterebilir</w:t>
      </w:r>
      <w:proofErr w:type="spellEnd"/>
      <w:r>
        <w:t xml:space="preserve">. Daha </w:t>
      </w:r>
      <w:proofErr w:type="spellStart"/>
      <w:r>
        <w:t>ayrıntılı</w:t>
      </w:r>
      <w:proofErr w:type="spellEnd"/>
      <w:r>
        <w:t xml:space="preserve"> </w:t>
      </w:r>
      <w:proofErr w:type="spellStart"/>
      <w:r>
        <w:t>anlatmak</w:t>
      </w:r>
      <w:proofErr w:type="spellEnd"/>
      <w:r>
        <w:t xml:space="preserve"> </w:t>
      </w:r>
      <w:proofErr w:type="spellStart"/>
      <w:r>
        <w:t>isteyen</w:t>
      </w:r>
      <w:proofErr w:type="spellEnd"/>
      <w:r>
        <w:t xml:space="preserve"> </w:t>
      </w:r>
      <w:proofErr w:type="spellStart"/>
      <w:r>
        <w:t>çocuk</w:t>
      </w:r>
      <w:proofErr w:type="spellEnd"/>
      <w:r>
        <w:t xml:space="preserve"> </w:t>
      </w:r>
      <w:proofErr w:type="spellStart"/>
      <w:r>
        <w:t>üç</w:t>
      </w:r>
      <w:proofErr w:type="spellEnd"/>
      <w:r>
        <w:t xml:space="preserve"> </w:t>
      </w:r>
      <w:proofErr w:type="spellStart"/>
      <w:r>
        <w:t>kartı</w:t>
      </w:r>
      <w:proofErr w:type="spellEnd"/>
      <w:r>
        <w:t xml:space="preserve"> </w:t>
      </w:r>
      <w:proofErr w:type="spellStart"/>
      <w:r>
        <w:t>sıralayarak</w:t>
      </w:r>
      <w:proofErr w:type="spellEnd"/>
      <w:r>
        <w:t xml:space="preserve"> </w:t>
      </w:r>
      <w:proofErr w:type="spellStart"/>
      <w:r>
        <w:t>hikâyeyi</w:t>
      </w:r>
      <w:proofErr w:type="spellEnd"/>
      <w:r>
        <w:t xml:space="preserve"> </w:t>
      </w:r>
      <w:proofErr w:type="spellStart"/>
      <w:r>
        <w:t>anlatabilir</w:t>
      </w:r>
      <w:proofErr w:type="spellEnd"/>
      <w:r>
        <w:t xml:space="preserve">. </w:t>
      </w:r>
      <w:proofErr w:type="spellStart"/>
      <w:r>
        <w:t>Tematik</w:t>
      </w:r>
      <w:proofErr w:type="spellEnd"/>
      <w:r>
        <w:t xml:space="preserve"> </w:t>
      </w:r>
      <w:proofErr w:type="spellStart"/>
      <w:r>
        <w:t>kartlar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formdaki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duraklarla</w:t>
      </w:r>
      <w:proofErr w:type="spellEnd"/>
      <w:r>
        <w:t xml:space="preserve"> </w:t>
      </w:r>
      <w:proofErr w:type="spellStart"/>
      <w:r>
        <w:t>birlikte</w:t>
      </w:r>
      <w:proofErr w:type="spellEnd"/>
      <w:r>
        <w:t xml:space="preserve"> </w:t>
      </w:r>
      <w:proofErr w:type="spellStart"/>
      <w:r>
        <w:t>kullanılır</w:t>
      </w:r>
      <w:proofErr w:type="spellEnd"/>
      <w:r>
        <w:t>.</w:t>
      </w:r>
    </w:p>
    <w:p w14:paraId="698F8CF3" w14:textId="51129E36" w:rsidR="0090085D" w:rsidRDefault="0090085D"/>
    <w:p w14:paraId="524C6192" w14:textId="574803B7" w:rsidR="0090085D" w:rsidRDefault="0090085D"/>
    <w:p w14:paraId="00C36FFB" w14:textId="64ABA442" w:rsidR="0090085D" w:rsidRDefault="0090085D"/>
    <w:p w14:paraId="27C95B09" w14:textId="72B62C27" w:rsidR="0090085D" w:rsidRDefault="0090085D"/>
    <w:p w14:paraId="7E217A9B" w14:textId="31C3463A" w:rsidR="0090085D" w:rsidRPr="00A31CF6" w:rsidRDefault="0090085D" w:rsidP="0090085D">
      <w:pPr>
        <w:spacing w:after="0" w:line="240" w:lineRule="auto"/>
        <w:ind w:left="-567" w:right="-708"/>
        <w:rPr>
          <w:color w:val="0066FF"/>
          <w:szCs w:val="20"/>
        </w:rPr>
      </w:pPr>
      <w:bookmarkStart w:id="0" w:name="_Hlk206801612"/>
      <w:r w:rsidRPr="00A31CF6">
        <w:rPr>
          <w:rStyle w:val="Vurgu"/>
          <w:szCs w:val="20"/>
        </w:rPr>
        <w:t xml:space="preserve">Bu </w:t>
      </w:r>
      <w:proofErr w:type="spellStart"/>
      <w:r w:rsidRPr="00A31CF6">
        <w:rPr>
          <w:rStyle w:val="Vurgu"/>
          <w:szCs w:val="20"/>
        </w:rPr>
        <w:t>içerikte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yer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alan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yazı</w:t>
      </w:r>
      <w:proofErr w:type="spellEnd"/>
      <w:r w:rsidRPr="00A31CF6">
        <w:rPr>
          <w:rStyle w:val="Vurgu"/>
          <w:szCs w:val="20"/>
        </w:rPr>
        <w:t xml:space="preserve">, </w:t>
      </w:r>
      <w:proofErr w:type="spellStart"/>
      <w:r w:rsidRPr="00A31CF6">
        <w:rPr>
          <w:rStyle w:val="Vurgu"/>
          <w:szCs w:val="20"/>
        </w:rPr>
        <w:t>fotoğraf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ve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sair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içeriklerin</w:t>
      </w:r>
      <w:proofErr w:type="spellEnd"/>
      <w:r w:rsidRPr="00A31CF6">
        <w:rPr>
          <w:rStyle w:val="Vurgu"/>
          <w:szCs w:val="20"/>
        </w:rPr>
        <w:t xml:space="preserve">, </w:t>
      </w:r>
      <w:proofErr w:type="spellStart"/>
      <w:r w:rsidRPr="00A31CF6">
        <w:rPr>
          <w:rStyle w:val="Vurgu"/>
          <w:szCs w:val="20"/>
        </w:rPr>
        <w:t>bireysel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kullanım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dışında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izin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alınmadan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kısmen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ya</w:t>
      </w:r>
      <w:proofErr w:type="spellEnd"/>
      <w:r w:rsidRPr="00A31CF6">
        <w:rPr>
          <w:rStyle w:val="Vurgu"/>
          <w:szCs w:val="20"/>
        </w:rPr>
        <w:t xml:space="preserve"> da </w:t>
      </w:r>
      <w:proofErr w:type="spellStart"/>
      <w:r w:rsidRPr="00A31CF6">
        <w:rPr>
          <w:rStyle w:val="Vurgu"/>
          <w:szCs w:val="20"/>
        </w:rPr>
        <w:t>tamamen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kopyalanması</w:t>
      </w:r>
      <w:proofErr w:type="spellEnd"/>
      <w:r w:rsidRPr="00A31CF6">
        <w:rPr>
          <w:rStyle w:val="Vurgu"/>
          <w:szCs w:val="20"/>
        </w:rPr>
        <w:t xml:space="preserve">, </w:t>
      </w:r>
      <w:proofErr w:type="spellStart"/>
      <w:r w:rsidRPr="00A31CF6">
        <w:rPr>
          <w:rStyle w:val="Vurgu"/>
          <w:szCs w:val="20"/>
        </w:rPr>
        <w:t>çoğaltılması</w:t>
      </w:r>
      <w:proofErr w:type="spellEnd"/>
      <w:r w:rsidRPr="00A31CF6">
        <w:rPr>
          <w:rStyle w:val="Vurgu"/>
          <w:szCs w:val="20"/>
        </w:rPr>
        <w:t xml:space="preserve">, </w:t>
      </w:r>
      <w:proofErr w:type="spellStart"/>
      <w:r w:rsidRPr="00A31CF6">
        <w:rPr>
          <w:rStyle w:val="Vurgu"/>
          <w:szCs w:val="20"/>
        </w:rPr>
        <w:t>kullanılması</w:t>
      </w:r>
      <w:proofErr w:type="spellEnd"/>
      <w:r w:rsidRPr="00A31CF6">
        <w:rPr>
          <w:rStyle w:val="Vurgu"/>
          <w:szCs w:val="20"/>
        </w:rPr>
        <w:t xml:space="preserve">, </w:t>
      </w:r>
      <w:proofErr w:type="spellStart"/>
      <w:r w:rsidRPr="00A31CF6">
        <w:rPr>
          <w:rStyle w:val="Vurgu"/>
          <w:szCs w:val="20"/>
        </w:rPr>
        <w:t>yayınlanması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ve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dağıtılması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yasaktır</w:t>
      </w:r>
      <w:proofErr w:type="spellEnd"/>
      <w:r w:rsidRPr="00A31CF6">
        <w:rPr>
          <w:rStyle w:val="Vurgu"/>
          <w:szCs w:val="20"/>
        </w:rPr>
        <w:t xml:space="preserve">. </w:t>
      </w:r>
      <w:proofErr w:type="spellStart"/>
      <w:r w:rsidRPr="00A31CF6">
        <w:rPr>
          <w:rStyle w:val="Vurgu"/>
          <w:szCs w:val="20"/>
        </w:rPr>
        <w:t>İçeriğin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tüm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hakları</w:t>
      </w:r>
      <w:proofErr w:type="spellEnd"/>
      <w:r w:rsidRPr="00A31CF6">
        <w:rPr>
          <w:rStyle w:val="Vurgu"/>
          <w:szCs w:val="20"/>
        </w:rPr>
        <w:t xml:space="preserve"> </w:t>
      </w:r>
      <w:proofErr w:type="spellStart"/>
      <w:r w:rsidRPr="00A31CF6">
        <w:rPr>
          <w:rStyle w:val="Vurgu"/>
          <w:szCs w:val="20"/>
        </w:rPr>
        <w:t>saklıdır</w:t>
      </w:r>
      <w:proofErr w:type="spellEnd"/>
      <w:r w:rsidRPr="00A31CF6">
        <w:rPr>
          <w:rStyle w:val="Vurgu"/>
          <w:szCs w:val="20"/>
        </w:rPr>
        <w:t>.</w:t>
      </w:r>
      <w:r w:rsidRPr="00A31CF6">
        <w:rPr>
          <w:szCs w:val="20"/>
        </w:rPr>
        <w:t xml:space="preserve"> </w:t>
      </w:r>
      <w:r>
        <w:rPr>
          <w:noProof/>
          <w:szCs w:val="20"/>
        </w:rPr>
        <w:drawing>
          <wp:inline distT="0" distB="0" distL="0" distR="0" wp14:anchorId="1E09EEF9" wp14:editId="57B0B958">
            <wp:extent cx="438150" cy="219075"/>
            <wp:effectExtent l="0" t="0" r="0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51C8C3BC" w14:textId="77777777" w:rsidR="0090085D" w:rsidRDefault="0090085D"/>
    <w:sectPr w:rsidR="0090085D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C36D4" w14:textId="77777777" w:rsidR="00E92FA5" w:rsidRDefault="00E92FA5">
      <w:pPr>
        <w:spacing w:after="0" w:line="240" w:lineRule="auto"/>
      </w:pPr>
      <w:r>
        <w:separator/>
      </w:r>
    </w:p>
  </w:endnote>
  <w:endnote w:type="continuationSeparator" w:id="0">
    <w:p w14:paraId="7E14D616" w14:textId="77777777" w:rsidR="00E92FA5" w:rsidRDefault="00E92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F8DDF" w14:textId="77777777" w:rsidR="00F66DBF" w:rsidRDefault="00E549B7">
    <w:pPr>
      <w:pStyle w:val="AltBilgi"/>
      <w:jc w:val="right"/>
    </w:pPr>
    <w:proofErr w:type="gramStart"/>
    <w:r>
      <w:rPr>
        <w:sz w:val="18"/>
      </w:rPr>
      <w:t>anneninokulu.com  |</w:t>
    </w:r>
    <w:proofErr w:type="gramEnd"/>
    <w:r>
      <w:rPr>
        <w:sz w:val="18"/>
      </w:rPr>
      <w:t xml:space="preserve">  </w:t>
    </w:r>
    <w:r>
      <w:fldChar w:fldCharType="begin"/>
    </w:r>
    <w:r>
      <w:instrText>PAGE</w:instrText>
    </w:r>
    <w:r>
      <w:fldChar w:fldCharType="separate"/>
    </w:r>
    <w:r w:rsidR="0090085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6F0E8" w14:textId="77777777" w:rsidR="00E92FA5" w:rsidRDefault="00E92FA5">
      <w:pPr>
        <w:spacing w:after="0" w:line="240" w:lineRule="auto"/>
      </w:pPr>
      <w:r>
        <w:separator/>
      </w:r>
    </w:p>
  </w:footnote>
  <w:footnote w:type="continuationSeparator" w:id="0">
    <w:p w14:paraId="7B20B684" w14:textId="77777777" w:rsidR="00E92FA5" w:rsidRDefault="00E92F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06DD"/>
    <w:rsid w:val="0090085D"/>
    <w:rsid w:val="00AA1D8D"/>
    <w:rsid w:val="00B47730"/>
    <w:rsid w:val="00CB0664"/>
    <w:rsid w:val="00E549B7"/>
    <w:rsid w:val="00E92FA5"/>
    <w:rsid w:val="00F66D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6C26D6E"/>
  <w14:defaultImageDpi w14:val="300"/>
  <w15:docId w15:val="{3B5E01A5-5DE7-43F4-BBFE-E299D52D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3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Eğlenceli Aynalar Etkileşimli Kitap Okuma Formu</dc:title>
  <dc:subject/>
  <dc:creator>Annenin Okulu</dc:creator>
  <cp:keywords/>
  <dc:description>generated by python-docx</dc:description>
  <cp:lastModifiedBy>Mustafa Aygün</cp:lastModifiedBy>
  <cp:revision>3</cp:revision>
  <dcterms:created xsi:type="dcterms:W3CDTF">2013-12-23T23:15:00Z</dcterms:created>
  <dcterms:modified xsi:type="dcterms:W3CDTF">2026-10-24T20:44:00Z</dcterms:modified>
  <cp:category/>
</cp:coreProperties>
</file>