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E31A21" w14:textId="77777777" w:rsidR="00F627DB" w:rsidRPr="00AC5ABD" w:rsidRDefault="00CC4454">
      <w:pPr>
        <w:pStyle w:val="KonuBal"/>
        <w:jc w:val="center"/>
        <w:rPr>
          <w:rFonts w:ascii="Comic Sans MS" w:hAnsi="Comic Sans MS"/>
          <w:szCs w:val="20"/>
        </w:rPr>
      </w:pPr>
      <w:r w:rsidRPr="00AC5ABD">
        <w:rPr>
          <w:rFonts w:ascii="Comic Sans MS" w:eastAsia="Comic Sans MS" w:hAnsi="Comic Sans MS"/>
          <w:color w:val="F85883"/>
          <w:szCs w:val="20"/>
        </w:rPr>
        <w:t>GÜNLÜK PLAN</w:t>
      </w:r>
    </w:p>
    <w:p w14:paraId="38D62234" w14:textId="77777777" w:rsidR="00F627DB" w:rsidRPr="00AC5ABD" w:rsidRDefault="00CC4454">
      <w:pPr>
        <w:keepNext/>
        <w:rPr>
          <w:szCs w:val="20"/>
        </w:rPr>
      </w:pPr>
      <w:proofErr w:type="spellStart"/>
      <w:r w:rsidRPr="00AC5ABD">
        <w:rPr>
          <w:rFonts w:eastAsia="Comic Sans MS"/>
          <w:b/>
          <w:szCs w:val="20"/>
        </w:rPr>
        <w:t>Okul</w:t>
      </w:r>
      <w:proofErr w:type="spellEnd"/>
      <w:r w:rsidRPr="00AC5ABD">
        <w:rPr>
          <w:rFonts w:eastAsia="Comic Sans MS"/>
          <w:b/>
          <w:szCs w:val="20"/>
        </w:rPr>
        <w:t xml:space="preserve"> </w:t>
      </w:r>
      <w:proofErr w:type="spellStart"/>
      <w:r w:rsidRPr="00AC5ABD">
        <w:rPr>
          <w:rFonts w:eastAsia="Comic Sans MS"/>
          <w:b/>
          <w:szCs w:val="20"/>
        </w:rPr>
        <w:t>Adı</w:t>
      </w:r>
      <w:proofErr w:type="spellEnd"/>
      <w:r w:rsidRPr="00AC5ABD">
        <w:rPr>
          <w:rFonts w:eastAsia="Comic Sans MS"/>
          <w:b/>
          <w:szCs w:val="20"/>
        </w:rPr>
        <w:t>:</w:t>
      </w:r>
    </w:p>
    <w:p w14:paraId="09EAEB67" w14:textId="77777777" w:rsidR="00F627DB" w:rsidRPr="00AC5ABD" w:rsidRDefault="00CC4454">
      <w:pPr>
        <w:keepNext/>
        <w:rPr>
          <w:szCs w:val="20"/>
        </w:rPr>
      </w:pPr>
      <w:proofErr w:type="spellStart"/>
      <w:r w:rsidRPr="00AC5ABD">
        <w:rPr>
          <w:rFonts w:eastAsia="Comic Sans MS"/>
          <w:b/>
          <w:szCs w:val="20"/>
        </w:rPr>
        <w:t>Öğretmen</w:t>
      </w:r>
      <w:proofErr w:type="spellEnd"/>
      <w:r w:rsidRPr="00AC5ABD">
        <w:rPr>
          <w:rFonts w:eastAsia="Comic Sans MS"/>
          <w:b/>
          <w:szCs w:val="20"/>
        </w:rPr>
        <w:t xml:space="preserve"> </w:t>
      </w:r>
      <w:proofErr w:type="spellStart"/>
      <w:r w:rsidRPr="00AC5ABD">
        <w:rPr>
          <w:rFonts w:eastAsia="Comic Sans MS"/>
          <w:b/>
          <w:szCs w:val="20"/>
        </w:rPr>
        <w:t>Adı</w:t>
      </w:r>
      <w:proofErr w:type="spellEnd"/>
      <w:r w:rsidRPr="00AC5ABD">
        <w:rPr>
          <w:rFonts w:eastAsia="Comic Sans MS"/>
          <w:b/>
          <w:szCs w:val="20"/>
        </w:rPr>
        <w:t>:</w:t>
      </w:r>
    </w:p>
    <w:p w14:paraId="14557EF9" w14:textId="77777777" w:rsidR="00F627DB" w:rsidRPr="00AC5ABD" w:rsidRDefault="00CC4454">
      <w:pPr>
        <w:keepNext/>
        <w:rPr>
          <w:szCs w:val="20"/>
        </w:rPr>
      </w:pPr>
      <w:proofErr w:type="spellStart"/>
      <w:r w:rsidRPr="00AC5ABD">
        <w:rPr>
          <w:rFonts w:eastAsia="Comic Sans MS"/>
          <w:b/>
          <w:szCs w:val="20"/>
        </w:rPr>
        <w:t>Yaş</w:t>
      </w:r>
      <w:proofErr w:type="spellEnd"/>
      <w:r w:rsidRPr="00AC5ABD">
        <w:rPr>
          <w:rFonts w:eastAsia="Comic Sans MS"/>
          <w:b/>
          <w:szCs w:val="20"/>
        </w:rPr>
        <w:t xml:space="preserve"> </w:t>
      </w:r>
      <w:proofErr w:type="spellStart"/>
      <w:r w:rsidRPr="00AC5ABD">
        <w:rPr>
          <w:rFonts w:eastAsia="Comic Sans MS"/>
          <w:b/>
          <w:szCs w:val="20"/>
        </w:rPr>
        <w:t>Grubu</w:t>
      </w:r>
      <w:proofErr w:type="spellEnd"/>
      <w:r w:rsidRPr="00AC5ABD">
        <w:rPr>
          <w:rFonts w:eastAsia="Comic Sans MS"/>
          <w:b/>
          <w:szCs w:val="20"/>
        </w:rPr>
        <w:t xml:space="preserve">: 48–60 Ay (4 </w:t>
      </w:r>
      <w:proofErr w:type="spellStart"/>
      <w:r w:rsidRPr="00AC5ABD">
        <w:rPr>
          <w:rFonts w:eastAsia="Comic Sans MS"/>
          <w:b/>
          <w:szCs w:val="20"/>
        </w:rPr>
        <w:t>Yaş</w:t>
      </w:r>
      <w:proofErr w:type="spellEnd"/>
      <w:r w:rsidRPr="00AC5ABD">
        <w:rPr>
          <w:rFonts w:eastAsia="Comic Sans MS"/>
          <w:b/>
          <w:szCs w:val="20"/>
        </w:rPr>
        <w:t>)</w:t>
      </w:r>
    </w:p>
    <w:p w14:paraId="2EF4E4E9" w14:textId="77777777" w:rsidR="00F627DB" w:rsidRPr="00AC5ABD" w:rsidRDefault="00CC4454">
      <w:pPr>
        <w:keepNext/>
        <w:rPr>
          <w:szCs w:val="20"/>
        </w:rPr>
      </w:pPr>
      <w:r w:rsidRPr="00AC5ABD">
        <w:rPr>
          <w:rFonts w:eastAsia="Comic Sans MS"/>
          <w:b/>
          <w:szCs w:val="20"/>
        </w:rPr>
        <w:t xml:space="preserve">Tarih: 26.10.2026 </w:t>
      </w:r>
      <w:proofErr w:type="spellStart"/>
      <w:r w:rsidRPr="00AC5ABD">
        <w:rPr>
          <w:rFonts w:eastAsia="Comic Sans MS"/>
          <w:b/>
          <w:szCs w:val="20"/>
        </w:rPr>
        <w:t>Pazartesi</w:t>
      </w:r>
      <w:proofErr w:type="spellEnd"/>
    </w:p>
    <w:p w14:paraId="03FE78F1" w14:textId="77777777" w:rsidR="00F627DB" w:rsidRPr="00AC5ABD" w:rsidRDefault="00CC4454">
      <w:pPr>
        <w:keepNext/>
        <w:spacing w:before="160"/>
        <w:rPr>
          <w:szCs w:val="20"/>
        </w:rPr>
      </w:pPr>
      <w:r w:rsidRPr="00AC5ABD">
        <w:rPr>
          <w:rFonts w:eastAsia="Comic Sans MS"/>
          <w:b/>
          <w:color w:val="F85883"/>
          <w:szCs w:val="20"/>
        </w:rPr>
        <w:t>ALAN BECERİLERİ, ÖĞRENME ÇIKTILARI VE SÜREÇ BİLEŞENLERİ</w:t>
      </w:r>
    </w:p>
    <w:p w14:paraId="5472752A" w14:textId="77777777" w:rsidR="00F627DB" w:rsidRPr="00AC5ABD" w:rsidRDefault="00CC4454" w:rsidP="00BA3FBF">
      <w:pPr>
        <w:keepNext/>
        <w:spacing w:after="0"/>
        <w:rPr>
          <w:szCs w:val="20"/>
        </w:rPr>
      </w:pPr>
      <w:r w:rsidRPr="00AC5ABD">
        <w:rPr>
          <w:rFonts w:eastAsia="Comic Sans MS"/>
          <w:b/>
          <w:color w:val="002060"/>
          <w:szCs w:val="20"/>
        </w:rPr>
        <w:t>SOSYAL ALAN</w:t>
      </w:r>
    </w:p>
    <w:p w14:paraId="4605AE44" w14:textId="77777777" w:rsidR="00F627DB" w:rsidRPr="00AC5ABD" w:rsidRDefault="00CC4454" w:rsidP="00BA3FBF">
      <w:pPr>
        <w:keepNext/>
        <w:spacing w:after="0"/>
        <w:rPr>
          <w:szCs w:val="20"/>
        </w:rPr>
      </w:pPr>
      <w:r w:rsidRPr="00AC5ABD">
        <w:rPr>
          <w:rFonts w:eastAsia="Comic Sans MS"/>
          <w:b/>
          <w:szCs w:val="20"/>
        </w:rPr>
        <w:t xml:space="preserve">SBAB16. </w:t>
      </w:r>
      <w:proofErr w:type="spellStart"/>
      <w:r w:rsidRPr="00AC5ABD">
        <w:rPr>
          <w:rFonts w:eastAsia="Comic Sans MS"/>
          <w:b/>
          <w:szCs w:val="20"/>
        </w:rPr>
        <w:t>Eleştirel</w:t>
      </w:r>
      <w:proofErr w:type="spellEnd"/>
      <w:r w:rsidRPr="00AC5ABD">
        <w:rPr>
          <w:rFonts w:eastAsia="Comic Sans MS"/>
          <w:b/>
          <w:szCs w:val="20"/>
        </w:rPr>
        <w:t xml:space="preserve"> </w:t>
      </w:r>
      <w:proofErr w:type="spellStart"/>
      <w:r w:rsidRPr="00AC5ABD">
        <w:rPr>
          <w:rFonts w:eastAsia="Comic Sans MS"/>
          <w:b/>
          <w:szCs w:val="20"/>
        </w:rPr>
        <w:t>Sosyolojik</w:t>
      </w:r>
      <w:proofErr w:type="spellEnd"/>
      <w:r w:rsidRPr="00AC5ABD">
        <w:rPr>
          <w:rFonts w:eastAsia="Comic Sans MS"/>
          <w:b/>
          <w:szCs w:val="20"/>
        </w:rPr>
        <w:t xml:space="preserve"> </w:t>
      </w:r>
      <w:proofErr w:type="spellStart"/>
      <w:r w:rsidRPr="00AC5ABD">
        <w:rPr>
          <w:rFonts w:eastAsia="Comic Sans MS"/>
          <w:b/>
          <w:szCs w:val="20"/>
        </w:rPr>
        <w:t>Düşünme</w:t>
      </w:r>
      <w:proofErr w:type="spellEnd"/>
    </w:p>
    <w:p w14:paraId="62FB30A8" w14:textId="77777777" w:rsidR="00F627DB" w:rsidRPr="00AC5ABD" w:rsidRDefault="00CC4454" w:rsidP="00BA3FBF">
      <w:pPr>
        <w:keepNext/>
        <w:spacing w:after="0"/>
        <w:rPr>
          <w:szCs w:val="20"/>
        </w:rPr>
      </w:pPr>
      <w:r w:rsidRPr="00AC5ABD">
        <w:rPr>
          <w:rFonts w:eastAsia="Comic Sans MS"/>
          <w:b/>
          <w:szCs w:val="20"/>
        </w:rPr>
        <w:t xml:space="preserve">SAB.14. </w:t>
      </w:r>
      <w:proofErr w:type="spellStart"/>
      <w:r w:rsidRPr="00AC5ABD">
        <w:rPr>
          <w:rFonts w:eastAsia="Comic Sans MS"/>
          <w:b/>
          <w:szCs w:val="20"/>
        </w:rPr>
        <w:t>Toplumsal</w:t>
      </w:r>
      <w:proofErr w:type="spellEnd"/>
      <w:r w:rsidRPr="00AC5ABD">
        <w:rPr>
          <w:rFonts w:eastAsia="Comic Sans MS"/>
          <w:b/>
          <w:szCs w:val="20"/>
        </w:rPr>
        <w:t xml:space="preserve"> </w:t>
      </w:r>
      <w:proofErr w:type="spellStart"/>
      <w:r w:rsidRPr="00AC5ABD">
        <w:rPr>
          <w:rFonts w:eastAsia="Comic Sans MS"/>
          <w:b/>
          <w:szCs w:val="20"/>
        </w:rPr>
        <w:t>yaşama</w:t>
      </w:r>
      <w:proofErr w:type="spellEnd"/>
      <w:r w:rsidRPr="00AC5ABD">
        <w:rPr>
          <w:rFonts w:eastAsia="Comic Sans MS"/>
          <w:b/>
          <w:szCs w:val="20"/>
        </w:rPr>
        <w:t xml:space="preserve"> </w:t>
      </w:r>
      <w:proofErr w:type="spellStart"/>
      <w:r w:rsidRPr="00AC5ABD">
        <w:rPr>
          <w:rFonts w:eastAsia="Comic Sans MS"/>
          <w:b/>
          <w:szCs w:val="20"/>
        </w:rPr>
        <w:t>yönelik</w:t>
      </w:r>
      <w:proofErr w:type="spellEnd"/>
      <w:r w:rsidRPr="00AC5ABD">
        <w:rPr>
          <w:rFonts w:eastAsia="Comic Sans MS"/>
          <w:b/>
          <w:szCs w:val="20"/>
        </w:rPr>
        <w:t xml:space="preserve"> </w:t>
      </w:r>
      <w:proofErr w:type="spellStart"/>
      <w:r w:rsidRPr="00AC5ABD">
        <w:rPr>
          <w:rFonts w:eastAsia="Comic Sans MS"/>
          <w:b/>
          <w:szCs w:val="20"/>
        </w:rPr>
        <w:t>nesne</w:t>
      </w:r>
      <w:proofErr w:type="spellEnd"/>
      <w:r w:rsidRPr="00AC5ABD">
        <w:rPr>
          <w:rFonts w:eastAsia="Comic Sans MS"/>
          <w:b/>
          <w:szCs w:val="20"/>
        </w:rPr>
        <w:t xml:space="preserve">, </w:t>
      </w:r>
      <w:proofErr w:type="spellStart"/>
      <w:r w:rsidRPr="00AC5ABD">
        <w:rPr>
          <w:rFonts w:eastAsia="Comic Sans MS"/>
          <w:b/>
          <w:szCs w:val="20"/>
        </w:rPr>
        <w:t>olgu</w:t>
      </w:r>
      <w:proofErr w:type="spellEnd"/>
      <w:r w:rsidRPr="00AC5ABD">
        <w:rPr>
          <w:rFonts w:eastAsia="Comic Sans MS"/>
          <w:b/>
          <w:szCs w:val="20"/>
        </w:rPr>
        <w:t xml:space="preserve"> </w:t>
      </w:r>
      <w:proofErr w:type="spellStart"/>
      <w:r w:rsidRPr="00AC5ABD">
        <w:rPr>
          <w:rFonts w:eastAsia="Comic Sans MS"/>
          <w:b/>
          <w:szCs w:val="20"/>
        </w:rPr>
        <w:t>ve</w:t>
      </w:r>
      <w:proofErr w:type="spellEnd"/>
      <w:r w:rsidRPr="00AC5ABD">
        <w:rPr>
          <w:rFonts w:eastAsia="Comic Sans MS"/>
          <w:b/>
          <w:szCs w:val="20"/>
        </w:rPr>
        <w:t xml:space="preserve"> </w:t>
      </w:r>
      <w:proofErr w:type="spellStart"/>
      <w:r w:rsidRPr="00AC5ABD">
        <w:rPr>
          <w:rFonts w:eastAsia="Comic Sans MS"/>
          <w:b/>
          <w:szCs w:val="20"/>
        </w:rPr>
        <w:t>olayları</w:t>
      </w:r>
      <w:proofErr w:type="spellEnd"/>
      <w:r w:rsidRPr="00AC5ABD">
        <w:rPr>
          <w:rFonts w:eastAsia="Comic Sans MS"/>
          <w:b/>
          <w:szCs w:val="20"/>
        </w:rPr>
        <w:t xml:space="preserve"> </w:t>
      </w:r>
      <w:proofErr w:type="spellStart"/>
      <w:r w:rsidRPr="00AC5ABD">
        <w:rPr>
          <w:rFonts w:eastAsia="Comic Sans MS"/>
          <w:b/>
          <w:szCs w:val="20"/>
        </w:rPr>
        <w:t>çözümleyebilme</w:t>
      </w:r>
      <w:proofErr w:type="spellEnd"/>
    </w:p>
    <w:p w14:paraId="59868195" w14:textId="77777777" w:rsidR="00F627DB" w:rsidRPr="00AC5ABD" w:rsidRDefault="00CC4454" w:rsidP="00BA3FBF">
      <w:pPr>
        <w:spacing w:after="0"/>
        <w:rPr>
          <w:szCs w:val="20"/>
        </w:rPr>
      </w:pPr>
      <w:r w:rsidRPr="00AC5ABD">
        <w:rPr>
          <w:rFonts w:eastAsia="Comic Sans MS"/>
          <w:szCs w:val="20"/>
        </w:rPr>
        <w:t xml:space="preserve">SAB.14.a. Türk </w:t>
      </w:r>
      <w:proofErr w:type="spellStart"/>
      <w:r w:rsidRPr="00AC5ABD">
        <w:rPr>
          <w:rFonts w:eastAsia="Comic Sans MS"/>
          <w:szCs w:val="20"/>
        </w:rPr>
        <w:t>kültürüne</w:t>
      </w:r>
      <w:proofErr w:type="spellEnd"/>
      <w:r w:rsidRPr="00AC5ABD">
        <w:rPr>
          <w:rFonts w:eastAsia="Comic Sans MS"/>
          <w:szCs w:val="20"/>
        </w:rPr>
        <w:t xml:space="preserve"> </w:t>
      </w:r>
      <w:proofErr w:type="spellStart"/>
      <w:r w:rsidRPr="00AC5ABD">
        <w:rPr>
          <w:rFonts w:eastAsia="Comic Sans MS"/>
          <w:szCs w:val="20"/>
        </w:rPr>
        <w:t>ait</w:t>
      </w:r>
      <w:proofErr w:type="spellEnd"/>
      <w:r w:rsidRPr="00AC5ABD">
        <w:rPr>
          <w:rFonts w:eastAsia="Comic Sans MS"/>
          <w:szCs w:val="20"/>
        </w:rPr>
        <w:t xml:space="preserve"> </w:t>
      </w:r>
      <w:proofErr w:type="spellStart"/>
      <w:r w:rsidRPr="00AC5ABD">
        <w:rPr>
          <w:rFonts w:eastAsia="Comic Sans MS"/>
          <w:szCs w:val="20"/>
        </w:rPr>
        <w:t>özelliklere</w:t>
      </w:r>
      <w:proofErr w:type="spellEnd"/>
      <w:r w:rsidRPr="00AC5ABD">
        <w:rPr>
          <w:rFonts w:eastAsia="Comic Sans MS"/>
          <w:szCs w:val="20"/>
        </w:rPr>
        <w:t xml:space="preserve"> </w:t>
      </w:r>
      <w:proofErr w:type="spellStart"/>
      <w:r w:rsidRPr="00AC5ABD">
        <w:rPr>
          <w:rFonts w:eastAsia="Comic Sans MS"/>
          <w:szCs w:val="20"/>
        </w:rPr>
        <w:t>örnek</w:t>
      </w:r>
      <w:proofErr w:type="spellEnd"/>
      <w:r w:rsidRPr="00AC5ABD">
        <w:rPr>
          <w:rFonts w:eastAsia="Comic Sans MS"/>
          <w:szCs w:val="20"/>
        </w:rPr>
        <w:t xml:space="preserve"> </w:t>
      </w:r>
      <w:proofErr w:type="spellStart"/>
      <w:r w:rsidRPr="00AC5ABD">
        <w:rPr>
          <w:rFonts w:eastAsia="Comic Sans MS"/>
          <w:szCs w:val="20"/>
        </w:rPr>
        <w:t>verir</w:t>
      </w:r>
      <w:proofErr w:type="spellEnd"/>
      <w:r w:rsidRPr="00AC5ABD">
        <w:rPr>
          <w:rFonts w:eastAsia="Comic Sans MS"/>
          <w:szCs w:val="20"/>
        </w:rPr>
        <w:t>.</w:t>
      </w:r>
    </w:p>
    <w:p w14:paraId="18262831" w14:textId="77777777" w:rsidR="00F627DB" w:rsidRPr="00AC5ABD" w:rsidRDefault="00CC4454" w:rsidP="00BA3FBF">
      <w:pPr>
        <w:keepNext/>
        <w:spacing w:after="0"/>
        <w:rPr>
          <w:szCs w:val="20"/>
        </w:rPr>
      </w:pPr>
      <w:r w:rsidRPr="00AC5ABD">
        <w:rPr>
          <w:rFonts w:eastAsia="Comic Sans MS"/>
          <w:b/>
          <w:color w:val="002060"/>
          <w:szCs w:val="20"/>
        </w:rPr>
        <w:t>SANAT ALANI</w:t>
      </w:r>
    </w:p>
    <w:p w14:paraId="0AE0AB55" w14:textId="77777777" w:rsidR="00F627DB" w:rsidRPr="00AC5ABD" w:rsidRDefault="00CC4454" w:rsidP="00BA3FBF">
      <w:pPr>
        <w:keepNext/>
        <w:spacing w:after="0"/>
        <w:rPr>
          <w:szCs w:val="20"/>
        </w:rPr>
      </w:pPr>
      <w:r w:rsidRPr="00AC5ABD">
        <w:rPr>
          <w:rFonts w:eastAsia="Comic Sans MS"/>
          <w:b/>
          <w:szCs w:val="20"/>
        </w:rPr>
        <w:t xml:space="preserve">SNAB4. </w:t>
      </w:r>
      <w:proofErr w:type="spellStart"/>
      <w:r w:rsidRPr="00AC5ABD">
        <w:rPr>
          <w:rFonts w:eastAsia="Comic Sans MS"/>
          <w:b/>
          <w:szCs w:val="20"/>
        </w:rPr>
        <w:t>Sanatsal</w:t>
      </w:r>
      <w:proofErr w:type="spellEnd"/>
      <w:r w:rsidRPr="00AC5ABD">
        <w:rPr>
          <w:rFonts w:eastAsia="Comic Sans MS"/>
          <w:b/>
          <w:szCs w:val="20"/>
        </w:rPr>
        <w:t xml:space="preserve"> </w:t>
      </w:r>
      <w:proofErr w:type="spellStart"/>
      <w:r w:rsidRPr="00AC5ABD">
        <w:rPr>
          <w:rFonts w:eastAsia="Comic Sans MS"/>
          <w:b/>
          <w:szCs w:val="20"/>
        </w:rPr>
        <w:t>Uygulama</w:t>
      </w:r>
      <w:proofErr w:type="spellEnd"/>
      <w:r w:rsidRPr="00AC5ABD">
        <w:rPr>
          <w:rFonts w:eastAsia="Comic Sans MS"/>
          <w:b/>
          <w:szCs w:val="20"/>
        </w:rPr>
        <w:t xml:space="preserve"> </w:t>
      </w:r>
      <w:proofErr w:type="spellStart"/>
      <w:r w:rsidRPr="00AC5ABD">
        <w:rPr>
          <w:rFonts w:eastAsia="Comic Sans MS"/>
          <w:b/>
          <w:szCs w:val="20"/>
        </w:rPr>
        <w:t>Yapma</w:t>
      </w:r>
      <w:proofErr w:type="spellEnd"/>
    </w:p>
    <w:p w14:paraId="681992F3" w14:textId="77777777" w:rsidR="00F627DB" w:rsidRPr="00AC5ABD" w:rsidRDefault="00CC4454" w:rsidP="00BA3FBF">
      <w:pPr>
        <w:keepNext/>
        <w:spacing w:after="0"/>
        <w:rPr>
          <w:szCs w:val="20"/>
        </w:rPr>
      </w:pPr>
      <w:r w:rsidRPr="00AC5ABD">
        <w:rPr>
          <w:rFonts w:eastAsia="Comic Sans MS"/>
          <w:b/>
          <w:szCs w:val="20"/>
        </w:rPr>
        <w:t xml:space="preserve">SNAB.4. Sanat </w:t>
      </w:r>
      <w:proofErr w:type="spellStart"/>
      <w:r w:rsidRPr="00AC5ABD">
        <w:rPr>
          <w:rFonts w:eastAsia="Comic Sans MS"/>
          <w:b/>
          <w:szCs w:val="20"/>
        </w:rPr>
        <w:t>etkinliği</w:t>
      </w:r>
      <w:proofErr w:type="spellEnd"/>
      <w:r w:rsidRPr="00AC5ABD">
        <w:rPr>
          <w:rFonts w:eastAsia="Comic Sans MS"/>
          <w:b/>
          <w:szCs w:val="20"/>
        </w:rPr>
        <w:t xml:space="preserve"> </w:t>
      </w:r>
      <w:proofErr w:type="spellStart"/>
      <w:r w:rsidRPr="00AC5ABD">
        <w:rPr>
          <w:rFonts w:eastAsia="Comic Sans MS"/>
          <w:b/>
          <w:szCs w:val="20"/>
        </w:rPr>
        <w:t>uygulayabilme</w:t>
      </w:r>
      <w:proofErr w:type="spellEnd"/>
    </w:p>
    <w:p w14:paraId="38276186" w14:textId="77777777" w:rsidR="00F627DB" w:rsidRPr="00AC5ABD" w:rsidRDefault="00CC4454" w:rsidP="00BA3FBF">
      <w:pPr>
        <w:spacing w:after="0"/>
        <w:rPr>
          <w:szCs w:val="20"/>
        </w:rPr>
      </w:pPr>
      <w:r w:rsidRPr="00AC5ABD">
        <w:rPr>
          <w:rFonts w:eastAsia="Comic Sans MS"/>
          <w:szCs w:val="20"/>
        </w:rPr>
        <w:t xml:space="preserve">SNAB.4.c. Sanat </w:t>
      </w:r>
      <w:proofErr w:type="spellStart"/>
      <w:r w:rsidRPr="00AC5ABD">
        <w:rPr>
          <w:rFonts w:eastAsia="Comic Sans MS"/>
          <w:szCs w:val="20"/>
        </w:rPr>
        <w:t>etkinliklerine</w:t>
      </w:r>
      <w:proofErr w:type="spellEnd"/>
      <w:r w:rsidRPr="00AC5ABD">
        <w:rPr>
          <w:rFonts w:eastAsia="Comic Sans MS"/>
          <w:szCs w:val="20"/>
        </w:rPr>
        <w:t xml:space="preserve"> </w:t>
      </w:r>
      <w:proofErr w:type="spellStart"/>
      <w:r w:rsidRPr="00AC5ABD">
        <w:rPr>
          <w:rFonts w:eastAsia="Comic Sans MS"/>
          <w:szCs w:val="20"/>
        </w:rPr>
        <w:t>aktif</w:t>
      </w:r>
      <w:proofErr w:type="spellEnd"/>
      <w:r w:rsidRPr="00AC5ABD">
        <w:rPr>
          <w:rFonts w:eastAsia="Comic Sans MS"/>
          <w:szCs w:val="20"/>
        </w:rPr>
        <w:t xml:space="preserve"> </w:t>
      </w:r>
      <w:proofErr w:type="spellStart"/>
      <w:r w:rsidRPr="00AC5ABD">
        <w:rPr>
          <w:rFonts w:eastAsia="Comic Sans MS"/>
          <w:szCs w:val="20"/>
        </w:rPr>
        <w:t>olarak</w:t>
      </w:r>
      <w:proofErr w:type="spellEnd"/>
      <w:r w:rsidRPr="00AC5ABD">
        <w:rPr>
          <w:rFonts w:eastAsia="Comic Sans MS"/>
          <w:szCs w:val="20"/>
        </w:rPr>
        <w:t xml:space="preserve"> </w:t>
      </w:r>
      <w:proofErr w:type="spellStart"/>
      <w:r w:rsidRPr="00AC5ABD">
        <w:rPr>
          <w:rFonts w:eastAsia="Comic Sans MS"/>
          <w:szCs w:val="20"/>
        </w:rPr>
        <w:t>katılır</w:t>
      </w:r>
      <w:proofErr w:type="spellEnd"/>
      <w:r w:rsidRPr="00AC5ABD">
        <w:rPr>
          <w:rFonts w:eastAsia="Comic Sans MS"/>
          <w:szCs w:val="20"/>
        </w:rPr>
        <w:t>.</w:t>
      </w:r>
    </w:p>
    <w:p w14:paraId="59D52513" w14:textId="77777777" w:rsidR="00F627DB" w:rsidRPr="00AC5ABD" w:rsidRDefault="00CC4454" w:rsidP="00BA3FBF">
      <w:pPr>
        <w:keepNext/>
        <w:spacing w:after="0"/>
        <w:rPr>
          <w:szCs w:val="20"/>
        </w:rPr>
      </w:pPr>
      <w:r w:rsidRPr="00AC5ABD">
        <w:rPr>
          <w:rFonts w:eastAsia="Comic Sans MS"/>
          <w:b/>
          <w:color w:val="002060"/>
          <w:szCs w:val="20"/>
        </w:rPr>
        <w:t>TÜRKÇE ALANI</w:t>
      </w:r>
    </w:p>
    <w:p w14:paraId="60FC2A1C" w14:textId="77777777" w:rsidR="00F627DB" w:rsidRPr="00AC5ABD" w:rsidRDefault="00CC4454" w:rsidP="00BA3FBF">
      <w:pPr>
        <w:keepNext/>
        <w:spacing w:after="0"/>
        <w:rPr>
          <w:szCs w:val="20"/>
        </w:rPr>
      </w:pPr>
      <w:r w:rsidRPr="00AC5ABD">
        <w:rPr>
          <w:rFonts w:eastAsia="Comic Sans MS"/>
          <w:b/>
          <w:szCs w:val="20"/>
        </w:rPr>
        <w:t xml:space="preserve">TADB. </w:t>
      </w:r>
      <w:proofErr w:type="spellStart"/>
      <w:r w:rsidRPr="00AC5ABD">
        <w:rPr>
          <w:rFonts w:eastAsia="Comic Sans MS"/>
          <w:b/>
          <w:szCs w:val="20"/>
        </w:rPr>
        <w:t>Dinleme</w:t>
      </w:r>
      <w:proofErr w:type="spellEnd"/>
      <w:r w:rsidRPr="00AC5ABD">
        <w:rPr>
          <w:rFonts w:eastAsia="Comic Sans MS"/>
          <w:b/>
          <w:szCs w:val="20"/>
        </w:rPr>
        <w:t xml:space="preserve"> / </w:t>
      </w:r>
      <w:proofErr w:type="spellStart"/>
      <w:r w:rsidRPr="00AC5ABD">
        <w:rPr>
          <w:rFonts w:eastAsia="Comic Sans MS"/>
          <w:b/>
          <w:szCs w:val="20"/>
        </w:rPr>
        <w:t>İzleme</w:t>
      </w:r>
      <w:proofErr w:type="spellEnd"/>
    </w:p>
    <w:p w14:paraId="2CF6FF8C" w14:textId="77777777" w:rsidR="00F627DB" w:rsidRPr="00AC5ABD" w:rsidRDefault="00CC4454" w:rsidP="00BA3FBF">
      <w:pPr>
        <w:keepNext/>
        <w:spacing w:after="0"/>
        <w:rPr>
          <w:szCs w:val="20"/>
        </w:rPr>
      </w:pPr>
      <w:r w:rsidRPr="00AC5ABD">
        <w:rPr>
          <w:rFonts w:eastAsia="Comic Sans MS"/>
          <w:b/>
          <w:szCs w:val="20"/>
        </w:rPr>
        <w:t xml:space="preserve">TADB.4. </w:t>
      </w:r>
      <w:proofErr w:type="spellStart"/>
      <w:r w:rsidRPr="00AC5ABD">
        <w:rPr>
          <w:rFonts w:eastAsia="Comic Sans MS"/>
          <w:b/>
          <w:szCs w:val="20"/>
        </w:rPr>
        <w:t>Dinledikleri</w:t>
      </w:r>
      <w:proofErr w:type="spellEnd"/>
      <w:r w:rsidRPr="00AC5ABD">
        <w:rPr>
          <w:rFonts w:eastAsia="Comic Sans MS"/>
          <w:b/>
          <w:szCs w:val="20"/>
        </w:rPr>
        <w:t xml:space="preserve"> / </w:t>
      </w:r>
      <w:proofErr w:type="spellStart"/>
      <w:r w:rsidRPr="00AC5ABD">
        <w:rPr>
          <w:rFonts w:eastAsia="Comic Sans MS"/>
          <w:b/>
          <w:szCs w:val="20"/>
        </w:rPr>
        <w:t>izledikleri</w:t>
      </w:r>
      <w:proofErr w:type="spellEnd"/>
      <w:r w:rsidRPr="00AC5ABD">
        <w:rPr>
          <w:rFonts w:eastAsia="Comic Sans MS"/>
          <w:b/>
          <w:szCs w:val="20"/>
        </w:rPr>
        <w:t xml:space="preserve"> </w:t>
      </w:r>
      <w:proofErr w:type="spellStart"/>
      <w:r w:rsidRPr="00AC5ABD">
        <w:rPr>
          <w:rFonts w:eastAsia="Comic Sans MS"/>
          <w:b/>
          <w:szCs w:val="20"/>
        </w:rPr>
        <w:t>şiir</w:t>
      </w:r>
      <w:proofErr w:type="spellEnd"/>
      <w:r w:rsidRPr="00AC5ABD">
        <w:rPr>
          <w:rFonts w:eastAsia="Comic Sans MS"/>
          <w:b/>
          <w:szCs w:val="20"/>
        </w:rPr>
        <w:t xml:space="preserve">, </w:t>
      </w:r>
      <w:proofErr w:type="spellStart"/>
      <w:r w:rsidRPr="00AC5ABD">
        <w:rPr>
          <w:rFonts w:eastAsia="Comic Sans MS"/>
          <w:b/>
          <w:szCs w:val="20"/>
        </w:rPr>
        <w:t>hikâye</w:t>
      </w:r>
      <w:proofErr w:type="spellEnd"/>
      <w:r w:rsidRPr="00AC5ABD">
        <w:rPr>
          <w:rFonts w:eastAsia="Comic Sans MS"/>
          <w:b/>
          <w:szCs w:val="20"/>
        </w:rPr>
        <w:t xml:space="preserve">, </w:t>
      </w:r>
      <w:proofErr w:type="spellStart"/>
      <w:r w:rsidRPr="00AC5ABD">
        <w:rPr>
          <w:rFonts w:eastAsia="Comic Sans MS"/>
          <w:b/>
          <w:szCs w:val="20"/>
        </w:rPr>
        <w:t>tekerleme</w:t>
      </w:r>
      <w:proofErr w:type="spellEnd"/>
      <w:r w:rsidRPr="00AC5ABD">
        <w:rPr>
          <w:rFonts w:eastAsia="Comic Sans MS"/>
          <w:b/>
          <w:szCs w:val="20"/>
        </w:rPr>
        <w:t xml:space="preserve">, video, </w:t>
      </w:r>
      <w:proofErr w:type="spellStart"/>
      <w:r w:rsidRPr="00AC5ABD">
        <w:rPr>
          <w:rFonts w:eastAsia="Comic Sans MS"/>
          <w:b/>
          <w:szCs w:val="20"/>
        </w:rPr>
        <w:t>tiyatro</w:t>
      </w:r>
      <w:proofErr w:type="spellEnd"/>
      <w:r w:rsidRPr="00AC5ABD">
        <w:rPr>
          <w:rFonts w:eastAsia="Comic Sans MS"/>
          <w:b/>
          <w:szCs w:val="20"/>
        </w:rPr>
        <w:t xml:space="preserve">, </w:t>
      </w:r>
      <w:proofErr w:type="spellStart"/>
      <w:r w:rsidRPr="00AC5ABD">
        <w:rPr>
          <w:rFonts w:eastAsia="Comic Sans MS"/>
          <w:b/>
          <w:szCs w:val="20"/>
        </w:rPr>
        <w:t>animasyon</w:t>
      </w:r>
      <w:proofErr w:type="spellEnd"/>
      <w:r w:rsidRPr="00AC5ABD">
        <w:rPr>
          <w:rFonts w:eastAsia="Comic Sans MS"/>
          <w:b/>
          <w:szCs w:val="20"/>
        </w:rPr>
        <w:t xml:space="preserve"> </w:t>
      </w:r>
      <w:proofErr w:type="spellStart"/>
      <w:r w:rsidRPr="00AC5ABD">
        <w:rPr>
          <w:rFonts w:eastAsia="Comic Sans MS"/>
          <w:b/>
          <w:szCs w:val="20"/>
        </w:rPr>
        <w:t>gibi</w:t>
      </w:r>
      <w:proofErr w:type="spellEnd"/>
      <w:r w:rsidRPr="00AC5ABD">
        <w:rPr>
          <w:rFonts w:eastAsia="Comic Sans MS"/>
          <w:b/>
          <w:szCs w:val="20"/>
        </w:rPr>
        <w:t xml:space="preserve"> </w:t>
      </w:r>
      <w:proofErr w:type="spellStart"/>
      <w:r w:rsidRPr="00AC5ABD">
        <w:rPr>
          <w:rFonts w:eastAsia="Comic Sans MS"/>
          <w:b/>
          <w:szCs w:val="20"/>
        </w:rPr>
        <w:t>materyalleri</w:t>
      </w:r>
      <w:proofErr w:type="spellEnd"/>
      <w:r w:rsidRPr="00AC5ABD">
        <w:rPr>
          <w:rFonts w:eastAsia="Comic Sans MS"/>
          <w:b/>
          <w:szCs w:val="20"/>
        </w:rPr>
        <w:t xml:space="preserve"> </w:t>
      </w:r>
      <w:proofErr w:type="spellStart"/>
      <w:r w:rsidRPr="00AC5ABD">
        <w:rPr>
          <w:rFonts w:eastAsia="Comic Sans MS"/>
          <w:b/>
          <w:szCs w:val="20"/>
        </w:rPr>
        <w:t>değerlendirebilme</w:t>
      </w:r>
      <w:proofErr w:type="spellEnd"/>
    </w:p>
    <w:p w14:paraId="1AB6712F" w14:textId="77777777" w:rsidR="00F627DB" w:rsidRPr="00AC5ABD" w:rsidRDefault="00CC4454" w:rsidP="00BA3FBF">
      <w:pPr>
        <w:spacing w:after="0"/>
        <w:rPr>
          <w:szCs w:val="20"/>
        </w:rPr>
      </w:pPr>
      <w:r w:rsidRPr="00AC5ABD">
        <w:rPr>
          <w:rFonts w:eastAsia="Comic Sans MS"/>
          <w:szCs w:val="20"/>
        </w:rPr>
        <w:t xml:space="preserve">TADB.4.a. </w:t>
      </w:r>
      <w:proofErr w:type="spellStart"/>
      <w:r w:rsidRPr="00AC5ABD">
        <w:rPr>
          <w:rFonts w:eastAsia="Comic Sans MS"/>
          <w:szCs w:val="20"/>
        </w:rPr>
        <w:t>Dinledikleri</w:t>
      </w:r>
      <w:proofErr w:type="spellEnd"/>
      <w:r w:rsidRPr="00AC5ABD">
        <w:rPr>
          <w:rFonts w:eastAsia="Comic Sans MS"/>
          <w:szCs w:val="20"/>
        </w:rPr>
        <w:t xml:space="preserve"> / </w:t>
      </w:r>
      <w:proofErr w:type="spellStart"/>
      <w:r w:rsidRPr="00AC5ABD">
        <w:rPr>
          <w:rFonts w:eastAsia="Comic Sans MS"/>
          <w:szCs w:val="20"/>
        </w:rPr>
        <w:t>izledikleri</w:t>
      </w:r>
      <w:proofErr w:type="spellEnd"/>
      <w:r w:rsidRPr="00AC5ABD">
        <w:rPr>
          <w:rFonts w:eastAsia="Comic Sans MS"/>
          <w:szCs w:val="20"/>
        </w:rPr>
        <w:t xml:space="preserve"> </w:t>
      </w:r>
      <w:proofErr w:type="spellStart"/>
      <w:r w:rsidRPr="00AC5ABD">
        <w:rPr>
          <w:rFonts w:eastAsia="Comic Sans MS"/>
          <w:szCs w:val="20"/>
        </w:rPr>
        <w:t>materyallere</w:t>
      </w:r>
      <w:proofErr w:type="spellEnd"/>
      <w:r w:rsidRPr="00AC5ABD">
        <w:rPr>
          <w:rFonts w:eastAsia="Comic Sans MS"/>
          <w:szCs w:val="20"/>
        </w:rPr>
        <w:t xml:space="preserve"> </w:t>
      </w:r>
      <w:proofErr w:type="spellStart"/>
      <w:r w:rsidRPr="00AC5ABD">
        <w:rPr>
          <w:rFonts w:eastAsia="Comic Sans MS"/>
          <w:szCs w:val="20"/>
        </w:rPr>
        <w:t>ilişkin</w:t>
      </w:r>
      <w:proofErr w:type="spellEnd"/>
      <w:r w:rsidRPr="00AC5ABD">
        <w:rPr>
          <w:rFonts w:eastAsia="Comic Sans MS"/>
          <w:szCs w:val="20"/>
        </w:rPr>
        <w:t xml:space="preserve"> </w:t>
      </w:r>
      <w:proofErr w:type="spellStart"/>
      <w:r w:rsidRPr="00AC5ABD">
        <w:rPr>
          <w:rFonts w:eastAsia="Comic Sans MS"/>
          <w:szCs w:val="20"/>
        </w:rPr>
        <w:t>duygu</w:t>
      </w:r>
      <w:proofErr w:type="spellEnd"/>
      <w:r w:rsidRPr="00AC5ABD">
        <w:rPr>
          <w:rFonts w:eastAsia="Comic Sans MS"/>
          <w:szCs w:val="20"/>
        </w:rPr>
        <w:t xml:space="preserve"> </w:t>
      </w:r>
      <w:proofErr w:type="spellStart"/>
      <w:r w:rsidRPr="00AC5ABD">
        <w:rPr>
          <w:rFonts w:eastAsia="Comic Sans MS"/>
          <w:szCs w:val="20"/>
        </w:rPr>
        <w:t>ve</w:t>
      </w:r>
      <w:proofErr w:type="spellEnd"/>
      <w:r w:rsidRPr="00AC5ABD">
        <w:rPr>
          <w:rFonts w:eastAsia="Comic Sans MS"/>
          <w:szCs w:val="20"/>
        </w:rPr>
        <w:t xml:space="preserve"> </w:t>
      </w:r>
      <w:proofErr w:type="spellStart"/>
      <w:r w:rsidRPr="00AC5ABD">
        <w:rPr>
          <w:rFonts w:eastAsia="Comic Sans MS"/>
          <w:szCs w:val="20"/>
        </w:rPr>
        <w:t>düşüncelerini</w:t>
      </w:r>
      <w:proofErr w:type="spellEnd"/>
      <w:r w:rsidRPr="00AC5ABD">
        <w:rPr>
          <w:rFonts w:eastAsia="Comic Sans MS"/>
          <w:szCs w:val="20"/>
        </w:rPr>
        <w:t xml:space="preserve"> </w:t>
      </w:r>
      <w:proofErr w:type="spellStart"/>
      <w:r w:rsidRPr="00AC5ABD">
        <w:rPr>
          <w:rFonts w:eastAsia="Comic Sans MS"/>
          <w:szCs w:val="20"/>
        </w:rPr>
        <w:t>ifade</w:t>
      </w:r>
      <w:proofErr w:type="spellEnd"/>
      <w:r w:rsidRPr="00AC5ABD">
        <w:rPr>
          <w:rFonts w:eastAsia="Comic Sans MS"/>
          <w:szCs w:val="20"/>
        </w:rPr>
        <w:t xml:space="preserve"> </w:t>
      </w:r>
      <w:proofErr w:type="spellStart"/>
      <w:r w:rsidRPr="00AC5ABD">
        <w:rPr>
          <w:rFonts w:eastAsia="Comic Sans MS"/>
          <w:szCs w:val="20"/>
        </w:rPr>
        <w:t>eder</w:t>
      </w:r>
      <w:proofErr w:type="spellEnd"/>
      <w:r w:rsidRPr="00AC5ABD">
        <w:rPr>
          <w:rFonts w:eastAsia="Comic Sans MS"/>
          <w:szCs w:val="20"/>
        </w:rPr>
        <w:t>.</w:t>
      </w:r>
    </w:p>
    <w:p w14:paraId="6420CAF3" w14:textId="77777777" w:rsidR="00F627DB" w:rsidRPr="00AC5ABD" w:rsidRDefault="00CC4454" w:rsidP="00BA3FBF">
      <w:pPr>
        <w:keepNext/>
        <w:spacing w:after="0"/>
        <w:rPr>
          <w:szCs w:val="20"/>
        </w:rPr>
      </w:pPr>
      <w:r w:rsidRPr="00AC5ABD">
        <w:rPr>
          <w:rFonts w:eastAsia="Comic Sans MS"/>
          <w:b/>
          <w:color w:val="002060"/>
          <w:szCs w:val="20"/>
        </w:rPr>
        <w:t>FEN ALANI</w:t>
      </w:r>
    </w:p>
    <w:p w14:paraId="5916B2EE" w14:textId="77777777" w:rsidR="00F627DB" w:rsidRPr="00AC5ABD" w:rsidRDefault="00CC4454" w:rsidP="00BA3FBF">
      <w:pPr>
        <w:keepNext/>
        <w:spacing w:after="0"/>
        <w:rPr>
          <w:szCs w:val="20"/>
        </w:rPr>
      </w:pPr>
      <w:r w:rsidRPr="00AC5ABD">
        <w:rPr>
          <w:rFonts w:eastAsia="Comic Sans MS"/>
          <w:b/>
          <w:szCs w:val="20"/>
        </w:rPr>
        <w:t xml:space="preserve">FBAB7. Deney </w:t>
      </w:r>
      <w:proofErr w:type="spellStart"/>
      <w:r w:rsidRPr="00AC5ABD">
        <w:rPr>
          <w:rFonts w:eastAsia="Comic Sans MS"/>
          <w:b/>
          <w:szCs w:val="20"/>
        </w:rPr>
        <w:t>Yapma</w:t>
      </w:r>
      <w:proofErr w:type="spellEnd"/>
    </w:p>
    <w:p w14:paraId="56DB2874" w14:textId="77777777" w:rsidR="00F627DB" w:rsidRPr="00AC5ABD" w:rsidRDefault="00CC4454" w:rsidP="00BA3FBF">
      <w:pPr>
        <w:keepNext/>
        <w:spacing w:after="0"/>
        <w:rPr>
          <w:szCs w:val="20"/>
        </w:rPr>
      </w:pPr>
      <w:r w:rsidRPr="00AC5ABD">
        <w:rPr>
          <w:rFonts w:eastAsia="Comic Sans MS"/>
          <w:b/>
          <w:szCs w:val="20"/>
        </w:rPr>
        <w:t xml:space="preserve">FAB.7. Merak </w:t>
      </w:r>
      <w:proofErr w:type="spellStart"/>
      <w:r w:rsidRPr="00AC5ABD">
        <w:rPr>
          <w:rFonts w:eastAsia="Comic Sans MS"/>
          <w:b/>
          <w:szCs w:val="20"/>
        </w:rPr>
        <w:t>ettiği</w:t>
      </w:r>
      <w:proofErr w:type="spellEnd"/>
      <w:r w:rsidRPr="00AC5ABD">
        <w:rPr>
          <w:rFonts w:eastAsia="Comic Sans MS"/>
          <w:b/>
          <w:szCs w:val="20"/>
        </w:rPr>
        <w:t xml:space="preserve"> </w:t>
      </w:r>
      <w:proofErr w:type="spellStart"/>
      <w:r w:rsidRPr="00AC5ABD">
        <w:rPr>
          <w:rFonts w:eastAsia="Comic Sans MS"/>
          <w:b/>
          <w:szCs w:val="20"/>
        </w:rPr>
        <w:t>konular</w:t>
      </w:r>
      <w:proofErr w:type="spellEnd"/>
      <w:r w:rsidRPr="00AC5ABD">
        <w:rPr>
          <w:rFonts w:eastAsia="Comic Sans MS"/>
          <w:b/>
          <w:szCs w:val="20"/>
        </w:rPr>
        <w:t xml:space="preserve"> / </w:t>
      </w:r>
      <w:proofErr w:type="spellStart"/>
      <w:r w:rsidRPr="00AC5ABD">
        <w:rPr>
          <w:rFonts w:eastAsia="Comic Sans MS"/>
          <w:b/>
          <w:szCs w:val="20"/>
        </w:rPr>
        <w:t>olay</w:t>
      </w:r>
      <w:proofErr w:type="spellEnd"/>
      <w:r w:rsidRPr="00AC5ABD">
        <w:rPr>
          <w:rFonts w:eastAsia="Comic Sans MS"/>
          <w:b/>
          <w:szCs w:val="20"/>
        </w:rPr>
        <w:t xml:space="preserve"> / durum </w:t>
      </w:r>
      <w:proofErr w:type="spellStart"/>
      <w:r w:rsidRPr="00AC5ABD">
        <w:rPr>
          <w:rFonts w:eastAsia="Comic Sans MS"/>
          <w:b/>
          <w:szCs w:val="20"/>
        </w:rPr>
        <w:t>hakkında</w:t>
      </w:r>
      <w:proofErr w:type="spellEnd"/>
      <w:r w:rsidRPr="00AC5ABD">
        <w:rPr>
          <w:rFonts w:eastAsia="Comic Sans MS"/>
          <w:b/>
          <w:szCs w:val="20"/>
        </w:rPr>
        <w:t xml:space="preserve"> </w:t>
      </w:r>
      <w:proofErr w:type="spellStart"/>
      <w:r w:rsidRPr="00AC5ABD">
        <w:rPr>
          <w:rFonts w:eastAsia="Comic Sans MS"/>
          <w:b/>
          <w:szCs w:val="20"/>
        </w:rPr>
        <w:t>deneyler</w:t>
      </w:r>
      <w:proofErr w:type="spellEnd"/>
      <w:r w:rsidRPr="00AC5ABD">
        <w:rPr>
          <w:rFonts w:eastAsia="Comic Sans MS"/>
          <w:b/>
          <w:szCs w:val="20"/>
        </w:rPr>
        <w:t xml:space="preserve"> </w:t>
      </w:r>
      <w:proofErr w:type="spellStart"/>
      <w:r w:rsidRPr="00AC5ABD">
        <w:rPr>
          <w:rFonts w:eastAsia="Comic Sans MS"/>
          <w:b/>
          <w:szCs w:val="20"/>
        </w:rPr>
        <w:t>yapabilme</w:t>
      </w:r>
      <w:proofErr w:type="spellEnd"/>
    </w:p>
    <w:p w14:paraId="30ABDBBC" w14:textId="77777777" w:rsidR="00F627DB" w:rsidRPr="00AC5ABD" w:rsidRDefault="00CC4454" w:rsidP="00BA3FBF">
      <w:pPr>
        <w:spacing w:after="0"/>
        <w:rPr>
          <w:szCs w:val="20"/>
        </w:rPr>
      </w:pPr>
      <w:r w:rsidRPr="00AC5ABD">
        <w:rPr>
          <w:rFonts w:eastAsia="Comic Sans MS"/>
          <w:szCs w:val="20"/>
        </w:rPr>
        <w:t xml:space="preserve">FAB.7.a. Bir problem </w:t>
      </w:r>
      <w:proofErr w:type="spellStart"/>
      <w:r w:rsidRPr="00AC5ABD">
        <w:rPr>
          <w:rFonts w:eastAsia="Comic Sans MS"/>
          <w:szCs w:val="20"/>
        </w:rPr>
        <w:t>durumuna</w:t>
      </w:r>
      <w:proofErr w:type="spellEnd"/>
      <w:r w:rsidRPr="00AC5ABD">
        <w:rPr>
          <w:rFonts w:eastAsia="Comic Sans MS"/>
          <w:szCs w:val="20"/>
        </w:rPr>
        <w:t xml:space="preserve"> </w:t>
      </w:r>
      <w:proofErr w:type="spellStart"/>
      <w:r w:rsidRPr="00AC5ABD">
        <w:rPr>
          <w:rFonts w:eastAsia="Comic Sans MS"/>
          <w:szCs w:val="20"/>
        </w:rPr>
        <w:t>yönelik</w:t>
      </w:r>
      <w:proofErr w:type="spellEnd"/>
      <w:r w:rsidRPr="00AC5ABD">
        <w:rPr>
          <w:rFonts w:eastAsia="Comic Sans MS"/>
          <w:szCs w:val="20"/>
        </w:rPr>
        <w:t xml:space="preserve"> </w:t>
      </w:r>
      <w:proofErr w:type="spellStart"/>
      <w:r w:rsidRPr="00AC5ABD">
        <w:rPr>
          <w:rFonts w:eastAsia="Comic Sans MS"/>
          <w:szCs w:val="20"/>
        </w:rPr>
        <w:t>deney</w:t>
      </w:r>
      <w:proofErr w:type="spellEnd"/>
      <w:r w:rsidRPr="00AC5ABD">
        <w:rPr>
          <w:rFonts w:eastAsia="Comic Sans MS"/>
          <w:szCs w:val="20"/>
        </w:rPr>
        <w:t xml:space="preserve"> </w:t>
      </w:r>
      <w:proofErr w:type="spellStart"/>
      <w:r w:rsidRPr="00AC5ABD">
        <w:rPr>
          <w:rFonts w:eastAsia="Comic Sans MS"/>
          <w:szCs w:val="20"/>
        </w:rPr>
        <w:t>yapmak</w:t>
      </w:r>
      <w:proofErr w:type="spellEnd"/>
      <w:r w:rsidRPr="00AC5ABD">
        <w:rPr>
          <w:rFonts w:eastAsia="Comic Sans MS"/>
          <w:szCs w:val="20"/>
        </w:rPr>
        <w:t xml:space="preserve"> </w:t>
      </w:r>
      <w:proofErr w:type="spellStart"/>
      <w:r w:rsidRPr="00AC5ABD">
        <w:rPr>
          <w:rFonts w:eastAsia="Comic Sans MS"/>
          <w:szCs w:val="20"/>
        </w:rPr>
        <w:t>için</w:t>
      </w:r>
      <w:proofErr w:type="spellEnd"/>
      <w:r w:rsidRPr="00AC5ABD">
        <w:rPr>
          <w:rFonts w:eastAsia="Comic Sans MS"/>
          <w:szCs w:val="20"/>
        </w:rPr>
        <w:t xml:space="preserve"> </w:t>
      </w:r>
      <w:proofErr w:type="spellStart"/>
      <w:r w:rsidRPr="00AC5ABD">
        <w:rPr>
          <w:rFonts w:eastAsia="Comic Sans MS"/>
          <w:szCs w:val="20"/>
        </w:rPr>
        <w:t>uygun</w:t>
      </w:r>
      <w:proofErr w:type="spellEnd"/>
      <w:r w:rsidRPr="00AC5ABD">
        <w:rPr>
          <w:rFonts w:eastAsia="Comic Sans MS"/>
          <w:szCs w:val="20"/>
        </w:rPr>
        <w:t xml:space="preserve"> </w:t>
      </w:r>
      <w:proofErr w:type="spellStart"/>
      <w:r w:rsidRPr="00AC5ABD">
        <w:rPr>
          <w:rFonts w:eastAsia="Comic Sans MS"/>
          <w:szCs w:val="20"/>
        </w:rPr>
        <w:t>malzemeleri</w:t>
      </w:r>
      <w:proofErr w:type="spellEnd"/>
      <w:r w:rsidRPr="00AC5ABD">
        <w:rPr>
          <w:rFonts w:eastAsia="Comic Sans MS"/>
          <w:szCs w:val="20"/>
        </w:rPr>
        <w:t xml:space="preserve"> </w:t>
      </w:r>
      <w:proofErr w:type="spellStart"/>
      <w:r w:rsidRPr="00AC5ABD">
        <w:rPr>
          <w:rFonts w:eastAsia="Comic Sans MS"/>
          <w:szCs w:val="20"/>
        </w:rPr>
        <w:t>seçer</w:t>
      </w:r>
      <w:proofErr w:type="spellEnd"/>
      <w:r w:rsidRPr="00AC5ABD">
        <w:rPr>
          <w:rFonts w:eastAsia="Comic Sans MS"/>
          <w:szCs w:val="20"/>
        </w:rPr>
        <w:t>.</w:t>
      </w:r>
    </w:p>
    <w:p w14:paraId="4C197CDC" w14:textId="77777777" w:rsidR="00F627DB" w:rsidRPr="00AC5ABD" w:rsidRDefault="00CC4454" w:rsidP="00BA3FBF">
      <w:pPr>
        <w:spacing w:after="0"/>
        <w:rPr>
          <w:szCs w:val="20"/>
        </w:rPr>
      </w:pPr>
      <w:r w:rsidRPr="00AC5ABD">
        <w:rPr>
          <w:rFonts w:eastAsia="Comic Sans MS"/>
          <w:szCs w:val="20"/>
        </w:rPr>
        <w:t xml:space="preserve">FAB.7.b. </w:t>
      </w:r>
      <w:proofErr w:type="spellStart"/>
      <w:r w:rsidRPr="00AC5ABD">
        <w:rPr>
          <w:rFonts w:eastAsia="Comic Sans MS"/>
          <w:szCs w:val="20"/>
        </w:rPr>
        <w:t>Seçtiği</w:t>
      </w:r>
      <w:proofErr w:type="spellEnd"/>
      <w:r w:rsidRPr="00AC5ABD">
        <w:rPr>
          <w:rFonts w:eastAsia="Comic Sans MS"/>
          <w:szCs w:val="20"/>
        </w:rPr>
        <w:t xml:space="preserve"> </w:t>
      </w:r>
      <w:proofErr w:type="spellStart"/>
      <w:r w:rsidRPr="00AC5ABD">
        <w:rPr>
          <w:rFonts w:eastAsia="Comic Sans MS"/>
          <w:szCs w:val="20"/>
        </w:rPr>
        <w:t>malzemelerle</w:t>
      </w:r>
      <w:proofErr w:type="spellEnd"/>
      <w:r w:rsidRPr="00AC5ABD">
        <w:rPr>
          <w:rFonts w:eastAsia="Comic Sans MS"/>
          <w:szCs w:val="20"/>
        </w:rPr>
        <w:t xml:space="preserve"> </w:t>
      </w:r>
      <w:proofErr w:type="spellStart"/>
      <w:r w:rsidRPr="00AC5ABD">
        <w:rPr>
          <w:rFonts w:eastAsia="Comic Sans MS"/>
          <w:szCs w:val="20"/>
        </w:rPr>
        <w:t>deneyler</w:t>
      </w:r>
      <w:proofErr w:type="spellEnd"/>
      <w:r w:rsidRPr="00AC5ABD">
        <w:rPr>
          <w:rFonts w:eastAsia="Comic Sans MS"/>
          <w:szCs w:val="20"/>
        </w:rPr>
        <w:t xml:space="preserve"> </w:t>
      </w:r>
      <w:proofErr w:type="spellStart"/>
      <w:r w:rsidRPr="00AC5ABD">
        <w:rPr>
          <w:rFonts w:eastAsia="Comic Sans MS"/>
          <w:szCs w:val="20"/>
        </w:rPr>
        <w:t>yapar</w:t>
      </w:r>
      <w:proofErr w:type="spellEnd"/>
      <w:r w:rsidRPr="00AC5ABD">
        <w:rPr>
          <w:rFonts w:eastAsia="Comic Sans MS"/>
          <w:szCs w:val="20"/>
        </w:rPr>
        <w:t>.</w:t>
      </w:r>
    </w:p>
    <w:p w14:paraId="08D7DB4B" w14:textId="77777777" w:rsidR="00F627DB" w:rsidRPr="00AC5ABD" w:rsidRDefault="00CC4454" w:rsidP="00BA3FBF">
      <w:pPr>
        <w:spacing w:after="0"/>
        <w:rPr>
          <w:szCs w:val="20"/>
        </w:rPr>
      </w:pPr>
      <w:r w:rsidRPr="00AC5ABD">
        <w:rPr>
          <w:rFonts w:eastAsia="Comic Sans MS"/>
          <w:szCs w:val="20"/>
        </w:rPr>
        <w:t xml:space="preserve">FAB.7.c. Deney </w:t>
      </w:r>
      <w:proofErr w:type="spellStart"/>
      <w:r w:rsidRPr="00AC5ABD">
        <w:rPr>
          <w:rFonts w:eastAsia="Comic Sans MS"/>
          <w:szCs w:val="20"/>
        </w:rPr>
        <w:t>sürecinde</w:t>
      </w:r>
      <w:proofErr w:type="spellEnd"/>
      <w:r w:rsidRPr="00AC5ABD">
        <w:rPr>
          <w:rFonts w:eastAsia="Comic Sans MS"/>
          <w:szCs w:val="20"/>
        </w:rPr>
        <w:t xml:space="preserve"> </w:t>
      </w:r>
      <w:proofErr w:type="spellStart"/>
      <w:r w:rsidRPr="00AC5ABD">
        <w:rPr>
          <w:rFonts w:eastAsia="Comic Sans MS"/>
          <w:szCs w:val="20"/>
        </w:rPr>
        <w:t>ortaya</w:t>
      </w:r>
      <w:proofErr w:type="spellEnd"/>
      <w:r w:rsidRPr="00AC5ABD">
        <w:rPr>
          <w:rFonts w:eastAsia="Comic Sans MS"/>
          <w:szCs w:val="20"/>
        </w:rPr>
        <w:t xml:space="preserve"> </w:t>
      </w:r>
      <w:proofErr w:type="spellStart"/>
      <w:r w:rsidRPr="00AC5ABD">
        <w:rPr>
          <w:rFonts w:eastAsia="Comic Sans MS"/>
          <w:szCs w:val="20"/>
        </w:rPr>
        <w:t>çıkan</w:t>
      </w:r>
      <w:proofErr w:type="spellEnd"/>
      <w:r w:rsidRPr="00AC5ABD">
        <w:rPr>
          <w:rFonts w:eastAsia="Comic Sans MS"/>
          <w:szCs w:val="20"/>
        </w:rPr>
        <w:t xml:space="preserve"> </w:t>
      </w:r>
      <w:proofErr w:type="spellStart"/>
      <w:r w:rsidRPr="00AC5ABD">
        <w:rPr>
          <w:rFonts w:eastAsia="Comic Sans MS"/>
          <w:szCs w:val="20"/>
        </w:rPr>
        <w:t>değişimleri</w:t>
      </w:r>
      <w:proofErr w:type="spellEnd"/>
      <w:r w:rsidRPr="00AC5ABD">
        <w:rPr>
          <w:rFonts w:eastAsia="Comic Sans MS"/>
          <w:szCs w:val="20"/>
        </w:rPr>
        <w:t xml:space="preserve"> </w:t>
      </w:r>
      <w:proofErr w:type="spellStart"/>
      <w:r w:rsidRPr="00AC5ABD">
        <w:rPr>
          <w:rFonts w:eastAsia="Comic Sans MS"/>
          <w:szCs w:val="20"/>
        </w:rPr>
        <w:t>gözlemler</w:t>
      </w:r>
      <w:proofErr w:type="spellEnd"/>
      <w:r w:rsidRPr="00AC5ABD">
        <w:rPr>
          <w:rFonts w:eastAsia="Comic Sans MS"/>
          <w:szCs w:val="20"/>
        </w:rPr>
        <w:t>.</w:t>
      </w:r>
    </w:p>
    <w:p w14:paraId="5C0477C7" w14:textId="77777777" w:rsidR="00F627DB" w:rsidRPr="00AC5ABD" w:rsidRDefault="00CC4454" w:rsidP="00BA3FBF">
      <w:pPr>
        <w:keepNext/>
        <w:spacing w:after="0"/>
        <w:rPr>
          <w:szCs w:val="20"/>
        </w:rPr>
      </w:pPr>
      <w:r w:rsidRPr="00AC5ABD">
        <w:rPr>
          <w:rFonts w:eastAsia="Comic Sans MS"/>
          <w:b/>
          <w:color w:val="002060"/>
          <w:szCs w:val="20"/>
        </w:rPr>
        <w:t>HAREKET VE SAĞLIK ALANI</w:t>
      </w:r>
    </w:p>
    <w:p w14:paraId="3273FB97" w14:textId="77777777" w:rsidR="00F627DB" w:rsidRPr="00AC5ABD" w:rsidRDefault="00CC4454" w:rsidP="00BA3FBF">
      <w:pPr>
        <w:keepNext/>
        <w:spacing w:after="0"/>
        <w:rPr>
          <w:szCs w:val="20"/>
        </w:rPr>
      </w:pPr>
      <w:r w:rsidRPr="00AC5ABD">
        <w:rPr>
          <w:rFonts w:eastAsia="Comic Sans MS"/>
          <w:b/>
          <w:szCs w:val="20"/>
        </w:rPr>
        <w:t xml:space="preserve">HSAB1. </w:t>
      </w:r>
      <w:proofErr w:type="spellStart"/>
      <w:r w:rsidRPr="00AC5ABD">
        <w:rPr>
          <w:rFonts w:eastAsia="Comic Sans MS"/>
          <w:b/>
          <w:szCs w:val="20"/>
        </w:rPr>
        <w:t>Aktif</w:t>
      </w:r>
      <w:proofErr w:type="spellEnd"/>
      <w:r w:rsidRPr="00AC5ABD">
        <w:rPr>
          <w:rFonts w:eastAsia="Comic Sans MS"/>
          <w:b/>
          <w:szCs w:val="20"/>
        </w:rPr>
        <w:t xml:space="preserve"> </w:t>
      </w:r>
      <w:proofErr w:type="spellStart"/>
      <w:r w:rsidRPr="00AC5ABD">
        <w:rPr>
          <w:rFonts w:eastAsia="Comic Sans MS"/>
          <w:b/>
          <w:szCs w:val="20"/>
        </w:rPr>
        <w:t>Yaşam</w:t>
      </w:r>
      <w:proofErr w:type="spellEnd"/>
      <w:r w:rsidRPr="00AC5ABD">
        <w:rPr>
          <w:rFonts w:eastAsia="Comic Sans MS"/>
          <w:b/>
          <w:szCs w:val="20"/>
        </w:rPr>
        <w:t xml:space="preserve"> </w:t>
      </w:r>
      <w:proofErr w:type="spellStart"/>
      <w:r w:rsidRPr="00AC5ABD">
        <w:rPr>
          <w:rFonts w:eastAsia="Comic Sans MS"/>
          <w:b/>
          <w:szCs w:val="20"/>
        </w:rPr>
        <w:t>İçin</w:t>
      </w:r>
      <w:proofErr w:type="spellEnd"/>
      <w:r w:rsidRPr="00AC5ABD">
        <w:rPr>
          <w:rFonts w:eastAsia="Comic Sans MS"/>
          <w:b/>
          <w:szCs w:val="20"/>
        </w:rPr>
        <w:t xml:space="preserve"> Motor </w:t>
      </w:r>
      <w:proofErr w:type="spellStart"/>
      <w:r w:rsidRPr="00AC5ABD">
        <w:rPr>
          <w:rFonts w:eastAsia="Comic Sans MS"/>
          <w:b/>
          <w:szCs w:val="20"/>
        </w:rPr>
        <w:t>Beceriler</w:t>
      </w:r>
      <w:proofErr w:type="spellEnd"/>
    </w:p>
    <w:p w14:paraId="268791B8" w14:textId="77777777" w:rsidR="00F627DB" w:rsidRPr="00AC5ABD" w:rsidRDefault="00CC4454" w:rsidP="00BA3FBF">
      <w:pPr>
        <w:keepNext/>
        <w:spacing w:after="0"/>
        <w:rPr>
          <w:szCs w:val="20"/>
        </w:rPr>
      </w:pPr>
      <w:r w:rsidRPr="00AC5ABD">
        <w:rPr>
          <w:rFonts w:eastAsia="Comic Sans MS"/>
          <w:b/>
          <w:szCs w:val="20"/>
        </w:rPr>
        <w:t xml:space="preserve">HSAB.1. </w:t>
      </w:r>
      <w:proofErr w:type="spellStart"/>
      <w:r w:rsidRPr="00AC5ABD">
        <w:rPr>
          <w:rFonts w:eastAsia="Comic Sans MS"/>
          <w:b/>
          <w:szCs w:val="20"/>
        </w:rPr>
        <w:t>Farklı</w:t>
      </w:r>
      <w:proofErr w:type="spellEnd"/>
      <w:r w:rsidRPr="00AC5ABD">
        <w:rPr>
          <w:rFonts w:eastAsia="Comic Sans MS"/>
          <w:b/>
          <w:szCs w:val="20"/>
        </w:rPr>
        <w:t xml:space="preserve"> </w:t>
      </w:r>
      <w:proofErr w:type="spellStart"/>
      <w:r w:rsidRPr="00AC5ABD">
        <w:rPr>
          <w:rFonts w:eastAsia="Comic Sans MS"/>
          <w:b/>
          <w:szCs w:val="20"/>
        </w:rPr>
        <w:t>çevre</w:t>
      </w:r>
      <w:proofErr w:type="spellEnd"/>
      <w:r w:rsidRPr="00AC5ABD">
        <w:rPr>
          <w:rFonts w:eastAsia="Comic Sans MS"/>
          <w:b/>
          <w:szCs w:val="20"/>
        </w:rPr>
        <w:t xml:space="preserve"> </w:t>
      </w:r>
      <w:proofErr w:type="spellStart"/>
      <w:r w:rsidRPr="00AC5ABD">
        <w:rPr>
          <w:rFonts w:eastAsia="Comic Sans MS"/>
          <w:b/>
          <w:szCs w:val="20"/>
        </w:rPr>
        <w:t>ve</w:t>
      </w:r>
      <w:proofErr w:type="spellEnd"/>
      <w:r w:rsidRPr="00AC5ABD">
        <w:rPr>
          <w:rFonts w:eastAsia="Comic Sans MS"/>
          <w:b/>
          <w:szCs w:val="20"/>
        </w:rPr>
        <w:t xml:space="preserve"> </w:t>
      </w:r>
      <w:proofErr w:type="spellStart"/>
      <w:r w:rsidRPr="00AC5ABD">
        <w:rPr>
          <w:rFonts w:eastAsia="Comic Sans MS"/>
          <w:b/>
          <w:szCs w:val="20"/>
        </w:rPr>
        <w:t>fiziksel</w:t>
      </w:r>
      <w:proofErr w:type="spellEnd"/>
      <w:r w:rsidRPr="00AC5ABD">
        <w:rPr>
          <w:rFonts w:eastAsia="Comic Sans MS"/>
          <w:b/>
          <w:szCs w:val="20"/>
        </w:rPr>
        <w:t xml:space="preserve"> </w:t>
      </w:r>
      <w:proofErr w:type="spellStart"/>
      <w:r w:rsidRPr="00AC5ABD">
        <w:rPr>
          <w:rFonts w:eastAsia="Comic Sans MS"/>
          <w:b/>
          <w:szCs w:val="20"/>
        </w:rPr>
        <w:t>etkinliklerde</w:t>
      </w:r>
      <w:proofErr w:type="spellEnd"/>
      <w:r w:rsidRPr="00AC5ABD">
        <w:rPr>
          <w:rFonts w:eastAsia="Comic Sans MS"/>
          <w:b/>
          <w:szCs w:val="20"/>
        </w:rPr>
        <w:t xml:space="preserve"> </w:t>
      </w:r>
      <w:proofErr w:type="spellStart"/>
      <w:r w:rsidRPr="00AC5ABD">
        <w:rPr>
          <w:rFonts w:eastAsia="Comic Sans MS"/>
          <w:b/>
          <w:szCs w:val="20"/>
        </w:rPr>
        <w:t>temel</w:t>
      </w:r>
      <w:proofErr w:type="spellEnd"/>
      <w:r w:rsidRPr="00AC5ABD">
        <w:rPr>
          <w:rFonts w:eastAsia="Comic Sans MS"/>
          <w:b/>
          <w:szCs w:val="20"/>
        </w:rPr>
        <w:t xml:space="preserve"> </w:t>
      </w:r>
      <w:proofErr w:type="spellStart"/>
      <w:r w:rsidRPr="00AC5ABD">
        <w:rPr>
          <w:rFonts w:eastAsia="Comic Sans MS"/>
          <w:b/>
          <w:szCs w:val="20"/>
        </w:rPr>
        <w:t>hareket</w:t>
      </w:r>
      <w:proofErr w:type="spellEnd"/>
      <w:r w:rsidRPr="00AC5ABD">
        <w:rPr>
          <w:rFonts w:eastAsia="Comic Sans MS"/>
          <w:b/>
          <w:szCs w:val="20"/>
        </w:rPr>
        <w:t xml:space="preserve"> </w:t>
      </w:r>
      <w:proofErr w:type="spellStart"/>
      <w:r w:rsidRPr="00AC5ABD">
        <w:rPr>
          <w:rFonts w:eastAsia="Comic Sans MS"/>
          <w:b/>
          <w:szCs w:val="20"/>
        </w:rPr>
        <w:t>becerilerini</w:t>
      </w:r>
      <w:proofErr w:type="spellEnd"/>
      <w:r w:rsidRPr="00AC5ABD">
        <w:rPr>
          <w:rFonts w:eastAsia="Comic Sans MS"/>
          <w:b/>
          <w:szCs w:val="20"/>
        </w:rPr>
        <w:t xml:space="preserve"> </w:t>
      </w:r>
      <w:proofErr w:type="spellStart"/>
      <w:r w:rsidRPr="00AC5ABD">
        <w:rPr>
          <w:rFonts w:eastAsia="Comic Sans MS"/>
          <w:b/>
          <w:szCs w:val="20"/>
        </w:rPr>
        <w:t>sergileyebilme</w:t>
      </w:r>
      <w:proofErr w:type="spellEnd"/>
    </w:p>
    <w:p w14:paraId="39EE0CB9" w14:textId="77777777" w:rsidR="00F627DB" w:rsidRPr="00AC5ABD" w:rsidRDefault="00CC4454" w:rsidP="00BA3FBF">
      <w:pPr>
        <w:spacing w:after="0"/>
        <w:rPr>
          <w:szCs w:val="20"/>
        </w:rPr>
      </w:pPr>
      <w:r w:rsidRPr="00AC5ABD">
        <w:rPr>
          <w:rFonts w:eastAsia="Comic Sans MS"/>
          <w:szCs w:val="20"/>
        </w:rPr>
        <w:t xml:space="preserve">HSAB.1.a. Basit </w:t>
      </w:r>
      <w:proofErr w:type="spellStart"/>
      <w:r w:rsidRPr="00AC5ABD">
        <w:rPr>
          <w:rFonts w:eastAsia="Comic Sans MS"/>
          <w:szCs w:val="20"/>
        </w:rPr>
        <w:t>yönergeler</w:t>
      </w:r>
      <w:proofErr w:type="spellEnd"/>
      <w:r w:rsidRPr="00AC5ABD">
        <w:rPr>
          <w:rFonts w:eastAsia="Comic Sans MS"/>
          <w:szCs w:val="20"/>
        </w:rPr>
        <w:t xml:space="preserve"> </w:t>
      </w:r>
      <w:proofErr w:type="spellStart"/>
      <w:r w:rsidRPr="00AC5ABD">
        <w:rPr>
          <w:rFonts w:eastAsia="Comic Sans MS"/>
          <w:szCs w:val="20"/>
        </w:rPr>
        <w:t>doğrultusunda</w:t>
      </w:r>
      <w:proofErr w:type="spellEnd"/>
      <w:r w:rsidRPr="00AC5ABD">
        <w:rPr>
          <w:rFonts w:eastAsia="Comic Sans MS"/>
          <w:szCs w:val="20"/>
        </w:rPr>
        <w:t xml:space="preserve"> </w:t>
      </w:r>
      <w:proofErr w:type="spellStart"/>
      <w:r w:rsidRPr="00AC5ABD">
        <w:rPr>
          <w:rFonts w:eastAsia="Comic Sans MS"/>
          <w:szCs w:val="20"/>
        </w:rPr>
        <w:t>yer</w:t>
      </w:r>
      <w:proofErr w:type="spellEnd"/>
      <w:r w:rsidRPr="00AC5ABD">
        <w:rPr>
          <w:rFonts w:eastAsia="Comic Sans MS"/>
          <w:szCs w:val="20"/>
        </w:rPr>
        <w:t xml:space="preserve"> </w:t>
      </w:r>
      <w:proofErr w:type="spellStart"/>
      <w:r w:rsidRPr="00AC5ABD">
        <w:rPr>
          <w:rFonts w:eastAsia="Comic Sans MS"/>
          <w:szCs w:val="20"/>
        </w:rPr>
        <w:t>değiştirme</w:t>
      </w:r>
      <w:proofErr w:type="spellEnd"/>
      <w:r w:rsidRPr="00AC5ABD">
        <w:rPr>
          <w:rFonts w:eastAsia="Comic Sans MS"/>
          <w:szCs w:val="20"/>
        </w:rPr>
        <w:t xml:space="preserve"> </w:t>
      </w:r>
      <w:proofErr w:type="spellStart"/>
      <w:r w:rsidRPr="00AC5ABD">
        <w:rPr>
          <w:rFonts w:eastAsia="Comic Sans MS"/>
          <w:szCs w:val="20"/>
        </w:rPr>
        <w:t>hareketleri</w:t>
      </w:r>
      <w:proofErr w:type="spellEnd"/>
      <w:r w:rsidRPr="00AC5ABD">
        <w:rPr>
          <w:rFonts w:eastAsia="Comic Sans MS"/>
          <w:szCs w:val="20"/>
        </w:rPr>
        <w:t xml:space="preserve"> </w:t>
      </w:r>
      <w:proofErr w:type="spellStart"/>
      <w:r w:rsidRPr="00AC5ABD">
        <w:rPr>
          <w:rFonts w:eastAsia="Comic Sans MS"/>
          <w:szCs w:val="20"/>
        </w:rPr>
        <w:t>yapar</w:t>
      </w:r>
      <w:proofErr w:type="spellEnd"/>
      <w:r w:rsidRPr="00AC5ABD">
        <w:rPr>
          <w:rFonts w:eastAsia="Comic Sans MS"/>
          <w:szCs w:val="20"/>
        </w:rPr>
        <w:t>.</w:t>
      </w:r>
    </w:p>
    <w:p w14:paraId="7C6AD69E" w14:textId="77777777" w:rsidR="00F627DB" w:rsidRPr="00AC5ABD" w:rsidRDefault="00CC4454" w:rsidP="00BA3FBF">
      <w:pPr>
        <w:keepNext/>
        <w:spacing w:after="0"/>
        <w:rPr>
          <w:szCs w:val="20"/>
        </w:rPr>
      </w:pPr>
      <w:r w:rsidRPr="00AC5ABD">
        <w:rPr>
          <w:rFonts w:eastAsia="Comic Sans MS"/>
          <w:b/>
          <w:szCs w:val="20"/>
        </w:rPr>
        <w:t xml:space="preserve">HSAB.5. </w:t>
      </w:r>
      <w:proofErr w:type="spellStart"/>
      <w:r w:rsidRPr="00AC5ABD">
        <w:rPr>
          <w:rFonts w:eastAsia="Comic Sans MS"/>
          <w:b/>
          <w:szCs w:val="20"/>
        </w:rPr>
        <w:t>Kişisel</w:t>
      </w:r>
      <w:proofErr w:type="spellEnd"/>
      <w:r w:rsidRPr="00AC5ABD">
        <w:rPr>
          <w:rFonts w:eastAsia="Comic Sans MS"/>
          <w:b/>
          <w:szCs w:val="20"/>
        </w:rPr>
        <w:t xml:space="preserve"> </w:t>
      </w:r>
      <w:proofErr w:type="spellStart"/>
      <w:r w:rsidRPr="00AC5ABD">
        <w:rPr>
          <w:rFonts w:eastAsia="Comic Sans MS"/>
          <w:b/>
          <w:szCs w:val="20"/>
        </w:rPr>
        <w:t>ve</w:t>
      </w:r>
      <w:proofErr w:type="spellEnd"/>
      <w:r w:rsidRPr="00AC5ABD">
        <w:rPr>
          <w:rFonts w:eastAsia="Comic Sans MS"/>
          <w:b/>
          <w:szCs w:val="20"/>
        </w:rPr>
        <w:t xml:space="preserve"> </w:t>
      </w:r>
      <w:proofErr w:type="spellStart"/>
      <w:r w:rsidRPr="00AC5ABD">
        <w:rPr>
          <w:rFonts w:eastAsia="Comic Sans MS"/>
          <w:b/>
          <w:szCs w:val="20"/>
        </w:rPr>
        <w:t>genel</w:t>
      </w:r>
      <w:proofErr w:type="spellEnd"/>
      <w:r w:rsidRPr="00AC5ABD">
        <w:rPr>
          <w:rFonts w:eastAsia="Comic Sans MS"/>
          <w:b/>
          <w:szCs w:val="20"/>
        </w:rPr>
        <w:t xml:space="preserve"> </w:t>
      </w:r>
      <w:proofErr w:type="spellStart"/>
      <w:r w:rsidRPr="00AC5ABD">
        <w:rPr>
          <w:rFonts w:eastAsia="Comic Sans MS"/>
          <w:b/>
          <w:szCs w:val="20"/>
        </w:rPr>
        <w:t>alanın</w:t>
      </w:r>
      <w:proofErr w:type="spellEnd"/>
      <w:r w:rsidRPr="00AC5ABD">
        <w:rPr>
          <w:rFonts w:eastAsia="Comic Sans MS"/>
          <w:b/>
          <w:szCs w:val="20"/>
        </w:rPr>
        <w:t xml:space="preserve"> </w:t>
      </w:r>
      <w:proofErr w:type="spellStart"/>
      <w:r w:rsidRPr="00AC5ABD">
        <w:rPr>
          <w:rFonts w:eastAsia="Comic Sans MS"/>
          <w:b/>
          <w:szCs w:val="20"/>
        </w:rPr>
        <w:t>farkında</w:t>
      </w:r>
      <w:proofErr w:type="spellEnd"/>
      <w:r w:rsidRPr="00AC5ABD">
        <w:rPr>
          <w:rFonts w:eastAsia="Comic Sans MS"/>
          <w:b/>
          <w:szCs w:val="20"/>
        </w:rPr>
        <w:t xml:space="preserve"> </w:t>
      </w:r>
      <w:proofErr w:type="spellStart"/>
      <w:r w:rsidRPr="00AC5ABD">
        <w:rPr>
          <w:rFonts w:eastAsia="Comic Sans MS"/>
          <w:b/>
          <w:szCs w:val="20"/>
        </w:rPr>
        <w:t>olarak</w:t>
      </w:r>
      <w:proofErr w:type="spellEnd"/>
      <w:r w:rsidRPr="00AC5ABD">
        <w:rPr>
          <w:rFonts w:eastAsia="Comic Sans MS"/>
          <w:b/>
          <w:szCs w:val="20"/>
        </w:rPr>
        <w:t xml:space="preserve"> </w:t>
      </w:r>
      <w:proofErr w:type="spellStart"/>
      <w:r w:rsidRPr="00AC5ABD">
        <w:rPr>
          <w:rFonts w:eastAsia="Comic Sans MS"/>
          <w:b/>
          <w:szCs w:val="20"/>
        </w:rPr>
        <w:t>hareket</w:t>
      </w:r>
      <w:proofErr w:type="spellEnd"/>
      <w:r w:rsidRPr="00AC5ABD">
        <w:rPr>
          <w:rFonts w:eastAsia="Comic Sans MS"/>
          <w:b/>
          <w:szCs w:val="20"/>
        </w:rPr>
        <w:t xml:space="preserve"> </w:t>
      </w:r>
      <w:proofErr w:type="spellStart"/>
      <w:r w:rsidRPr="00AC5ABD">
        <w:rPr>
          <w:rFonts w:eastAsia="Comic Sans MS"/>
          <w:b/>
          <w:szCs w:val="20"/>
        </w:rPr>
        <w:t>edebilme</w:t>
      </w:r>
      <w:proofErr w:type="spellEnd"/>
    </w:p>
    <w:p w14:paraId="29B85B31" w14:textId="77777777" w:rsidR="00F627DB" w:rsidRPr="00AC5ABD" w:rsidRDefault="00CC4454" w:rsidP="00BA3FBF">
      <w:pPr>
        <w:spacing w:after="0"/>
        <w:rPr>
          <w:szCs w:val="20"/>
        </w:rPr>
      </w:pPr>
      <w:r w:rsidRPr="00AC5ABD">
        <w:rPr>
          <w:rFonts w:eastAsia="Comic Sans MS"/>
          <w:szCs w:val="20"/>
        </w:rPr>
        <w:t xml:space="preserve">HSAB.5.b. Genel </w:t>
      </w:r>
      <w:proofErr w:type="spellStart"/>
      <w:r w:rsidRPr="00AC5ABD">
        <w:rPr>
          <w:rFonts w:eastAsia="Comic Sans MS"/>
          <w:szCs w:val="20"/>
        </w:rPr>
        <w:t>alan</w:t>
      </w:r>
      <w:proofErr w:type="spellEnd"/>
      <w:r w:rsidRPr="00AC5ABD">
        <w:rPr>
          <w:rFonts w:eastAsia="Comic Sans MS"/>
          <w:szCs w:val="20"/>
        </w:rPr>
        <w:t xml:space="preserve"> </w:t>
      </w:r>
      <w:proofErr w:type="spellStart"/>
      <w:r w:rsidRPr="00AC5ABD">
        <w:rPr>
          <w:rFonts w:eastAsia="Comic Sans MS"/>
          <w:szCs w:val="20"/>
        </w:rPr>
        <w:t>içerisinde</w:t>
      </w:r>
      <w:proofErr w:type="spellEnd"/>
      <w:r w:rsidRPr="00AC5ABD">
        <w:rPr>
          <w:rFonts w:eastAsia="Comic Sans MS"/>
          <w:szCs w:val="20"/>
        </w:rPr>
        <w:t xml:space="preserve"> </w:t>
      </w:r>
      <w:proofErr w:type="spellStart"/>
      <w:r w:rsidRPr="00AC5ABD">
        <w:rPr>
          <w:rFonts w:eastAsia="Comic Sans MS"/>
          <w:szCs w:val="20"/>
        </w:rPr>
        <w:t>kişisel</w:t>
      </w:r>
      <w:proofErr w:type="spellEnd"/>
      <w:r w:rsidRPr="00AC5ABD">
        <w:rPr>
          <w:rFonts w:eastAsia="Comic Sans MS"/>
          <w:szCs w:val="20"/>
        </w:rPr>
        <w:t xml:space="preserve"> </w:t>
      </w:r>
      <w:proofErr w:type="spellStart"/>
      <w:r w:rsidRPr="00AC5ABD">
        <w:rPr>
          <w:rFonts w:eastAsia="Comic Sans MS"/>
          <w:szCs w:val="20"/>
        </w:rPr>
        <w:t>alanını</w:t>
      </w:r>
      <w:proofErr w:type="spellEnd"/>
      <w:r w:rsidRPr="00AC5ABD">
        <w:rPr>
          <w:rFonts w:eastAsia="Comic Sans MS"/>
          <w:szCs w:val="20"/>
        </w:rPr>
        <w:t xml:space="preserve"> </w:t>
      </w:r>
      <w:proofErr w:type="spellStart"/>
      <w:r w:rsidRPr="00AC5ABD">
        <w:rPr>
          <w:rFonts w:eastAsia="Comic Sans MS"/>
          <w:szCs w:val="20"/>
        </w:rPr>
        <w:t>korur</w:t>
      </w:r>
      <w:proofErr w:type="spellEnd"/>
      <w:r w:rsidRPr="00AC5ABD">
        <w:rPr>
          <w:rFonts w:eastAsia="Comic Sans MS"/>
          <w:szCs w:val="20"/>
        </w:rPr>
        <w:t>.</w:t>
      </w:r>
    </w:p>
    <w:p w14:paraId="208F40F1" w14:textId="77777777" w:rsidR="00F627DB" w:rsidRPr="00AC5ABD" w:rsidRDefault="00CC4454" w:rsidP="00BA3FBF">
      <w:pPr>
        <w:keepNext/>
        <w:spacing w:after="0"/>
        <w:rPr>
          <w:szCs w:val="20"/>
        </w:rPr>
      </w:pPr>
      <w:r w:rsidRPr="00AC5ABD">
        <w:rPr>
          <w:rFonts w:eastAsia="Comic Sans MS"/>
          <w:b/>
          <w:color w:val="F85883"/>
          <w:szCs w:val="20"/>
        </w:rPr>
        <w:t>EĞİLİMLER</w:t>
      </w:r>
    </w:p>
    <w:p w14:paraId="32BB24BC" w14:textId="77777777" w:rsidR="00F627DB" w:rsidRPr="00AC5ABD" w:rsidRDefault="00CC4454" w:rsidP="00BA3FBF">
      <w:pPr>
        <w:keepNext/>
        <w:spacing w:after="0"/>
        <w:rPr>
          <w:szCs w:val="20"/>
        </w:rPr>
      </w:pPr>
      <w:r w:rsidRPr="00AC5ABD">
        <w:rPr>
          <w:rFonts w:eastAsia="Comic Sans MS"/>
          <w:b/>
          <w:szCs w:val="20"/>
        </w:rPr>
        <w:t xml:space="preserve">E2. </w:t>
      </w:r>
      <w:proofErr w:type="spellStart"/>
      <w:r w:rsidRPr="00AC5ABD">
        <w:rPr>
          <w:rFonts w:eastAsia="Comic Sans MS"/>
          <w:b/>
          <w:szCs w:val="20"/>
        </w:rPr>
        <w:t>Sosyal</w:t>
      </w:r>
      <w:proofErr w:type="spellEnd"/>
      <w:r w:rsidRPr="00AC5ABD">
        <w:rPr>
          <w:rFonts w:eastAsia="Comic Sans MS"/>
          <w:b/>
          <w:szCs w:val="20"/>
        </w:rPr>
        <w:t xml:space="preserve"> </w:t>
      </w:r>
      <w:proofErr w:type="spellStart"/>
      <w:r w:rsidRPr="00AC5ABD">
        <w:rPr>
          <w:rFonts w:eastAsia="Comic Sans MS"/>
          <w:b/>
          <w:szCs w:val="20"/>
        </w:rPr>
        <w:t>Eğilimler</w:t>
      </w:r>
      <w:proofErr w:type="spellEnd"/>
    </w:p>
    <w:p w14:paraId="4C00E186" w14:textId="77777777" w:rsidR="00BA3FBF" w:rsidRPr="00AC5ABD" w:rsidRDefault="00CC4454" w:rsidP="00BA3FBF">
      <w:pPr>
        <w:spacing w:after="0"/>
        <w:rPr>
          <w:rFonts w:eastAsia="Comic Sans MS"/>
          <w:szCs w:val="20"/>
        </w:rPr>
      </w:pPr>
      <w:r w:rsidRPr="00AC5ABD">
        <w:rPr>
          <w:rFonts w:eastAsia="Comic Sans MS"/>
          <w:szCs w:val="20"/>
        </w:rPr>
        <w:t xml:space="preserve">E2.5. </w:t>
      </w:r>
      <w:proofErr w:type="spellStart"/>
      <w:r w:rsidRPr="00AC5ABD">
        <w:rPr>
          <w:rFonts w:eastAsia="Comic Sans MS"/>
          <w:szCs w:val="20"/>
        </w:rPr>
        <w:t>Oyunseverlik</w:t>
      </w:r>
      <w:proofErr w:type="spellEnd"/>
    </w:p>
    <w:p w14:paraId="6E1317C7" w14:textId="77777777" w:rsidR="00BA3FBF" w:rsidRPr="00AC5ABD" w:rsidRDefault="00CC4454" w:rsidP="00BA3FBF">
      <w:pPr>
        <w:spacing w:after="0"/>
        <w:rPr>
          <w:rFonts w:eastAsia="Comic Sans MS"/>
          <w:b/>
          <w:color w:val="F85883"/>
          <w:szCs w:val="20"/>
        </w:rPr>
      </w:pPr>
      <w:r w:rsidRPr="00AC5ABD">
        <w:rPr>
          <w:rFonts w:eastAsia="Comic Sans MS"/>
          <w:b/>
          <w:color w:val="F85883"/>
          <w:szCs w:val="20"/>
        </w:rPr>
        <w:t>PROGRAMLAR ARASI BİLEŞENLER</w:t>
      </w:r>
    </w:p>
    <w:p w14:paraId="712EBBB0" w14:textId="77777777" w:rsidR="00BA3FBF" w:rsidRPr="00AC5ABD" w:rsidRDefault="00CC4454" w:rsidP="00BA3FBF">
      <w:pPr>
        <w:spacing w:after="0"/>
        <w:rPr>
          <w:rFonts w:eastAsia="Comic Sans MS"/>
          <w:b/>
          <w:color w:val="002060"/>
          <w:szCs w:val="20"/>
        </w:rPr>
      </w:pPr>
      <w:r w:rsidRPr="00AC5ABD">
        <w:rPr>
          <w:rFonts w:eastAsia="Comic Sans MS"/>
          <w:b/>
          <w:color w:val="002060"/>
          <w:szCs w:val="20"/>
        </w:rPr>
        <w:t>SOSYAL-DUYGUSAL ÖĞRENME BECERİLERİ</w:t>
      </w:r>
    </w:p>
    <w:p w14:paraId="6A844875" w14:textId="7EFDFF0E" w:rsidR="00F627DB" w:rsidRPr="00AC5ABD" w:rsidRDefault="00CC4454" w:rsidP="00BA3FBF">
      <w:pPr>
        <w:spacing w:after="0"/>
        <w:rPr>
          <w:szCs w:val="20"/>
        </w:rPr>
      </w:pPr>
      <w:r w:rsidRPr="00AC5ABD">
        <w:rPr>
          <w:rFonts w:eastAsia="Comic Sans MS"/>
          <w:szCs w:val="20"/>
        </w:rPr>
        <w:t xml:space="preserve">SDB2.1. </w:t>
      </w:r>
      <w:proofErr w:type="spellStart"/>
      <w:r w:rsidRPr="00AC5ABD">
        <w:rPr>
          <w:rFonts w:eastAsia="Comic Sans MS"/>
          <w:szCs w:val="20"/>
        </w:rPr>
        <w:t>İletişim</w:t>
      </w:r>
      <w:proofErr w:type="spellEnd"/>
    </w:p>
    <w:p w14:paraId="6FDC98E0" w14:textId="77777777" w:rsidR="00F627DB" w:rsidRPr="00AC5ABD" w:rsidRDefault="00CC4454" w:rsidP="00BA3FBF">
      <w:pPr>
        <w:keepNext/>
        <w:spacing w:after="0"/>
        <w:rPr>
          <w:szCs w:val="20"/>
        </w:rPr>
      </w:pPr>
      <w:r w:rsidRPr="00AC5ABD">
        <w:rPr>
          <w:rFonts w:eastAsia="Comic Sans MS"/>
          <w:b/>
          <w:color w:val="002060"/>
          <w:szCs w:val="20"/>
        </w:rPr>
        <w:t>DEĞERLER</w:t>
      </w:r>
    </w:p>
    <w:p w14:paraId="7CE1CA8C" w14:textId="77777777" w:rsidR="00F627DB" w:rsidRPr="00AC5ABD" w:rsidRDefault="00CC4454" w:rsidP="00BA3FBF">
      <w:pPr>
        <w:keepNext/>
        <w:spacing w:after="0"/>
        <w:rPr>
          <w:szCs w:val="20"/>
        </w:rPr>
      </w:pPr>
      <w:r w:rsidRPr="00AC5ABD">
        <w:rPr>
          <w:rFonts w:eastAsia="Comic Sans MS"/>
          <w:b/>
          <w:szCs w:val="20"/>
        </w:rPr>
        <w:t xml:space="preserve">D19. </w:t>
      </w:r>
      <w:proofErr w:type="spellStart"/>
      <w:r w:rsidRPr="00AC5ABD">
        <w:rPr>
          <w:rFonts w:eastAsia="Comic Sans MS"/>
          <w:b/>
          <w:szCs w:val="20"/>
        </w:rPr>
        <w:t>Vatanseverlik</w:t>
      </w:r>
      <w:proofErr w:type="spellEnd"/>
    </w:p>
    <w:p w14:paraId="7D2462C1" w14:textId="77777777" w:rsidR="00F627DB" w:rsidRPr="00AC5ABD" w:rsidRDefault="00CC4454" w:rsidP="00BA3FBF">
      <w:pPr>
        <w:spacing w:after="0"/>
        <w:rPr>
          <w:szCs w:val="20"/>
        </w:rPr>
      </w:pPr>
      <w:r w:rsidRPr="00AC5ABD">
        <w:rPr>
          <w:rFonts w:eastAsia="Comic Sans MS"/>
          <w:szCs w:val="20"/>
        </w:rPr>
        <w:t xml:space="preserve">D19.1. </w:t>
      </w:r>
      <w:proofErr w:type="spellStart"/>
      <w:r w:rsidRPr="00AC5ABD">
        <w:rPr>
          <w:rFonts w:eastAsia="Comic Sans MS"/>
          <w:szCs w:val="20"/>
        </w:rPr>
        <w:t>Millî</w:t>
      </w:r>
      <w:proofErr w:type="spellEnd"/>
      <w:r w:rsidRPr="00AC5ABD">
        <w:rPr>
          <w:rFonts w:eastAsia="Comic Sans MS"/>
          <w:szCs w:val="20"/>
        </w:rPr>
        <w:t xml:space="preserve"> </w:t>
      </w:r>
      <w:proofErr w:type="spellStart"/>
      <w:r w:rsidRPr="00AC5ABD">
        <w:rPr>
          <w:rFonts w:eastAsia="Comic Sans MS"/>
          <w:szCs w:val="20"/>
        </w:rPr>
        <w:t>bilinç</w:t>
      </w:r>
      <w:proofErr w:type="spellEnd"/>
      <w:r w:rsidRPr="00AC5ABD">
        <w:rPr>
          <w:rFonts w:eastAsia="Comic Sans MS"/>
          <w:szCs w:val="20"/>
        </w:rPr>
        <w:t xml:space="preserve"> </w:t>
      </w:r>
      <w:proofErr w:type="spellStart"/>
      <w:r w:rsidRPr="00AC5ABD">
        <w:rPr>
          <w:rFonts w:eastAsia="Comic Sans MS"/>
          <w:szCs w:val="20"/>
        </w:rPr>
        <w:t>sahibi</w:t>
      </w:r>
      <w:proofErr w:type="spellEnd"/>
      <w:r w:rsidRPr="00AC5ABD">
        <w:rPr>
          <w:rFonts w:eastAsia="Comic Sans MS"/>
          <w:szCs w:val="20"/>
        </w:rPr>
        <w:t xml:space="preserve"> </w:t>
      </w:r>
      <w:proofErr w:type="spellStart"/>
      <w:r w:rsidRPr="00AC5ABD">
        <w:rPr>
          <w:rFonts w:eastAsia="Comic Sans MS"/>
          <w:szCs w:val="20"/>
        </w:rPr>
        <w:t>olmak</w:t>
      </w:r>
      <w:proofErr w:type="spellEnd"/>
    </w:p>
    <w:p w14:paraId="77ED76BA" w14:textId="77777777" w:rsidR="00F627DB" w:rsidRPr="00AC5ABD" w:rsidRDefault="00CC4454" w:rsidP="00BA3FBF">
      <w:pPr>
        <w:keepNext/>
        <w:spacing w:after="0"/>
        <w:rPr>
          <w:szCs w:val="20"/>
        </w:rPr>
      </w:pPr>
      <w:r w:rsidRPr="00AC5ABD">
        <w:rPr>
          <w:rFonts w:eastAsia="Comic Sans MS"/>
          <w:b/>
          <w:color w:val="002060"/>
          <w:szCs w:val="20"/>
        </w:rPr>
        <w:t>OKURYAZARLIK BECERİLERİ</w:t>
      </w:r>
    </w:p>
    <w:p w14:paraId="6BF0BE12" w14:textId="77777777" w:rsidR="00F627DB" w:rsidRPr="00AC5ABD" w:rsidRDefault="00CC4454" w:rsidP="00BA3FBF">
      <w:pPr>
        <w:spacing w:after="0"/>
        <w:rPr>
          <w:szCs w:val="20"/>
        </w:rPr>
      </w:pPr>
      <w:r w:rsidRPr="00AC5ABD">
        <w:rPr>
          <w:rFonts w:eastAsia="Comic Sans MS"/>
          <w:szCs w:val="20"/>
        </w:rPr>
        <w:t xml:space="preserve">OB4. </w:t>
      </w:r>
      <w:proofErr w:type="spellStart"/>
      <w:r w:rsidRPr="00AC5ABD">
        <w:rPr>
          <w:rFonts w:eastAsia="Comic Sans MS"/>
          <w:szCs w:val="20"/>
        </w:rPr>
        <w:t>Görsel</w:t>
      </w:r>
      <w:proofErr w:type="spellEnd"/>
      <w:r w:rsidRPr="00AC5ABD">
        <w:rPr>
          <w:rFonts w:eastAsia="Comic Sans MS"/>
          <w:szCs w:val="20"/>
        </w:rPr>
        <w:t xml:space="preserve"> </w:t>
      </w:r>
      <w:proofErr w:type="spellStart"/>
      <w:r w:rsidRPr="00AC5ABD">
        <w:rPr>
          <w:rFonts w:eastAsia="Comic Sans MS"/>
          <w:szCs w:val="20"/>
        </w:rPr>
        <w:t>Okuryazarlık</w:t>
      </w:r>
      <w:proofErr w:type="spellEnd"/>
    </w:p>
    <w:p w14:paraId="0DB8A62A" w14:textId="77777777" w:rsidR="00F627DB" w:rsidRPr="00AC5ABD" w:rsidRDefault="00CC4454" w:rsidP="00BA3FBF">
      <w:pPr>
        <w:spacing w:after="0"/>
        <w:rPr>
          <w:szCs w:val="20"/>
        </w:rPr>
      </w:pPr>
      <w:r w:rsidRPr="00AC5ABD">
        <w:rPr>
          <w:rFonts w:eastAsia="Comic Sans MS"/>
          <w:szCs w:val="20"/>
        </w:rPr>
        <w:t xml:space="preserve">OB5. </w:t>
      </w:r>
      <w:proofErr w:type="spellStart"/>
      <w:r w:rsidRPr="00AC5ABD">
        <w:rPr>
          <w:rFonts w:eastAsia="Comic Sans MS"/>
          <w:szCs w:val="20"/>
        </w:rPr>
        <w:t>Kültür</w:t>
      </w:r>
      <w:proofErr w:type="spellEnd"/>
      <w:r w:rsidRPr="00AC5ABD">
        <w:rPr>
          <w:rFonts w:eastAsia="Comic Sans MS"/>
          <w:szCs w:val="20"/>
        </w:rPr>
        <w:t xml:space="preserve"> Okuryazarlığı</w:t>
      </w:r>
    </w:p>
    <w:p w14:paraId="7FCB42D7" w14:textId="77777777" w:rsidR="00F627DB" w:rsidRPr="00AC5ABD" w:rsidRDefault="00CC4454">
      <w:pPr>
        <w:rPr>
          <w:szCs w:val="20"/>
        </w:rPr>
      </w:pPr>
      <w:r w:rsidRPr="00AC5ABD">
        <w:rPr>
          <w:rFonts w:eastAsia="Comic Sans MS"/>
          <w:szCs w:val="20"/>
        </w:rPr>
        <w:t>OB1. Bilgi Okuryazarlığı</w:t>
      </w:r>
    </w:p>
    <w:p w14:paraId="33D02B0A" w14:textId="77777777" w:rsidR="00F627DB" w:rsidRPr="00AC5ABD" w:rsidRDefault="00CC4454">
      <w:pPr>
        <w:keepNext/>
        <w:rPr>
          <w:szCs w:val="20"/>
        </w:rPr>
      </w:pPr>
      <w:proofErr w:type="spellStart"/>
      <w:r w:rsidRPr="00AC5ABD">
        <w:rPr>
          <w:rFonts w:eastAsia="Comic Sans MS"/>
          <w:b/>
          <w:color w:val="F85883"/>
          <w:szCs w:val="20"/>
        </w:rPr>
        <w:t>Kavramlar</w:t>
      </w:r>
      <w:proofErr w:type="spellEnd"/>
      <w:r w:rsidRPr="00AC5ABD">
        <w:rPr>
          <w:rFonts w:eastAsia="Comic Sans MS"/>
          <w:b/>
          <w:color w:val="F85883"/>
          <w:szCs w:val="20"/>
        </w:rPr>
        <w:t xml:space="preserve">: </w:t>
      </w:r>
    </w:p>
    <w:p w14:paraId="540FFF11" w14:textId="77777777" w:rsidR="00F627DB" w:rsidRPr="00AC5ABD" w:rsidRDefault="00CC4454">
      <w:pPr>
        <w:rPr>
          <w:szCs w:val="20"/>
        </w:rPr>
      </w:pPr>
      <w:r w:rsidRPr="00AC5ABD">
        <w:rPr>
          <w:rFonts w:eastAsia="Comic Sans MS"/>
          <w:b/>
          <w:color w:val="002060"/>
          <w:szCs w:val="20"/>
        </w:rPr>
        <w:t xml:space="preserve">Renk: </w:t>
      </w:r>
      <w:proofErr w:type="spellStart"/>
      <w:r w:rsidRPr="00AC5ABD">
        <w:rPr>
          <w:rFonts w:eastAsia="Comic Sans MS"/>
          <w:szCs w:val="20"/>
        </w:rPr>
        <w:t>Kırmızı</w:t>
      </w:r>
      <w:proofErr w:type="spellEnd"/>
      <w:r w:rsidRPr="00AC5ABD">
        <w:rPr>
          <w:rFonts w:eastAsia="Comic Sans MS"/>
          <w:szCs w:val="20"/>
        </w:rPr>
        <w:t>–</w:t>
      </w:r>
      <w:proofErr w:type="spellStart"/>
      <w:r w:rsidRPr="00AC5ABD">
        <w:rPr>
          <w:rFonts w:eastAsia="Comic Sans MS"/>
          <w:szCs w:val="20"/>
        </w:rPr>
        <w:t>beyaz</w:t>
      </w:r>
      <w:proofErr w:type="spellEnd"/>
      <w:r w:rsidRPr="00AC5ABD">
        <w:rPr>
          <w:rFonts w:eastAsia="Comic Sans MS"/>
          <w:szCs w:val="20"/>
        </w:rPr>
        <w:t>.</w:t>
      </w:r>
    </w:p>
    <w:p w14:paraId="04B90041" w14:textId="77777777" w:rsidR="00F627DB" w:rsidRPr="00AC5ABD" w:rsidRDefault="00CC4454">
      <w:pPr>
        <w:rPr>
          <w:szCs w:val="20"/>
        </w:rPr>
      </w:pPr>
      <w:proofErr w:type="spellStart"/>
      <w:r w:rsidRPr="00AC5ABD">
        <w:rPr>
          <w:rFonts w:eastAsia="Comic Sans MS"/>
          <w:b/>
          <w:color w:val="F85883"/>
          <w:szCs w:val="20"/>
        </w:rPr>
        <w:t>Sözcükler</w:t>
      </w:r>
      <w:proofErr w:type="spellEnd"/>
      <w:r w:rsidRPr="00AC5ABD">
        <w:rPr>
          <w:rFonts w:eastAsia="Comic Sans MS"/>
          <w:b/>
          <w:color w:val="F85883"/>
          <w:szCs w:val="20"/>
        </w:rPr>
        <w:t xml:space="preserve">: </w:t>
      </w:r>
      <w:r w:rsidRPr="00AC5ABD">
        <w:rPr>
          <w:rFonts w:eastAsia="Comic Sans MS"/>
          <w:szCs w:val="20"/>
        </w:rPr>
        <w:t xml:space="preserve">Bayrak, ay, </w:t>
      </w:r>
      <w:proofErr w:type="spellStart"/>
      <w:r w:rsidRPr="00AC5ABD">
        <w:rPr>
          <w:rFonts w:eastAsia="Comic Sans MS"/>
          <w:szCs w:val="20"/>
        </w:rPr>
        <w:t>yıldız</w:t>
      </w:r>
      <w:proofErr w:type="spellEnd"/>
      <w:r w:rsidRPr="00AC5ABD">
        <w:rPr>
          <w:rFonts w:eastAsia="Comic Sans MS"/>
          <w:szCs w:val="20"/>
        </w:rPr>
        <w:t xml:space="preserve">, </w:t>
      </w:r>
      <w:proofErr w:type="spellStart"/>
      <w:r w:rsidRPr="00AC5ABD">
        <w:rPr>
          <w:rFonts w:eastAsia="Comic Sans MS"/>
          <w:szCs w:val="20"/>
        </w:rPr>
        <w:t>Türkiye</w:t>
      </w:r>
      <w:proofErr w:type="spellEnd"/>
      <w:r w:rsidRPr="00AC5ABD">
        <w:rPr>
          <w:rFonts w:eastAsia="Comic Sans MS"/>
          <w:szCs w:val="20"/>
        </w:rPr>
        <w:t xml:space="preserve">, </w:t>
      </w:r>
      <w:proofErr w:type="spellStart"/>
      <w:r w:rsidRPr="00AC5ABD">
        <w:rPr>
          <w:rFonts w:eastAsia="Comic Sans MS"/>
          <w:szCs w:val="20"/>
        </w:rPr>
        <w:t>ülke</w:t>
      </w:r>
      <w:proofErr w:type="spellEnd"/>
      <w:r w:rsidRPr="00AC5ABD">
        <w:rPr>
          <w:rFonts w:eastAsia="Comic Sans MS"/>
          <w:szCs w:val="20"/>
        </w:rPr>
        <w:t xml:space="preserve">, </w:t>
      </w:r>
      <w:proofErr w:type="spellStart"/>
      <w:r w:rsidRPr="00AC5ABD">
        <w:rPr>
          <w:rFonts w:eastAsia="Comic Sans MS"/>
          <w:szCs w:val="20"/>
        </w:rPr>
        <w:t>vatan</w:t>
      </w:r>
      <w:proofErr w:type="spellEnd"/>
      <w:r w:rsidRPr="00AC5ABD">
        <w:rPr>
          <w:rFonts w:eastAsia="Comic Sans MS"/>
          <w:szCs w:val="20"/>
        </w:rPr>
        <w:t xml:space="preserve">, </w:t>
      </w:r>
      <w:proofErr w:type="spellStart"/>
      <w:r w:rsidRPr="00AC5ABD">
        <w:rPr>
          <w:rFonts w:eastAsia="Comic Sans MS"/>
          <w:szCs w:val="20"/>
        </w:rPr>
        <w:t>İstiklal</w:t>
      </w:r>
      <w:proofErr w:type="spellEnd"/>
      <w:r w:rsidRPr="00AC5ABD">
        <w:rPr>
          <w:rFonts w:eastAsia="Comic Sans MS"/>
          <w:szCs w:val="20"/>
        </w:rPr>
        <w:t xml:space="preserve"> </w:t>
      </w:r>
      <w:proofErr w:type="spellStart"/>
      <w:r w:rsidRPr="00AC5ABD">
        <w:rPr>
          <w:rFonts w:eastAsia="Comic Sans MS"/>
          <w:szCs w:val="20"/>
        </w:rPr>
        <w:t>Marşı</w:t>
      </w:r>
      <w:proofErr w:type="spellEnd"/>
      <w:r w:rsidRPr="00AC5ABD">
        <w:rPr>
          <w:rFonts w:eastAsia="Comic Sans MS"/>
          <w:szCs w:val="20"/>
        </w:rPr>
        <w:t>.</w:t>
      </w:r>
    </w:p>
    <w:p w14:paraId="484B5F42" w14:textId="77777777" w:rsidR="00F627DB" w:rsidRPr="00AC5ABD" w:rsidRDefault="00CC4454">
      <w:pPr>
        <w:rPr>
          <w:szCs w:val="20"/>
        </w:rPr>
      </w:pPr>
      <w:proofErr w:type="spellStart"/>
      <w:r w:rsidRPr="00AC5ABD">
        <w:rPr>
          <w:rFonts w:eastAsia="Comic Sans MS"/>
          <w:b/>
          <w:color w:val="F85883"/>
          <w:szCs w:val="20"/>
        </w:rPr>
        <w:lastRenderedPageBreak/>
        <w:t>Materyaller</w:t>
      </w:r>
      <w:proofErr w:type="spellEnd"/>
      <w:r w:rsidRPr="00AC5ABD">
        <w:rPr>
          <w:rFonts w:eastAsia="Comic Sans MS"/>
          <w:b/>
          <w:color w:val="F85883"/>
          <w:szCs w:val="20"/>
        </w:rPr>
        <w:t xml:space="preserve">: </w:t>
      </w:r>
      <w:proofErr w:type="spellStart"/>
      <w:r w:rsidRPr="00AC5ABD">
        <w:rPr>
          <w:rFonts w:eastAsia="Comic Sans MS"/>
          <w:szCs w:val="20"/>
        </w:rPr>
        <w:t>Gerçek</w:t>
      </w:r>
      <w:proofErr w:type="spellEnd"/>
      <w:r w:rsidRPr="00AC5ABD">
        <w:rPr>
          <w:rFonts w:eastAsia="Comic Sans MS"/>
          <w:szCs w:val="20"/>
        </w:rPr>
        <w:t xml:space="preserve"> Türk </w:t>
      </w:r>
      <w:proofErr w:type="spellStart"/>
      <w:r w:rsidRPr="00AC5ABD">
        <w:rPr>
          <w:rFonts w:eastAsia="Comic Sans MS"/>
          <w:szCs w:val="20"/>
        </w:rPr>
        <w:t>bayrağı</w:t>
      </w:r>
      <w:proofErr w:type="spellEnd"/>
      <w:r w:rsidRPr="00AC5ABD">
        <w:rPr>
          <w:rFonts w:eastAsia="Comic Sans MS"/>
          <w:szCs w:val="20"/>
        </w:rPr>
        <w:t xml:space="preserve">, </w:t>
      </w:r>
      <w:proofErr w:type="spellStart"/>
      <w:r w:rsidRPr="00AC5ABD">
        <w:rPr>
          <w:rFonts w:eastAsia="Comic Sans MS"/>
          <w:szCs w:val="20"/>
        </w:rPr>
        <w:t>bayrak</w:t>
      </w:r>
      <w:proofErr w:type="spellEnd"/>
      <w:r w:rsidRPr="00AC5ABD">
        <w:rPr>
          <w:rFonts w:eastAsia="Comic Sans MS"/>
          <w:szCs w:val="20"/>
        </w:rPr>
        <w:t xml:space="preserve"> </w:t>
      </w:r>
      <w:proofErr w:type="spellStart"/>
      <w:r w:rsidRPr="00AC5ABD">
        <w:rPr>
          <w:rFonts w:eastAsia="Comic Sans MS"/>
          <w:szCs w:val="20"/>
        </w:rPr>
        <w:t>tutucusu</w:t>
      </w:r>
      <w:proofErr w:type="spellEnd"/>
      <w:r w:rsidRPr="00AC5ABD">
        <w:rPr>
          <w:rFonts w:eastAsia="Comic Sans MS"/>
          <w:szCs w:val="20"/>
        </w:rPr>
        <w:t xml:space="preserve">, </w:t>
      </w:r>
      <w:proofErr w:type="spellStart"/>
      <w:r w:rsidRPr="00AC5ABD">
        <w:rPr>
          <w:rFonts w:eastAsia="Comic Sans MS"/>
          <w:szCs w:val="20"/>
        </w:rPr>
        <w:t>duygu</w:t>
      </w:r>
      <w:proofErr w:type="spellEnd"/>
      <w:r w:rsidRPr="00AC5ABD">
        <w:rPr>
          <w:rFonts w:eastAsia="Comic Sans MS"/>
          <w:szCs w:val="20"/>
        </w:rPr>
        <w:t xml:space="preserve"> </w:t>
      </w:r>
      <w:proofErr w:type="spellStart"/>
      <w:r w:rsidRPr="00AC5ABD">
        <w:rPr>
          <w:rFonts w:eastAsia="Comic Sans MS"/>
          <w:szCs w:val="20"/>
        </w:rPr>
        <w:t>kartları</w:t>
      </w:r>
      <w:proofErr w:type="spellEnd"/>
      <w:r w:rsidRPr="00AC5ABD">
        <w:rPr>
          <w:rFonts w:eastAsia="Comic Sans MS"/>
          <w:szCs w:val="20"/>
        </w:rPr>
        <w:t xml:space="preserve">, </w:t>
      </w:r>
      <w:proofErr w:type="spellStart"/>
      <w:r w:rsidRPr="00AC5ABD">
        <w:rPr>
          <w:rFonts w:eastAsia="Comic Sans MS"/>
          <w:szCs w:val="20"/>
        </w:rPr>
        <w:t>günlük</w:t>
      </w:r>
      <w:proofErr w:type="spellEnd"/>
      <w:r w:rsidRPr="00AC5ABD">
        <w:rPr>
          <w:rFonts w:eastAsia="Comic Sans MS"/>
          <w:szCs w:val="20"/>
        </w:rPr>
        <w:t xml:space="preserve"> </w:t>
      </w:r>
      <w:proofErr w:type="spellStart"/>
      <w:r w:rsidRPr="00AC5ABD">
        <w:rPr>
          <w:rFonts w:eastAsia="Comic Sans MS"/>
          <w:szCs w:val="20"/>
        </w:rPr>
        <w:t>akış</w:t>
      </w:r>
      <w:proofErr w:type="spellEnd"/>
      <w:r w:rsidRPr="00AC5ABD">
        <w:rPr>
          <w:rFonts w:eastAsia="Comic Sans MS"/>
          <w:szCs w:val="20"/>
        </w:rPr>
        <w:t xml:space="preserve"> </w:t>
      </w:r>
      <w:proofErr w:type="spellStart"/>
      <w:r w:rsidRPr="00AC5ABD">
        <w:rPr>
          <w:rFonts w:eastAsia="Comic Sans MS"/>
          <w:szCs w:val="20"/>
        </w:rPr>
        <w:t>ve</w:t>
      </w:r>
      <w:proofErr w:type="spellEnd"/>
      <w:r w:rsidRPr="00AC5ABD">
        <w:rPr>
          <w:rFonts w:eastAsia="Comic Sans MS"/>
          <w:szCs w:val="20"/>
        </w:rPr>
        <w:t xml:space="preserve"> </w:t>
      </w:r>
      <w:proofErr w:type="spellStart"/>
      <w:r w:rsidRPr="00AC5ABD">
        <w:rPr>
          <w:rFonts w:eastAsia="Comic Sans MS"/>
          <w:szCs w:val="20"/>
        </w:rPr>
        <w:t>sıra</w:t>
      </w:r>
      <w:proofErr w:type="spellEnd"/>
      <w:r w:rsidRPr="00AC5ABD">
        <w:rPr>
          <w:rFonts w:eastAsia="Comic Sans MS"/>
          <w:szCs w:val="20"/>
        </w:rPr>
        <w:t xml:space="preserve"> </w:t>
      </w:r>
      <w:proofErr w:type="spellStart"/>
      <w:r w:rsidRPr="00AC5ABD">
        <w:rPr>
          <w:rFonts w:eastAsia="Comic Sans MS"/>
          <w:szCs w:val="20"/>
        </w:rPr>
        <w:t>görselleri</w:t>
      </w:r>
      <w:proofErr w:type="spellEnd"/>
      <w:r w:rsidRPr="00AC5ABD">
        <w:rPr>
          <w:rFonts w:eastAsia="Comic Sans MS"/>
          <w:szCs w:val="20"/>
        </w:rPr>
        <w:t xml:space="preserve">, </w:t>
      </w:r>
      <w:proofErr w:type="spellStart"/>
      <w:r w:rsidRPr="00AC5ABD">
        <w:rPr>
          <w:rFonts w:eastAsia="Comic Sans MS"/>
          <w:szCs w:val="20"/>
        </w:rPr>
        <w:t>iki</w:t>
      </w:r>
      <w:proofErr w:type="spellEnd"/>
      <w:r w:rsidRPr="00AC5ABD">
        <w:rPr>
          <w:rFonts w:eastAsia="Comic Sans MS"/>
          <w:szCs w:val="20"/>
        </w:rPr>
        <w:t xml:space="preserve"> </w:t>
      </w:r>
      <w:proofErr w:type="spellStart"/>
      <w:r w:rsidRPr="00AC5ABD">
        <w:rPr>
          <w:rFonts w:eastAsia="Comic Sans MS"/>
          <w:szCs w:val="20"/>
        </w:rPr>
        <w:t>kukla</w:t>
      </w:r>
      <w:proofErr w:type="spellEnd"/>
      <w:r w:rsidRPr="00AC5ABD">
        <w:rPr>
          <w:rFonts w:eastAsia="Comic Sans MS"/>
          <w:szCs w:val="20"/>
        </w:rPr>
        <w:t xml:space="preserve">, </w:t>
      </w:r>
      <w:proofErr w:type="spellStart"/>
      <w:r w:rsidRPr="00AC5ABD">
        <w:rPr>
          <w:rFonts w:eastAsia="Comic Sans MS"/>
          <w:szCs w:val="20"/>
        </w:rPr>
        <w:t>beyaz</w:t>
      </w:r>
      <w:proofErr w:type="spellEnd"/>
      <w:r w:rsidRPr="00AC5ABD">
        <w:rPr>
          <w:rFonts w:eastAsia="Comic Sans MS"/>
          <w:szCs w:val="20"/>
        </w:rPr>
        <w:t xml:space="preserve"> </w:t>
      </w:r>
      <w:proofErr w:type="spellStart"/>
      <w:r w:rsidRPr="00AC5ABD">
        <w:rPr>
          <w:rFonts w:eastAsia="Comic Sans MS"/>
          <w:szCs w:val="20"/>
        </w:rPr>
        <w:t>çalışma</w:t>
      </w:r>
      <w:proofErr w:type="spellEnd"/>
      <w:r w:rsidRPr="00AC5ABD">
        <w:rPr>
          <w:rFonts w:eastAsia="Comic Sans MS"/>
          <w:szCs w:val="20"/>
        </w:rPr>
        <w:t xml:space="preserve"> </w:t>
      </w:r>
      <w:proofErr w:type="spellStart"/>
      <w:r w:rsidRPr="00AC5ABD">
        <w:rPr>
          <w:rFonts w:eastAsia="Comic Sans MS"/>
          <w:szCs w:val="20"/>
        </w:rPr>
        <w:t>kâğıtları</w:t>
      </w:r>
      <w:proofErr w:type="spellEnd"/>
      <w:r w:rsidRPr="00AC5ABD">
        <w:rPr>
          <w:rFonts w:eastAsia="Comic Sans MS"/>
          <w:szCs w:val="20"/>
        </w:rPr>
        <w:t xml:space="preserve">, </w:t>
      </w:r>
      <w:proofErr w:type="spellStart"/>
      <w:r w:rsidRPr="00AC5ABD">
        <w:rPr>
          <w:rFonts w:eastAsia="Comic Sans MS"/>
          <w:szCs w:val="20"/>
        </w:rPr>
        <w:t>büyük</w:t>
      </w:r>
      <w:proofErr w:type="spellEnd"/>
      <w:r w:rsidRPr="00AC5ABD">
        <w:rPr>
          <w:rFonts w:eastAsia="Comic Sans MS"/>
          <w:szCs w:val="20"/>
        </w:rPr>
        <w:t xml:space="preserve"> </w:t>
      </w:r>
      <w:proofErr w:type="spellStart"/>
      <w:r w:rsidRPr="00AC5ABD">
        <w:rPr>
          <w:rFonts w:eastAsia="Comic Sans MS"/>
          <w:szCs w:val="20"/>
        </w:rPr>
        <w:t>ve</w:t>
      </w:r>
      <w:proofErr w:type="spellEnd"/>
      <w:r w:rsidRPr="00AC5ABD">
        <w:rPr>
          <w:rFonts w:eastAsia="Comic Sans MS"/>
          <w:szCs w:val="20"/>
        </w:rPr>
        <w:t xml:space="preserve"> </w:t>
      </w:r>
      <w:proofErr w:type="spellStart"/>
      <w:r w:rsidRPr="00AC5ABD">
        <w:rPr>
          <w:rFonts w:eastAsia="Comic Sans MS"/>
          <w:szCs w:val="20"/>
        </w:rPr>
        <w:t>hazır</w:t>
      </w:r>
      <w:proofErr w:type="spellEnd"/>
      <w:r w:rsidRPr="00AC5ABD">
        <w:rPr>
          <w:rFonts w:eastAsia="Comic Sans MS"/>
          <w:szCs w:val="20"/>
        </w:rPr>
        <w:t xml:space="preserve"> </w:t>
      </w:r>
      <w:proofErr w:type="spellStart"/>
      <w:r w:rsidRPr="00AC5ABD">
        <w:rPr>
          <w:rFonts w:eastAsia="Comic Sans MS"/>
          <w:szCs w:val="20"/>
        </w:rPr>
        <w:t>kesilmiş</w:t>
      </w:r>
      <w:proofErr w:type="spellEnd"/>
      <w:r w:rsidRPr="00AC5ABD">
        <w:rPr>
          <w:rFonts w:eastAsia="Comic Sans MS"/>
          <w:szCs w:val="20"/>
        </w:rPr>
        <w:t xml:space="preserve"> </w:t>
      </w:r>
      <w:proofErr w:type="spellStart"/>
      <w:r w:rsidRPr="00AC5ABD">
        <w:rPr>
          <w:rFonts w:eastAsia="Comic Sans MS"/>
          <w:szCs w:val="20"/>
        </w:rPr>
        <w:t>el</w:t>
      </w:r>
      <w:proofErr w:type="spellEnd"/>
      <w:r w:rsidRPr="00AC5ABD">
        <w:rPr>
          <w:rFonts w:eastAsia="Comic Sans MS"/>
          <w:szCs w:val="20"/>
        </w:rPr>
        <w:t>–</w:t>
      </w:r>
      <w:proofErr w:type="spellStart"/>
      <w:r w:rsidRPr="00AC5ABD">
        <w:rPr>
          <w:rFonts w:eastAsia="Comic Sans MS"/>
          <w:szCs w:val="20"/>
        </w:rPr>
        <w:t>kol</w:t>
      </w:r>
      <w:proofErr w:type="spellEnd"/>
      <w:r w:rsidRPr="00AC5ABD">
        <w:rPr>
          <w:rFonts w:eastAsia="Comic Sans MS"/>
          <w:szCs w:val="20"/>
        </w:rPr>
        <w:t xml:space="preserve"> </w:t>
      </w:r>
      <w:proofErr w:type="spellStart"/>
      <w:r w:rsidRPr="00AC5ABD">
        <w:rPr>
          <w:rFonts w:eastAsia="Comic Sans MS"/>
          <w:szCs w:val="20"/>
        </w:rPr>
        <w:t>kalıpları</w:t>
      </w:r>
      <w:proofErr w:type="spellEnd"/>
      <w:r w:rsidRPr="00AC5ABD">
        <w:rPr>
          <w:rFonts w:eastAsia="Comic Sans MS"/>
          <w:szCs w:val="20"/>
        </w:rPr>
        <w:t xml:space="preserve">, </w:t>
      </w:r>
      <w:proofErr w:type="spellStart"/>
      <w:r w:rsidRPr="00AC5ABD">
        <w:rPr>
          <w:rFonts w:eastAsia="Comic Sans MS"/>
          <w:szCs w:val="20"/>
        </w:rPr>
        <w:t>doğru</w:t>
      </w:r>
      <w:proofErr w:type="spellEnd"/>
      <w:r w:rsidRPr="00AC5ABD">
        <w:rPr>
          <w:rFonts w:eastAsia="Comic Sans MS"/>
          <w:szCs w:val="20"/>
        </w:rPr>
        <w:t xml:space="preserve"> </w:t>
      </w:r>
      <w:proofErr w:type="spellStart"/>
      <w:r w:rsidRPr="00AC5ABD">
        <w:rPr>
          <w:rFonts w:eastAsia="Comic Sans MS"/>
          <w:szCs w:val="20"/>
        </w:rPr>
        <w:t>renk</w:t>
      </w:r>
      <w:proofErr w:type="spellEnd"/>
      <w:r w:rsidRPr="00AC5ABD">
        <w:rPr>
          <w:rFonts w:eastAsia="Comic Sans MS"/>
          <w:szCs w:val="20"/>
        </w:rPr>
        <w:t xml:space="preserve"> </w:t>
      </w:r>
      <w:proofErr w:type="spellStart"/>
      <w:r w:rsidRPr="00AC5ABD">
        <w:rPr>
          <w:rFonts w:eastAsia="Comic Sans MS"/>
          <w:szCs w:val="20"/>
        </w:rPr>
        <w:t>ve</w:t>
      </w:r>
      <w:proofErr w:type="spellEnd"/>
      <w:r w:rsidRPr="00AC5ABD">
        <w:rPr>
          <w:rFonts w:eastAsia="Comic Sans MS"/>
          <w:szCs w:val="20"/>
        </w:rPr>
        <w:t xml:space="preserve"> </w:t>
      </w:r>
      <w:proofErr w:type="spellStart"/>
      <w:r w:rsidRPr="00AC5ABD">
        <w:rPr>
          <w:rFonts w:eastAsia="Comic Sans MS"/>
          <w:szCs w:val="20"/>
        </w:rPr>
        <w:t>sembol</w:t>
      </w:r>
      <w:proofErr w:type="spellEnd"/>
      <w:r w:rsidRPr="00AC5ABD">
        <w:rPr>
          <w:rFonts w:eastAsia="Comic Sans MS"/>
          <w:szCs w:val="20"/>
        </w:rPr>
        <w:t xml:space="preserve"> </w:t>
      </w:r>
      <w:proofErr w:type="spellStart"/>
      <w:r w:rsidRPr="00AC5ABD">
        <w:rPr>
          <w:rFonts w:eastAsia="Comic Sans MS"/>
          <w:szCs w:val="20"/>
        </w:rPr>
        <w:t>yerleşimine</w:t>
      </w:r>
      <w:proofErr w:type="spellEnd"/>
      <w:r w:rsidRPr="00AC5ABD">
        <w:rPr>
          <w:rFonts w:eastAsia="Comic Sans MS"/>
          <w:szCs w:val="20"/>
        </w:rPr>
        <w:t xml:space="preserve"> </w:t>
      </w:r>
      <w:proofErr w:type="spellStart"/>
      <w:r w:rsidRPr="00AC5ABD">
        <w:rPr>
          <w:rFonts w:eastAsia="Comic Sans MS"/>
          <w:szCs w:val="20"/>
        </w:rPr>
        <w:t>sahip</w:t>
      </w:r>
      <w:proofErr w:type="spellEnd"/>
      <w:r w:rsidRPr="00AC5ABD">
        <w:rPr>
          <w:rFonts w:eastAsia="Comic Sans MS"/>
          <w:szCs w:val="20"/>
        </w:rPr>
        <w:t xml:space="preserve"> </w:t>
      </w:r>
      <w:proofErr w:type="spellStart"/>
      <w:r w:rsidRPr="00AC5ABD">
        <w:rPr>
          <w:rFonts w:eastAsia="Comic Sans MS"/>
          <w:szCs w:val="20"/>
        </w:rPr>
        <w:t>hazır</w:t>
      </w:r>
      <w:proofErr w:type="spellEnd"/>
      <w:r w:rsidRPr="00AC5ABD">
        <w:rPr>
          <w:rFonts w:eastAsia="Comic Sans MS"/>
          <w:szCs w:val="20"/>
        </w:rPr>
        <w:t xml:space="preserve"> Türk </w:t>
      </w:r>
      <w:proofErr w:type="spellStart"/>
      <w:r w:rsidRPr="00AC5ABD">
        <w:rPr>
          <w:rFonts w:eastAsia="Comic Sans MS"/>
          <w:szCs w:val="20"/>
        </w:rPr>
        <w:t>bayrağı</w:t>
      </w:r>
      <w:proofErr w:type="spellEnd"/>
      <w:r w:rsidRPr="00AC5ABD">
        <w:rPr>
          <w:rFonts w:eastAsia="Comic Sans MS"/>
          <w:szCs w:val="20"/>
        </w:rPr>
        <w:t xml:space="preserve"> </w:t>
      </w:r>
      <w:proofErr w:type="spellStart"/>
      <w:r w:rsidRPr="00AC5ABD">
        <w:rPr>
          <w:rFonts w:eastAsia="Comic Sans MS"/>
          <w:szCs w:val="20"/>
        </w:rPr>
        <w:t>görselleri</w:t>
      </w:r>
      <w:proofErr w:type="spellEnd"/>
      <w:r w:rsidRPr="00AC5ABD">
        <w:rPr>
          <w:rFonts w:eastAsia="Comic Sans MS"/>
          <w:szCs w:val="20"/>
        </w:rPr>
        <w:t xml:space="preserve">, </w:t>
      </w:r>
      <w:proofErr w:type="spellStart"/>
      <w:r w:rsidRPr="00AC5ABD">
        <w:rPr>
          <w:rFonts w:eastAsia="Comic Sans MS"/>
          <w:szCs w:val="20"/>
        </w:rPr>
        <w:t>kısa</w:t>
      </w:r>
      <w:proofErr w:type="spellEnd"/>
      <w:r w:rsidRPr="00AC5ABD">
        <w:rPr>
          <w:rFonts w:eastAsia="Comic Sans MS"/>
          <w:szCs w:val="20"/>
        </w:rPr>
        <w:t xml:space="preserve"> </w:t>
      </w:r>
      <w:proofErr w:type="spellStart"/>
      <w:r w:rsidRPr="00AC5ABD">
        <w:rPr>
          <w:rFonts w:eastAsia="Comic Sans MS"/>
          <w:szCs w:val="20"/>
        </w:rPr>
        <w:t>ve</w:t>
      </w:r>
      <w:proofErr w:type="spellEnd"/>
      <w:r w:rsidRPr="00AC5ABD">
        <w:rPr>
          <w:rFonts w:eastAsia="Comic Sans MS"/>
          <w:szCs w:val="20"/>
        </w:rPr>
        <w:t xml:space="preserve"> </w:t>
      </w:r>
      <w:proofErr w:type="spellStart"/>
      <w:r w:rsidRPr="00AC5ABD">
        <w:rPr>
          <w:rFonts w:eastAsia="Comic Sans MS"/>
          <w:szCs w:val="20"/>
        </w:rPr>
        <w:t>ucu</w:t>
      </w:r>
      <w:proofErr w:type="spellEnd"/>
      <w:r w:rsidRPr="00AC5ABD">
        <w:rPr>
          <w:rFonts w:eastAsia="Comic Sans MS"/>
          <w:szCs w:val="20"/>
        </w:rPr>
        <w:t xml:space="preserve"> </w:t>
      </w:r>
      <w:proofErr w:type="spellStart"/>
      <w:r w:rsidRPr="00AC5ABD">
        <w:rPr>
          <w:rFonts w:eastAsia="Comic Sans MS"/>
          <w:szCs w:val="20"/>
        </w:rPr>
        <w:t>sivri</w:t>
      </w:r>
      <w:proofErr w:type="spellEnd"/>
      <w:r w:rsidRPr="00AC5ABD">
        <w:rPr>
          <w:rFonts w:eastAsia="Comic Sans MS"/>
          <w:szCs w:val="20"/>
        </w:rPr>
        <w:t xml:space="preserve"> </w:t>
      </w:r>
      <w:proofErr w:type="spellStart"/>
      <w:r w:rsidRPr="00AC5ABD">
        <w:rPr>
          <w:rFonts w:eastAsia="Comic Sans MS"/>
          <w:szCs w:val="20"/>
        </w:rPr>
        <w:t>olmayan</w:t>
      </w:r>
      <w:proofErr w:type="spellEnd"/>
      <w:r w:rsidRPr="00AC5ABD">
        <w:rPr>
          <w:rFonts w:eastAsia="Comic Sans MS"/>
          <w:szCs w:val="20"/>
        </w:rPr>
        <w:t xml:space="preserve"> </w:t>
      </w:r>
      <w:proofErr w:type="spellStart"/>
      <w:r w:rsidRPr="00AC5ABD">
        <w:rPr>
          <w:rFonts w:eastAsia="Comic Sans MS"/>
          <w:szCs w:val="20"/>
        </w:rPr>
        <w:t>kâğıt</w:t>
      </w:r>
      <w:proofErr w:type="spellEnd"/>
      <w:r w:rsidRPr="00AC5ABD">
        <w:rPr>
          <w:rFonts w:eastAsia="Comic Sans MS"/>
          <w:szCs w:val="20"/>
        </w:rPr>
        <w:t xml:space="preserve"> </w:t>
      </w:r>
      <w:proofErr w:type="spellStart"/>
      <w:r w:rsidRPr="00AC5ABD">
        <w:rPr>
          <w:rFonts w:eastAsia="Comic Sans MS"/>
          <w:szCs w:val="20"/>
        </w:rPr>
        <w:t>çubuklar</w:t>
      </w:r>
      <w:proofErr w:type="spellEnd"/>
      <w:r w:rsidRPr="00AC5ABD">
        <w:rPr>
          <w:rFonts w:eastAsia="Comic Sans MS"/>
          <w:szCs w:val="20"/>
        </w:rPr>
        <w:t xml:space="preserve">, bant, </w:t>
      </w:r>
      <w:proofErr w:type="spellStart"/>
      <w:r w:rsidRPr="00AC5ABD">
        <w:rPr>
          <w:rFonts w:eastAsia="Comic Sans MS"/>
          <w:szCs w:val="20"/>
        </w:rPr>
        <w:t>yapıştırıcı</w:t>
      </w:r>
      <w:proofErr w:type="spellEnd"/>
      <w:r w:rsidRPr="00AC5ABD">
        <w:rPr>
          <w:rFonts w:eastAsia="Comic Sans MS"/>
          <w:szCs w:val="20"/>
        </w:rPr>
        <w:t xml:space="preserve">, </w:t>
      </w:r>
      <w:proofErr w:type="spellStart"/>
      <w:r w:rsidRPr="00AC5ABD">
        <w:rPr>
          <w:rFonts w:eastAsia="Comic Sans MS"/>
          <w:szCs w:val="20"/>
        </w:rPr>
        <w:t>kalın</w:t>
      </w:r>
      <w:proofErr w:type="spellEnd"/>
      <w:r w:rsidRPr="00AC5ABD">
        <w:rPr>
          <w:rFonts w:eastAsia="Comic Sans MS"/>
          <w:szCs w:val="20"/>
        </w:rPr>
        <w:t xml:space="preserve"> pastel </w:t>
      </w:r>
      <w:proofErr w:type="spellStart"/>
      <w:r w:rsidRPr="00AC5ABD">
        <w:rPr>
          <w:rFonts w:eastAsia="Comic Sans MS"/>
          <w:szCs w:val="20"/>
        </w:rPr>
        <w:t>boyalar</w:t>
      </w:r>
      <w:proofErr w:type="spellEnd"/>
      <w:r w:rsidRPr="00AC5ABD">
        <w:rPr>
          <w:rFonts w:eastAsia="Comic Sans MS"/>
          <w:szCs w:val="20"/>
        </w:rPr>
        <w:t xml:space="preserve">, </w:t>
      </w:r>
      <w:proofErr w:type="spellStart"/>
      <w:r w:rsidRPr="00AC5ABD">
        <w:rPr>
          <w:rFonts w:eastAsia="Comic Sans MS"/>
          <w:szCs w:val="20"/>
        </w:rPr>
        <w:t>küt</w:t>
      </w:r>
      <w:proofErr w:type="spellEnd"/>
      <w:r w:rsidRPr="00AC5ABD">
        <w:rPr>
          <w:rFonts w:eastAsia="Comic Sans MS"/>
          <w:szCs w:val="20"/>
        </w:rPr>
        <w:t xml:space="preserve"> </w:t>
      </w:r>
      <w:proofErr w:type="spellStart"/>
      <w:r w:rsidRPr="00AC5ABD">
        <w:rPr>
          <w:rFonts w:eastAsia="Comic Sans MS"/>
          <w:szCs w:val="20"/>
        </w:rPr>
        <w:t>uçlu</w:t>
      </w:r>
      <w:proofErr w:type="spellEnd"/>
      <w:r w:rsidRPr="00AC5ABD">
        <w:rPr>
          <w:rFonts w:eastAsia="Comic Sans MS"/>
          <w:szCs w:val="20"/>
        </w:rPr>
        <w:t xml:space="preserve"> </w:t>
      </w:r>
      <w:proofErr w:type="spellStart"/>
      <w:r w:rsidRPr="00AC5ABD">
        <w:rPr>
          <w:rFonts w:eastAsia="Comic Sans MS"/>
          <w:szCs w:val="20"/>
        </w:rPr>
        <w:t>makas</w:t>
      </w:r>
      <w:proofErr w:type="spellEnd"/>
      <w:r w:rsidRPr="00AC5ABD">
        <w:rPr>
          <w:rFonts w:eastAsia="Comic Sans MS"/>
          <w:szCs w:val="20"/>
        </w:rPr>
        <w:t xml:space="preserve">; </w:t>
      </w:r>
      <w:proofErr w:type="spellStart"/>
      <w:r w:rsidRPr="00AC5ABD">
        <w:rPr>
          <w:rFonts w:eastAsia="Comic Sans MS"/>
          <w:szCs w:val="20"/>
        </w:rPr>
        <w:t>deney</w:t>
      </w:r>
      <w:proofErr w:type="spellEnd"/>
      <w:r w:rsidRPr="00AC5ABD">
        <w:rPr>
          <w:rFonts w:eastAsia="Comic Sans MS"/>
          <w:szCs w:val="20"/>
        </w:rPr>
        <w:t xml:space="preserve"> </w:t>
      </w:r>
      <w:proofErr w:type="spellStart"/>
      <w:r w:rsidRPr="00AC5ABD">
        <w:rPr>
          <w:rFonts w:eastAsia="Comic Sans MS"/>
          <w:szCs w:val="20"/>
        </w:rPr>
        <w:t>için</w:t>
      </w:r>
      <w:proofErr w:type="spellEnd"/>
      <w:r w:rsidRPr="00AC5ABD">
        <w:rPr>
          <w:rFonts w:eastAsia="Comic Sans MS"/>
          <w:szCs w:val="20"/>
        </w:rPr>
        <w:t xml:space="preserve"> </w:t>
      </w:r>
      <w:proofErr w:type="spellStart"/>
      <w:r w:rsidRPr="00AC5ABD">
        <w:rPr>
          <w:rFonts w:eastAsia="Comic Sans MS"/>
          <w:szCs w:val="20"/>
        </w:rPr>
        <w:t>geniş</w:t>
      </w:r>
      <w:proofErr w:type="spellEnd"/>
      <w:r w:rsidRPr="00AC5ABD">
        <w:rPr>
          <w:rFonts w:eastAsia="Comic Sans MS"/>
          <w:szCs w:val="20"/>
        </w:rPr>
        <w:t xml:space="preserve"> </w:t>
      </w:r>
      <w:proofErr w:type="spellStart"/>
      <w:r w:rsidRPr="00AC5ABD">
        <w:rPr>
          <w:rFonts w:eastAsia="Comic Sans MS"/>
          <w:szCs w:val="20"/>
        </w:rPr>
        <w:t>ve</w:t>
      </w:r>
      <w:proofErr w:type="spellEnd"/>
      <w:r w:rsidRPr="00AC5ABD">
        <w:rPr>
          <w:rFonts w:eastAsia="Comic Sans MS"/>
          <w:szCs w:val="20"/>
        </w:rPr>
        <w:t xml:space="preserve"> </w:t>
      </w:r>
      <w:proofErr w:type="spellStart"/>
      <w:r w:rsidRPr="00AC5ABD">
        <w:rPr>
          <w:rFonts w:eastAsia="Comic Sans MS"/>
          <w:szCs w:val="20"/>
        </w:rPr>
        <w:t>sığ</w:t>
      </w:r>
      <w:proofErr w:type="spellEnd"/>
      <w:r w:rsidRPr="00AC5ABD">
        <w:rPr>
          <w:rFonts w:eastAsia="Comic Sans MS"/>
          <w:szCs w:val="20"/>
        </w:rPr>
        <w:t xml:space="preserve"> </w:t>
      </w:r>
      <w:proofErr w:type="spellStart"/>
      <w:r w:rsidRPr="00AC5ABD">
        <w:rPr>
          <w:rFonts w:eastAsia="Comic Sans MS"/>
          <w:szCs w:val="20"/>
        </w:rPr>
        <w:t>kırılmaz</w:t>
      </w:r>
      <w:proofErr w:type="spellEnd"/>
      <w:r w:rsidRPr="00AC5ABD">
        <w:rPr>
          <w:rFonts w:eastAsia="Comic Sans MS"/>
          <w:szCs w:val="20"/>
        </w:rPr>
        <w:t xml:space="preserve"> </w:t>
      </w:r>
      <w:proofErr w:type="spellStart"/>
      <w:r w:rsidRPr="00AC5ABD">
        <w:rPr>
          <w:rFonts w:eastAsia="Comic Sans MS"/>
          <w:szCs w:val="20"/>
        </w:rPr>
        <w:t>şeffaf</w:t>
      </w:r>
      <w:proofErr w:type="spellEnd"/>
      <w:r w:rsidRPr="00AC5ABD">
        <w:rPr>
          <w:rFonts w:eastAsia="Comic Sans MS"/>
          <w:szCs w:val="20"/>
        </w:rPr>
        <w:t xml:space="preserve"> </w:t>
      </w:r>
      <w:proofErr w:type="spellStart"/>
      <w:r w:rsidRPr="00AC5ABD">
        <w:rPr>
          <w:rFonts w:eastAsia="Comic Sans MS"/>
          <w:szCs w:val="20"/>
        </w:rPr>
        <w:t>kap</w:t>
      </w:r>
      <w:proofErr w:type="spellEnd"/>
      <w:r w:rsidRPr="00AC5ABD">
        <w:rPr>
          <w:rFonts w:eastAsia="Comic Sans MS"/>
          <w:szCs w:val="20"/>
        </w:rPr>
        <w:t xml:space="preserve">, </w:t>
      </w:r>
      <w:proofErr w:type="spellStart"/>
      <w:r w:rsidRPr="00AC5ABD">
        <w:rPr>
          <w:rFonts w:eastAsia="Comic Sans MS"/>
          <w:szCs w:val="20"/>
        </w:rPr>
        <w:t>oda</w:t>
      </w:r>
      <w:proofErr w:type="spellEnd"/>
      <w:r w:rsidRPr="00AC5ABD">
        <w:rPr>
          <w:rFonts w:eastAsia="Comic Sans MS"/>
          <w:szCs w:val="20"/>
        </w:rPr>
        <w:t xml:space="preserve"> </w:t>
      </w:r>
      <w:proofErr w:type="spellStart"/>
      <w:r w:rsidRPr="00AC5ABD">
        <w:rPr>
          <w:rFonts w:eastAsia="Comic Sans MS"/>
          <w:szCs w:val="20"/>
        </w:rPr>
        <w:t>sıcaklığında</w:t>
      </w:r>
      <w:proofErr w:type="spellEnd"/>
      <w:r w:rsidRPr="00AC5ABD">
        <w:rPr>
          <w:rFonts w:eastAsia="Comic Sans MS"/>
          <w:szCs w:val="20"/>
        </w:rPr>
        <w:t xml:space="preserve"> </w:t>
      </w:r>
      <w:proofErr w:type="spellStart"/>
      <w:r w:rsidRPr="00AC5ABD">
        <w:rPr>
          <w:rFonts w:eastAsia="Comic Sans MS"/>
          <w:szCs w:val="20"/>
        </w:rPr>
        <w:t>su</w:t>
      </w:r>
      <w:proofErr w:type="spellEnd"/>
      <w:r w:rsidRPr="00AC5ABD">
        <w:rPr>
          <w:rFonts w:eastAsia="Comic Sans MS"/>
          <w:szCs w:val="20"/>
        </w:rPr>
        <w:t xml:space="preserve">, </w:t>
      </w:r>
      <w:proofErr w:type="spellStart"/>
      <w:r w:rsidRPr="00AC5ABD">
        <w:rPr>
          <w:rFonts w:eastAsia="Comic Sans MS"/>
          <w:szCs w:val="20"/>
        </w:rPr>
        <w:t>tepsi</w:t>
      </w:r>
      <w:proofErr w:type="spellEnd"/>
      <w:r w:rsidRPr="00AC5ABD">
        <w:rPr>
          <w:rFonts w:eastAsia="Comic Sans MS"/>
          <w:szCs w:val="20"/>
        </w:rPr>
        <w:t xml:space="preserve">, </w:t>
      </w:r>
      <w:proofErr w:type="spellStart"/>
      <w:r w:rsidRPr="00AC5ABD">
        <w:rPr>
          <w:rFonts w:eastAsia="Comic Sans MS"/>
          <w:szCs w:val="20"/>
        </w:rPr>
        <w:t>az</w:t>
      </w:r>
      <w:proofErr w:type="spellEnd"/>
      <w:r w:rsidRPr="00AC5ABD">
        <w:rPr>
          <w:rFonts w:eastAsia="Comic Sans MS"/>
          <w:szCs w:val="20"/>
        </w:rPr>
        <w:t xml:space="preserve"> </w:t>
      </w:r>
      <w:proofErr w:type="spellStart"/>
      <w:r w:rsidRPr="00AC5ABD">
        <w:rPr>
          <w:rFonts w:eastAsia="Comic Sans MS"/>
          <w:szCs w:val="20"/>
        </w:rPr>
        <w:t>miktarda</w:t>
      </w:r>
      <w:proofErr w:type="spellEnd"/>
      <w:r w:rsidRPr="00AC5ABD">
        <w:rPr>
          <w:rFonts w:eastAsia="Comic Sans MS"/>
          <w:szCs w:val="20"/>
        </w:rPr>
        <w:t xml:space="preserve"> </w:t>
      </w:r>
      <w:proofErr w:type="spellStart"/>
      <w:r w:rsidRPr="00AC5ABD">
        <w:rPr>
          <w:rFonts w:eastAsia="Comic Sans MS"/>
          <w:szCs w:val="20"/>
        </w:rPr>
        <w:t>kırmızı</w:t>
      </w:r>
      <w:proofErr w:type="spellEnd"/>
      <w:r w:rsidRPr="00AC5ABD">
        <w:rPr>
          <w:rFonts w:eastAsia="Comic Sans MS"/>
          <w:szCs w:val="20"/>
        </w:rPr>
        <w:t xml:space="preserve"> </w:t>
      </w:r>
      <w:proofErr w:type="spellStart"/>
      <w:r w:rsidRPr="00AC5ABD">
        <w:rPr>
          <w:rFonts w:eastAsia="Comic Sans MS"/>
          <w:szCs w:val="20"/>
        </w:rPr>
        <w:t>suluboya</w:t>
      </w:r>
      <w:proofErr w:type="spellEnd"/>
      <w:r w:rsidRPr="00AC5ABD">
        <w:rPr>
          <w:rFonts w:eastAsia="Comic Sans MS"/>
          <w:szCs w:val="20"/>
        </w:rPr>
        <w:t xml:space="preserve">, </w:t>
      </w:r>
      <w:proofErr w:type="spellStart"/>
      <w:r w:rsidRPr="00AC5ABD">
        <w:rPr>
          <w:rFonts w:eastAsia="Comic Sans MS"/>
          <w:szCs w:val="20"/>
        </w:rPr>
        <w:t>fırça</w:t>
      </w:r>
      <w:proofErr w:type="spellEnd"/>
      <w:r w:rsidRPr="00AC5ABD">
        <w:rPr>
          <w:rFonts w:eastAsia="Comic Sans MS"/>
          <w:szCs w:val="20"/>
        </w:rPr>
        <w:t xml:space="preserve">, </w:t>
      </w:r>
      <w:proofErr w:type="spellStart"/>
      <w:r w:rsidRPr="00AC5ABD">
        <w:rPr>
          <w:rFonts w:eastAsia="Comic Sans MS"/>
          <w:szCs w:val="20"/>
        </w:rPr>
        <w:t>ince</w:t>
      </w:r>
      <w:proofErr w:type="spellEnd"/>
      <w:r w:rsidRPr="00AC5ABD">
        <w:rPr>
          <w:rFonts w:eastAsia="Comic Sans MS"/>
          <w:szCs w:val="20"/>
        </w:rPr>
        <w:t xml:space="preserve"> </w:t>
      </w:r>
      <w:proofErr w:type="spellStart"/>
      <w:r w:rsidRPr="00AC5ABD">
        <w:rPr>
          <w:rFonts w:eastAsia="Comic Sans MS"/>
          <w:szCs w:val="20"/>
        </w:rPr>
        <w:t>beyaz</w:t>
      </w:r>
      <w:proofErr w:type="spellEnd"/>
      <w:r w:rsidRPr="00AC5ABD">
        <w:rPr>
          <w:rFonts w:eastAsia="Comic Sans MS"/>
          <w:szCs w:val="20"/>
        </w:rPr>
        <w:t xml:space="preserve"> </w:t>
      </w:r>
      <w:proofErr w:type="spellStart"/>
      <w:r w:rsidRPr="00AC5ABD">
        <w:rPr>
          <w:rFonts w:eastAsia="Comic Sans MS"/>
          <w:szCs w:val="20"/>
        </w:rPr>
        <w:t>kâğıttan</w:t>
      </w:r>
      <w:proofErr w:type="spellEnd"/>
      <w:r w:rsidRPr="00AC5ABD">
        <w:rPr>
          <w:rFonts w:eastAsia="Comic Sans MS"/>
          <w:szCs w:val="20"/>
        </w:rPr>
        <w:t xml:space="preserve"> </w:t>
      </w:r>
      <w:proofErr w:type="spellStart"/>
      <w:r w:rsidRPr="00AC5ABD">
        <w:rPr>
          <w:rFonts w:eastAsia="Comic Sans MS"/>
          <w:szCs w:val="20"/>
        </w:rPr>
        <w:t>büyük</w:t>
      </w:r>
      <w:proofErr w:type="spellEnd"/>
      <w:r w:rsidRPr="00AC5ABD">
        <w:rPr>
          <w:rFonts w:eastAsia="Comic Sans MS"/>
          <w:szCs w:val="20"/>
        </w:rPr>
        <w:t xml:space="preserve"> ay </w:t>
      </w:r>
      <w:proofErr w:type="spellStart"/>
      <w:r w:rsidRPr="00AC5ABD">
        <w:rPr>
          <w:rFonts w:eastAsia="Comic Sans MS"/>
          <w:szCs w:val="20"/>
        </w:rPr>
        <w:t>ve</w:t>
      </w:r>
      <w:proofErr w:type="spellEnd"/>
      <w:r w:rsidRPr="00AC5ABD">
        <w:rPr>
          <w:rFonts w:eastAsia="Comic Sans MS"/>
          <w:szCs w:val="20"/>
        </w:rPr>
        <w:t xml:space="preserve"> </w:t>
      </w:r>
      <w:proofErr w:type="spellStart"/>
      <w:r w:rsidRPr="00AC5ABD">
        <w:rPr>
          <w:rFonts w:eastAsia="Comic Sans MS"/>
          <w:szCs w:val="20"/>
        </w:rPr>
        <w:t>yıldız</w:t>
      </w:r>
      <w:proofErr w:type="spellEnd"/>
      <w:r w:rsidRPr="00AC5ABD">
        <w:rPr>
          <w:rFonts w:eastAsia="Comic Sans MS"/>
          <w:szCs w:val="20"/>
        </w:rPr>
        <w:t xml:space="preserve"> </w:t>
      </w:r>
      <w:proofErr w:type="spellStart"/>
      <w:r w:rsidRPr="00AC5ABD">
        <w:rPr>
          <w:rFonts w:eastAsia="Comic Sans MS"/>
          <w:szCs w:val="20"/>
        </w:rPr>
        <w:t>parçaları</w:t>
      </w:r>
      <w:proofErr w:type="spellEnd"/>
      <w:r w:rsidRPr="00AC5ABD">
        <w:rPr>
          <w:rFonts w:eastAsia="Comic Sans MS"/>
          <w:szCs w:val="20"/>
        </w:rPr>
        <w:t xml:space="preserve">, bez; yere </w:t>
      </w:r>
      <w:proofErr w:type="spellStart"/>
      <w:r w:rsidRPr="00AC5ABD">
        <w:rPr>
          <w:rFonts w:eastAsia="Comic Sans MS"/>
          <w:szCs w:val="20"/>
        </w:rPr>
        <w:t>sabitlenen</w:t>
      </w:r>
      <w:proofErr w:type="spellEnd"/>
      <w:r w:rsidRPr="00AC5ABD">
        <w:rPr>
          <w:rFonts w:eastAsia="Comic Sans MS"/>
          <w:szCs w:val="20"/>
        </w:rPr>
        <w:t xml:space="preserve"> </w:t>
      </w:r>
      <w:proofErr w:type="spellStart"/>
      <w:r w:rsidRPr="00AC5ABD">
        <w:rPr>
          <w:rFonts w:eastAsia="Comic Sans MS"/>
          <w:szCs w:val="20"/>
        </w:rPr>
        <w:t>dairesel</w:t>
      </w:r>
      <w:proofErr w:type="spellEnd"/>
      <w:r w:rsidRPr="00AC5ABD">
        <w:rPr>
          <w:rFonts w:eastAsia="Comic Sans MS"/>
          <w:szCs w:val="20"/>
        </w:rPr>
        <w:t xml:space="preserve"> </w:t>
      </w:r>
      <w:proofErr w:type="spellStart"/>
      <w:r w:rsidRPr="00AC5ABD">
        <w:rPr>
          <w:rFonts w:eastAsia="Comic Sans MS"/>
          <w:szCs w:val="20"/>
        </w:rPr>
        <w:t>yol</w:t>
      </w:r>
      <w:proofErr w:type="spellEnd"/>
      <w:r w:rsidRPr="00AC5ABD">
        <w:rPr>
          <w:rFonts w:eastAsia="Comic Sans MS"/>
          <w:szCs w:val="20"/>
        </w:rPr>
        <w:t xml:space="preserve"> </w:t>
      </w:r>
      <w:proofErr w:type="spellStart"/>
      <w:r w:rsidRPr="00AC5ABD">
        <w:rPr>
          <w:rFonts w:eastAsia="Comic Sans MS"/>
          <w:szCs w:val="20"/>
        </w:rPr>
        <w:t>işaretleri</w:t>
      </w:r>
      <w:proofErr w:type="spellEnd"/>
      <w:r w:rsidRPr="00AC5ABD">
        <w:rPr>
          <w:rFonts w:eastAsia="Comic Sans MS"/>
          <w:szCs w:val="20"/>
        </w:rPr>
        <w:t xml:space="preserve">, 4 </w:t>
      </w:r>
      <w:proofErr w:type="spellStart"/>
      <w:r w:rsidRPr="00AC5ABD">
        <w:rPr>
          <w:rFonts w:eastAsia="Comic Sans MS"/>
          <w:szCs w:val="20"/>
        </w:rPr>
        <w:t>Yaş</w:t>
      </w:r>
      <w:proofErr w:type="spellEnd"/>
      <w:r w:rsidRPr="00AC5ABD">
        <w:rPr>
          <w:rFonts w:eastAsia="Comic Sans MS"/>
          <w:szCs w:val="20"/>
        </w:rPr>
        <w:t xml:space="preserve"> </w:t>
      </w:r>
      <w:proofErr w:type="spellStart"/>
      <w:r w:rsidRPr="00AC5ABD">
        <w:rPr>
          <w:rFonts w:eastAsia="Comic Sans MS"/>
          <w:szCs w:val="20"/>
        </w:rPr>
        <w:t>Çekirdek</w:t>
      </w:r>
      <w:proofErr w:type="spellEnd"/>
      <w:r w:rsidRPr="00AC5ABD">
        <w:rPr>
          <w:rFonts w:eastAsia="Comic Sans MS"/>
          <w:szCs w:val="20"/>
        </w:rPr>
        <w:t xml:space="preserve"> 1 </w:t>
      </w:r>
      <w:proofErr w:type="spellStart"/>
      <w:r w:rsidRPr="00AC5ABD">
        <w:rPr>
          <w:rFonts w:eastAsia="Comic Sans MS"/>
          <w:szCs w:val="20"/>
        </w:rPr>
        <w:t>kitabı</w:t>
      </w:r>
      <w:proofErr w:type="spellEnd"/>
      <w:r w:rsidRPr="00AC5ABD">
        <w:rPr>
          <w:rFonts w:eastAsia="Comic Sans MS"/>
          <w:szCs w:val="20"/>
        </w:rPr>
        <w:t xml:space="preserve">. </w:t>
      </w:r>
      <w:proofErr w:type="spellStart"/>
      <w:r w:rsidRPr="00AC5ABD">
        <w:rPr>
          <w:rFonts w:eastAsia="Comic Sans MS"/>
          <w:szCs w:val="20"/>
        </w:rPr>
        <w:t>Duyusal</w:t>
      </w:r>
      <w:proofErr w:type="spellEnd"/>
      <w:r w:rsidRPr="00AC5ABD">
        <w:rPr>
          <w:rFonts w:eastAsia="Comic Sans MS"/>
          <w:szCs w:val="20"/>
        </w:rPr>
        <w:t xml:space="preserve"> </w:t>
      </w:r>
      <w:proofErr w:type="spellStart"/>
      <w:r w:rsidRPr="00AC5ABD">
        <w:rPr>
          <w:rFonts w:eastAsia="Comic Sans MS"/>
          <w:szCs w:val="20"/>
        </w:rPr>
        <w:t>oyun</w:t>
      </w:r>
      <w:proofErr w:type="spellEnd"/>
      <w:r w:rsidRPr="00AC5ABD">
        <w:rPr>
          <w:rFonts w:eastAsia="Comic Sans MS"/>
          <w:szCs w:val="20"/>
        </w:rPr>
        <w:t xml:space="preserve"> </w:t>
      </w:r>
      <w:proofErr w:type="spellStart"/>
      <w:r w:rsidRPr="00AC5ABD">
        <w:rPr>
          <w:rFonts w:eastAsia="Comic Sans MS"/>
          <w:szCs w:val="20"/>
        </w:rPr>
        <w:t>için</w:t>
      </w:r>
      <w:proofErr w:type="spellEnd"/>
      <w:r w:rsidRPr="00AC5ABD">
        <w:rPr>
          <w:rFonts w:eastAsia="Comic Sans MS"/>
          <w:szCs w:val="20"/>
        </w:rPr>
        <w:t xml:space="preserve"> </w:t>
      </w:r>
      <w:proofErr w:type="spellStart"/>
      <w:r w:rsidRPr="00AC5ABD">
        <w:rPr>
          <w:rFonts w:eastAsia="Comic Sans MS"/>
          <w:szCs w:val="20"/>
        </w:rPr>
        <w:t>kırmızı</w:t>
      </w:r>
      <w:proofErr w:type="spellEnd"/>
      <w:r w:rsidRPr="00AC5ABD">
        <w:rPr>
          <w:rFonts w:eastAsia="Comic Sans MS"/>
          <w:szCs w:val="20"/>
        </w:rPr>
        <w:t xml:space="preserve"> </w:t>
      </w:r>
      <w:proofErr w:type="spellStart"/>
      <w:r w:rsidRPr="00AC5ABD">
        <w:rPr>
          <w:rFonts w:eastAsia="Comic Sans MS"/>
          <w:szCs w:val="20"/>
        </w:rPr>
        <w:t>ve</w:t>
      </w:r>
      <w:proofErr w:type="spellEnd"/>
      <w:r w:rsidRPr="00AC5ABD">
        <w:rPr>
          <w:rFonts w:eastAsia="Comic Sans MS"/>
          <w:szCs w:val="20"/>
        </w:rPr>
        <w:t xml:space="preserve"> </w:t>
      </w:r>
      <w:proofErr w:type="spellStart"/>
      <w:r w:rsidRPr="00AC5ABD">
        <w:rPr>
          <w:rFonts w:eastAsia="Comic Sans MS"/>
          <w:szCs w:val="20"/>
        </w:rPr>
        <w:t>beyaz</w:t>
      </w:r>
      <w:proofErr w:type="spellEnd"/>
      <w:r w:rsidRPr="00AC5ABD">
        <w:rPr>
          <w:rFonts w:eastAsia="Comic Sans MS"/>
          <w:szCs w:val="20"/>
        </w:rPr>
        <w:t xml:space="preserve"> </w:t>
      </w:r>
      <w:proofErr w:type="spellStart"/>
      <w:r w:rsidRPr="00AC5ABD">
        <w:rPr>
          <w:rFonts w:eastAsia="Comic Sans MS"/>
          <w:szCs w:val="20"/>
        </w:rPr>
        <w:t>yumuşak</w:t>
      </w:r>
      <w:proofErr w:type="spellEnd"/>
      <w:r w:rsidRPr="00AC5ABD">
        <w:rPr>
          <w:rFonts w:eastAsia="Comic Sans MS"/>
          <w:szCs w:val="20"/>
        </w:rPr>
        <w:t xml:space="preserve"> </w:t>
      </w:r>
      <w:proofErr w:type="spellStart"/>
      <w:r w:rsidRPr="00AC5ABD">
        <w:rPr>
          <w:rFonts w:eastAsia="Comic Sans MS"/>
          <w:szCs w:val="20"/>
        </w:rPr>
        <w:t>oyun</w:t>
      </w:r>
      <w:proofErr w:type="spellEnd"/>
      <w:r w:rsidRPr="00AC5ABD">
        <w:rPr>
          <w:rFonts w:eastAsia="Comic Sans MS"/>
          <w:szCs w:val="20"/>
        </w:rPr>
        <w:t xml:space="preserve"> </w:t>
      </w:r>
      <w:proofErr w:type="spellStart"/>
      <w:r w:rsidRPr="00AC5ABD">
        <w:rPr>
          <w:rFonts w:eastAsia="Comic Sans MS"/>
          <w:szCs w:val="20"/>
        </w:rPr>
        <w:t>hamuru</w:t>
      </w:r>
      <w:proofErr w:type="spellEnd"/>
      <w:r w:rsidRPr="00AC5ABD">
        <w:rPr>
          <w:rFonts w:eastAsia="Comic Sans MS"/>
          <w:szCs w:val="20"/>
        </w:rPr>
        <w:t xml:space="preserve">, </w:t>
      </w:r>
      <w:proofErr w:type="spellStart"/>
      <w:r w:rsidRPr="00AC5ABD">
        <w:rPr>
          <w:rFonts w:eastAsia="Comic Sans MS"/>
          <w:szCs w:val="20"/>
        </w:rPr>
        <w:t>büyük</w:t>
      </w:r>
      <w:proofErr w:type="spellEnd"/>
      <w:r w:rsidRPr="00AC5ABD">
        <w:rPr>
          <w:rFonts w:eastAsia="Comic Sans MS"/>
          <w:szCs w:val="20"/>
        </w:rPr>
        <w:t xml:space="preserve"> </w:t>
      </w:r>
      <w:proofErr w:type="spellStart"/>
      <w:r w:rsidRPr="00AC5ABD">
        <w:rPr>
          <w:rFonts w:eastAsia="Comic Sans MS"/>
          <w:szCs w:val="20"/>
        </w:rPr>
        <w:t>hamur</w:t>
      </w:r>
      <w:proofErr w:type="spellEnd"/>
      <w:r w:rsidRPr="00AC5ABD">
        <w:rPr>
          <w:rFonts w:eastAsia="Comic Sans MS"/>
          <w:szCs w:val="20"/>
        </w:rPr>
        <w:t xml:space="preserve"> </w:t>
      </w:r>
      <w:proofErr w:type="spellStart"/>
      <w:r w:rsidRPr="00AC5ABD">
        <w:rPr>
          <w:rFonts w:eastAsia="Comic Sans MS"/>
          <w:szCs w:val="20"/>
        </w:rPr>
        <w:t>araçları</w:t>
      </w:r>
      <w:proofErr w:type="spellEnd"/>
      <w:r w:rsidRPr="00AC5ABD">
        <w:rPr>
          <w:rFonts w:eastAsia="Comic Sans MS"/>
          <w:szCs w:val="20"/>
        </w:rPr>
        <w:t xml:space="preserve">, </w:t>
      </w:r>
      <w:proofErr w:type="spellStart"/>
      <w:r w:rsidRPr="00AC5ABD">
        <w:rPr>
          <w:rFonts w:eastAsia="Comic Sans MS"/>
          <w:szCs w:val="20"/>
        </w:rPr>
        <w:t>geniş</w:t>
      </w:r>
      <w:proofErr w:type="spellEnd"/>
      <w:r w:rsidRPr="00AC5ABD">
        <w:rPr>
          <w:rFonts w:eastAsia="Comic Sans MS"/>
          <w:szCs w:val="20"/>
        </w:rPr>
        <w:t xml:space="preserve"> </w:t>
      </w:r>
      <w:proofErr w:type="spellStart"/>
      <w:r w:rsidRPr="00AC5ABD">
        <w:rPr>
          <w:rFonts w:eastAsia="Comic Sans MS"/>
          <w:szCs w:val="20"/>
        </w:rPr>
        <w:t>kaplar</w:t>
      </w:r>
      <w:proofErr w:type="spellEnd"/>
      <w:r w:rsidRPr="00AC5ABD">
        <w:rPr>
          <w:rFonts w:eastAsia="Comic Sans MS"/>
          <w:szCs w:val="20"/>
        </w:rPr>
        <w:t xml:space="preserve">, </w:t>
      </w:r>
      <w:proofErr w:type="spellStart"/>
      <w:r w:rsidRPr="00AC5ABD">
        <w:rPr>
          <w:rFonts w:eastAsia="Comic Sans MS"/>
          <w:szCs w:val="20"/>
        </w:rPr>
        <w:t>iri</w:t>
      </w:r>
      <w:proofErr w:type="spellEnd"/>
      <w:r w:rsidRPr="00AC5ABD">
        <w:rPr>
          <w:rFonts w:eastAsia="Comic Sans MS"/>
          <w:szCs w:val="20"/>
        </w:rPr>
        <w:t xml:space="preserve"> ay–</w:t>
      </w:r>
      <w:proofErr w:type="spellStart"/>
      <w:r w:rsidRPr="00AC5ABD">
        <w:rPr>
          <w:rFonts w:eastAsia="Comic Sans MS"/>
          <w:szCs w:val="20"/>
        </w:rPr>
        <w:t>yıldız</w:t>
      </w:r>
      <w:proofErr w:type="spellEnd"/>
      <w:r w:rsidRPr="00AC5ABD">
        <w:rPr>
          <w:rFonts w:eastAsia="Comic Sans MS"/>
          <w:szCs w:val="20"/>
        </w:rPr>
        <w:t xml:space="preserve"> </w:t>
      </w:r>
      <w:proofErr w:type="spellStart"/>
      <w:r w:rsidRPr="00AC5ABD">
        <w:rPr>
          <w:rFonts w:eastAsia="Comic Sans MS"/>
          <w:szCs w:val="20"/>
        </w:rPr>
        <w:t>hamur</w:t>
      </w:r>
      <w:proofErr w:type="spellEnd"/>
      <w:r w:rsidRPr="00AC5ABD">
        <w:rPr>
          <w:rFonts w:eastAsia="Comic Sans MS"/>
          <w:szCs w:val="20"/>
        </w:rPr>
        <w:t xml:space="preserve"> </w:t>
      </w:r>
      <w:proofErr w:type="spellStart"/>
      <w:r w:rsidRPr="00AC5ABD">
        <w:rPr>
          <w:rFonts w:eastAsia="Comic Sans MS"/>
          <w:szCs w:val="20"/>
        </w:rPr>
        <w:t>kalıpları</w:t>
      </w:r>
      <w:proofErr w:type="spellEnd"/>
      <w:r w:rsidRPr="00AC5ABD">
        <w:rPr>
          <w:rFonts w:eastAsia="Comic Sans MS"/>
          <w:szCs w:val="20"/>
        </w:rPr>
        <w:t xml:space="preserve"> </w:t>
      </w:r>
      <w:proofErr w:type="spellStart"/>
      <w:r w:rsidRPr="00AC5ABD">
        <w:rPr>
          <w:rFonts w:eastAsia="Comic Sans MS"/>
          <w:szCs w:val="20"/>
        </w:rPr>
        <w:t>ve</w:t>
      </w:r>
      <w:proofErr w:type="spellEnd"/>
      <w:r w:rsidRPr="00AC5ABD">
        <w:rPr>
          <w:rFonts w:eastAsia="Comic Sans MS"/>
          <w:szCs w:val="20"/>
        </w:rPr>
        <w:t xml:space="preserve"> </w:t>
      </w:r>
      <w:proofErr w:type="spellStart"/>
      <w:r w:rsidRPr="00AC5ABD">
        <w:rPr>
          <w:rFonts w:eastAsia="Comic Sans MS"/>
          <w:szCs w:val="20"/>
        </w:rPr>
        <w:t>altlıklar</w:t>
      </w:r>
      <w:proofErr w:type="spellEnd"/>
      <w:r w:rsidRPr="00AC5ABD">
        <w:rPr>
          <w:rFonts w:eastAsia="Comic Sans MS"/>
          <w:szCs w:val="20"/>
        </w:rPr>
        <w:t xml:space="preserve"> </w:t>
      </w:r>
      <w:proofErr w:type="spellStart"/>
      <w:r w:rsidRPr="00AC5ABD">
        <w:rPr>
          <w:rFonts w:eastAsia="Comic Sans MS"/>
          <w:szCs w:val="20"/>
        </w:rPr>
        <w:t>hazırlanır</w:t>
      </w:r>
      <w:proofErr w:type="spellEnd"/>
      <w:r w:rsidRPr="00AC5ABD">
        <w:rPr>
          <w:rFonts w:eastAsia="Comic Sans MS"/>
          <w:szCs w:val="20"/>
        </w:rPr>
        <w:t>.</w:t>
      </w:r>
    </w:p>
    <w:p w14:paraId="0E922FCF" w14:textId="77777777" w:rsidR="00F627DB" w:rsidRPr="00AC5ABD" w:rsidRDefault="00CC4454">
      <w:pPr>
        <w:rPr>
          <w:szCs w:val="20"/>
        </w:rPr>
      </w:pPr>
      <w:proofErr w:type="spellStart"/>
      <w:r w:rsidRPr="00AC5ABD">
        <w:rPr>
          <w:rFonts w:eastAsia="Comic Sans MS"/>
          <w:b/>
          <w:color w:val="F85883"/>
          <w:szCs w:val="20"/>
        </w:rPr>
        <w:t>Eğitim</w:t>
      </w:r>
      <w:proofErr w:type="spellEnd"/>
      <w:r w:rsidRPr="00AC5ABD">
        <w:rPr>
          <w:rFonts w:eastAsia="Comic Sans MS"/>
          <w:b/>
          <w:color w:val="F85883"/>
          <w:szCs w:val="20"/>
        </w:rPr>
        <w:t>/</w:t>
      </w:r>
      <w:proofErr w:type="spellStart"/>
      <w:r w:rsidRPr="00AC5ABD">
        <w:rPr>
          <w:rFonts w:eastAsia="Comic Sans MS"/>
          <w:b/>
          <w:color w:val="F85883"/>
          <w:szCs w:val="20"/>
        </w:rPr>
        <w:t>Öğrenme</w:t>
      </w:r>
      <w:proofErr w:type="spellEnd"/>
      <w:r w:rsidRPr="00AC5ABD">
        <w:rPr>
          <w:rFonts w:eastAsia="Comic Sans MS"/>
          <w:b/>
          <w:color w:val="F85883"/>
          <w:szCs w:val="20"/>
        </w:rPr>
        <w:t xml:space="preserve"> </w:t>
      </w:r>
      <w:proofErr w:type="spellStart"/>
      <w:r w:rsidRPr="00AC5ABD">
        <w:rPr>
          <w:rFonts w:eastAsia="Comic Sans MS"/>
          <w:b/>
          <w:color w:val="F85883"/>
          <w:szCs w:val="20"/>
        </w:rPr>
        <w:t>Ortamları</w:t>
      </w:r>
      <w:proofErr w:type="spellEnd"/>
      <w:r w:rsidRPr="00AC5ABD">
        <w:rPr>
          <w:rFonts w:eastAsia="Comic Sans MS"/>
          <w:b/>
          <w:color w:val="F85883"/>
          <w:szCs w:val="20"/>
        </w:rPr>
        <w:t xml:space="preserve">: </w:t>
      </w:r>
      <w:r w:rsidRPr="00AC5ABD">
        <w:rPr>
          <w:rFonts w:eastAsia="Comic Sans MS"/>
          <w:szCs w:val="20"/>
        </w:rPr>
        <w:t xml:space="preserve">Türk </w:t>
      </w:r>
      <w:proofErr w:type="spellStart"/>
      <w:r w:rsidRPr="00AC5ABD">
        <w:rPr>
          <w:rFonts w:eastAsia="Comic Sans MS"/>
          <w:szCs w:val="20"/>
        </w:rPr>
        <w:t>bayrağının</w:t>
      </w:r>
      <w:proofErr w:type="spellEnd"/>
      <w:r w:rsidRPr="00AC5ABD">
        <w:rPr>
          <w:rFonts w:eastAsia="Comic Sans MS"/>
          <w:szCs w:val="20"/>
        </w:rPr>
        <w:t xml:space="preserve"> </w:t>
      </w:r>
      <w:proofErr w:type="spellStart"/>
      <w:r w:rsidRPr="00AC5ABD">
        <w:rPr>
          <w:rFonts w:eastAsia="Comic Sans MS"/>
          <w:szCs w:val="20"/>
        </w:rPr>
        <w:t>çocukların</w:t>
      </w:r>
      <w:proofErr w:type="spellEnd"/>
      <w:r w:rsidRPr="00AC5ABD">
        <w:rPr>
          <w:rFonts w:eastAsia="Comic Sans MS"/>
          <w:szCs w:val="20"/>
        </w:rPr>
        <w:t xml:space="preserve"> </w:t>
      </w:r>
      <w:proofErr w:type="spellStart"/>
      <w:r w:rsidRPr="00AC5ABD">
        <w:rPr>
          <w:rFonts w:eastAsia="Comic Sans MS"/>
          <w:szCs w:val="20"/>
        </w:rPr>
        <w:t>görebileceği</w:t>
      </w:r>
      <w:proofErr w:type="spellEnd"/>
      <w:r w:rsidRPr="00AC5ABD">
        <w:rPr>
          <w:rFonts w:eastAsia="Comic Sans MS"/>
          <w:szCs w:val="20"/>
        </w:rPr>
        <w:t xml:space="preserve"> </w:t>
      </w:r>
      <w:proofErr w:type="spellStart"/>
      <w:r w:rsidRPr="00AC5ABD">
        <w:rPr>
          <w:rFonts w:eastAsia="Comic Sans MS"/>
          <w:szCs w:val="20"/>
        </w:rPr>
        <w:t>bir</w:t>
      </w:r>
      <w:proofErr w:type="spellEnd"/>
      <w:r w:rsidRPr="00AC5ABD">
        <w:rPr>
          <w:rFonts w:eastAsia="Comic Sans MS"/>
          <w:szCs w:val="20"/>
        </w:rPr>
        <w:t xml:space="preserve"> yere </w:t>
      </w:r>
      <w:proofErr w:type="spellStart"/>
      <w:r w:rsidRPr="00AC5ABD">
        <w:rPr>
          <w:rFonts w:eastAsia="Comic Sans MS"/>
          <w:szCs w:val="20"/>
        </w:rPr>
        <w:t>yerleştirildiği</w:t>
      </w:r>
      <w:proofErr w:type="spellEnd"/>
      <w:r w:rsidRPr="00AC5ABD">
        <w:rPr>
          <w:rFonts w:eastAsia="Comic Sans MS"/>
          <w:szCs w:val="20"/>
        </w:rPr>
        <w:t xml:space="preserve"> </w:t>
      </w:r>
      <w:proofErr w:type="spellStart"/>
      <w:r w:rsidRPr="00AC5ABD">
        <w:rPr>
          <w:rFonts w:eastAsia="Comic Sans MS"/>
          <w:szCs w:val="20"/>
        </w:rPr>
        <w:t>bayrak</w:t>
      </w:r>
      <w:proofErr w:type="spellEnd"/>
      <w:r w:rsidRPr="00AC5ABD">
        <w:rPr>
          <w:rFonts w:eastAsia="Comic Sans MS"/>
          <w:szCs w:val="20"/>
        </w:rPr>
        <w:t xml:space="preserve"> </w:t>
      </w:r>
      <w:proofErr w:type="spellStart"/>
      <w:r w:rsidRPr="00AC5ABD">
        <w:rPr>
          <w:rFonts w:eastAsia="Comic Sans MS"/>
          <w:szCs w:val="20"/>
        </w:rPr>
        <w:t>köşesi</w:t>
      </w:r>
      <w:proofErr w:type="spellEnd"/>
      <w:r w:rsidRPr="00AC5ABD">
        <w:rPr>
          <w:rFonts w:eastAsia="Comic Sans MS"/>
          <w:szCs w:val="20"/>
        </w:rPr>
        <w:t xml:space="preserve">, </w:t>
      </w:r>
      <w:proofErr w:type="spellStart"/>
      <w:r w:rsidRPr="00AC5ABD">
        <w:rPr>
          <w:rFonts w:eastAsia="Comic Sans MS"/>
          <w:szCs w:val="20"/>
        </w:rPr>
        <w:t>minderli</w:t>
      </w:r>
      <w:proofErr w:type="spellEnd"/>
      <w:r w:rsidRPr="00AC5ABD">
        <w:rPr>
          <w:rFonts w:eastAsia="Comic Sans MS"/>
          <w:szCs w:val="20"/>
        </w:rPr>
        <w:t xml:space="preserve"> </w:t>
      </w:r>
      <w:proofErr w:type="spellStart"/>
      <w:r w:rsidRPr="00AC5ABD">
        <w:rPr>
          <w:rFonts w:eastAsia="Comic Sans MS"/>
          <w:szCs w:val="20"/>
        </w:rPr>
        <w:t>çember</w:t>
      </w:r>
      <w:proofErr w:type="spellEnd"/>
      <w:r w:rsidRPr="00AC5ABD">
        <w:rPr>
          <w:rFonts w:eastAsia="Comic Sans MS"/>
          <w:szCs w:val="20"/>
        </w:rPr>
        <w:t xml:space="preserve">, </w:t>
      </w:r>
      <w:proofErr w:type="spellStart"/>
      <w:r w:rsidRPr="00AC5ABD">
        <w:rPr>
          <w:rFonts w:eastAsia="Comic Sans MS"/>
          <w:szCs w:val="20"/>
        </w:rPr>
        <w:t>sanat</w:t>
      </w:r>
      <w:proofErr w:type="spellEnd"/>
      <w:r w:rsidRPr="00AC5ABD">
        <w:rPr>
          <w:rFonts w:eastAsia="Comic Sans MS"/>
          <w:szCs w:val="20"/>
        </w:rPr>
        <w:t xml:space="preserve"> </w:t>
      </w:r>
      <w:proofErr w:type="spellStart"/>
      <w:r w:rsidRPr="00AC5ABD">
        <w:rPr>
          <w:rFonts w:eastAsia="Comic Sans MS"/>
          <w:szCs w:val="20"/>
        </w:rPr>
        <w:t>masaları</w:t>
      </w:r>
      <w:proofErr w:type="spellEnd"/>
      <w:r w:rsidRPr="00AC5ABD">
        <w:rPr>
          <w:rFonts w:eastAsia="Comic Sans MS"/>
          <w:szCs w:val="20"/>
        </w:rPr>
        <w:t xml:space="preserve"> </w:t>
      </w:r>
      <w:proofErr w:type="spellStart"/>
      <w:r w:rsidRPr="00AC5ABD">
        <w:rPr>
          <w:rFonts w:eastAsia="Comic Sans MS"/>
          <w:szCs w:val="20"/>
        </w:rPr>
        <w:t>ve</w:t>
      </w:r>
      <w:proofErr w:type="spellEnd"/>
      <w:r w:rsidRPr="00AC5ABD">
        <w:rPr>
          <w:rFonts w:eastAsia="Comic Sans MS"/>
          <w:szCs w:val="20"/>
        </w:rPr>
        <w:t xml:space="preserve"> </w:t>
      </w:r>
      <w:proofErr w:type="spellStart"/>
      <w:r w:rsidRPr="00AC5ABD">
        <w:rPr>
          <w:rFonts w:eastAsia="Comic Sans MS"/>
          <w:szCs w:val="20"/>
        </w:rPr>
        <w:t>sakin</w:t>
      </w:r>
      <w:proofErr w:type="spellEnd"/>
      <w:r w:rsidRPr="00AC5ABD">
        <w:rPr>
          <w:rFonts w:eastAsia="Comic Sans MS"/>
          <w:szCs w:val="20"/>
        </w:rPr>
        <w:t xml:space="preserve"> </w:t>
      </w:r>
      <w:proofErr w:type="spellStart"/>
      <w:r w:rsidRPr="00AC5ABD">
        <w:rPr>
          <w:rFonts w:eastAsia="Comic Sans MS"/>
          <w:szCs w:val="20"/>
        </w:rPr>
        <w:t>köşe</w:t>
      </w:r>
      <w:proofErr w:type="spellEnd"/>
      <w:r w:rsidRPr="00AC5ABD">
        <w:rPr>
          <w:rFonts w:eastAsia="Comic Sans MS"/>
          <w:szCs w:val="20"/>
        </w:rPr>
        <w:t xml:space="preserve"> </w:t>
      </w:r>
      <w:proofErr w:type="spellStart"/>
      <w:r w:rsidRPr="00AC5ABD">
        <w:rPr>
          <w:rFonts w:eastAsia="Comic Sans MS"/>
          <w:szCs w:val="20"/>
        </w:rPr>
        <w:t>hazırlanır</w:t>
      </w:r>
      <w:proofErr w:type="spellEnd"/>
      <w:r w:rsidRPr="00AC5ABD">
        <w:rPr>
          <w:rFonts w:eastAsia="Comic Sans MS"/>
          <w:szCs w:val="20"/>
        </w:rPr>
        <w:t xml:space="preserve">. </w:t>
      </w:r>
      <w:proofErr w:type="spellStart"/>
      <w:r w:rsidRPr="00AC5ABD">
        <w:rPr>
          <w:rFonts w:eastAsia="Comic Sans MS"/>
          <w:szCs w:val="20"/>
        </w:rPr>
        <w:t>Duyusal</w:t>
      </w:r>
      <w:proofErr w:type="spellEnd"/>
      <w:r w:rsidRPr="00AC5ABD">
        <w:rPr>
          <w:rFonts w:eastAsia="Comic Sans MS"/>
          <w:szCs w:val="20"/>
        </w:rPr>
        <w:t xml:space="preserve"> </w:t>
      </w:r>
      <w:proofErr w:type="spellStart"/>
      <w:r w:rsidRPr="00AC5ABD">
        <w:rPr>
          <w:rFonts w:eastAsia="Comic Sans MS"/>
          <w:szCs w:val="20"/>
        </w:rPr>
        <w:t>oyun</w:t>
      </w:r>
      <w:proofErr w:type="spellEnd"/>
      <w:r w:rsidRPr="00AC5ABD">
        <w:rPr>
          <w:rFonts w:eastAsia="Comic Sans MS"/>
          <w:szCs w:val="20"/>
        </w:rPr>
        <w:t xml:space="preserve"> </w:t>
      </w:r>
      <w:proofErr w:type="spellStart"/>
      <w:r w:rsidRPr="00AC5ABD">
        <w:rPr>
          <w:rFonts w:eastAsia="Comic Sans MS"/>
          <w:szCs w:val="20"/>
        </w:rPr>
        <w:t>masası</w:t>
      </w:r>
      <w:proofErr w:type="spellEnd"/>
      <w:r w:rsidRPr="00AC5ABD">
        <w:rPr>
          <w:rFonts w:eastAsia="Comic Sans MS"/>
          <w:szCs w:val="20"/>
        </w:rPr>
        <w:t xml:space="preserve"> </w:t>
      </w:r>
      <w:proofErr w:type="spellStart"/>
      <w:r w:rsidRPr="00AC5ABD">
        <w:rPr>
          <w:rFonts w:eastAsia="Comic Sans MS"/>
          <w:szCs w:val="20"/>
        </w:rPr>
        <w:t>iki</w:t>
      </w:r>
      <w:proofErr w:type="spellEnd"/>
      <w:r w:rsidRPr="00AC5ABD">
        <w:rPr>
          <w:rFonts w:eastAsia="Comic Sans MS"/>
          <w:szCs w:val="20"/>
        </w:rPr>
        <w:t>–</w:t>
      </w:r>
      <w:proofErr w:type="spellStart"/>
      <w:r w:rsidRPr="00AC5ABD">
        <w:rPr>
          <w:rFonts w:eastAsia="Comic Sans MS"/>
          <w:szCs w:val="20"/>
        </w:rPr>
        <w:t>üç</w:t>
      </w:r>
      <w:proofErr w:type="spellEnd"/>
      <w:r w:rsidRPr="00AC5ABD">
        <w:rPr>
          <w:rFonts w:eastAsia="Comic Sans MS"/>
          <w:szCs w:val="20"/>
        </w:rPr>
        <w:t xml:space="preserve"> </w:t>
      </w:r>
      <w:proofErr w:type="spellStart"/>
      <w:r w:rsidRPr="00AC5ABD">
        <w:rPr>
          <w:rFonts w:eastAsia="Comic Sans MS"/>
          <w:szCs w:val="20"/>
        </w:rPr>
        <w:t>çocuğun</w:t>
      </w:r>
      <w:proofErr w:type="spellEnd"/>
      <w:r w:rsidRPr="00AC5ABD">
        <w:rPr>
          <w:rFonts w:eastAsia="Comic Sans MS"/>
          <w:szCs w:val="20"/>
        </w:rPr>
        <w:t xml:space="preserve"> </w:t>
      </w:r>
      <w:proofErr w:type="spellStart"/>
      <w:r w:rsidRPr="00AC5ABD">
        <w:rPr>
          <w:rFonts w:eastAsia="Comic Sans MS"/>
          <w:szCs w:val="20"/>
        </w:rPr>
        <w:t>birlikte</w:t>
      </w:r>
      <w:proofErr w:type="spellEnd"/>
      <w:r w:rsidRPr="00AC5ABD">
        <w:rPr>
          <w:rFonts w:eastAsia="Comic Sans MS"/>
          <w:szCs w:val="20"/>
        </w:rPr>
        <w:t xml:space="preserve"> </w:t>
      </w:r>
      <w:proofErr w:type="spellStart"/>
      <w:r w:rsidRPr="00AC5ABD">
        <w:rPr>
          <w:rFonts w:eastAsia="Comic Sans MS"/>
          <w:szCs w:val="20"/>
        </w:rPr>
        <w:t>kullanabileceği</w:t>
      </w:r>
      <w:proofErr w:type="spellEnd"/>
      <w:r w:rsidRPr="00AC5ABD">
        <w:rPr>
          <w:rFonts w:eastAsia="Comic Sans MS"/>
          <w:szCs w:val="20"/>
        </w:rPr>
        <w:t xml:space="preserve"> </w:t>
      </w:r>
      <w:proofErr w:type="spellStart"/>
      <w:r w:rsidRPr="00AC5ABD">
        <w:rPr>
          <w:rFonts w:eastAsia="Comic Sans MS"/>
          <w:szCs w:val="20"/>
        </w:rPr>
        <w:t>biçimde</w:t>
      </w:r>
      <w:proofErr w:type="spellEnd"/>
      <w:r w:rsidRPr="00AC5ABD">
        <w:rPr>
          <w:rFonts w:eastAsia="Comic Sans MS"/>
          <w:szCs w:val="20"/>
        </w:rPr>
        <w:t xml:space="preserve"> </w:t>
      </w:r>
      <w:proofErr w:type="spellStart"/>
      <w:r w:rsidRPr="00AC5ABD">
        <w:rPr>
          <w:rFonts w:eastAsia="Comic Sans MS"/>
          <w:szCs w:val="20"/>
        </w:rPr>
        <w:t>düzenlenir</w:t>
      </w:r>
      <w:proofErr w:type="spellEnd"/>
      <w:r w:rsidRPr="00AC5ABD">
        <w:rPr>
          <w:rFonts w:eastAsia="Comic Sans MS"/>
          <w:szCs w:val="20"/>
        </w:rPr>
        <w:t xml:space="preserve">. Deney </w:t>
      </w:r>
      <w:proofErr w:type="spellStart"/>
      <w:r w:rsidRPr="00AC5ABD">
        <w:rPr>
          <w:rFonts w:eastAsia="Comic Sans MS"/>
          <w:szCs w:val="20"/>
        </w:rPr>
        <w:t>masası</w:t>
      </w:r>
      <w:proofErr w:type="spellEnd"/>
      <w:r w:rsidRPr="00AC5ABD">
        <w:rPr>
          <w:rFonts w:eastAsia="Comic Sans MS"/>
          <w:szCs w:val="20"/>
        </w:rPr>
        <w:t xml:space="preserve"> </w:t>
      </w:r>
      <w:proofErr w:type="spellStart"/>
      <w:r w:rsidRPr="00AC5ABD">
        <w:rPr>
          <w:rFonts w:eastAsia="Comic Sans MS"/>
          <w:szCs w:val="20"/>
        </w:rPr>
        <w:t>sanat</w:t>
      </w:r>
      <w:proofErr w:type="spellEnd"/>
      <w:r w:rsidRPr="00AC5ABD">
        <w:rPr>
          <w:rFonts w:eastAsia="Comic Sans MS"/>
          <w:szCs w:val="20"/>
        </w:rPr>
        <w:t xml:space="preserve"> </w:t>
      </w:r>
      <w:proofErr w:type="spellStart"/>
      <w:r w:rsidRPr="00AC5ABD">
        <w:rPr>
          <w:rFonts w:eastAsia="Comic Sans MS"/>
          <w:szCs w:val="20"/>
        </w:rPr>
        <w:t>alanından</w:t>
      </w:r>
      <w:proofErr w:type="spellEnd"/>
      <w:r w:rsidRPr="00AC5ABD">
        <w:rPr>
          <w:rFonts w:eastAsia="Comic Sans MS"/>
          <w:szCs w:val="20"/>
        </w:rPr>
        <w:t xml:space="preserve"> </w:t>
      </w:r>
      <w:proofErr w:type="spellStart"/>
      <w:r w:rsidRPr="00AC5ABD">
        <w:rPr>
          <w:rFonts w:eastAsia="Comic Sans MS"/>
          <w:szCs w:val="20"/>
        </w:rPr>
        <w:t>ayrılır</w:t>
      </w:r>
      <w:proofErr w:type="spellEnd"/>
      <w:r w:rsidRPr="00AC5ABD">
        <w:rPr>
          <w:rFonts w:eastAsia="Comic Sans MS"/>
          <w:szCs w:val="20"/>
        </w:rPr>
        <w:t xml:space="preserve">; </w:t>
      </w:r>
      <w:proofErr w:type="spellStart"/>
      <w:r w:rsidRPr="00AC5ABD">
        <w:rPr>
          <w:rFonts w:eastAsia="Comic Sans MS"/>
          <w:szCs w:val="20"/>
        </w:rPr>
        <w:t>su</w:t>
      </w:r>
      <w:proofErr w:type="spellEnd"/>
      <w:r w:rsidRPr="00AC5ABD">
        <w:rPr>
          <w:rFonts w:eastAsia="Comic Sans MS"/>
          <w:szCs w:val="20"/>
        </w:rPr>
        <w:t xml:space="preserve"> </w:t>
      </w:r>
      <w:proofErr w:type="spellStart"/>
      <w:r w:rsidRPr="00AC5ABD">
        <w:rPr>
          <w:rFonts w:eastAsia="Comic Sans MS"/>
          <w:szCs w:val="20"/>
        </w:rPr>
        <w:t>kabı</w:t>
      </w:r>
      <w:proofErr w:type="spellEnd"/>
      <w:r w:rsidRPr="00AC5ABD">
        <w:rPr>
          <w:rFonts w:eastAsia="Comic Sans MS"/>
          <w:szCs w:val="20"/>
        </w:rPr>
        <w:t xml:space="preserve"> </w:t>
      </w:r>
      <w:proofErr w:type="spellStart"/>
      <w:r w:rsidRPr="00AC5ABD">
        <w:rPr>
          <w:rFonts w:eastAsia="Comic Sans MS"/>
          <w:szCs w:val="20"/>
        </w:rPr>
        <w:t>tepsiye</w:t>
      </w:r>
      <w:proofErr w:type="spellEnd"/>
      <w:r w:rsidRPr="00AC5ABD">
        <w:rPr>
          <w:rFonts w:eastAsia="Comic Sans MS"/>
          <w:szCs w:val="20"/>
        </w:rPr>
        <w:t xml:space="preserve"> </w:t>
      </w:r>
      <w:proofErr w:type="spellStart"/>
      <w:r w:rsidRPr="00AC5ABD">
        <w:rPr>
          <w:rFonts w:eastAsia="Comic Sans MS"/>
          <w:szCs w:val="20"/>
        </w:rPr>
        <w:t>konur</w:t>
      </w:r>
      <w:proofErr w:type="spellEnd"/>
      <w:r w:rsidRPr="00AC5ABD">
        <w:rPr>
          <w:rFonts w:eastAsia="Comic Sans MS"/>
          <w:szCs w:val="20"/>
        </w:rPr>
        <w:t xml:space="preserve">. </w:t>
      </w:r>
      <w:proofErr w:type="spellStart"/>
      <w:r w:rsidRPr="00AC5ABD">
        <w:rPr>
          <w:rFonts w:eastAsia="Comic Sans MS"/>
          <w:szCs w:val="20"/>
        </w:rPr>
        <w:t>Hareket</w:t>
      </w:r>
      <w:proofErr w:type="spellEnd"/>
      <w:r w:rsidRPr="00AC5ABD">
        <w:rPr>
          <w:rFonts w:eastAsia="Comic Sans MS"/>
          <w:szCs w:val="20"/>
        </w:rPr>
        <w:t xml:space="preserve"> </w:t>
      </w:r>
      <w:proofErr w:type="spellStart"/>
      <w:r w:rsidRPr="00AC5ABD">
        <w:rPr>
          <w:rFonts w:eastAsia="Comic Sans MS"/>
          <w:szCs w:val="20"/>
        </w:rPr>
        <w:t>alanında</w:t>
      </w:r>
      <w:proofErr w:type="spellEnd"/>
      <w:r w:rsidRPr="00AC5ABD">
        <w:rPr>
          <w:rFonts w:eastAsia="Comic Sans MS"/>
          <w:szCs w:val="20"/>
        </w:rPr>
        <w:t xml:space="preserve"> </w:t>
      </w:r>
      <w:proofErr w:type="spellStart"/>
      <w:r w:rsidRPr="00AC5ABD">
        <w:rPr>
          <w:rFonts w:eastAsia="Comic Sans MS"/>
          <w:szCs w:val="20"/>
        </w:rPr>
        <w:t>kısa</w:t>
      </w:r>
      <w:proofErr w:type="spellEnd"/>
      <w:r w:rsidRPr="00AC5ABD">
        <w:rPr>
          <w:rFonts w:eastAsia="Comic Sans MS"/>
          <w:szCs w:val="20"/>
        </w:rPr>
        <w:t xml:space="preserve">, </w:t>
      </w:r>
      <w:proofErr w:type="spellStart"/>
      <w:r w:rsidRPr="00AC5ABD">
        <w:rPr>
          <w:rFonts w:eastAsia="Comic Sans MS"/>
          <w:szCs w:val="20"/>
        </w:rPr>
        <w:t>geniş</w:t>
      </w:r>
      <w:proofErr w:type="spellEnd"/>
      <w:r w:rsidRPr="00AC5ABD">
        <w:rPr>
          <w:rFonts w:eastAsia="Comic Sans MS"/>
          <w:szCs w:val="20"/>
        </w:rPr>
        <w:t xml:space="preserve"> </w:t>
      </w:r>
      <w:proofErr w:type="spellStart"/>
      <w:r w:rsidRPr="00AC5ABD">
        <w:rPr>
          <w:rFonts w:eastAsia="Comic Sans MS"/>
          <w:szCs w:val="20"/>
        </w:rPr>
        <w:t>ve</w:t>
      </w:r>
      <w:proofErr w:type="spellEnd"/>
      <w:r w:rsidRPr="00AC5ABD">
        <w:rPr>
          <w:rFonts w:eastAsia="Comic Sans MS"/>
          <w:szCs w:val="20"/>
        </w:rPr>
        <w:t xml:space="preserve"> </w:t>
      </w:r>
      <w:proofErr w:type="spellStart"/>
      <w:r w:rsidRPr="00AC5ABD">
        <w:rPr>
          <w:rFonts w:eastAsia="Comic Sans MS"/>
          <w:szCs w:val="20"/>
        </w:rPr>
        <w:t>kaymayan</w:t>
      </w:r>
      <w:proofErr w:type="spellEnd"/>
      <w:r w:rsidRPr="00AC5ABD">
        <w:rPr>
          <w:rFonts w:eastAsia="Comic Sans MS"/>
          <w:szCs w:val="20"/>
        </w:rPr>
        <w:t xml:space="preserve"> </w:t>
      </w:r>
      <w:proofErr w:type="spellStart"/>
      <w:r w:rsidRPr="00AC5ABD">
        <w:rPr>
          <w:rFonts w:eastAsia="Comic Sans MS"/>
          <w:szCs w:val="20"/>
        </w:rPr>
        <w:t>işaretlerle</w:t>
      </w:r>
      <w:proofErr w:type="spellEnd"/>
      <w:r w:rsidRPr="00AC5ABD">
        <w:rPr>
          <w:rFonts w:eastAsia="Comic Sans MS"/>
          <w:szCs w:val="20"/>
        </w:rPr>
        <w:t xml:space="preserve"> </w:t>
      </w:r>
      <w:proofErr w:type="spellStart"/>
      <w:r w:rsidRPr="00AC5ABD">
        <w:rPr>
          <w:rFonts w:eastAsia="Comic Sans MS"/>
          <w:szCs w:val="20"/>
        </w:rPr>
        <w:t>tek</w:t>
      </w:r>
      <w:proofErr w:type="spellEnd"/>
      <w:r w:rsidRPr="00AC5ABD">
        <w:rPr>
          <w:rFonts w:eastAsia="Comic Sans MS"/>
          <w:szCs w:val="20"/>
        </w:rPr>
        <w:t xml:space="preserve"> </w:t>
      </w:r>
      <w:proofErr w:type="spellStart"/>
      <w:r w:rsidRPr="00AC5ABD">
        <w:rPr>
          <w:rFonts w:eastAsia="Comic Sans MS"/>
          <w:szCs w:val="20"/>
        </w:rPr>
        <w:t>dairesel</w:t>
      </w:r>
      <w:proofErr w:type="spellEnd"/>
      <w:r w:rsidRPr="00AC5ABD">
        <w:rPr>
          <w:rFonts w:eastAsia="Comic Sans MS"/>
          <w:szCs w:val="20"/>
        </w:rPr>
        <w:t xml:space="preserve"> </w:t>
      </w:r>
      <w:proofErr w:type="spellStart"/>
      <w:r w:rsidRPr="00AC5ABD">
        <w:rPr>
          <w:rFonts w:eastAsia="Comic Sans MS"/>
          <w:szCs w:val="20"/>
        </w:rPr>
        <w:t>yol</w:t>
      </w:r>
      <w:proofErr w:type="spellEnd"/>
      <w:r w:rsidRPr="00AC5ABD">
        <w:rPr>
          <w:rFonts w:eastAsia="Comic Sans MS"/>
          <w:szCs w:val="20"/>
        </w:rPr>
        <w:t xml:space="preserve"> </w:t>
      </w:r>
      <w:proofErr w:type="spellStart"/>
      <w:r w:rsidRPr="00AC5ABD">
        <w:rPr>
          <w:rFonts w:eastAsia="Comic Sans MS"/>
          <w:szCs w:val="20"/>
        </w:rPr>
        <w:t>oluşturulur</w:t>
      </w:r>
      <w:proofErr w:type="spellEnd"/>
      <w:r w:rsidRPr="00AC5ABD">
        <w:rPr>
          <w:rFonts w:eastAsia="Comic Sans MS"/>
          <w:szCs w:val="20"/>
        </w:rPr>
        <w:t xml:space="preserve">. </w:t>
      </w:r>
      <w:proofErr w:type="spellStart"/>
      <w:r w:rsidRPr="00AC5ABD">
        <w:rPr>
          <w:rFonts w:eastAsia="Comic Sans MS"/>
          <w:szCs w:val="20"/>
        </w:rPr>
        <w:t>Başlangıç</w:t>
      </w:r>
      <w:proofErr w:type="spellEnd"/>
      <w:r w:rsidRPr="00AC5ABD">
        <w:rPr>
          <w:rFonts w:eastAsia="Comic Sans MS"/>
          <w:szCs w:val="20"/>
        </w:rPr>
        <w:t xml:space="preserve"> </w:t>
      </w:r>
      <w:proofErr w:type="spellStart"/>
      <w:r w:rsidRPr="00AC5ABD">
        <w:rPr>
          <w:rFonts w:eastAsia="Comic Sans MS"/>
          <w:szCs w:val="20"/>
        </w:rPr>
        <w:t>ve</w:t>
      </w:r>
      <w:proofErr w:type="spellEnd"/>
      <w:r w:rsidRPr="00AC5ABD">
        <w:rPr>
          <w:rFonts w:eastAsia="Comic Sans MS"/>
          <w:szCs w:val="20"/>
        </w:rPr>
        <w:t xml:space="preserve"> </w:t>
      </w:r>
      <w:proofErr w:type="spellStart"/>
      <w:r w:rsidRPr="00AC5ABD">
        <w:rPr>
          <w:rFonts w:eastAsia="Comic Sans MS"/>
          <w:szCs w:val="20"/>
        </w:rPr>
        <w:t>bekleme</w:t>
      </w:r>
      <w:proofErr w:type="spellEnd"/>
      <w:r w:rsidRPr="00AC5ABD">
        <w:rPr>
          <w:rFonts w:eastAsia="Comic Sans MS"/>
          <w:szCs w:val="20"/>
        </w:rPr>
        <w:t xml:space="preserve"> </w:t>
      </w:r>
      <w:proofErr w:type="spellStart"/>
      <w:r w:rsidRPr="00AC5ABD">
        <w:rPr>
          <w:rFonts w:eastAsia="Comic Sans MS"/>
          <w:szCs w:val="20"/>
        </w:rPr>
        <w:t>yerleri</w:t>
      </w:r>
      <w:proofErr w:type="spellEnd"/>
      <w:r w:rsidRPr="00AC5ABD">
        <w:rPr>
          <w:rFonts w:eastAsia="Comic Sans MS"/>
          <w:szCs w:val="20"/>
        </w:rPr>
        <w:t xml:space="preserve"> </w:t>
      </w:r>
      <w:proofErr w:type="spellStart"/>
      <w:r w:rsidRPr="00AC5ABD">
        <w:rPr>
          <w:rFonts w:eastAsia="Comic Sans MS"/>
          <w:szCs w:val="20"/>
        </w:rPr>
        <w:t>belirlenir</w:t>
      </w:r>
      <w:proofErr w:type="spellEnd"/>
      <w:r w:rsidRPr="00AC5ABD">
        <w:rPr>
          <w:rFonts w:eastAsia="Comic Sans MS"/>
          <w:szCs w:val="20"/>
        </w:rPr>
        <w:t xml:space="preserve">; </w:t>
      </w:r>
      <w:proofErr w:type="spellStart"/>
      <w:r w:rsidRPr="00AC5ABD">
        <w:rPr>
          <w:rFonts w:eastAsia="Comic Sans MS"/>
          <w:szCs w:val="20"/>
        </w:rPr>
        <w:t>geçişlerde</w:t>
      </w:r>
      <w:proofErr w:type="spellEnd"/>
      <w:r w:rsidRPr="00AC5ABD">
        <w:rPr>
          <w:rFonts w:eastAsia="Comic Sans MS"/>
          <w:szCs w:val="20"/>
        </w:rPr>
        <w:t xml:space="preserve"> </w:t>
      </w:r>
      <w:proofErr w:type="spellStart"/>
      <w:r w:rsidRPr="00AC5ABD">
        <w:rPr>
          <w:rFonts w:eastAsia="Comic Sans MS"/>
          <w:szCs w:val="20"/>
        </w:rPr>
        <w:t>engel</w:t>
      </w:r>
      <w:proofErr w:type="spellEnd"/>
      <w:r w:rsidRPr="00AC5ABD">
        <w:rPr>
          <w:rFonts w:eastAsia="Comic Sans MS"/>
          <w:szCs w:val="20"/>
        </w:rPr>
        <w:t xml:space="preserve"> </w:t>
      </w:r>
      <w:proofErr w:type="spellStart"/>
      <w:r w:rsidRPr="00AC5ABD">
        <w:rPr>
          <w:rFonts w:eastAsia="Comic Sans MS"/>
          <w:szCs w:val="20"/>
        </w:rPr>
        <w:t>bulunmaz</w:t>
      </w:r>
      <w:proofErr w:type="spellEnd"/>
      <w:r w:rsidRPr="00AC5ABD">
        <w:rPr>
          <w:rFonts w:eastAsia="Comic Sans MS"/>
          <w:szCs w:val="20"/>
        </w:rPr>
        <w:t>.</w:t>
      </w:r>
    </w:p>
    <w:p w14:paraId="1940E0F5" w14:textId="77777777" w:rsidR="00F627DB" w:rsidRPr="00AC5ABD" w:rsidRDefault="00CC4454">
      <w:pPr>
        <w:rPr>
          <w:szCs w:val="20"/>
        </w:rPr>
      </w:pPr>
      <w:proofErr w:type="spellStart"/>
      <w:r w:rsidRPr="00AC5ABD">
        <w:rPr>
          <w:rFonts w:eastAsia="Comic Sans MS"/>
          <w:b/>
          <w:color w:val="F85883"/>
          <w:szCs w:val="20"/>
        </w:rPr>
        <w:t>Belirli</w:t>
      </w:r>
      <w:proofErr w:type="spellEnd"/>
      <w:r w:rsidRPr="00AC5ABD">
        <w:rPr>
          <w:rFonts w:eastAsia="Comic Sans MS"/>
          <w:b/>
          <w:color w:val="F85883"/>
          <w:szCs w:val="20"/>
        </w:rPr>
        <w:t xml:space="preserve"> Gün </w:t>
      </w:r>
      <w:proofErr w:type="spellStart"/>
      <w:r w:rsidRPr="00AC5ABD">
        <w:rPr>
          <w:rFonts w:eastAsia="Comic Sans MS"/>
          <w:b/>
          <w:color w:val="F85883"/>
          <w:szCs w:val="20"/>
        </w:rPr>
        <w:t>ve</w:t>
      </w:r>
      <w:proofErr w:type="spellEnd"/>
      <w:r w:rsidRPr="00AC5ABD">
        <w:rPr>
          <w:rFonts w:eastAsia="Comic Sans MS"/>
          <w:b/>
          <w:color w:val="F85883"/>
          <w:szCs w:val="20"/>
        </w:rPr>
        <w:t xml:space="preserve"> </w:t>
      </w:r>
      <w:proofErr w:type="spellStart"/>
      <w:r w:rsidRPr="00AC5ABD">
        <w:rPr>
          <w:rFonts w:eastAsia="Comic Sans MS"/>
          <w:b/>
          <w:color w:val="F85883"/>
          <w:szCs w:val="20"/>
        </w:rPr>
        <w:t>Haftalar</w:t>
      </w:r>
      <w:proofErr w:type="spellEnd"/>
      <w:r w:rsidRPr="00AC5ABD">
        <w:rPr>
          <w:rFonts w:eastAsia="Comic Sans MS"/>
          <w:b/>
          <w:color w:val="F85883"/>
          <w:szCs w:val="20"/>
        </w:rPr>
        <w:t xml:space="preserve">: </w:t>
      </w:r>
      <w:r w:rsidRPr="00AC5ABD">
        <w:rPr>
          <w:rFonts w:eastAsia="Comic Sans MS"/>
          <w:szCs w:val="20"/>
        </w:rPr>
        <w:t xml:space="preserve">29 </w:t>
      </w:r>
      <w:proofErr w:type="spellStart"/>
      <w:r w:rsidRPr="00AC5ABD">
        <w:rPr>
          <w:rFonts w:eastAsia="Comic Sans MS"/>
          <w:szCs w:val="20"/>
        </w:rPr>
        <w:t>Ekim</w:t>
      </w:r>
      <w:proofErr w:type="spellEnd"/>
      <w:r w:rsidRPr="00AC5ABD">
        <w:rPr>
          <w:rFonts w:eastAsia="Comic Sans MS"/>
          <w:szCs w:val="20"/>
        </w:rPr>
        <w:t xml:space="preserve"> Cumhuriyet </w:t>
      </w:r>
      <w:proofErr w:type="spellStart"/>
      <w:r w:rsidRPr="00AC5ABD">
        <w:rPr>
          <w:rFonts w:eastAsia="Comic Sans MS"/>
          <w:szCs w:val="20"/>
        </w:rPr>
        <w:t>Bayramı</w:t>
      </w:r>
      <w:proofErr w:type="spellEnd"/>
      <w:r w:rsidRPr="00AC5ABD">
        <w:rPr>
          <w:rFonts w:eastAsia="Comic Sans MS"/>
          <w:szCs w:val="20"/>
        </w:rPr>
        <w:t xml:space="preserve"> </w:t>
      </w:r>
      <w:proofErr w:type="spellStart"/>
      <w:r w:rsidRPr="00AC5ABD">
        <w:rPr>
          <w:rFonts w:eastAsia="Comic Sans MS"/>
          <w:szCs w:val="20"/>
        </w:rPr>
        <w:t>hazırlıkları</w:t>
      </w:r>
      <w:proofErr w:type="spellEnd"/>
      <w:r w:rsidRPr="00AC5ABD">
        <w:rPr>
          <w:rFonts w:eastAsia="Comic Sans MS"/>
          <w:szCs w:val="20"/>
        </w:rPr>
        <w:t>.</w:t>
      </w:r>
    </w:p>
    <w:p w14:paraId="6902D8CA" w14:textId="77777777" w:rsidR="00F627DB" w:rsidRPr="00AC5ABD" w:rsidRDefault="00CC4454">
      <w:pPr>
        <w:keepNext/>
        <w:spacing w:before="160"/>
        <w:rPr>
          <w:szCs w:val="20"/>
        </w:rPr>
      </w:pPr>
      <w:r w:rsidRPr="00AC5ABD">
        <w:rPr>
          <w:rFonts w:eastAsia="Comic Sans MS"/>
          <w:b/>
          <w:color w:val="002060"/>
          <w:szCs w:val="20"/>
        </w:rPr>
        <w:t>ÖĞRENME-ÖĞRETME UYGULAMALARI</w:t>
      </w:r>
    </w:p>
    <w:p w14:paraId="2D43A9A8" w14:textId="77777777" w:rsidR="00F627DB" w:rsidRPr="00AC5ABD" w:rsidRDefault="00CC4454">
      <w:pPr>
        <w:keepNext/>
        <w:spacing w:before="160"/>
        <w:rPr>
          <w:szCs w:val="20"/>
        </w:rPr>
      </w:pPr>
      <w:proofErr w:type="spellStart"/>
      <w:r w:rsidRPr="00AC5ABD">
        <w:rPr>
          <w:rFonts w:eastAsia="Comic Sans MS"/>
          <w:b/>
          <w:color w:val="F85883"/>
          <w:szCs w:val="20"/>
        </w:rPr>
        <w:t>Güne</w:t>
      </w:r>
      <w:proofErr w:type="spellEnd"/>
      <w:r w:rsidRPr="00AC5ABD">
        <w:rPr>
          <w:rFonts w:eastAsia="Comic Sans MS"/>
          <w:b/>
          <w:color w:val="F85883"/>
          <w:szCs w:val="20"/>
        </w:rPr>
        <w:t xml:space="preserve"> </w:t>
      </w:r>
      <w:proofErr w:type="spellStart"/>
      <w:r w:rsidRPr="00AC5ABD">
        <w:rPr>
          <w:rFonts w:eastAsia="Comic Sans MS"/>
          <w:b/>
          <w:color w:val="F85883"/>
          <w:szCs w:val="20"/>
        </w:rPr>
        <w:t>Başlama</w:t>
      </w:r>
      <w:proofErr w:type="spellEnd"/>
      <w:r w:rsidRPr="00AC5ABD">
        <w:rPr>
          <w:rFonts w:eastAsia="Comic Sans MS"/>
          <w:b/>
          <w:color w:val="F85883"/>
          <w:szCs w:val="20"/>
        </w:rPr>
        <w:t xml:space="preserve"> </w:t>
      </w:r>
      <w:proofErr w:type="spellStart"/>
      <w:r w:rsidRPr="00AC5ABD">
        <w:rPr>
          <w:rFonts w:eastAsia="Comic Sans MS"/>
          <w:b/>
          <w:color w:val="F85883"/>
          <w:szCs w:val="20"/>
        </w:rPr>
        <w:t>Zamanı</w:t>
      </w:r>
      <w:proofErr w:type="spellEnd"/>
    </w:p>
    <w:p w14:paraId="17D05791" w14:textId="77777777" w:rsidR="00F627DB" w:rsidRPr="00AC5ABD" w:rsidRDefault="00CC4454">
      <w:pPr>
        <w:rPr>
          <w:szCs w:val="20"/>
        </w:rPr>
      </w:pPr>
      <w:proofErr w:type="spellStart"/>
      <w:r w:rsidRPr="00AC5ABD">
        <w:rPr>
          <w:rFonts w:eastAsia="Comic Sans MS"/>
          <w:szCs w:val="20"/>
        </w:rPr>
        <w:t>Öğretmen</w:t>
      </w:r>
      <w:proofErr w:type="spellEnd"/>
      <w:r w:rsidRPr="00AC5ABD">
        <w:rPr>
          <w:rFonts w:eastAsia="Comic Sans MS"/>
          <w:szCs w:val="20"/>
        </w:rPr>
        <w:t xml:space="preserve"> </w:t>
      </w:r>
      <w:proofErr w:type="spellStart"/>
      <w:r w:rsidRPr="00AC5ABD">
        <w:rPr>
          <w:rFonts w:eastAsia="Comic Sans MS"/>
          <w:szCs w:val="20"/>
        </w:rPr>
        <w:t>çocukları</w:t>
      </w:r>
      <w:proofErr w:type="spellEnd"/>
      <w:r w:rsidRPr="00AC5ABD">
        <w:rPr>
          <w:rFonts w:eastAsia="Comic Sans MS"/>
          <w:szCs w:val="20"/>
        </w:rPr>
        <w:t xml:space="preserve"> </w:t>
      </w:r>
      <w:proofErr w:type="spellStart"/>
      <w:r w:rsidRPr="00AC5ABD">
        <w:rPr>
          <w:rFonts w:eastAsia="Comic Sans MS"/>
          <w:szCs w:val="20"/>
        </w:rPr>
        <w:t>adlarıyla</w:t>
      </w:r>
      <w:proofErr w:type="spellEnd"/>
      <w:r w:rsidRPr="00AC5ABD">
        <w:rPr>
          <w:rFonts w:eastAsia="Comic Sans MS"/>
          <w:szCs w:val="20"/>
        </w:rPr>
        <w:t xml:space="preserve"> </w:t>
      </w:r>
      <w:proofErr w:type="spellStart"/>
      <w:r w:rsidRPr="00AC5ABD">
        <w:rPr>
          <w:rFonts w:eastAsia="Comic Sans MS"/>
          <w:szCs w:val="20"/>
        </w:rPr>
        <w:t>karşılar</w:t>
      </w:r>
      <w:proofErr w:type="spellEnd"/>
      <w:r w:rsidRPr="00AC5ABD">
        <w:rPr>
          <w:rFonts w:eastAsia="Comic Sans MS"/>
          <w:szCs w:val="20"/>
        </w:rPr>
        <w:t xml:space="preserve"> </w:t>
      </w:r>
      <w:proofErr w:type="spellStart"/>
      <w:r w:rsidRPr="00AC5ABD">
        <w:rPr>
          <w:rFonts w:eastAsia="Comic Sans MS"/>
          <w:szCs w:val="20"/>
        </w:rPr>
        <w:t>ve</w:t>
      </w:r>
      <w:proofErr w:type="spellEnd"/>
      <w:r w:rsidRPr="00AC5ABD">
        <w:rPr>
          <w:rFonts w:eastAsia="Comic Sans MS"/>
          <w:szCs w:val="20"/>
        </w:rPr>
        <w:t xml:space="preserve"> </w:t>
      </w:r>
      <w:proofErr w:type="spellStart"/>
      <w:r w:rsidRPr="00AC5ABD">
        <w:rPr>
          <w:rFonts w:eastAsia="Comic Sans MS"/>
          <w:szCs w:val="20"/>
        </w:rPr>
        <w:t>onlarla</w:t>
      </w:r>
      <w:proofErr w:type="spellEnd"/>
      <w:r w:rsidRPr="00AC5ABD">
        <w:rPr>
          <w:rFonts w:eastAsia="Comic Sans MS"/>
          <w:szCs w:val="20"/>
        </w:rPr>
        <w:t xml:space="preserve"> </w:t>
      </w:r>
      <w:proofErr w:type="spellStart"/>
      <w:r w:rsidRPr="00AC5ABD">
        <w:rPr>
          <w:rFonts w:eastAsia="Comic Sans MS"/>
          <w:szCs w:val="20"/>
        </w:rPr>
        <w:t>selamlaşır</w:t>
      </w:r>
      <w:proofErr w:type="spellEnd"/>
      <w:r w:rsidRPr="00AC5ABD">
        <w:rPr>
          <w:rFonts w:eastAsia="Comic Sans MS"/>
          <w:szCs w:val="20"/>
        </w:rPr>
        <w:t xml:space="preserve">. </w:t>
      </w:r>
      <w:proofErr w:type="spellStart"/>
      <w:r w:rsidRPr="00AC5ABD">
        <w:rPr>
          <w:rFonts w:eastAsia="Comic Sans MS"/>
          <w:szCs w:val="20"/>
        </w:rPr>
        <w:t>Çocuklar</w:t>
      </w:r>
      <w:proofErr w:type="spellEnd"/>
      <w:r w:rsidRPr="00AC5ABD">
        <w:rPr>
          <w:rFonts w:eastAsia="Comic Sans MS"/>
          <w:szCs w:val="20"/>
        </w:rPr>
        <w:t xml:space="preserve"> </w:t>
      </w:r>
      <w:proofErr w:type="spellStart"/>
      <w:r w:rsidRPr="00AC5ABD">
        <w:rPr>
          <w:rFonts w:eastAsia="Comic Sans MS"/>
          <w:szCs w:val="20"/>
        </w:rPr>
        <w:t>eşyalarını</w:t>
      </w:r>
      <w:proofErr w:type="spellEnd"/>
      <w:r w:rsidRPr="00AC5ABD">
        <w:rPr>
          <w:rFonts w:eastAsia="Comic Sans MS"/>
          <w:szCs w:val="20"/>
        </w:rPr>
        <w:t xml:space="preserve"> </w:t>
      </w:r>
      <w:proofErr w:type="spellStart"/>
      <w:r w:rsidRPr="00AC5ABD">
        <w:rPr>
          <w:rFonts w:eastAsia="Comic Sans MS"/>
          <w:szCs w:val="20"/>
        </w:rPr>
        <w:t>yerleştirir</w:t>
      </w:r>
      <w:proofErr w:type="spellEnd"/>
      <w:r w:rsidRPr="00AC5ABD">
        <w:rPr>
          <w:rFonts w:eastAsia="Comic Sans MS"/>
          <w:szCs w:val="20"/>
        </w:rPr>
        <w:t xml:space="preserve">. </w:t>
      </w:r>
      <w:proofErr w:type="spellStart"/>
      <w:r w:rsidRPr="00AC5ABD">
        <w:rPr>
          <w:rFonts w:eastAsia="Comic Sans MS"/>
          <w:szCs w:val="20"/>
        </w:rPr>
        <w:t>Çemberde</w:t>
      </w:r>
      <w:proofErr w:type="spellEnd"/>
      <w:r w:rsidRPr="00AC5ABD">
        <w:rPr>
          <w:rFonts w:eastAsia="Comic Sans MS"/>
          <w:szCs w:val="20"/>
        </w:rPr>
        <w:t xml:space="preserve"> </w:t>
      </w:r>
      <w:proofErr w:type="spellStart"/>
      <w:r w:rsidRPr="00AC5ABD">
        <w:rPr>
          <w:rFonts w:eastAsia="Comic Sans MS"/>
          <w:szCs w:val="20"/>
        </w:rPr>
        <w:t>isteyen</w:t>
      </w:r>
      <w:proofErr w:type="spellEnd"/>
      <w:r w:rsidRPr="00AC5ABD">
        <w:rPr>
          <w:rFonts w:eastAsia="Comic Sans MS"/>
          <w:szCs w:val="20"/>
        </w:rPr>
        <w:t xml:space="preserve"> </w:t>
      </w:r>
      <w:proofErr w:type="spellStart"/>
      <w:r w:rsidRPr="00AC5ABD">
        <w:rPr>
          <w:rFonts w:eastAsia="Comic Sans MS"/>
          <w:szCs w:val="20"/>
        </w:rPr>
        <w:t>çocuk</w:t>
      </w:r>
      <w:proofErr w:type="spellEnd"/>
      <w:r w:rsidRPr="00AC5ABD">
        <w:rPr>
          <w:rFonts w:eastAsia="Comic Sans MS"/>
          <w:szCs w:val="20"/>
        </w:rPr>
        <w:t xml:space="preserve"> </w:t>
      </w:r>
      <w:proofErr w:type="spellStart"/>
      <w:r w:rsidRPr="00AC5ABD">
        <w:rPr>
          <w:rFonts w:eastAsia="Comic Sans MS"/>
          <w:szCs w:val="20"/>
        </w:rPr>
        <w:t>duygu</w:t>
      </w:r>
      <w:proofErr w:type="spellEnd"/>
      <w:r w:rsidRPr="00AC5ABD">
        <w:rPr>
          <w:rFonts w:eastAsia="Comic Sans MS"/>
          <w:szCs w:val="20"/>
        </w:rPr>
        <w:t xml:space="preserve"> </w:t>
      </w:r>
      <w:proofErr w:type="spellStart"/>
      <w:r w:rsidRPr="00AC5ABD">
        <w:rPr>
          <w:rFonts w:eastAsia="Comic Sans MS"/>
          <w:szCs w:val="20"/>
        </w:rPr>
        <w:t>kartıyla</w:t>
      </w:r>
      <w:proofErr w:type="spellEnd"/>
      <w:r w:rsidRPr="00AC5ABD">
        <w:rPr>
          <w:rFonts w:eastAsia="Comic Sans MS"/>
          <w:szCs w:val="20"/>
        </w:rPr>
        <w:t xml:space="preserve"> </w:t>
      </w:r>
      <w:proofErr w:type="spellStart"/>
      <w:r w:rsidRPr="00AC5ABD">
        <w:rPr>
          <w:rFonts w:eastAsia="Comic Sans MS"/>
          <w:szCs w:val="20"/>
        </w:rPr>
        <w:t>kendini</w:t>
      </w:r>
      <w:proofErr w:type="spellEnd"/>
      <w:r w:rsidRPr="00AC5ABD">
        <w:rPr>
          <w:rFonts w:eastAsia="Comic Sans MS"/>
          <w:szCs w:val="20"/>
        </w:rPr>
        <w:t xml:space="preserve"> </w:t>
      </w:r>
      <w:proofErr w:type="spellStart"/>
      <w:r w:rsidRPr="00AC5ABD">
        <w:rPr>
          <w:rFonts w:eastAsia="Comic Sans MS"/>
          <w:szCs w:val="20"/>
        </w:rPr>
        <w:t>ifade</w:t>
      </w:r>
      <w:proofErr w:type="spellEnd"/>
      <w:r w:rsidRPr="00AC5ABD">
        <w:rPr>
          <w:rFonts w:eastAsia="Comic Sans MS"/>
          <w:szCs w:val="20"/>
        </w:rPr>
        <w:t xml:space="preserve"> </w:t>
      </w:r>
      <w:proofErr w:type="spellStart"/>
      <w:r w:rsidRPr="00AC5ABD">
        <w:rPr>
          <w:rFonts w:eastAsia="Comic Sans MS"/>
          <w:szCs w:val="20"/>
        </w:rPr>
        <w:t>eder</w:t>
      </w:r>
      <w:proofErr w:type="spellEnd"/>
      <w:r w:rsidRPr="00AC5ABD">
        <w:rPr>
          <w:rFonts w:eastAsia="Comic Sans MS"/>
          <w:szCs w:val="20"/>
        </w:rPr>
        <w:t xml:space="preserve">. </w:t>
      </w:r>
      <w:proofErr w:type="spellStart"/>
      <w:r w:rsidRPr="00AC5ABD">
        <w:rPr>
          <w:rFonts w:eastAsia="Comic Sans MS"/>
          <w:szCs w:val="20"/>
        </w:rPr>
        <w:t>Günün</w:t>
      </w:r>
      <w:proofErr w:type="spellEnd"/>
      <w:r w:rsidRPr="00AC5ABD">
        <w:rPr>
          <w:rFonts w:eastAsia="Comic Sans MS"/>
          <w:szCs w:val="20"/>
        </w:rPr>
        <w:t xml:space="preserve"> </w:t>
      </w:r>
      <w:proofErr w:type="spellStart"/>
      <w:r w:rsidRPr="00AC5ABD">
        <w:rPr>
          <w:rFonts w:eastAsia="Comic Sans MS"/>
          <w:szCs w:val="20"/>
        </w:rPr>
        <w:t>tarihi</w:t>
      </w:r>
      <w:proofErr w:type="spellEnd"/>
      <w:r w:rsidRPr="00AC5ABD">
        <w:rPr>
          <w:rFonts w:eastAsia="Comic Sans MS"/>
          <w:szCs w:val="20"/>
        </w:rPr>
        <w:t xml:space="preserve"> </w:t>
      </w:r>
      <w:proofErr w:type="spellStart"/>
      <w:r w:rsidRPr="00AC5ABD">
        <w:rPr>
          <w:rFonts w:eastAsia="Comic Sans MS"/>
          <w:szCs w:val="20"/>
        </w:rPr>
        <w:t>ve</w:t>
      </w:r>
      <w:proofErr w:type="spellEnd"/>
      <w:r w:rsidRPr="00AC5ABD">
        <w:rPr>
          <w:rFonts w:eastAsia="Comic Sans MS"/>
          <w:szCs w:val="20"/>
        </w:rPr>
        <w:t xml:space="preserve"> </w:t>
      </w:r>
      <w:proofErr w:type="spellStart"/>
      <w:r w:rsidRPr="00AC5ABD">
        <w:rPr>
          <w:rFonts w:eastAsia="Comic Sans MS"/>
          <w:szCs w:val="20"/>
        </w:rPr>
        <w:t>hava</w:t>
      </w:r>
      <w:proofErr w:type="spellEnd"/>
      <w:r w:rsidRPr="00AC5ABD">
        <w:rPr>
          <w:rFonts w:eastAsia="Comic Sans MS"/>
          <w:szCs w:val="20"/>
        </w:rPr>
        <w:t xml:space="preserve"> </w:t>
      </w:r>
      <w:proofErr w:type="spellStart"/>
      <w:r w:rsidRPr="00AC5ABD">
        <w:rPr>
          <w:rFonts w:eastAsia="Comic Sans MS"/>
          <w:szCs w:val="20"/>
        </w:rPr>
        <w:t>durumu</w:t>
      </w:r>
      <w:proofErr w:type="spellEnd"/>
      <w:r w:rsidRPr="00AC5ABD">
        <w:rPr>
          <w:rFonts w:eastAsia="Comic Sans MS"/>
          <w:szCs w:val="20"/>
        </w:rPr>
        <w:t xml:space="preserve"> </w:t>
      </w:r>
      <w:proofErr w:type="spellStart"/>
      <w:r w:rsidRPr="00AC5ABD">
        <w:rPr>
          <w:rFonts w:eastAsia="Comic Sans MS"/>
          <w:szCs w:val="20"/>
        </w:rPr>
        <w:t>incelenir</w:t>
      </w:r>
      <w:proofErr w:type="spellEnd"/>
      <w:r w:rsidRPr="00AC5ABD">
        <w:rPr>
          <w:rFonts w:eastAsia="Comic Sans MS"/>
          <w:szCs w:val="20"/>
        </w:rPr>
        <w:t xml:space="preserve">; </w:t>
      </w:r>
      <w:proofErr w:type="spellStart"/>
      <w:r w:rsidRPr="00AC5ABD">
        <w:rPr>
          <w:rFonts w:eastAsia="Comic Sans MS"/>
          <w:szCs w:val="20"/>
        </w:rPr>
        <w:t>gün</w:t>
      </w:r>
      <w:proofErr w:type="spellEnd"/>
      <w:r w:rsidRPr="00AC5ABD">
        <w:rPr>
          <w:rFonts w:eastAsia="Comic Sans MS"/>
          <w:szCs w:val="20"/>
        </w:rPr>
        <w:t xml:space="preserve"> </w:t>
      </w:r>
      <w:proofErr w:type="spellStart"/>
      <w:r w:rsidRPr="00AC5ABD">
        <w:rPr>
          <w:rFonts w:eastAsia="Comic Sans MS"/>
          <w:szCs w:val="20"/>
        </w:rPr>
        <w:t>içinde</w:t>
      </w:r>
      <w:proofErr w:type="spellEnd"/>
      <w:r w:rsidRPr="00AC5ABD">
        <w:rPr>
          <w:rFonts w:eastAsia="Comic Sans MS"/>
          <w:szCs w:val="20"/>
        </w:rPr>
        <w:t xml:space="preserve"> </w:t>
      </w:r>
      <w:proofErr w:type="spellStart"/>
      <w:r w:rsidRPr="00AC5ABD">
        <w:rPr>
          <w:rFonts w:eastAsia="Comic Sans MS"/>
          <w:szCs w:val="20"/>
        </w:rPr>
        <w:t>yapılacaklar</w:t>
      </w:r>
      <w:proofErr w:type="spellEnd"/>
      <w:r w:rsidRPr="00AC5ABD">
        <w:rPr>
          <w:rFonts w:eastAsia="Comic Sans MS"/>
          <w:szCs w:val="20"/>
        </w:rPr>
        <w:t xml:space="preserve"> </w:t>
      </w:r>
      <w:proofErr w:type="spellStart"/>
      <w:r w:rsidRPr="00AC5ABD">
        <w:rPr>
          <w:rFonts w:eastAsia="Comic Sans MS"/>
          <w:szCs w:val="20"/>
        </w:rPr>
        <w:t>görsellerle</w:t>
      </w:r>
      <w:proofErr w:type="spellEnd"/>
      <w:r w:rsidRPr="00AC5ABD">
        <w:rPr>
          <w:rFonts w:eastAsia="Comic Sans MS"/>
          <w:szCs w:val="20"/>
        </w:rPr>
        <w:t xml:space="preserve"> </w:t>
      </w:r>
      <w:proofErr w:type="spellStart"/>
      <w:r w:rsidRPr="00AC5ABD">
        <w:rPr>
          <w:rFonts w:eastAsia="Comic Sans MS"/>
          <w:szCs w:val="20"/>
        </w:rPr>
        <w:t>anlatılır</w:t>
      </w:r>
      <w:proofErr w:type="spellEnd"/>
      <w:r w:rsidRPr="00AC5ABD">
        <w:rPr>
          <w:rFonts w:eastAsia="Comic Sans MS"/>
          <w:szCs w:val="20"/>
        </w:rPr>
        <w:t xml:space="preserve">. Bayrak köşesine dikkat çekilerek bayrağın etkinlik sırasında birlikte inceleneceği söylenir. </w:t>
      </w:r>
      <w:hyperlink r:id="rId8">
        <w:r w:rsidRPr="00AC5ABD">
          <w:rPr>
            <w:rFonts w:eastAsia="Comic Sans MS"/>
            <w:color w:val="0563C1"/>
            <w:szCs w:val="20"/>
            <w:u w:val="single"/>
          </w:rPr>
          <w:t xml:space="preserve">“Robot J2 Sabah </w:t>
        </w:r>
        <w:proofErr w:type="spellStart"/>
        <w:r w:rsidRPr="00AC5ABD">
          <w:rPr>
            <w:rFonts w:eastAsia="Comic Sans MS"/>
            <w:color w:val="0563C1"/>
            <w:szCs w:val="20"/>
            <w:u w:val="single"/>
          </w:rPr>
          <w:t>Sporu</w:t>
        </w:r>
        <w:proofErr w:type="spellEnd"/>
        <w:r w:rsidRPr="00AC5ABD">
          <w:rPr>
            <w:rFonts w:eastAsia="Comic Sans MS"/>
            <w:color w:val="0563C1"/>
            <w:szCs w:val="20"/>
            <w:u w:val="single"/>
          </w:rPr>
          <w:t>”</w:t>
        </w:r>
      </w:hyperlink>
      <w:r w:rsidRPr="00AC5ABD">
        <w:rPr>
          <w:rFonts w:eastAsia="Comic Sans MS"/>
          <w:szCs w:val="20"/>
        </w:rPr>
        <w:t xml:space="preserve"> </w:t>
      </w:r>
      <w:proofErr w:type="spellStart"/>
      <w:r w:rsidRPr="00AC5ABD">
        <w:rPr>
          <w:rFonts w:eastAsia="Comic Sans MS"/>
          <w:szCs w:val="20"/>
        </w:rPr>
        <w:t>eşliğinde</w:t>
      </w:r>
      <w:proofErr w:type="spellEnd"/>
      <w:r w:rsidRPr="00AC5ABD">
        <w:rPr>
          <w:rFonts w:eastAsia="Comic Sans MS"/>
          <w:szCs w:val="20"/>
        </w:rPr>
        <w:t xml:space="preserve"> </w:t>
      </w:r>
      <w:proofErr w:type="spellStart"/>
      <w:r w:rsidRPr="00AC5ABD">
        <w:rPr>
          <w:rFonts w:eastAsia="Comic Sans MS"/>
          <w:szCs w:val="20"/>
        </w:rPr>
        <w:t>kısa</w:t>
      </w:r>
      <w:proofErr w:type="spellEnd"/>
      <w:r w:rsidRPr="00AC5ABD">
        <w:rPr>
          <w:rFonts w:eastAsia="Comic Sans MS"/>
          <w:szCs w:val="20"/>
        </w:rPr>
        <w:t xml:space="preserve"> </w:t>
      </w:r>
      <w:proofErr w:type="spellStart"/>
      <w:r w:rsidRPr="00AC5ABD">
        <w:rPr>
          <w:rFonts w:eastAsia="Comic Sans MS"/>
          <w:szCs w:val="20"/>
        </w:rPr>
        <w:t>bir</w:t>
      </w:r>
      <w:proofErr w:type="spellEnd"/>
      <w:r w:rsidRPr="00AC5ABD">
        <w:rPr>
          <w:rFonts w:eastAsia="Comic Sans MS"/>
          <w:szCs w:val="20"/>
        </w:rPr>
        <w:t xml:space="preserve"> </w:t>
      </w:r>
      <w:proofErr w:type="spellStart"/>
      <w:r w:rsidRPr="00AC5ABD">
        <w:rPr>
          <w:rFonts w:eastAsia="Comic Sans MS"/>
          <w:szCs w:val="20"/>
        </w:rPr>
        <w:t>hareket</w:t>
      </w:r>
      <w:proofErr w:type="spellEnd"/>
      <w:r w:rsidRPr="00AC5ABD">
        <w:rPr>
          <w:rFonts w:eastAsia="Comic Sans MS"/>
          <w:szCs w:val="20"/>
        </w:rPr>
        <w:t xml:space="preserve"> </w:t>
      </w:r>
      <w:proofErr w:type="spellStart"/>
      <w:r w:rsidRPr="00AC5ABD">
        <w:rPr>
          <w:rFonts w:eastAsia="Comic Sans MS"/>
          <w:szCs w:val="20"/>
        </w:rPr>
        <w:t>zamanı</w:t>
      </w:r>
      <w:proofErr w:type="spellEnd"/>
      <w:r w:rsidRPr="00AC5ABD">
        <w:rPr>
          <w:rFonts w:eastAsia="Comic Sans MS"/>
          <w:szCs w:val="20"/>
        </w:rPr>
        <w:t xml:space="preserve"> </w:t>
      </w:r>
      <w:proofErr w:type="spellStart"/>
      <w:r w:rsidRPr="00AC5ABD">
        <w:rPr>
          <w:rFonts w:eastAsia="Comic Sans MS"/>
          <w:szCs w:val="20"/>
        </w:rPr>
        <w:t>yapılır</w:t>
      </w:r>
      <w:proofErr w:type="spellEnd"/>
      <w:r w:rsidRPr="00AC5ABD">
        <w:rPr>
          <w:rFonts w:eastAsia="Comic Sans MS"/>
          <w:szCs w:val="20"/>
        </w:rPr>
        <w:t xml:space="preserve">. </w:t>
      </w:r>
      <w:proofErr w:type="spellStart"/>
      <w:r w:rsidRPr="00AC5ABD">
        <w:rPr>
          <w:rFonts w:eastAsia="Comic Sans MS"/>
          <w:szCs w:val="20"/>
        </w:rPr>
        <w:t>Ardından</w:t>
      </w:r>
      <w:proofErr w:type="spellEnd"/>
      <w:r w:rsidRPr="00AC5ABD">
        <w:rPr>
          <w:rFonts w:eastAsia="Comic Sans MS"/>
          <w:szCs w:val="20"/>
        </w:rPr>
        <w:t xml:space="preserve"> </w:t>
      </w:r>
      <w:proofErr w:type="spellStart"/>
      <w:r w:rsidRPr="00AC5ABD">
        <w:rPr>
          <w:rFonts w:eastAsia="Comic Sans MS"/>
          <w:szCs w:val="20"/>
        </w:rPr>
        <w:t>öğrenme</w:t>
      </w:r>
      <w:proofErr w:type="spellEnd"/>
      <w:r w:rsidRPr="00AC5ABD">
        <w:rPr>
          <w:rFonts w:eastAsia="Comic Sans MS"/>
          <w:szCs w:val="20"/>
        </w:rPr>
        <w:t xml:space="preserve"> </w:t>
      </w:r>
      <w:proofErr w:type="spellStart"/>
      <w:r w:rsidRPr="00AC5ABD">
        <w:rPr>
          <w:rFonts w:eastAsia="Comic Sans MS"/>
          <w:szCs w:val="20"/>
        </w:rPr>
        <w:t>merkezlerine</w:t>
      </w:r>
      <w:proofErr w:type="spellEnd"/>
      <w:r w:rsidRPr="00AC5ABD">
        <w:rPr>
          <w:rFonts w:eastAsia="Comic Sans MS"/>
          <w:szCs w:val="20"/>
        </w:rPr>
        <w:t xml:space="preserve"> </w:t>
      </w:r>
      <w:proofErr w:type="spellStart"/>
      <w:r w:rsidRPr="00AC5ABD">
        <w:rPr>
          <w:rFonts w:eastAsia="Comic Sans MS"/>
          <w:szCs w:val="20"/>
        </w:rPr>
        <w:t>geçilir</w:t>
      </w:r>
      <w:proofErr w:type="spellEnd"/>
      <w:r w:rsidRPr="00AC5ABD">
        <w:rPr>
          <w:rFonts w:eastAsia="Comic Sans MS"/>
          <w:szCs w:val="20"/>
        </w:rPr>
        <w:t>.</w:t>
      </w:r>
    </w:p>
    <w:p w14:paraId="2EBC1EBB" w14:textId="77777777" w:rsidR="00F627DB" w:rsidRPr="00AC5ABD" w:rsidRDefault="00CC4454">
      <w:pPr>
        <w:keepNext/>
        <w:spacing w:before="160"/>
        <w:rPr>
          <w:szCs w:val="20"/>
        </w:rPr>
      </w:pPr>
      <w:proofErr w:type="spellStart"/>
      <w:r w:rsidRPr="00AC5ABD">
        <w:rPr>
          <w:rFonts w:eastAsia="Comic Sans MS"/>
          <w:b/>
          <w:color w:val="F85883"/>
          <w:szCs w:val="20"/>
        </w:rPr>
        <w:t>Öğrenme</w:t>
      </w:r>
      <w:proofErr w:type="spellEnd"/>
      <w:r w:rsidRPr="00AC5ABD">
        <w:rPr>
          <w:rFonts w:eastAsia="Comic Sans MS"/>
          <w:b/>
          <w:color w:val="F85883"/>
          <w:szCs w:val="20"/>
        </w:rPr>
        <w:t xml:space="preserve"> </w:t>
      </w:r>
      <w:proofErr w:type="spellStart"/>
      <w:r w:rsidRPr="00AC5ABD">
        <w:rPr>
          <w:rFonts w:eastAsia="Comic Sans MS"/>
          <w:b/>
          <w:color w:val="F85883"/>
          <w:szCs w:val="20"/>
        </w:rPr>
        <w:t>Merkezlerinde</w:t>
      </w:r>
      <w:proofErr w:type="spellEnd"/>
      <w:r w:rsidRPr="00AC5ABD">
        <w:rPr>
          <w:rFonts w:eastAsia="Comic Sans MS"/>
          <w:b/>
          <w:color w:val="F85883"/>
          <w:szCs w:val="20"/>
        </w:rPr>
        <w:t xml:space="preserve"> Oyun</w:t>
      </w:r>
    </w:p>
    <w:p w14:paraId="0089A803" w14:textId="0B1B848D" w:rsidR="00F627DB" w:rsidRPr="00AC5ABD" w:rsidRDefault="00CC4454" w:rsidP="007D7AEC">
      <w:pPr>
        <w:rPr>
          <w:szCs w:val="20"/>
        </w:rPr>
      </w:pPr>
      <w:proofErr w:type="spellStart"/>
      <w:r w:rsidRPr="00AC5ABD">
        <w:rPr>
          <w:rFonts w:eastAsia="Comic Sans MS"/>
          <w:szCs w:val="20"/>
        </w:rPr>
        <w:t>Çocuklar</w:t>
      </w:r>
      <w:proofErr w:type="spellEnd"/>
      <w:r w:rsidRPr="00AC5ABD">
        <w:rPr>
          <w:rFonts w:eastAsia="Comic Sans MS"/>
          <w:szCs w:val="20"/>
        </w:rPr>
        <w:t xml:space="preserve"> </w:t>
      </w:r>
      <w:proofErr w:type="spellStart"/>
      <w:r w:rsidRPr="00AC5ABD">
        <w:rPr>
          <w:rFonts w:eastAsia="Comic Sans MS"/>
          <w:szCs w:val="20"/>
        </w:rPr>
        <w:t>blok</w:t>
      </w:r>
      <w:proofErr w:type="spellEnd"/>
      <w:r w:rsidRPr="00AC5ABD">
        <w:rPr>
          <w:rFonts w:eastAsia="Comic Sans MS"/>
          <w:szCs w:val="20"/>
        </w:rPr>
        <w:t xml:space="preserve">, </w:t>
      </w:r>
      <w:proofErr w:type="spellStart"/>
      <w:r w:rsidRPr="00AC5ABD">
        <w:rPr>
          <w:rFonts w:eastAsia="Comic Sans MS"/>
          <w:szCs w:val="20"/>
        </w:rPr>
        <w:t>kitap</w:t>
      </w:r>
      <w:proofErr w:type="spellEnd"/>
      <w:r w:rsidRPr="00AC5ABD">
        <w:rPr>
          <w:rFonts w:eastAsia="Comic Sans MS"/>
          <w:szCs w:val="20"/>
        </w:rPr>
        <w:t xml:space="preserve">, </w:t>
      </w:r>
      <w:proofErr w:type="spellStart"/>
      <w:r w:rsidRPr="00AC5ABD">
        <w:rPr>
          <w:rFonts w:eastAsia="Comic Sans MS"/>
          <w:szCs w:val="20"/>
        </w:rPr>
        <w:t>sanat</w:t>
      </w:r>
      <w:proofErr w:type="spellEnd"/>
      <w:r w:rsidRPr="00AC5ABD">
        <w:rPr>
          <w:rFonts w:eastAsia="Comic Sans MS"/>
          <w:szCs w:val="20"/>
        </w:rPr>
        <w:t xml:space="preserve"> </w:t>
      </w:r>
      <w:proofErr w:type="spellStart"/>
      <w:r w:rsidRPr="00AC5ABD">
        <w:rPr>
          <w:rFonts w:eastAsia="Comic Sans MS"/>
          <w:szCs w:val="20"/>
        </w:rPr>
        <w:t>ve</w:t>
      </w:r>
      <w:proofErr w:type="spellEnd"/>
      <w:r w:rsidRPr="00AC5ABD">
        <w:rPr>
          <w:rFonts w:eastAsia="Comic Sans MS"/>
          <w:szCs w:val="20"/>
        </w:rPr>
        <w:t xml:space="preserve"> </w:t>
      </w:r>
      <w:proofErr w:type="spellStart"/>
      <w:r w:rsidRPr="00AC5ABD">
        <w:rPr>
          <w:rFonts w:eastAsia="Comic Sans MS"/>
          <w:szCs w:val="20"/>
        </w:rPr>
        <w:t>evcilik</w:t>
      </w:r>
      <w:proofErr w:type="spellEnd"/>
      <w:r w:rsidRPr="00AC5ABD">
        <w:rPr>
          <w:rFonts w:eastAsia="Comic Sans MS"/>
          <w:szCs w:val="20"/>
        </w:rPr>
        <w:t xml:space="preserve"> </w:t>
      </w:r>
      <w:proofErr w:type="spellStart"/>
      <w:r w:rsidRPr="00AC5ABD">
        <w:rPr>
          <w:rFonts w:eastAsia="Comic Sans MS"/>
          <w:szCs w:val="20"/>
        </w:rPr>
        <w:t>merkezlerinden</w:t>
      </w:r>
      <w:proofErr w:type="spellEnd"/>
      <w:r w:rsidRPr="00AC5ABD">
        <w:rPr>
          <w:rFonts w:eastAsia="Comic Sans MS"/>
          <w:szCs w:val="20"/>
        </w:rPr>
        <w:t xml:space="preserve"> </w:t>
      </w:r>
      <w:proofErr w:type="spellStart"/>
      <w:r w:rsidRPr="00AC5ABD">
        <w:rPr>
          <w:rFonts w:eastAsia="Comic Sans MS"/>
          <w:szCs w:val="20"/>
        </w:rPr>
        <w:t>ilgi</w:t>
      </w:r>
      <w:proofErr w:type="spellEnd"/>
      <w:r w:rsidRPr="00AC5ABD">
        <w:rPr>
          <w:rFonts w:eastAsia="Comic Sans MS"/>
          <w:szCs w:val="20"/>
        </w:rPr>
        <w:t xml:space="preserve"> </w:t>
      </w:r>
      <w:proofErr w:type="spellStart"/>
      <w:r w:rsidRPr="00AC5ABD">
        <w:rPr>
          <w:rFonts w:eastAsia="Comic Sans MS"/>
          <w:szCs w:val="20"/>
        </w:rPr>
        <w:t>duyduklarını</w:t>
      </w:r>
      <w:proofErr w:type="spellEnd"/>
      <w:r w:rsidRPr="00AC5ABD">
        <w:rPr>
          <w:rFonts w:eastAsia="Comic Sans MS"/>
          <w:szCs w:val="20"/>
        </w:rPr>
        <w:t xml:space="preserve"> </w:t>
      </w:r>
      <w:proofErr w:type="spellStart"/>
      <w:r w:rsidRPr="00AC5ABD">
        <w:rPr>
          <w:rFonts w:eastAsia="Comic Sans MS"/>
          <w:szCs w:val="20"/>
        </w:rPr>
        <w:t>seçer</w:t>
      </w:r>
      <w:proofErr w:type="spellEnd"/>
      <w:r w:rsidRPr="00AC5ABD">
        <w:rPr>
          <w:rFonts w:eastAsia="Comic Sans MS"/>
          <w:szCs w:val="20"/>
        </w:rPr>
        <w:t xml:space="preserve">. Kitap </w:t>
      </w:r>
      <w:proofErr w:type="spellStart"/>
      <w:r w:rsidRPr="00AC5ABD">
        <w:rPr>
          <w:rFonts w:eastAsia="Comic Sans MS"/>
          <w:szCs w:val="20"/>
        </w:rPr>
        <w:t>merkezine</w:t>
      </w:r>
      <w:proofErr w:type="spellEnd"/>
      <w:r w:rsidRPr="00AC5ABD">
        <w:rPr>
          <w:rFonts w:eastAsia="Comic Sans MS"/>
          <w:szCs w:val="20"/>
        </w:rPr>
        <w:t xml:space="preserve"> </w:t>
      </w:r>
      <w:proofErr w:type="spellStart"/>
      <w:r w:rsidRPr="00AC5ABD">
        <w:rPr>
          <w:rFonts w:eastAsia="Comic Sans MS"/>
          <w:szCs w:val="20"/>
        </w:rPr>
        <w:t>çocukların</w:t>
      </w:r>
      <w:proofErr w:type="spellEnd"/>
      <w:r w:rsidRPr="00AC5ABD">
        <w:rPr>
          <w:rFonts w:eastAsia="Comic Sans MS"/>
          <w:szCs w:val="20"/>
        </w:rPr>
        <w:t xml:space="preserve"> </w:t>
      </w:r>
      <w:proofErr w:type="spellStart"/>
      <w:r w:rsidRPr="00AC5ABD">
        <w:rPr>
          <w:rFonts w:eastAsia="Comic Sans MS"/>
          <w:szCs w:val="20"/>
        </w:rPr>
        <w:t>bağımsız</w:t>
      </w:r>
      <w:proofErr w:type="spellEnd"/>
      <w:r w:rsidRPr="00AC5ABD">
        <w:rPr>
          <w:rFonts w:eastAsia="Comic Sans MS"/>
          <w:szCs w:val="20"/>
        </w:rPr>
        <w:t xml:space="preserve"> </w:t>
      </w:r>
      <w:proofErr w:type="spellStart"/>
      <w:r w:rsidRPr="00AC5ABD">
        <w:rPr>
          <w:rFonts w:eastAsia="Comic Sans MS"/>
          <w:szCs w:val="20"/>
        </w:rPr>
        <w:t>inceleyebileceği</w:t>
      </w:r>
      <w:proofErr w:type="spellEnd"/>
      <w:r w:rsidRPr="00AC5ABD">
        <w:rPr>
          <w:rFonts w:eastAsia="Comic Sans MS"/>
          <w:szCs w:val="20"/>
        </w:rPr>
        <w:t xml:space="preserve"> </w:t>
      </w:r>
      <w:proofErr w:type="spellStart"/>
      <w:r w:rsidRPr="00AC5ABD">
        <w:rPr>
          <w:rFonts w:eastAsia="Comic Sans MS"/>
          <w:szCs w:val="20"/>
        </w:rPr>
        <w:t>resimli</w:t>
      </w:r>
      <w:proofErr w:type="spellEnd"/>
      <w:r w:rsidRPr="00AC5ABD">
        <w:rPr>
          <w:rFonts w:eastAsia="Comic Sans MS"/>
          <w:szCs w:val="20"/>
        </w:rPr>
        <w:t xml:space="preserve"> </w:t>
      </w:r>
      <w:proofErr w:type="spellStart"/>
      <w:r w:rsidRPr="00AC5ABD">
        <w:rPr>
          <w:rFonts w:eastAsia="Comic Sans MS"/>
          <w:szCs w:val="20"/>
        </w:rPr>
        <w:t>kitaplar</w:t>
      </w:r>
      <w:proofErr w:type="spellEnd"/>
      <w:r w:rsidRPr="00AC5ABD">
        <w:rPr>
          <w:rFonts w:eastAsia="Comic Sans MS"/>
          <w:szCs w:val="20"/>
        </w:rPr>
        <w:t xml:space="preserve">, </w:t>
      </w:r>
      <w:proofErr w:type="spellStart"/>
      <w:r w:rsidRPr="00AC5ABD">
        <w:rPr>
          <w:rFonts w:eastAsia="Comic Sans MS"/>
          <w:szCs w:val="20"/>
        </w:rPr>
        <w:t>sanat</w:t>
      </w:r>
      <w:proofErr w:type="spellEnd"/>
      <w:r w:rsidRPr="00AC5ABD">
        <w:rPr>
          <w:rFonts w:eastAsia="Comic Sans MS"/>
          <w:szCs w:val="20"/>
        </w:rPr>
        <w:t xml:space="preserve"> </w:t>
      </w:r>
      <w:proofErr w:type="spellStart"/>
      <w:r w:rsidRPr="00AC5ABD">
        <w:rPr>
          <w:rFonts w:eastAsia="Comic Sans MS"/>
          <w:szCs w:val="20"/>
        </w:rPr>
        <w:t>merkezine</w:t>
      </w:r>
      <w:proofErr w:type="spellEnd"/>
      <w:r w:rsidRPr="00AC5ABD">
        <w:rPr>
          <w:rFonts w:eastAsia="Comic Sans MS"/>
          <w:szCs w:val="20"/>
        </w:rPr>
        <w:t xml:space="preserve"> </w:t>
      </w:r>
      <w:proofErr w:type="spellStart"/>
      <w:r w:rsidRPr="00AC5ABD">
        <w:rPr>
          <w:rFonts w:eastAsia="Comic Sans MS"/>
          <w:szCs w:val="20"/>
        </w:rPr>
        <w:t>kırmızı</w:t>
      </w:r>
      <w:proofErr w:type="spellEnd"/>
      <w:r w:rsidRPr="00AC5ABD">
        <w:rPr>
          <w:rFonts w:eastAsia="Comic Sans MS"/>
          <w:szCs w:val="20"/>
        </w:rPr>
        <w:t>–</w:t>
      </w:r>
      <w:proofErr w:type="spellStart"/>
      <w:r w:rsidRPr="00AC5ABD">
        <w:rPr>
          <w:rFonts w:eastAsia="Comic Sans MS"/>
          <w:szCs w:val="20"/>
        </w:rPr>
        <w:t>beyaz</w:t>
      </w:r>
      <w:proofErr w:type="spellEnd"/>
      <w:r w:rsidRPr="00AC5ABD">
        <w:rPr>
          <w:rFonts w:eastAsia="Comic Sans MS"/>
          <w:szCs w:val="20"/>
        </w:rPr>
        <w:t xml:space="preserve"> </w:t>
      </w:r>
      <w:proofErr w:type="spellStart"/>
      <w:r w:rsidRPr="00AC5ABD">
        <w:rPr>
          <w:rFonts w:eastAsia="Comic Sans MS"/>
          <w:szCs w:val="20"/>
        </w:rPr>
        <w:t>kâğıtlar</w:t>
      </w:r>
      <w:proofErr w:type="spellEnd"/>
      <w:r w:rsidRPr="00AC5ABD">
        <w:rPr>
          <w:rFonts w:eastAsia="Comic Sans MS"/>
          <w:szCs w:val="20"/>
        </w:rPr>
        <w:t xml:space="preserve"> </w:t>
      </w:r>
      <w:proofErr w:type="spellStart"/>
      <w:r w:rsidRPr="00AC5ABD">
        <w:rPr>
          <w:rFonts w:eastAsia="Comic Sans MS"/>
          <w:szCs w:val="20"/>
        </w:rPr>
        <w:t>ve</w:t>
      </w:r>
      <w:proofErr w:type="spellEnd"/>
      <w:r w:rsidRPr="00AC5ABD">
        <w:rPr>
          <w:rFonts w:eastAsia="Comic Sans MS"/>
          <w:szCs w:val="20"/>
        </w:rPr>
        <w:t xml:space="preserve"> </w:t>
      </w:r>
      <w:proofErr w:type="spellStart"/>
      <w:r w:rsidRPr="00AC5ABD">
        <w:rPr>
          <w:rFonts w:eastAsia="Comic Sans MS"/>
          <w:szCs w:val="20"/>
        </w:rPr>
        <w:t>kalın</w:t>
      </w:r>
      <w:proofErr w:type="spellEnd"/>
      <w:r w:rsidRPr="00AC5ABD">
        <w:rPr>
          <w:rFonts w:eastAsia="Comic Sans MS"/>
          <w:szCs w:val="20"/>
        </w:rPr>
        <w:t xml:space="preserve"> </w:t>
      </w:r>
      <w:proofErr w:type="spellStart"/>
      <w:r w:rsidRPr="00AC5ABD">
        <w:rPr>
          <w:rFonts w:eastAsia="Comic Sans MS"/>
          <w:szCs w:val="20"/>
        </w:rPr>
        <w:t>boyalar</w:t>
      </w:r>
      <w:proofErr w:type="spellEnd"/>
      <w:r w:rsidRPr="00AC5ABD">
        <w:rPr>
          <w:rFonts w:eastAsia="Comic Sans MS"/>
          <w:szCs w:val="20"/>
        </w:rPr>
        <w:t xml:space="preserve"> </w:t>
      </w:r>
      <w:proofErr w:type="spellStart"/>
      <w:r w:rsidRPr="00AC5ABD">
        <w:rPr>
          <w:rFonts w:eastAsia="Comic Sans MS"/>
          <w:szCs w:val="20"/>
        </w:rPr>
        <w:t>yerleştirilir</w:t>
      </w:r>
      <w:proofErr w:type="spellEnd"/>
      <w:r w:rsidRPr="00AC5ABD">
        <w:rPr>
          <w:rFonts w:eastAsia="Comic Sans MS"/>
          <w:szCs w:val="20"/>
        </w:rPr>
        <w:t xml:space="preserve">. Blok </w:t>
      </w:r>
      <w:proofErr w:type="spellStart"/>
      <w:r w:rsidRPr="00AC5ABD">
        <w:rPr>
          <w:rFonts w:eastAsia="Comic Sans MS"/>
          <w:szCs w:val="20"/>
        </w:rPr>
        <w:t>merkezinde</w:t>
      </w:r>
      <w:proofErr w:type="spellEnd"/>
      <w:r w:rsidRPr="00AC5ABD">
        <w:rPr>
          <w:rFonts w:eastAsia="Comic Sans MS"/>
          <w:szCs w:val="20"/>
        </w:rPr>
        <w:t xml:space="preserve"> </w:t>
      </w:r>
      <w:proofErr w:type="spellStart"/>
      <w:r w:rsidRPr="00AC5ABD">
        <w:rPr>
          <w:rFonts w:eastAsia="Comic Sans MS"/>
          <w:szCs w:val="20"/>
        </w:rPr>
        <w:t>isteyen</w:t>
      </w:r>
      <w:proofErr w:type="spellEnd"/>
      <w:r w:rsidRPr="00AC5ABD">
        <w:rPr>
          <w:rFonts w:eastAsia="Comic Sans MS"/>
          <w:szCs w:val="20"/>
        </w:rPr>
        <w:t xml:space="preserve"> </w:t>
      </w:r>
      <w:proofErr w:type="spellStart"/>
      <w:r w:rsidRPr="00AC5ABD">
        <w:rPr>
          <w:rFonts w:eastAsia="Comic Sans MS"/>
          <w:szCs w:val="20"/>
        </w:rPr>
        <w:t>çocuklar</w:t>
      </w:r>
      <w:proofErr w:type="spellEnd"/>
      <w:r w:rsidRPr="00AC5ABD">
        <w:rPr>
          <w:rFonts w:eastAsia="Comic Sans MS"/>
          <w:szCs w:val="20"/>
        </w:rPr>
        <w:t xml:space="preserve"> </w:t>
      </w:r>
      <w:proofErr w:type="spellStart"/>
      <w:r w:rsidRPr="00AC5ABD">
        <w:rPr>
          <w:rFonts w:eastAsia="Comic Sans MS"/>
          <w:szCs w:val="20"/>
        </w:rPr>
        <w:t>ev</w:t>
      </w:r>
      <w:proofErr w:type="spellEnd"/>
      <w:r w:rsidRPr="00AC5ABD">
        <w:rPr>
          <w:rFonts w:eastAsia="Comic Sans MS"/>
          <w:szCs w:val="20"/>
        </w:rPr>
        <w:t xml:space="preserve">, </w:t>
      </w:r>
      <w:proofErr w:type="spellStart"/>
      <w:r w:rsidRPr="00AC5ABD">
        <w:rPr>
          <w:rFonts w:eastAsia="Comic Sans MS"/>
          <w:szCs w:val="20"/>
        </w:rPr>
        <w:t>okul</w:t>
      </w:r>
      <w:proofErr w:type="spellEnd"/>
      <w:r w:rsidRPr="00AC5ABD">
        <w:rPr>
          <w:rFonts w:eastAsia="Comic Sans MS"/>
          <w:szCs w:val="20"/>
        </w:rPr>
        <w:t xml:space="preserve"> </w:t>
      </w:r>
      <w:proofErr w:type="spellStart"/>
      <w:r w:rsidRPr="00AC5ABD">
        <w:rPr>
          <w:rFonts w:eastAsia="Comic Sans MS"/>
          <w:szCs w:val="20"/>
        </w:rPr>
        <w:t>veya</w:t>
      </w:r>
      <w:proofErr w:type="spellEnd"/>
      <w:r w:rsidRPr="00AC5ABD">
        <w:rPr>
          <w:rFonts w:eastAsia="Comic Sans MS"/>
          <w:szCs w:val="20"/>
        </w:rPr>
        <w:t xml:space="preserve"> </w:t>
      </w:r>
      <w:proofErr w:type="spellStart"/>
      <w:r w:rsidRPr="00AC5ABD">
        <w:rPr>
          <w:rFonts w:eastAsia="Comic Sans MS"/>
          <w:szCs w:val="20"/>
        </w:rPr>
        <w:t>kendi</w:t>
      </w:r>
      <w:proofErr w:type="spellEnd"/>
      <w:r w:rsidRPr="00AC5ABD">
        <w:rPr>
          <w:rFonts w:eastAsia="Comic Sans MS"/>
          <w:szCs w:val="20"/>
        </w:rPr>
        <w:t xml:space="preserve"> </w:t>
      </w:r>
      <w:proofErr w:type="spellStart"/>
      <w:r w:rsidRPr="00AC5ABD">
        <w:rPr>
          <w:rFonts w:eastAsia="Comic Sans MS"/>
          <w:szCs w:val="20"/>
        </w:rPr>
        <w:t>düşündükleri</w:t>
      </w:r>
      <w:proofErr w:type="spellEnd"/>
      <w:r w:rsidRPr="00AC5ABD">
        <w:rPr>
          <w:rFonts w:eastAsia="Comic Sans MS"/>
          <w:szCs w:val="20"/>
        </w:rPr>
        <w:t xml:space="preserve"> </w:t>
      </w:r>
      <w:proofErr w:type="spellStart"/>
      <w:r w:rsidRPr="00AC5ABD">
        <w:rPr>
          <w:rFonts w:eastAsia="Comic Sans MS"/>
          <w:szCs w:val="20"/>
        </w:rPr>
        <w:t>bir</w:t>
      </w:r>
      <w:proofErr w:type="spellEnd"/>
      <w:r w:rsidRPr="00AC5ABD">
        <w:rPr>
          <w:rFonts w:eastAsia="Comic Sans MS"/>
          <w:szCs w:val="20"/>
        </w:rPr>
        <w:t xml:space="preserve"> </w:t>
      </w:r>
      <w:proofErr w:type="spellStart"/>
      <w:r w:rsidRPr="00AC5ABD">
        <w:rPr>
          <w:rFonts w:eastAsia="Comic Sans MS"/>
          <w:szCs w:val="20"/>
        </w:rPr>
        <w:t>yaşam</w:t>
      </w:r>
      <w:proofErr w:type="spellEnd"/>
      <w:r w:rsidRPr="00AC5ABD">
        <w:rPr>
          <w:rFonts w:eastAsia="Comic Sans MS"/>
          <w:szCs w:val="20"/>
        </w:rPr>
        <w:t xml:space="preserve"> </w:t>
      </w:r>
      <w:proofErr w:type="spellStart"/>
      <w:r w:rsidRPr="00AC5ABD">
        <w:rPr>
          <w:rFonts w:eastAsia="Comic Sans MS"/>
          <w:szCs w:val="20"/>
        </w:rPr>
        <w:t>alanını</w:t>
      </w:r>
      <w:proofErr w:type="spellEnd"/>
      <w:r w:rsidRPr="00AC5ABD">
        <w:rPr>
          <w:rFonts w:eastAsia="Comic Sans MS"/>
          <w:szCs w:val="20"/>
        </w:rPr>
        <w:t xml:space="preserve"> </w:t>
      </w:r>
      <w:proofErr w:type="spellStart"/>
      <w:r w:rsidRPr="00AC5ABD">
        <w:rPr>
          <w:rFonts w:eastAsia="Comic Sans MS"/>
          <w:szCs w:val="20"/>
        </w:rPr>
        <w:t>kurar</w:t>
      </w:r>
      <w:proofErr w:type="spellEnd"/>
      <w:r w:rsidRPr="00AC5ABD">
        <w:rPr>
          <w:rFonts w:eastAsia="Comic Sans MS"/>
          <w:szCs w:val="20"/>
        </w:rPr>
        <w:t xml:space="preserve">. </w:t>
      </w:r>
    </w:p>
    <w:p w14:paraId="44D8D9CE" w14:textId="03317319" w:rsidR="00F627DB" w:rsidRPr="00AC5ABD" w:rsidRDefault="00CC4454">
      <w:pPr>
        <w:rPr>
          <w:szCs w:val="20"/>
        </w:rPr>
      </w:pPr>
      <w:proofErr w:type="spellStart"/>
      <w:r w:rsidRPr="00AC5ABD">
        <w:rPr>
          <w:rFonts w:eastAsia="Comic Sans MS"/>
          <w:szCs w:val="20"/>
        </w:rPr>
        <w:t>İsteyen</w:t>
      </w:r>
      <w:proofErr w:type="spellEnd"/>
      <w:r w:rsidRPr="00AC5ABD">
        <w:rPr>
          <w:rFonts w:eastAsia="Comic Sans MS"/>
          <w:szCs w:val="20"/>
        </w:rPr>
        <w:t xml:space="preserve"> </w:t>
      </w:r>
      <w:proofErr w:type="spellStart"/>
      <w:r w:rsidRPr="00AC5ABD">
        <w:rPr>
          <w:rFonts w:eastAsia="Comic Sans MS"/>
          <w:szCs w:val="20"/>
        </w:rPr>
        <w:t>çocuklar</w:t>
      </w:r>
      <w:proofErr w:type="spellEnd"/>
      <w:r w:rsidRPr="00AC5ABD">
        <w:rPr>
          <w:rFonts w:eastAsia="Comic Sans MS"/>
          <w:szCs w:val="20"/>
        </w:rPr>
        <w:t xml:space="preserve"> </w:t>
      </w:r>
      <w:proofErr w:type="spellStart"/>
      <w:r w:rsidRPr="00AC5ABD">
        <w:rPr>
          <w:rFonts w:eastAsia="Comic Sans MS"/>
          <w:szCs w:val="20"/>
        </w:rPr>
        <w:t>iri</w:t>
      </w:r>
      <w:proofErr w:type="spellEnd"/>
      <w:r w:rsidRPr="00AC5ABD">
        <w:rPr>
          <w:rFonts w:eastAsia="Comic Sans MS"/>
          <w:szCs w:val="20"/>
        </w:rPr>
        <w:t xml:space="preserve"> ay </w:t>
      </w:r>
      <w:proofErr w:type="spellStart"/>
      <w:r w:rsidRPr="00AC5ABD">
        <w:rPr>
          <w:rFonts w:eastAsia="Comic Sans MS"/>
          <w:szCs w:val="20"/>
        </w:rPr>
        <w:t>ve</w:t>
      </w:r>
      <w:proofErr w:type="spellEnd"/>
      <w:r w:rsidRPr="00AC5ABD">
        <w:rPr>
          <w:rFonts w:eastAsia="Comic Sans MS"/>
          <w:szCs w:val="20"/>
        </w:rPr>
        <w:t xml:space="preserve"> </w:t>
      </w:r>
      <w:proofErr w:type="spellStart"/>
      <w:r w:rsidRPr="00AC5ABD">
        <w:rPr>
          <w:rFonts w:eastAsia="Comic Sans MS"/>
          <w:szCs w:val="20"/>
        </w:rPr>
        <w:t>yıldız</w:t>
      </w:r>
      <w:proofErr w:type="spellEnd"/>
      <w:r w:rsidRPr="00AC5ABD">
        <w:rPr>
          <w:rFonts w:eastAsia="Comic Sans MS"/>
          <w:szCs w:val="20"/>
        </w:rPr>
        <w:t xml:space="preserve"> </w:t>
      </w:r>
      <w:proofErr w:type="spellStart"/>
      <w:r w:rsidRPr="00AC5ABD">
        <w:rPr>
          <w:rFonts w:eastAsia="Comic Sans MS"/>
          <w:szCs w:val="20"/>
        </w:rPr>
        <w:t>kalıplarını</w:t>
      </w:r>
      <w:proofErr w:type="spellEnd"/>
      <w:r w:rsidRPr="00AC5ABD">
        <w:rPr>
          <w:rFonts w:eastAsia="Comic Sans MS"/>
          <w:szCs w:val="20"/>
        </w:rPr>
        <w:t xml:space="preserve"> </w:t>
      </w:r>
      <w:proofErr w:type="spellStart"/>
      <w:r w:rsidRPr="00AC5ABD">
        <w:rPr>
          <w:rFonts w:eastAsia="Comic Sans MS"/>
          <w:szCs w:val="20"/>
        </w:rPr>
        <w:t>hamura</w:t>
      </w:r>
      <w:proofErr w:type="spellEnd"/>
      <w:r w:rsidRPr="00AC5ABD">
        <w:rPr>
          <w:rFonts w:eastAsia="Comic Sans MS"/>
          <w:szCs w:val="20"/>
        </w:rPr>
        <w:t xml:space="preserve"> </w:t>
      </w:r>
      <w:proofErr w:type="spellStart"/>
      <w:r w:rsidRPr="00AC5ABD">
        <w:rPr>
          <w:rFonts w:eastAsia="Comic Sans MS"/>
          <w:szCs w:val="20"/>
        </w:rPr>
        <w:t>bastırıp</w:t>
      </w:r>
      <w:proofErr w:type="spellEnd"/>
      <w:r w:rsidRPr="00AC5ABD">
        <w:rPr>
          <w:rFonts w:eastAsia="Comic Sans MS"/>
          <w:szCs w:val="20"/>
        </w:rPr>
        <w:t xml:space="preserve"> </w:t>
      </w:r>
      <w:proofErr w:type="spellStart"/>
      <w:r w:rsidRPr="00AC5ABD">
        <w:rPr>
          <w:rFonts w:eastAsia="Comic Sans MS"/>
          <w:szCs w:val="20"/>
        </w:rPr>
        <w:t>kaldırır</w:t>
      </w:r>
      <w:proofErr w:type="spellEnd"/>
      <w:r w:rsidRPr="00AC5ABD">
        <w:rPr>
          <w:rFonts w:eastAsia="Comic Sans MS"/>
          <w:szCs w:val="20"/>
        </w:rPr>
        <w:t xml:space="preserve">; </w:t>
      </w:r>
      <w:proofErr w:type="spellStart"/>
      <w:r w:rsidRPr="00AC5ABD">
        <w:rPr>
          <w:rFonts w:eastAsia="Comic Sans MS"/>
          <w:szCs w:val="20"/>
        </w:rPr>
        <w:t>izleri</w:t>
      </w:r>
      <w:proofErr w:type="spellEnd"/>
      <w:r w:rsidRPr="00AC5ABD">
        <w:rPr>
          <w:rFonts w:eastAsia="Comic Sans MS"/>
          <w:szCs w:val="20"/>
        </w:rPr>
        <w:t xml:space="preserve"> </w:t>
      </w:r>
      <w:proofErr w:type="spellStart"/>
      <w:r w:rsidRPr="00AC5ABD">
        <w:rPr>
          <w:rFonts w:eastAsia="Comic Sans MS"/>
          <w:szCs w:val="20"/>
        </w:rPr>
        <w:t>parmağıyla</w:t>
      </w:r>
      <w:proofErr w:type="spellEnd"/>
      <w:r w:rsidRPr="00AC5ABD">
        <w:rPr>
          <w:rFonts w:eastAsia="Comic Sans MS"/>
          <w:szCs w:val="20"/>
        </w:rPr>
        <w:t xml:space="preserve"> </w:t>
      </w:r>
      <w:proofErr w:type="spellStart"/>
      <w:r w:rsidRPr="00AC5ABD">
        <w:rPr>
          <w:rFonts w:eastAsia="Comic Sans MS"/>
          <w:szCs w:val="20"/>
        </w:rPr>
        <w:t>takip</w:t>
      </w:r>
      <w:proofErr w:type="spellEnd"/>
      <w:r w:rsidRPr="00AC5ABD">
        <w:rPr>
          <w:rFonts w:eastAsia="Comic Sans MS"/>
          <w:szCs w:val="20"/>
        </w:rPr>
        <w:t xml:space="preserve"> </w:t>
      </w:r>
      <w:proofErr w:type="spellStart"/>
      <w:r w:rsidRPr="00AC5ABD">
        <w:rPr>
          <w:rFonts w:eastAsia="Comic Sans MS"/>
          <w:szCs w:val="20"/>
        </w:rPr>
        <w:t>eder</w:t>
      </w:r>
      <w:proofErr w:type="spellEnd"/>
      <w:r w:rsidRPr="00AC5ABD">
        <w:rPr>
          <w:rFonts w:eastAsia="Comic Sans MS"/>
          <w:szCs w:val="20"/>
        </w:rPr>
        <w:t xml:space="preserve">. </w:t>
      </w:r>
      <w:proofErr w:type="spellStart"/>
      <w:r w:rsidRPr="00AC5ABD">
        <w:rPr>
          <w:rFonts w:eastAsia="Comic Sans MS"/>
          <w:szCs w:val="20"/>
        </w:rPr>
        <w:t>İsteyenler</w:t>
      </w:r>
      <w:proofErr w:type="spellEnd"/>
      <w:r w:rsidRPr="00AC5ABD">
        <w:rPr>
          <w:rFonts w:eastAsia="Comic Sans MS"/>
          <w:szCs w:val="20"/>
        </w:rPr>
        <w:t xml:space="preserve"> </w:t>
      </w:r>
      <w:proofErr w:type="spellStart"/>
      <w:r w:rsidRPr="00AC5ABD">
        <w:rPr>
          <w:rFonts w:eastAsia="Comic Sans MS"/>
          <w:szCs w:val="20"/>
        </w:rPr>
        <w:t>hamuru</w:t>
      </w:r>
      <w:proofErr w:type="spellEnd"/>
      <w:r w:rsidRPr="00AC5ABD">
        <w:rPr>
          <w:rFonts w:eastAsia="Comic Sans MS"/>
          <w:szCs w:val="20"/>
        </w:rPr>
        <w:t xml:space="preserve"> </w:t>
      </w:r>
      <w:proofErr w:type="spellStart"/>
      <w:r w:rsidRPr="00AC5ABD">
        <w:rPr>
          <w:rFonts w:eastAsia="Comic Sans MS"/>
          <w:szCs w:val="20"/>
        </w:rPr>
        <w:t>geniş</w:t>
      </w:r>
      <w:proofErr w:type="spellEnd"/>
      <w:r w:rsidRPr="00AC5ABD">
        <w:rPr>
          <w:rFonts w:eastAsia="Comic Sans MS"/>
          <w:szCs w:val="20"/>
        </w:rPr>
        <w:t xml:space="preserve"> </w:t>
      </w:r>
      <w:proofErr w:type="spellStart"/>
      <w:r w:rsidRPr="00AC5ABD">
        <w:rPr>
          <w:rFonts w:eastAsia="Comic Sans MS"/>
          <w:szCs w:val="20"/>
        </w:rPr>
        <w:t>kaplara</w:t>
      </w:r>
      <w:proofErr w:type="spellEnd"/>
      <w:r w:rsidRPr="00AC5ABD">
        <w:rPr>
          <w:rFonts w:eastAsia="Comic Sans MS"/>
          <w:szCs w:val="20"/>
        </w:rPr>
        <w:t xml:space="preserve"> </w:t>
      </w:r>
      <w:proofErr w:type="spellStart"/>
      <w:r w:rsidRPr="00AC5ABD">
        <w:rPr>
          <w:rFonts w:eastAsia="Comic Sans MS"/>
          <w:szCs w:val="20"/>
        </w:rPr>
        <w:t>doldurup</w:t>
      </w:r>
      <w:proofErr w:type="spellEnd"/>
      <w:r w:rsidRPr="00AC5ABD">
        <w:rPr>
          <w:rFonts w:eastAsia="Comic Sans MS"/>
          <w:szCs w:val="20"/>
        </w:rPr>
        <w:t xml:space="preserve"> </w:t>
      </w:r>
      <w:proofErr w:type="spellStart"/>
      <w:r w:rsidRPr="00AC5ABD">
        <w:rPr>
          <w:rFonts w:eastAsia="Comic Sans MS"/>
          <w:szCs w:val="20"/>
        </w:rPr>
        <w:t>boşaltır</w:t>
      </w:r>
      <w:proofErr w:type="spellEnd"/>
      <w:r w:rsidRPr="00AC5ABD">
        <w:rPr>
          <w:rFonts w:eastAsia="Comic Sans MS"/>
          <w:szCs w:val="20"/>
        </w:rPr>
        <w:t xml:space="preserve">. Oyun </w:t>
      </w:r>
      <w:proofErr w:type="spellStart"/>
      <w:r w:rsidRPr="00AC5ABD">
        <w:rPr>
          <w:rFonts w:eastAsia="Comic Sans MS"/>
          <w:szCs w:val="20"/>
        </w:rPr>
        <w:t>bitmeden</w:t>
      </w:r>
      <w:proofErr w:type="spellEnd"/>
      <w:r w:rsidRPr="00AC5ABD">
        <w:rPr>
          <w:rFonts w:eastAsia="Comic Sans MS"/>
          <w:szCs w:val="20"/>
        </w:rPr>
        <w:t xml:space="preserve"> </w:t>
      </w:r>
      <w:proofErr w:type="spellStart"/>
      <w:r w:rsidRPr="00AC5ABD">
        <w:rPr>
          <w:rFonts w:eastAsia="Comic Sans MS"/>
          <w:szCs w:val="20"/>
        </w:rPr>
        <w:t>kısa</w:t>
      </w:r>
      <w:proofErr w:type="spellEnd"/>
      <w:r w:rsidRPr="00AC5ABD">
        <w:rPr>
          <w:rFonts w:eastAsia="Comic Sans MS"/>
          <w:szCs w:val="20"/>
        </w:rPr>
        <w:t xml:space="preserve"> </w:t>
      </w:r>
      <w:proofErr w:type="spellStart"/>
      <w:r w:rsidRPr="00AC5ABD">
        <w:rPr>
          <w:rFonts w:eastAsia="Comic Sans MS"/>
          <w:szCs w:val="20"/>
        </w:rPr>
        <w:t>süre</w:t>
      </w:r>
      <w:proofErr w:type="spellEnd"/>
      <w:r w:rsidRPr="00AC5ABD">
        <w:rPr>
          <w:rFonts w:eastAsia="Comic Sans MS"/>
          <w:szCs w:val="20"/>
        </w:rPr>
        <w:t xml:space="preserve"> </w:t>
      </w:r>
      <w:proofErr w:type="spellStart"/>
      <w:r w:rsidRPr="00AC5ABD">
        <w:rPr>
          <w:rFonts w:eastAsia="Comic Sans MS"/>
          <w:szCs w:val="20"/>
        </w:rPr>
        <w:t>önce</w:t>
      </w:r>
      <w:proofErr w:type="spellEnd"/>
      <w:r w:rsidRPr="00AC5ABD">
        <w:rPr>
          <w:rFonts w:eastAsia="Comic Sans MS"/>
          <w:szCs w:val="20"/>
        </w:rPr>
        <w:t xml:space="preserve"> “</w:t>
      </w:r>
      <w:proofErr w:type="spellStart"/>
      <w:r w:rsidRPr="00AC5ABD">
        <w:rPr>
          <w:rFonts w:eastAsia="Comic Sans MS"/>
          <w:szCs w:val="20"/>
        </w:rPr>
        <w:t>Birazdan</w:t>
      </w:r>
      <w:proofErr w:type="spellEnd"/>
      <w:r w:rsidRPr="00AC5ABD">
        <w:rPr>
          <w:rFonts w:eastAsia="Comic Sans MS"/>
          <w:szCs w:val="20"/>
        </w:rPr>
        <w:t xml:space="preserve"> </w:t>
      </w:r>
      <w:proofErr w:type="spellStart"/>
      <w:r w:rsidRPr="00AC5ABD">
        <w:rPr>
          <w:rFonts w:eastAsia="Comic Sans MS"/>
          <w:szCs w:val="20"/>
        </w:rPr>
        <w:t>oyuncakları</w:t>
      </w:r>
      <w:proofErr w:type="spellEnd"/>
      <w:r w:rsidRPr="00AC5ABD">
        <w:rPr>
          <w:rFonts w:eastAsia="Comic Sans MS"/>
          <w:szCs w:val="20"/>
        </w:rPr>
        <w:t xml:space="preserve"> </w:t>
      </w:r>
      <w:proofErr w:type="spellStart"/>
      <w:r w:rsidRPr="00AC5ABD">
        <w:rPr>
          <w:rFonts w:eastAsia="Comic Sans MS"/>
          <w:szCs w:val="20"/>
        </w:rPr>
        <w:t>yerleştireceğiz</w:t>
      </w:r>
      <w:proofErr w:type="spellEnd"/>
      <w:r w:rsidRPr="00AC5ABD">
        <w:rPr>
          <w:rFonts w:eastAsia="Comic Sans MS"/>
          <w:szCs w:val="20"/>
        </w:rPr>
        <w:t xml:space="preserve">.” </w:t>
      </w:r>
      <w:proofErr w:type="spellStart"/>
      <w:r w:rsidRPr="00AC5ABD">
        <w:rPr>
          <w:rFonts w:eastAsia="Comic Sans MS"/>
          <w:szCs w:val="20"/>
        </w:rPr>
        <w:t>hatırlatması</w:t>
      </w:r>
      <w:proofErr w:type="spellEnd"/>
      <w:r w:rsidRPr="00AC5ABD">
        <w:rPr>
          <w:rFonts w:eastAsia="Comic Sans MS"/>
          <w:szCs w:val="20"/>
        </w:rPr>
        <w:t xml:space="preserve"> </w:t>
      </w:r>
      <w:proofErr w:type="spellStart"/>
      <w:r w:rsidRPr="00AC5ABD">
        <w:rPr>
          <w:rFonts w:eastAsia="Comic Sans MS"/>
          <w:szCs w:val="20"/>
        </w:rPr>
        <w:t>yapılır</w:t>
      </w:r>
      <w:proofErr w:type="spellEnd"/>
      <w:r w:rsidRPr="00AC5ABD">
        <w:rPr>
          <w:rFonts w:eastAsia="Comic Sans MS"/>
          <w:szCs w:val="20"/>
        </w:rPr>
        <w:t xml:space="preserve">. Devam </w:t>
      </w:r>
      <w:proofErr w:type="spellStart"/>
      <w:r w:rsidRPr="00AC5ABD">
        <w:rPr>
          <w:rFonts w:eastAsia="Comic Sans MS"/>
          <w:szCs w:val="20"/>
        </w:rPr>
        <w:t>etmek</w:t>
      </w:r>
      <w:proofErr w:type="spellEnd"/>
      <w:r w:rsidRPr="00AC5ABD">
        <w:rPr>
          <w:rFonts w:eastAsia="Comic Sans MS"/>
          <w:szCs w:val="20"/>
        </w:rPr>
        <w:t xml:space="preserve"> </w:t>
      </w:r>
      <w:proofErr w:type="spellStart"/>
      <w:r w:rsidRPr="00AC5ABD">
        <w:rPr>
          <w:rFonts w:eastAsia="Comic Sans MS"/>
          <w:szCs w:val="20"/>
        </w:rPr>
        <w:t>isteyen</w:t>
      </w:r>
      <w:proofErr w:type="spellEnd"/>
      <w:r w:rsidRPr="00AC5ABD">
        <w:rPr>
          <w:rFonts w:eastAsia="Comic Sans MS"/>
          <w:szCs w:val="20"/>
        </w:rPr>
        <w:t xml:space="preserve"> </w:t>
      </w:r>
      <w:proofErr w:type="spellStart"/>
      <w:r w:rsidRPr="00AC5ABD">
        <w:rPr>
          <w:rFonts w:eastAsia="Comic Sans MS"/>
          <w:szCs w:val="20"/>
        </w:rPr>
        <w:t>çocuğun</w:t>
      </w:r>
      <w:proofErr w:type="spellEnd"/>
      <w:r w:rsidRPr="00AC5ABD">
        <w:rPr>
          <w:rFonts w:eastAsia="Comic Sans MS"/>
          <w:szCs w:val="20"/>
        </w:rPr>
        <w:t xml:space="preserve"> </w:t>
      </w:r>
      <w:proofErr w:type="spellStart"/>
      <w:r w:rsidRPr="00AC5ABD">
        <w:rPr>
          <w:rFonts w:eastAsia="Comic Sans MS"/>
          <w:szCs w:val="20"/>
        </w:rPr>
        <w:t>çalışmasını</w:t>
      </w:r>
      <w:proofErr w:type="spellEnd"/>
      <w:r w:rsidRPr="00AC5ABD">
        <w:rPr>
          <w:rFonts w:eastAsia="Comic Sans MS"/>
          <w:szCs w:val="20"/>
        </w:rPr>
        <w:t xml:space="preserve"> </w:t>
      </w:r>
      <w:proofErr w:type="spellStart"/>
      <w:r w:rsidRPr="00AC5ABD">
        <w:rPr>
          <w:rFonts w:eastAsia="Comic Sans MS"/>
          <w:szCs w:val="20"/>
        </w:rPr>
        <w:t>daha</w:t>
      </w:r>
      <w:proofErr w:type="spellEnd"/>
      <w:r w:rsidRPr="00AC5ABD">
        <w:rPr>
          <w:rFonts w:eastAsia="Comic Sans MS"/>
          <w:szCs w:val="20"/>
        </w:rPr>
        <w:t xml:space="preserve"> </w:t>
      </w:r>
      <w:proofErr w:type="spellStart"/>
      <w:r w:rsidRPr="00AC5ABD">
        <w:rPr>
          <w:rFonts w:eastAsia="Comic Sans MS"/>
          <w:szCs w:val="20"/>
        </w:rPr>
        <w:t>sonra</w:t>
      </w:r>
      <w:proofErr w:type="spellEnd"/>
      <w:r w:rsidRPr="00AC5ABD">
        <w:rPr>
          <w:rFonts w:eastAsia="Comic Sans MS"/>
          <w:szCs w:val="20"/>
        </w:rPr>
        <w:t xml:space="preserve"> </w:t>
      </w:r>
      <w:proofErr w:type="spellStart"/>
      <w:r w:rsidRPr="00AC5ABD">
        <w:rPr>
          <w:rFonts w:eastAsia="Comic Sans MS"/>
          <w:szCs w:val="20"/>
        </w:rPr>
        <w:t>sürdürebilmesi</w:t>
      </w:r>
      <w:proofErr w:type="spellEnd"/>
      <w:r w:rsidRPr="00AC5ABD">
        <w:rPr>
          <w:rFonts w:eastAsia="Comic Sans MS"/>
          <w:szCs w:val="20"/>
        </w:rPr>
        <w:t xml:space="preserve"> </w:t>
      </w:r>
      <w:proofErr w:type="spellStart"/>
      <w:r w:rsidRPr="00AC5ABD">
        <w:rPr>
          <w:rFonts w:eastAsia="Comic Sans MS"/>
          <w:szCs w:val="20"/>
        </w:rPr>
        <w:t>için</w:t>
      </w:r>
      <w:proofErr w:type="spellEnd"/>
      <w:r w:rsidRPr="00AC5ABD">
        <w:rPr>
          <w:rFonts w:eastAsia="Comic Sans MS"/>
          <w:szCs w:val="20"/>
        </w:rPr>
        <w:t xml:space="preserve"> </w:t>
      </w:r>
      <w:proofErr w:type="spellStart"/>
      <w:r w:rsidRPr="00AC5ABD">
        <w:rPr>
          <w:rFonts w:eastAsia="Comic Sans MS"/>
          <w:szCs w:val="20"/>
        </w:rPr>
        <w:t>uygun</w:t>
      </w:r>
      <w:proofErr w:type="spellEnd"/>
      <w:r w:rsidRPr="00AC5ABD">
        <w:rPr>
          <w:rFonts w:eastAsia="Comic Sans MS"/>
          <w:szCs w:val="20"/>
        </w:rPr>
        <w:t xml:space="preserve"> </w:t>
      </w:r>
      <w:proofErr w:type="spellStart"/>
      <w:r w:rsidRPr="00AC5ABD">
        <w:rPr>
          <w:rFonts w:eastAsia="Comic Sans MS"/>
          <w:szCs w:val="20"/>
        </w:rPr>
        <w:t>bir</w:t>
      </w:r>
      <w:proofErr w:type="spellEnd"/>
      <w:r w:rsidRPr="00AC5ABD">
        <w:rPr>
          <w:rFonts w:eastAsia="Comic Sans MS"/>
          <w:szCs w:val="20"/>
        </w:rPr>
        <w:t xml:space="preserve"> </w:t>
      </w:r>
      <w:proofErr w:type="spellStart"/>
      <w:r w:rsidRPr="00AC5ABD">
        <w:rPr>
          <w:rFonts w:eastAsia="Comic Sans MS"/>
          <w:szCs w:val="20"/>
        </w:rPr>
        <w:t>alan</w:t>
      </w:r>
      <w:proofErr w:type="spellEnd"/>
      <w:r w:rsidRPr="00AC5ABD">
        <w:rPr>
          <w:rFonts w:eastAsia="Comic Sans MS"/>
          <w:szCs w:val="20"/>
        </w:rPr>
        <w:t xml:space="preserve"> </w:t>
      </w:r>
      <w:proofErr w:type="spellStart"/>
      <w:r w:rsidRPr="00AC5ABD">
        <w:rPr>
          <w:rFonts w:eastAsia="Comic Sans MS"/>
          <w:szCs w:val="20"/>
        </w:rPr>
        <w:t>ayrılır</w:t>
      </w:r>
      <w:proofErr w:type="spellEnd"/>
      <w:r w:rsidRPr="00AC5ABD">
        <w:rPr>
          <w:rFonts w:eastAsia="Comic Sans MS"/>
          <w:szCs w:val="20"/>
        </w:rPr>
        <w:t>.</w:t>
      </w:r>
    </w:p>
    <w:p w14:paraId="4E2895FE" w14:textId="77777777" w:rsidR="00F627DB" w:rsidRPr="00AC5ABD" w:rsidRDefault="00CC4454">
      <w:pPr>
        <w:keepNext/>
        <w:spacing w:before="160"/>
        <w:rPr>
          <w:szCs w:val="20"/>
        </w:rPr>
      </w:pPr>
      <w:proofErr w:type="spellStart"/>
      <w:r w:rsidRPr="00AC5ABD">
        <w:rPr>
          <w:rFonts w:eastAsia="Comic Sans MS"/>
          <w:b/>
          <w:color w:val="F85883"/>
          <w:szCs w:val="20"/>
        </w:rPr>
        <w:t>Toplanma</w:t>
      </w:r>
      <w:proofErr w:type="spellEnd"/>
      <w:r w:rsidRPr="00AC5ABD">
        <w:rPr>
          <w:rFonts w:eastAsia="Comic Sans MS"/>
          <w:b/>
          <w:color w:val="F85883"/>
          <w:szCs w:val="20"/>
        </w:rPr>
        <w:t xml:space="preserve">, </w:t>
      </w:r>
      <w:proofErr w:type="spellStart"/>
      <w:r w:rsidRPr="00AC5ABD">
        <w:rPr>
          <w:rFonts w:eastAsia="Comic Sans MS"/>
          <w:b/>
          <w:color w:val="F85883"/>
          <w:szCs w:val="20"/>
        </w:rPr>
        <w:t>Temizlik</w:t>
      </w:r>
      <w:proofErr w:type="spellEnd"/>
      <w:r w:rsidRPr="00AC5ABD">
        <w:rPr>
          <w:rFonts w:eastAsia="Comic Sans MS"/>
          <w:b/>
          <w:color w:val="F85883"/>
          <w:szCs w:val="20"/>
        </w:rPr>
        <w:t xml:space="preserve"> </w:t>
      </w:r>
      <w:proofErr w:type="spellStart"/>
      <w:r w:rsidRPr="00AC5ABD">
        <w:rPr>
          <w:rFonts w:eastAsia="Comic Sans MS"/>
          <w:b/>
          <w:color w:val="F85883"/>
          <w:szCs w:val="20"/>
        </w:rPr>
        <w:t>ve</w:t>
      </w:r>
      <w:proofErr w:type="spellEnd"/>
      <w:r w:rsidRPr="00AC5ABD">
        <w:rPr>
          <w:rFonts w:eastAsia="Comic Sans MS"/>
          <w:b/>
          <w:color w:val="F85883"/>
          <w:szCs w:val="20"/>
        </w:rPr>
        <w:t xml:space="preserve"> </w:t>
      </w:r>
      <w:proofErr w:type="spellStart"/>
      <w:r w:rsidRPr="00AC5ABD">
        <w:rPr>
          <w:rFonts w:eastAsia="Comic Sans MS"/>
          <w:b/>
          <w:color w:val="F85883"/>
          <w:szCs w:val="20"/>
        </w:rPr>
        <w:t>Beslenme</w:t>
      </w:r>
      <w:proofErr w:type="spellEnd"/>
    </w:p>
    <w:p w14:paraId="060F092B" w14:textId="77777777" w:rsidR="00F627DB" w:rsidRPr="00AC5ABD" w:rsidRDefault="001C145E">
      <w:pPr>
        <w:rPr>
          <w:szCs w:val="20"/>
        </w:rPr>
      </w:pPr>
      <w:hyperlink r:id="rId9">
        <w:r w:rsidR="00CC4454" w:rsidRPr="00AC5ABD">
          <w:rPr>
            <w:rFonts w:eastAsia="Comic Sans MS"/>
            <w:color w:val="0563C1"/>
            <w:szCs w:val="20"/>
            <w:u w:val="single"/>
          </w:rPr>
          <w:t xml:space="preserve">“Topla </w:t>
        </w:r>
        <w:proofErr w:type="spellStart"/>
        <w:r w:rsidR="00CC4454" w:rsidRPr="00AC5ABD">
          <w:rPr>
            <w:rFonts w:eastAsia="Comic Sans MS"/>
            <w:color w:val="0563C1"/>
            <w:szCs w:val="20"/>
            <w:u w:val="single"/>
          </w:rPr>
          <w:t>Topla</w:t>
        </w:r>
        <w:proofErr w:type="spellEnd"/>
        <w:r w:rsidR="00CC4454" w:rsidRPr="00AC5ABD">
          <w:rPr>
            <w:rFonts w:eastAsia="Comic Sans MS"/>
            <w:color w:val="0563C1"/>
            <w:szCs w:val="20"/>
            <w:u w:val="single"/>
          </w:rPr>
          <w:t xml:space="preserve"> </w:t>
        </w:r>
        <w:proofErr w:type="spellStart"/>
        <w:r w:rsidR="00CC4454" w:rsidRPr="00AC5ABD">
          <w:rPr>
            <w:rFonts w:eastAsia="Comic Sans MS"/>
            <w:color w:val="0563C1"/>
            <w:szCs w:val="20"/>
            <w:u w:val="single"/>
          </w:rPr>
          <w:t>Yerine</w:t>
        </w:r>
        <w:proofErr w:type="spellEnd"/>
        <w:r w:rsidR="00CC4454" w:rsidRPr="00AC5ABD">
          <w:rPr>
            <w:rFonts w:eastAsia="Comic Sans MS"/>
            <w:color w:val="0563C1"/>
            <w:szCs w:val="20"/>
            <w:u w:val="single"/>
          </w:rPr>
          <w:t xml:space="preserve"> Koy”</w:t>
        </w:r>
      </w:hyperlink>
      <w:r w:rsidR="00CC4454" w:rsidRPr="00AC5ABD">
        <w:rPr>
          <w:rFonts w:eastAsia="Comic Sans MS"/>
          <w:szCs w:val="20"/>
        </w:rPr>
        <w:t xml:space="preserve"> </w:t>
      </w:r>
      <w:proofErr w:type="spellStart"/>
      <w:r w:rsidR="00CC4454" w:rsidRPr="00AC5ABD">
        <w:rPr>
          <w:rFonts w:eastAsia="Comic Sans MS"/>
          <w:szCs w:val="20"/>
        </w:rPr>
        <w:t>şarkısı</w:t>
      </w:r>
      <w:proofErr w:type="spellEnd"/>
      <w:r w:rsidR="00CC4454" w:rsidRPr="00AC5ABD">
        <w:rPr>
          <w:rFonts w:eastAsia="Comic Sans MS"/>
          <w:szCs w:val="20"/>
        </w:rPr>
        <w:t xml:space="preserve"> </w:t>
      </w:r>
      <w:proofErr w:type="spellStart"/>
      <w:r w:rsidR="00CC4454" w:rsidRPr="00AC5ABD">
        <w:rPr>
          <w:rFonts w:eastAsia="Comic Sans MS"/>
          <w:szCs w:val="20"/>
        </w:rPr>
        <w:t>eşliğinde</w:t>
      </w:r>
      <w:proofErr w:type="spellEnd"/>
      <w:r w:rsidR="00CC4454" w:rsidRPr="00AC5ABD">
        <w:rPr>
          <w:rFonts w:eastAsia="Comic Sans MS"/>
          <w:szCs w:val="20"/>
        </w:rPr>
        <w:t xml:space="preserve"> </w:t>
      </w:r>
      <w:proofErr w:type="spellStart"/>
      <w:r w:rsidR="00CC4454" w:rsidRPr="00AC5ABD">
        <w:rPr>
          <w:rFonts w:eastAsia="Comic Sans MS"/>
          <w:szCs w:val="20"/>
        </w:rPr>
        <w:t>kullanılan</w:t>
      </w:r>
      <w:proofErr w:type="spellEnd"/>
      <w:r w:rsidR="00CC4454" w:rsidRPr="00AC5ABD">
        <w:rPr>
          <w:rFonts w:eastAsia="Comic Sans MS"/>
          <w:szCs w:val="20"/>
        </w:rPr>
        <w:t xml:space="preserve"> </w:t>
      </w:r>
      <w:proofErr w:type="spellStart"/>
      <w:r w:rsidR="00CC4454" w:rsidRPr="00AC5ABD">
        <w:rPr>
          <w:rFonts w:eastAsia="Comic Sans MS"/>
          <w:szCs w:val="20"/>
        </w:rPr>
        <w:t>oyuncaklar</w:t>
      </w:r>
      <w:proofErr w:type="spellEnd"/>
      <w:r w:rsidR="00CC4454" w:rsidRPr="00AC5ABD">
        <w:rPr>
          <w:rFonts w:eastAsia="Comic Sans MS"/>
          <w:szCs w:val="20"/>
        </w:rPr>
        <w:t xml:space="preserve"> </w:t>
      </w:r>
      <w:proofErr w:type="spellStart"/>
      <w:r w:rsidR="00CC4454" w:rsidRPr="00AC5ABD">
        <w:rPr>
          <w:rFonts w:eastAsia="Comic Sans MS"/>
          <w:szCs w:val="20"/>
        </w:rPr>
        <w:t>yerlerine</w:t>
      </w:r>
      <w:proofErr w:type="spellEnd"/>
      <w:r w:rsidR="00CC4454" w:rsidRPr="00AC5ABD">
        <w:rPr>
          <w:rFonts w:eastAsia="Comic Sans MS"/>
          <w:szCs w:val="20"/>
        </w:rPr>
        <w:t xml:space="preserve"> </w:t>
      </w:r>
      <w:proofErr w:type="spellStart"/>
      <w:r w:rsidR="00CC4454" w:rsidRPr="00AC5ABD">
        <w:rPr>
          <w:rFonts w:eastAsia="Comic Sans MS"/>
          <w:szCs w:val="20"/>
        </w:rPr>
        <w:t>yerleştirilir</w:t>
      </w:r>
      <w:proofErr w:type="spellEnd"/>
      <w:r w:rsidR="00CC4454" w:rsidRPr="00AC5ABD">
        <w:rPr>
          <w:rFonts w:eastAsia="Comic Sans MS"/>
          <w:szCs w:val="20"/>
        </w:rPr>
        <w:t>.</w:t>
      </w:r>
    </w:p>
    <w:p w14:paraId="09DF6C93" w14:textId="77777777" w:rsidR="00F627DB" w:rsidRPr="00AC5ABD" w:rsidRDefault="00CC4454">
      <w:pPr>
        <w:keepNext/>
        <w:rPr>
          <w:szCs w:val="20"/>
        </w:rPr>
      </w:pPr>
      <w:r w:rsidRPr="00AC5ABD">
        <w:rPr>
          <w:rFonts w:eastAsia="Comic Sans MS"/>
          <w:b/>
          <w:color w:val="FF0000"/>
          <w:szCs w:val="20"/>
        </w:rPr>
        <w:t xml:space="preserve">TOPLA </w:t>
      </w:r>
      <w:proofErr w:type="spellStart"/>
      <w:r w:rsidRPr="00AC5ABD">
        <w:rPr>
          <w:rFonts w:eastAsia="Comic Sans MS"/>
          <w:b/>
          <w:color w:val="FF0000"/>
          <w:szCs w:val="20"/>
        </w:rPr>
        <w:t>TOPLA</w:t>
      </w:r>
      <w:proofErr w:type="spellEnd"/>
      <w:r w:rsidRPr="00AC5ABD">
        <w:rPr>
          <w:rFonts w:eastAsia="Comic Sans MS"/>
          <w:b/>
          <w:color w:val="FF0000"/>
          <w:szCs w:val="20"/>
        </w:rPr>
        <w:t xml:space="preserve"> YERİNE KOY</w:t>
      </w:r>
    </w:p>
    <w:p w14:paraId="5B54EE7C" w14:textId="77777777" w:rsidR="00F627DB" w:rsidRPr="00AC5ABD" w:rsidRDefault="00CC4454">
      <w:pPr>
        <w:rPr>
          <w:szCs w:val="20"/>
        </w:rPr>
      </w:pPr>
      <w:r w:rsidRPr="00AC5ABD">
        <w:rPr>
          <w:rFonts w:eastAsia="Comic Sans MS"/>
          <w:szCs w:val="20"/>
        </w:rPr>
        <w:t xml:space="preserve">Topla </w:t>
      </w:r>
      <w:proofErr w:type="spellStart"/>
      <w:r w:rsidRPr="00AC5ABD">
        <w:rPr>
          <w:rFonts w:eastAsia="Comic Sans MS"/>
          <w:szCs w:val="20"/>
        </w:rPr>
        <w:t>topla</w:t>
      </w:r>
      <w:proofErr w:type="spellEnd"/>
      <w:r w:rsidRPr="00AC5ABD">
        <w:rPr>
          <w:rFonts w:eastAsia="Comic Sans MS"/>
          <w:szCs w:val="20"/>
        </w:rPr>
        <w:t xml:space="preserve"> </w:t>
      </w:r>
      <w:proofErr w:type="spellStart"/>
      <w:r w:rsidRPr="00AC5ABD">
        <w:rPr>
          <w:rFonts w:eastAsia="Comic Sans MS"/>
          <w:szCs w:val="20"/>
        </w:rPr>
        <w:t>yerine</w:t>
      </w:r>
      <w:proofErr w:type="spellEnd"/>
      <w:r w:rsidRPr="00AC5ABD">
        <w:rPr>
          <w:rFonts w:eastAsia="Comic Sans MS"/>
          <w:szCs w:val="20"/>
        </w:rPr>
        <w:t xml:space="preserve"> </w:t>
      </w:r>
      <w:proofErr w:type="spellStart"/>
      <w:r w:rsidRPr="00AC5ABD">
        <w:rPr>
          <w:rFonts w:eastAsia="Comic Sans MS"/>
          <w:szCs w:val="20"/>
        </w:rPr>
        <w:t>koy</w:t>
      </w:r>
      <w:proofErr w:type="spellEnd"/>
      <w:r w:rsidRPr="00AC5ABD">
        <w:rPr>
          <w:rFonts w:eastAsia="Comic Sans MS"/>
          <w:szCs w:val="20"/>
        </w:rPr>
        <w:t xml:space="preserve">  </w:t>
      </w:r>
      <w:r w:rsidRPr="00AC5ABD">
        <w:rPr>
          <w:rFonts w:eastAsia="Comic Sans MS"/>
          <w:szCs w:val="20"/>
        </w:rPr>
        <w:br/>
        <w:t xml:space="preserve"> </w:t>
      </w:r>
      <w:proofErr w:type="spellStart"/>
      <w:r w:rsidRPr="00AC5ABD">
        <w:rPr>
          <w:rFonts w:eastAsia="Comic Sans MS"/>
          <w:szCs w:val="20"/>
        </w:rPr>
        <w:t>Oyuncaklar</w:t>
      </w:r>
      <w:proofErr w:type="spellEnd"/>
      <w:r w:rsidRPr="00AC5ABD">
        <w:rPr>
          <w:rFonts w:eastAsia="Comic Sans MS"/>
          <w:szCs w:val="20"/>
        </w:rPr>
        <w:t xml:space="preserve"> </w:t>
      </w:r>
      <w:proofErr w:type="spellStart"/>
      <w:r w:rsidRPr="00AC5ABD">
        <w:rPr>
          <w:rFonts w:eastAsia="Comic Sans MS"/>
          <w:szCs w:val="20"/>
        </w:rPr>
        <w:t>mutlu</w:t>
      </w:r>
      <w:proofErr w:type="spellEnd"/>
      <w:r w:rsidRPr="00AC5ABD">
        <w:rPr>
          <w:rFonts w:eastAsia="Comic Sans MS"/>
          <w:szCs w:val="20"/>
        </w:rPr>
        <w:t xml:space="preserve"> </w:t>
      </w:r>
      <w:proofErr w:type="spellStart"/>
      <w:r w:rsidRPr="00AC5ABD">
        <w:rPr>
          <w:rFonts w:eastAsia="Comic Sans MS"/>
          <w:szCs w:val="20"/>
        </w:rPr>
        <w:t>olsun</w:t>
      </w:r>
      <w:proofErr w:type="spellEnd"/>
      <w:r w:rsidRPr="00AC5ABD">
        <w:rPr>
          <w:rFonts w:eastAsia="Comic Sans MS"/>
          <w:szCs w:val="20"/>
        </w:rPr>
        <w:t xml:space="preserve">  </w:t>
      </w:r>
      <w:r w:rsidRPr="00AC5ABD">
        <w:rPr>
          <w:rFonts w:eastAsia="Comic Sans MS"/>
          <w:szCs w:val="20"/>
        </w:rPr>
        <w:br/>
        <w:t xml:space="preserve"> </w:t>
      </w:r>
      <w:proofErr w:type="spellStart"/>
      <w:r w:rsidRPr="00AC5ABD">
        <w:rPr>
          <w:rFonts w:eastAsia="Comic Sans MS"/>
          <w:szCs w:val="20"/>
        </w:rPr>
        <w:t>Arkadaşın</w:t>
      </w:r>
      <w:proofErr w:type="spellEnd"/>
      <w:r w:rsidRPr="00AC5ABD">
        <w:rPr>
          <w:rFonts w:eastAsia="Comic Sans MS"/>
          <w:szCs w:val="20"/>
        </w:rPr>
        <w:t xml:space="preserve"> da </w:t>
      </w:r>
      <w:proofErr w:type="spellStart"/>
      <w:r w:rsidRPr="00AC5ABD">
        <w:rPr>
          <w:rFonts w:eastAsia="Comic Sans MS"/>
          <w:szCs w:val="20"/>
        </w:rPr>
        <w:t>oynasın</w:t>
      </w:r>
      <w:proofErr w:type="spellEnd"/>
      <w:r w:rsidRPr="00AC5ABD">
        <w:rPr>
          <w:rFonts w:eastAsia="Comic Sans MS"/>
          <w:szCs w:val="20"/>
        </w:rPr>
        <w:t xml:space="preserve">  </w:t>
      </w:r>
      <w:r w:rsidRPr="00AC5ABD">
        <w:rPr>
          <w:rFonts w:eastAsia="Comic Sans MS"/>
          <w:szCs w:val="20"/>
        </w:rPr>
        <w:br/>
        <w:t xml:space="preserve"> </w:t>
      </w:r>
      <w:proofErr w:type="spellStart"/>
      <w:r w:rsidRPr="00AC5ABD">
        <w:rPr>
          <w:rFonts w:eastAsia="Comic Sans MS"/>
          <w:szCs w:val="20"/>
        </w:rPr>
        <w:t>Sınıfımız</w:t>
      </w:r>
      <w:proofErr w:type="spellEnd"/>
      <w:r w:rsidRPr="00AC5ABD">
        <w:rPr>
          <w:rFonts w:eastAsia="Comic Sans MS"/>
          <w:szCs w:val="20"/>
        </w:rPr>
        <w:t xml:space="preserve"> </w:t>
      </w:r>
      <w:proofErr w:type="spellStart"/>
      <w:r w:rsidRPr="00AC5ABD">
        <w:rPr>
          <w:rFonts w:eastAsia="Comic Sans MS"/>
          <w:szCs w:val="20"/>
        </w:rPr>
        <w:t>güzel</w:t>
      </w:r>
      <w:proofErr w:type="spellEnd"/>
      <w:r w:rsidRPr="00AC5ABD">
        <w:rPr>
          <w:rFonts w:eastAsia="Comic Sans MS"/>
          <w:szCs w:val="20"/>
        </w:rPr>
        <w:t xml:space="preserve"> </w:t>
      </w:r>
      <w:proofErr w:type="spellStart"/>
      <w:r w:rsidRPr="00AC5ABD">
        <w:rPr>
          <w:rFonts w:eastAsia="Comic Sans MS"/>
          <w:szCs w:val="20"/>
        </w:rPr>
        <w:t>olsun</w:t>
      </w:r>
      <w:proofErr w:type="spellEnd"/>
      <w:r w:rsidRPr="00AC5ABD">
        <w:rPr>
          <w:rFonts w:eastAsia="Comic Sans MS"/>
          <w:szCs w:val="20"/>
        </w:rPr>
        <w:t>.</w:t>
      </w:r>
    </w:p>
    <w:p w14:paraId="644DF5E5" w14:textId="0171A343" w:rsidR="00F627DB" w:rsidRPr="00AC5ABD" w:rsidRDefault="00CC4454">
      <w:pPr>
        <w:rPr>
          <w:szCs w:val="20"/>
        </w:rPr>
      </w:pPr>
      <w:proofErr w:type="spellStart"/>
      <w:r w:rsidRPr="00AC5ABD">
        <w:rPr>
          <w:rFonts w:eastAsia="Comic Sans MS"/>
          <w:szCs w:val="20"/>
        </w:rPr>
        <w:t>Öğretmen</w:t>
      </w:r>
      <w:proofErr w:type="spellEnd"/>
      <w:r w:rsidRPr="00AC5ABD">
        <w:rPr>
          <w:rFonts w:eastAsia="Comic Sans MS"/>
          <w:szCs w:val="20"/>
        </w:rPr>
        <w:t xml:space="preserve"> </w:t>
      </w:r>
      <w:proofErr w:type="spellStart"/>
      <w:r w:rsidRPr="00AC5ABD">
        <w:rPr>
          <w:rFonts w:eastAsia="Comic Sans MS"/>
          <w:szCs w:val="20"/>
        </w:rPr>
        <w:t>çocuklarla</w:t>
      </w:r>
      <w:proofErr w:type="spellEnd"/>
      <w:r w:rsidRPr="00AC5ABD">
        <w:rPr>
          <w:rFonts w:eastAsia="Comic Sans MS"/>
          <w:szCs w:val="20"/>
        </w:rPr>
        <w:t xml:space="preserve"> </w:t>
      </w:r>
      <w:proofErr w:type="spellStart"/>
      <w:r w:rsidRPr="00AC5ABD">
        <w:rPr>
          <w:rFonts w:eastAsia="Comic Sans MS"/>
          <w:szCs w:val="20"/>
        </w:rPr>
        <w:t>merkezleri</w:t>
      </w:r>
      <w:proofErr w:type="spellEnd"/>
      <w:r w:rsidRPr="00AC5ABD">
        <w:rPr>
          <w:rFonts w:eastAsia="Comic Sans MS"/>
          <w:szCs w:val="20"/>
        </w:rPr>
        <w:t xml:space="preserve"> </w:t>
      </w:r>
      <w:proofErr w:type="spellStart"/>
      <w:r w:rsidRPr="00AC5ABD">
        <w:rPr>
          <w:rFonts w:eastAsia="Comic Sans MS"/>
          <w:szCs w:val="20"/>
        </w:rPr>
        <w:t>gözden</w:t>
      </w:r>
      <w:proofErr w:type="spellEnd"/>
      <w:r w:rsidRPr="00AC5ABD">
        <w:rPr>
          <w:rFonts w:eastAsia="Comic Sans MS"/>
          <w:szCs w:val="20"/>
        </w:rPr>
        <w:t xml:space="preserve"> </w:t>
      </w:r>
      <w:proofErr w:type="spellStart"/>
      <w:r w:rsidRPr="00AC5ABD">
        <w:rPr>
          <w:rFonts w:eastAsia="Comic Sans MS"/>
          <w:szCs w:val="20"/>
        </w:rPr>
        <w:t>geçirir</w:t>
      </w:r>
      <w:proofErr w:type="spellEnd"/>
      <w:r w:rsidRPr="00AC5ABD">
        <w:rPr>
          <w:rFonts w:eastAsia="Comic Sans MS"/>
          <w:szCs w:val="20"/>
        </w:rPr>
        <w:t xml:space="preserve">. </w:t>
      </w:r>
      <w:proofErr w:type="spellStart"/>
      <w:r w:rsidRPr="00AC5ABD">
        <w:rPr>
          <w:rFonts w:eastAsia="Comic Sans MS"/>
          <w:szCs w:val="20"/>
        </w:rPr>
        <w:t>Lavaboya</w:t>
      </w:r>
      <w:proofErr w:type="spellEnd"/>
      <w:r w:rsidRPr="00AC5ABD">
        <w:rPr>
          <w:rFonts w:eastAsia="Comic Sans MS"/>
          <w:szCs w:val="20"/>
        </w:rPr>
        <w:t xml:space="preserve"> </w:t>
      </w:r>
      <w:proofErr w:type="spellStart"/>
      <w:r w:rsidRPr="00AC5ABD">
        <w:rPr>
          <w:rFonts w:eastAsia="Comic Sans MS"/>
          <w:szCs w:val="20"/>
        </w:rPr>
        <w:t>geçmek</w:t>
      </w:r>
      <w:proofErr w:type="spellEnd"/>
      <w:r w:rsidRPr="00AC5ABD">
        <w:rPr>
          <w:rFonts w:eastAsia="Comic Sans MS"/>
          <w:szCs w:val="20"/>
        </w:rPr>
        <w:t xml:space="preserve"> </w:t>
      </w:r>
      <w:proofErr w:type="spellStart"/>
      <w:r w:rsidRPr="00AC5ABD">
        <w:rPr>
          <w:rFonts w:eastAsia="Comic Sans MS"/>
          <w:szCs w:val="20"/>
        </w:rPr>
        <w:t>için</w:t>
      </w:r>
      <w:proofErr w:type="spellEnd"/>
      <w:r w:rsidRPr="00AC5ABD">
        <w:rPr>
          <w:rFonts w:eastAsia="Comic Sans MS"/>
          <w:szCs w:val="20"/>
        </w:rPr>
        <w:t xml:space="preserve"> </w:t>
      </w:r>
      <w:proofErr w:type="spellStart"/>
      <w:r w:rsidRPr="00AC5ABD">
        <w:rPr>
          <w:rFonts w:eastAsia="Comic Sans MS"/>
          <w:szCs w:val="20"/>
        </w:rPr>
        <w:t>sıra</w:t>
      </w:r>
      <w:proofErr w:type="spellEnd"/>
      <w:r w:rsidRPr="00AC5ABD">
        <w:rPr>
          <w:rFonts w:eastAsia="Comic Sans MS"/>
          <w:szCs w:val="20"/>
        </w:rPr>
        <w:t xml:space="preserve"> </w:t>
      </w:r>
      <w:proofErr w:type="spellStart"/>
      <w:r w:rsidRPr="00AC5ABD">
        <w:rPr>
          <w:rFonts w:eastAsia="Comic Sans MS"/>
          <w:szCs w:val="20"/>
        </w:rPr>
        <w:t>olunur</w:t>
      </w:r>
      <w:proofErr w:type="spellEnd"/>
      <w:r w:rsidRPr="00AC5ABD">
        <w:rPr>
          <w:rFonts w:eastAsia="Comic Sans MS"/>
          <w:szCs w:val="20"/>
        </w:rPr>
        <w:t xml:space="preserve"> </w:t>
      </w:r>
      <w:proofErr w:type="spellStart"/>
      <w:r w:rsidRPr="00AC5ABD">
        <w:rPr>
          <w:rFonts w:eastAsia="Comic Sans MS"/>
          <w:szCs w:val="20"/>
        </w:rPr>
        <w:t>ve</w:t>
      </w:r>
      <w:proofErr w:type="spellEnd"/>
      <w:r w:rsidRPr="00AC5ABD">
        <w:rPr>
          <w:rFonts w:eastAsia="Comic Sans MS"/>
          <w:szCs w:val="20"/>
        </w:rPr>
        <w:t xml:space="preserve"> </w:t>
      </w:r>
      <w:proofErr w:type="spellStart"/>
      <w:r w:rsidRPr="00AC5ABD">
        <w:rPr>
          <w:rFonts w:eastAsia="Comic Sans MS"/>
          <w:szCs w:val="20"/>
        </w:rPr>
        <w:t>aşağıdaki</w:t>
      </w:r>
      <w:proofErr w:type="spellEnd"/>
      <w:r w:rsidRPr="00AC5ABD">
        <w:rPr>
          <w:rFonts w:eastAsia="Comic Sans MS"/>
          <w:szCs w:val="20"/>
        </w:rPr>
        <w:t xml:space="preserve"> </w:t>
      </w:r>
      <w:proofErr w:type="spellStart"/>
      <w:r w:rsidRPr="00AC5ABD">
        <w:rPr>
          <w:rFonts w:eastAsia="Comic Sans MS"/>
          <w:szCs w:val="20"/>
        </w:rPr>
        <w:t>tekerleme</w:t>
      </w:r>
      <w:proofErr w:type="spellEnd"/>
      <w:r w:rsidRPr="00AC5ABD">
        <w:rPr>
          <w:rFonts w:eastAsia="Comic Sans MS"/>
          <w:szCs w:val="20"/>
        </w:rPr>
        <w:t xml:space="preserve"> </w:t>
      </w:r>
      <w:proofErr w:type="spellStart"/>
      <w:r w:rsidRPr="00AC5ABD">
        <w:rPr>
          <w:rFonts w:eastAsia="Comic Sans MS"/>
          <w:szCs w:val="20"/>
        </w:rPr>
        <w:t>söylenir</w:t>
      </w:r>
      <w:proofErr w:type="spellEnd"/>
      <w:r w:rsidRPr="00AC5ABD">
        <w:rPr>
          <w:rFonts w:eastAsia="Comic Sans MS"/>
          <w:szCs w:val="20"/>
        </w:rPr>
        <w:t>:</w:t>
      </w:r>
    </w:p>
    <w:p w14:paraId="1DDF2CC8" w14:textId="77777777" w:rsidR="00F627DB" w:rsidRPr="00AC5ABD" w:rsidRDefault="00CC4454">
      <w:pPr>
        <w:rPr>
          <w:szCs w:val="20"/>
        </w:rPr>
      </w:pPr>
      <w:r w:rsidRPr="00AC5ABD">
        <w:rPr>
          <w:rFonts w:eastAsia="Comic Sans MS"/>
          <w:b/>
          <w:szCs w:val="20"/>
        </w:rPr>
        <w:t xml:space="preserve">“Bir </w:t>
      </w:r>
      <w:proofErr w:type="spellStart"/>
      <w:r w:rsidRPr="00AC5ABD">
        <w:rPr>
          <w:rFonts w:eastAsia="Comic Sans MS"/>
          <w:b/>
          <w:szCs w:val="20"/>
        </w:rPr>
        <w:t>sağa</w:t>
      </w:r>
      <w:proofErr w:type="spellEnd"/>
      <w:r w:rsidRPr="00AC5ABD">
        <w:rPr>
          <w:rFonts w:eastAsia="Comic Sans MS"/>
          <w:b/>
          <w:szCs w:val="20"/>
        </w:rPr>
        <w:t xml:space="preserve"> </w:t>
      </w:r>
      <w:proofErr w:type="spellStart"/>
      <w:r w:rsidRPr="00AC5ABD">
        <w:rPr>
          <w:rFonts w:eastAsia="Comic Sans MS"/>
          <w:b/>
          <w:szCs w:val="20"/>
        </w:rPr>
        <w:t>baktım</w:t>
      </w:r>
      <w:proofErr w:type="spellEnd"/>
      <w:r w:rsidRPr="00AC5ABD">
        <w:rPr>
          <w:rFonts w:eastAsia="Comic Sans MS"/>
          <w:b/>
          <w:szCs w:val="20"/>
        </w:rPr>
        <w:t xml:space="preserve">, </w:t>
      </w:r>
      <w:proofErr w:type="spellStart"/>
      <w:r w:rsidRPr="00AC5ABD">
        <w:rPr>
          <w:rFonts w:eastAsia="Comic Sans MS"/>
          <w:b/>
          <w:szCs w:val="20"/>
        </w:rPr>
        <w:t>bir</w:t>
      </w:r>
      <w:proofErr w:type="spellEnd"/>
      <w:r w:rsidRPr="00AC5ABD">
        <w:rPr>
          <w:rFonts w:eastAsia="Comic Sans MS"/>
          <w:b/>
          <w:szCs w:val="20"/>
        </w:rPr>
        <w:t xml:space="preserve"> sola </w:t>
      </w:r>
      <w:proofErr w:type="spellStart"/>
      <w:r w:rsidRPr="00AC5ABD">
        <w:rPr>
          <w:rFonts w:eastAsia="Comic Sans MS"/>
          <w:b/>
          <w:szCs w:val="20"/>
        </w:rPr>
        <w:t>baktım</w:t>
      </w:r>
      <w:proofErr w:type="spellEnd"/>
      <w:r w:rsidRPr="00AC5ABD">
        <w:rPr>
          <w:rFonts w:eastAsia="Comic Sans MS"/>
          <w:szCs w:val="20"/>
        </w:rPr>
        <w:t xml:space="preserve">  </w:t>
      </w:r>
      <w:r w:rsidRPr="00AC5ABD">
        <w:rPr>
          <w:rFonts w:eastAsia="Comic Sans MS"/>
          <w:szCs w:val="20"/>
        </w:rPr>
        <w:br/>
      </w:r>
      <w:r w:rsidRPr="00AC5ABD">
        <w:rPr>
          <w:rFonts w:eastAsia="Comic Sans MS"/>
          <w:b/>
          <w:szCs w:val="20"/>
        </w:rPr>
        <w:t xml:space="preserve"> </w:t>
      </w:r>
      <w:proofErr w:type="spellStart"/>
      <w:r w:rsidRPr="00AC5ABD">
        <w:rPr>
          <w:rFonts w:eastAsia="Comic Sans MS"/>
          <w:b/>
          <w:szCs w:val="20"/>
        </w:rPr>
        <w:t>Lokomotif</w:t>
      </w:r>
      <w:proofErr w:type="spellEnd"/>
      <w:r w:rsidRPr="00AC5ABD">
        <w:rPr>
          <w:rFonts w:eastAsia="Comic Sans MS"/>
          <w:b/>
          <w:szCs w:val="20"/>
        </w:rPr>
        <w:t xml:space="preserve"> </w:t>
      </w:r>
      <w:proofErr w:type="spellStart"/>
      <w:r w:rsidRPr="00AC5ABD">
        <w:rPr>
          <w:rFonts w:eastAsia="Comic Sans MS"/>
          <w:b/>
          <w:szCs w:val="20"/>
        </w:rPr>
        <w:t>yaptım</w:t>
      </w:r>
      <w:proofErr w:type="spellEnd"/>
      <w:r w:rsidRPr="00AC5ABD">
        <w:rPr>
          <w:rFonts w:eastAsia="Comic Sans MS"/>
          <w:b/>
          <w:szCs w:val="20"/>
        </w:rPr>
        <w:t xml:space="preserve">, </w:t>
      </w:r>
      <w:proofErr w:type="spellStart"/>
      <w:r w:rsidRPr="00AC5ABD">
        <w:rPr>
          <w:rFonts w:eastAsia="Comic Sans MS"/>
          <w:b/>
          <w:szCs w:val="20"/>
        </w:rPr>
        <w:t>çuf</w:t>
      </w:r>
      <w:proofErr w:type="spellEnd"/>
      <w:r w:rsidRPr="00AC5ABD">
        <w:rPr>
          <w:rFonts w:eastAsia="Comic Sans MS"/>
          <w:b/>
          <w:szCs w:val="20"/>
        </w:rPr>
        <w:t xml:space="preserve"> </w:t>
      </w:r>
      <w:proofErr w:type="spellStart"/>
      <w:r w:rsidRPr="00AC5ABD">
        <w:rPr>
          <w:rFonts w:eastAsia="Comic Sans MS"/>
          <w:b/>
          <w:szCs w:val="20"/>
        </w:rPr>
        <w:t>çuf</w:t>
      </w:r>
      <w:proofErr w:type="spellEnd"/>
      <w:r w:rsidRPr="00AC5ABD">
        <w:rPr>
          <w:rFonts w:eastAsia="Comic Sans MS"/>
          <w:b/>
          <w:szCs w:val="20"/>
        </w:rPr>
        <w:t xml:space="preserve"> </w:t>
      </w:r>
      <w:proofErr w:type="spellStart"/>
      <w:r w:rsidRPr="00AC5ABD">
        <w:rPr>
          <w:rFonts w:eastAsia="Comic Sans MS"/>
          <w:b/>
          <w:szCs w:val="20"/>
        </w:rPr>
        <w:t>çuf</w:t>
      </w:r>
      <w:proofErr w:type="spellEnd"/>
      <w:r w:rsidRPr="00AC5ABD">
        <w:rPr>
          <w:rFonts w:eastAsia="Comic Sans MS"/>
          <w:b/>
          <w:szCs w:val="20"/>
        </w:rPr>
        <w:t>.”</w:t>
      </w:r>
    </w:p>
    <w:p w14:paraId="15C5BF4A" w14:textId="77777777" w:rsidR="00F627DB" w:rsidRPr="00AC5ABD" w:rsidRDefault="00CC4454">
      <w:pPr>
        <w:rPr>
          <w:szCs w:val="20"/>
        </w:rPr>
      </w:pPr>
      <w:proofErr w:type="spellStart"/>
      <w:r w:rsidRPr="00AC5ABD">
        <w:rPr>
          <w:rFonts w:eastAsia="Comic Sans MS"/>
          <w:szCs w:val="20"/>
        </w:rPr>
        <w:t>Çocuklar</w:t>
      </w:r>
      <w:proofErr w:type="spellEnd"/>
      <w:r w:rsidRPr="00AC5ABD">
        <w:rPr>
          <w:rFonts w:eastAsia="Comic Sans MS"/>
          <w:szCs w:val="20"/>
        </w:rPr>
        <w:t xml:space="preserve"> </w:t>
      </w:r>
      <w:proofErr w:type="spellStart"/>
      <w:r w:rsidRPr="00AC5ABD">
        <w:rPr>
          <w:rFonts w:eastAsia="Comic Sans MS"/>
          <w:szCs w:val="20"/>
        </w:rPr>
        <w:t>ellerini</w:t>
      </w:r>
      <w:proofErr w:type="spellEnd"/>
      <w:r w:rsidRPr="00AC5ABD">
        <w:rPr>
          <w:rFonts w:eastAsia="Comic Sans MS"/>
          <w:szCs w:val="20"/>
        </w:rPr>
        <w:t xml:space="preserve"> </w:t>
      </w:r>
      <w:proofErr w:type="spellStart"/>
      <w:r w:rsidRPr="00AC5ABD">
        <w:rPr>
          <w:rFonts w:eastAsia="Comic Sans MS"/>
          <w:szCs w:val="20"/>
        </w:rPr>
        <w:t>su</w:t>
      </w:r>
      <w:proofErr w:type="spellEnd"/>
      <w:r w:rsidRPr="00AC5ABD">
        <w:rPr>
          <w:rFonts w:eastAsia="Comic Sans MS"/>
          <w:szCs w:val="20"/>
        </w:rPr>
        <w:t xml:space="preserve"> </w:t>
      </w:r>
      <w:proofErr w:type="spellStart"/>
      <w:r w:rsidRPr="00AC5ABD">
        <w:rPr>
          <w:rFonts w:eastAsia="Comic Sans MS"/>
          <w:szCs w:val="20"/>
        </w:rPr>
        <w:t>ve</w:t>
      </w:r>
      <w:proofErr w:type="spellEnd"/>
      <w:r w:rsidRPr="00AC5ABD">
        <w:rPr>
          <w:rFonts w:eastAsia="Comic Sans MS"/>
          <w:szCs w:val="20"/>
        </w:rPr>
        <w:t xml:space="preserve"> </w:t>
      </w:r>
      <w:proofErr w:type="spellStart"/>
      <w:r w:rsidRPr="00AC5ABD">
        <w:rPr>
          <w:rFonts w:eastAsia="Comic Sans MS"/>
          <w:szCs w:val="20"/>
        </w:rPr>
        <w:t>sabunla</w:t>
      </w:r>
      <w:proofErr w:type="spellEnd"/>
      <w:r w:rsidRPr="00AC5ABD">
        <w:rPr>
          <w:rFonts w:eastAsia="Comic Sans MS"/>
          <w:szCs w:val="20"/>
        </w:rPr>
        <w:t xml:space="preserve"> </w:t>
      </w:r>
      <w:proofErr w:type="spellStart"/>
      <w:r w:rsidRPr="00AC5ABD">
        <w:rPr>
          <w:rFonts w:eastAsia="Comic Sans MS"/>
          <w:szCs w:val="20"/>
        </w:rPr>
        <w:t>yıkar</w:t>
      </w:r>
      <w:proofErr w:type="spellEnd"/>
      <w:r w:rsidRPr="00AC5ABD">
        <w:rPr>
          <w:rFonts w:eastAsia="Comic Sans MS"/>
          <w:szCs w:val="20"/>
        </w:rPr>
        <w:t xml:space="preserve">. </w:t>
      </w:r>
      <w:proofErr w:type="spellStart"/>
      <w:r w:rsidRPr="00AC5ABD">
        <w:rPr>
          <w:rFonts w:eastAsia="Comic Sans MS"/>
          <w:szCs w:val="20"/>
        </w:rPr>
        <w:t>Öğretmen</w:t>
      </w:r>
      <w:proofErr w:type="spellEnd"/>
      <w:r w:rsidRPr="00AC5ABD">
        <w:rPr>
          <w:rFonts w:eastAsia="Comic Sans MS"/>
          <w:szCs w:val="20"/>
        </w:rPr>
        <w:t xml:space="preserve">, </w:t>
      </w:r>
      <w:proofErr w:type="spellStart"/>
      <w:r w:rsidRPr="00AC5ABD">
        <w:rPr>
          <w:rFonts w:eastAsia="Comic Sans MS"/>
          <w:szCs w:val="20"/>
        </w:rPr>
        <w:t>yardıma</w:t>
      </w:r>
      <w:proofErr w:type="spellEnd"/>
      <w:r w:rsidRPr="00AC5ABD">
        <w:rPr>
          <w:rFonts w:eastAsia="Comic Sans MS"/>
          <w:szCs w:val="20"/>
        </w:rPr>
        <w:t xml:space="preserve"> </w:t>
      </w:r>
      <w:proofErr w:type="spellStart"/>
      <w:r w:rsidRPr="00AC5ABD">
        <w:rPr>
          <w:rFonts w:eastAsia="Comic Sans MS"/>
          <w:szCs w:val="20"/>
        </w:rPr>
        <w:t>ihtiyaç</w:t>
      </w:r>
      <w:proofErr w:type="spellEnd"/>
      <w:r w:rsidRPr="00AC5ABD">
        <w:rPr>
          <w:rFonts w:eastAsia="Comic Sans MS"/>
          <w:szCs w:val="20"/>
        </w:rPr>
        <w:t xml:space="preserve"> </w:t>
      </w:r>
      <w:proofErr w:type="spellStart"/>
      <w:r w:rsidRPr="00AC5ABD">
        <w:rPr>
          <w:rFonts w:eastAsia="Comic Sans MS"/>
          <w:szCs w:val="20"/>
        </w:rPr>
        <w:t>duyan</w:t>
      </w:r>
      <w:proofErr w:type="spellEnd"/>
      <w:r w:rsidRPr="00AC5ABD">
        <w:rPr>
          <w:rFonts w:eastAsia="Comic Sans MS"/>
          <w:szCs w:val="20"/>
        </w:rPr>
        <w:t xml:space="preserve"> </w:t>
      </w:r>
      <w:proofErr w:type="spellStart"/>
      <w:r w:rsidRPr="00AC5ABD">
        <w:rPr>
          <w:rFonts w:eastAsia="Comic Sans MS"/>
          <w:szCs w:val="20"/>
        </w:rPr>
        <w:t>çocuklara</w:t>
      </w:r>
      <w:proofErr w:type="spellEnd"/>
      <w:r w:rsidRPr="00AC5ABD">
        <w:rPr>
          <w:rFonts w:eastAsia="Comic Sans MS"/>
          <w:szCs w:val="20"/>
        </w:rPr>
        <w:t xml:space="preserve"> </w:t>
      </w:r>
      <w:proofErr w:type="spellStart"/>
      <w:r w:rsidRPr="00AC5ABD">
        <w:rPr>
          <w:rFonts w:eastAsia="Comic Sans MS"/>
          <w:szCs w:val="20"/>
        </w:rPr>
        <w:t>yardımcı</w:t>
      </w:r>
      <w:proofErr w:type="spellEnd"/>
      <w:r w:rsidRPr="00AC5ABD">
        <w:rPr>
          <w:rFonts w:eastAsia="Comic Sans MS"/>
          <w:szCs w:val="20"/>
        </w:rPr>
        <w:t xml:space="preserve"> </w:t>
      </w:r>
      <w:proofErr w:type="spellStart"/>
      <w:r w:rsidRPr="00AC5ABD">
        <w:rPr>
          <w:rFonts w:eastAsia="Comic Sans MS"/>
          <w:szCs w:val="20"/>
        </w:rPr>
        <w:t>olur</w:t>
      </w:r>
      <w:proofErr w:type="spellEnd"/>
      <w:r w:rsidRPr="00AC5ABD">
        <w:rPr>
          <w:rFonts w:eastAsia="Comic Sans MS"/>
          <w:szCs w:val="20"/>
        </w:rPr>
        <w:t xml:space="preserve">. </w:t>
      </w:r>
      <w:proofErr w:type="spellStart"/>
      <w:r w:rsidRPr="00AC5ABD">
        <w:rPr>
          <w:rFonts w:eastAsia="Comic Sans MS"/>
          <w:szCs w:val="20"/>
        </w:rPr>
        <w:t>Çocuklar</w:t>
      </w:r>
      <w:proofErr w:type="spellEnd"/>
      <w:r w:rsidRPr="00AC5ABD">
        <w:rPr>
          <w:rFonts w:eastAsia="Comic Sans MS"/>
          <w:szCs w:val="20"/>
        </w:rPr>
        <w:t xml:space="preserve"> </w:t>
      </w:r>
      <w:proofErr w:type="spellStart"/>
      <w:r w:rsidRPr="00AC5ABD">
        <w:rPr>
          <w:rFonts w:eastAsia="Comic Sans MS"/>
          <w:szCs w:val="20"/>
        </w:rPr>
        <w:t>yemek</w:t>
      </w:r>
      <w:proofErr w:type="spellEnd"/>
      <w:r w:rsidRPr="00AC5ABD">
        <w:rPr>
          <w:rFonts w:eastAsia="Comic Sans MS"/>
          <w:szCs w:val="20"/>
        </w:rPr>
        <w:t xml:space="preserve"> </w:t>
      </w:r>
      <w:proofErr w:type="spellStart"/>
      <w:r w:rsidRPr="00AC5ABD">
        <w:rPr>
          <w:rFonts w:eastAsia="Comic Sans MS"/>
          <w:szCs w:val="20"/>
        </w:rPr>
        <w:t>masalarına</w:t>
      </w:r>
      <w:proofErr w:type="spellEnd"/>
      <w:r w:rsidRPr="00AC5ABD">
        <w:rPr>
          <w:rFonts w:eastAsia="Comic Sans MS"/>
          <w:szCs w:val="20"/>
        </w:rPr>
        <w:t xml:space="preserve"> </w:t>
      </w:r>
      <w:proofErr w:type="spellStart"/>
      <w:r w:rsidRPr="00AC5ABD">
        <w:rPr>
          <w:rFonts w:eastAsia="Comic Sans MS"/>
          <w:szCs w:val="20"/>
        </w:rPr>
        <w:t>güvenli</w:t>
      </w:r>
      <w:proofErr w:type="spellEnd"/>
      <w:r w:rsidRPr="00AC5ABD">
        <w:rPr>
          <w:rFonts w:eastAsia="Comic Sans MS"/>
          <w:szCs w:val="20"/>
        </w:rPr>
        <w:t xml:space="preserve"> </w:t>
      </w:r>
      <w:proofErr w:type="spellStart"/>
      <w:r w:rsidRPr="00AC5ABD">
        <w:rPr>
          <w:rFonts w:eastAsia="Comic Sans MS"/>
          <w:szCs w:val="20"/>
        </w:rPr>
        <w:t>biçimde</w:t>
      </w:r>
      <w:proofErr w:type="spellEnd"/>
      <w:r w:rsidRPr="00AC5ABD">
        <w:rPr>
          <w:rFonts w:eastAsia="Comic Sans MS"/>
          <w:szCs w:val="20"/>
        </w:rPr>
        <w:t xml:space="preserve"> </w:t>
      </w:r>
      <w:proofErr w:type="spellStart"/>
      <w:r w:rsidRPr="00AC5ABD">
        <w:rPr>
          <w:rFonts w:eastAsia="Comic Sans MS"/>
          <w:szCs w:val="20"/>
        </w:rPr>
        <w:t>oturur</w:t>
      </w:r>
      <w:proofErr w:type="spellEnd"/>
      <w:r w:rsidRPr="00AC5ABD">
        <w:rPr>
          <w:rFonts w:eastAsia="Comic Sans MS"/>
          <w:szCs w:val="20"/>
        </w:rPr>
        <w:t xml:space="preserve">, </w:t>
      </w:r>
      <w:proofErr w:type="spellStart"/>
      <w:r w:rsidRPr="00AC5ABD">
        <w:rPr>
          <w:rFonts w:eastAsia="Comic Sans MS"/>
          <w:szCs w:val="20"/>
        </w:rPr>
        <w:t>beslenme</w:t>
      </w:r>
      <w:proofErr w:type="spellEnd"/>
      <w:r w:rsidRPr="00AC5ABD">
        <w:rPr>
          <w:rFonts w:eastAsia="Comic Sans MS"/>
          <w:szCs w:val="20"/>
        </w:rPr>
        <w:t xml:space="preserve"> </w:t>
      </w:r>
      <w:proofErr w:type="spellStart"/>
      <w:r w:rsidRPr="00AC5ABD">
        <w:rPr>
          <w:rFonts w:eastAsia="Comic Sans MS"/>
          <w:szCs w:val="20"/>
        </w:rPr>
        <w:t>çantalarını</w:t>
      </w:r>
      <w:proofErr w:type="spellEnd"/>
      <w:r w:rsidRPr="00AC5ABD">
        <w:rPr>
          <w:rFonts w:eastAsia="Comic Sans MS"/>
          <w:szCs w:val="20"/>
        </w:rPr>
        <w:t xml:space="preserve"> </w:t>
      </w:r>
      <w:proofErr w:type="spellStart"/>
      <w:r w:rsidRPr="00AC5ABD">
        <w:rPr>
          <w:rFonts w:eastAsia="Comic Sans MS"/>
          <w:szCs w:val="20"/>
        </w:rPr>
        <w:t>açmayı</w:t>
      </w:r>
      <w:proofErr w:type="spellEnd"/>
      <w:r w:rsidRPr="00AC5ABD">
        <w:rPr>
          <w:rFonts w:eastAsia="Comic Sans MS"/>
          <w:szCs w:val="20"/>
        </w:rPr>
        <w:t xml:space="preserve"> </w:t>
      </w:r>
      <w:proofErr w:type="spellStart"/>
      <w:r w:rsidRPr="00AC5ABD">
        <w:rPr>
          <w:rFonts w:eastAsia="Comic Sans MS"/>
          <w:szCs w:val="20"/>
        </w:rPr>
        <w:t>önce</w:t>
      </w:r>
      <w:proofErr w:type="spellEnd"/>
      <w:r w:rsidRPr="00AC5ABD">
        <w:rPr>
          <w:rFonts w:eastAsia="Comic Sans MS"/>
          <w:szCs w:val="20"/>
        </w:rPr>
        <w:t xml:space="preserve"> </w:t>
      </w:r>
      <w:proofErr w:type="spellStart"/>
      <w:r w:rsidRPr="00AC5ABD">
        <w:rPr>
          <w:rFonts w:eastAsia="Comic Sans MS"/>
          <w:szCs w:val="20"/>
        </w:rPr>
        <w:t>kendileri</w:t>
      </w:r>
      <w:proofErr w:type="spellEnd"/>
      <w:r w:rsidRPr="00AC5ABD">
        <w:rPr>
          <w:rFonts w:eastAsia="Comic Sans MS"/>
          <w:szCs w:val="20"/>
        </w:rPr>
        <w:t xml:space="preserve"> </w:t>
      </w:r>
      <w:proofErr w:type="spellStart"/>
      <w:r w:rsidRPr="00AC5ABD">
        <w:rPr>
          <w:rFonts w:eastAsia="Comic Sans MS"/>
          <w:szCs w:val="20"/>
        </w:rPr>
        <w:t>dener</w:t>
      </w:r>
      <w:proofErr w:type="spellEnd"/>
      <w:r w:rsidRPr="00AC5ABD">
        <w:rPr>
          <w:rFonts w:eastAsia="Comic Sans MS"/>
          <w:szCs w:val="20"/>
        </w:rPr>
        <w:t xml:space="preserve">; </w:t>
      </w:r>
      <w:proofErr w:type="spellStart"/>
      <w:r w:rsidRPr="00AC5ABD">
        <w:rPr>
          <w:rFonts w:eastAsia="Comic Sans MS"/>
          <w:szCs w:val="20"/>
        </w:rPr>
        <w:t>ihtiyaç</w:t>
      </w:r>
      <w:proofErr w:type="spellEnd"/>
      <w:r w:rsidRPr="00AC5ABD">
        <w:rPr>
          <w:rFonts w:eastAsia="Comic Sans MS"/>
          <w:szCs w:val="20"/>
        </w:rPr>
        <w:t xml:space="preserve"> </w:t>
      </w:r>
      <w:proofErr w:type="spellStart"/>
      <w:r w:rsidRPr="00AC5ABD">
        <w:rPr>
          <w:rFonts w:eastAsia="Comic Sans MS"/>
          <w:szCs w:val="20"/>
        </w:rPr>
        <w:t>duyduklarında</w:t>
      </w:r>
      <w:proofErr w:type="spellEnd"/>
      <w:r w:rsidRPr="00AC5ABD">
        <w:rPr>
          <w:rFonts w:eastAsia="Comic Sans MS"/>
          <w:szCs w:val="20"/>
        </w:rPr>
        <w:t xml:space="preserve"> </w:t>
      </w:r>
      <w:proofErr w:type="spellStart"/>
      <w:r w:rsidRPr="00AC5ABD">
        <w:rPr>
          <w:rFonts w:eastAsia="Comic Sans MS"/>
          <w:szCs w:val="20"/>
        </w:rPr>
        <w:t>yardım</w:t>
      </w:r>
      <w:proofErr w:type="spellEnd"/>
      <w:r w:rsidRPr="00AC5ABD">
        <w:rPr>
          <w:rFonts w:eastAsia="Comic Sans MS"/>
          <w:szCs w:val="20"/>
        </w:rPr>
        <w:t xml:space="preserve"> </w:t>
      </w:r>
      <w:proofErr w:type="spellStart"/>
      <w:r w:rsidRPr="00AC5ABD">
        <w:rPr>
          <w:rFonts w:eastAsia="Comic Sans MS"/>
          <w:szCs w:val="20"/>
        </w:rPr>
        <w:t>ister</w:t>
      </w:r>
      <w:proofErr w:type="spellEnd"/>
      <w:r w:rsidRPr="00AC5ABD">
        <w:rPr>
          <w:rFonts w:eastAsia="Comic Sans MS"/>
          <w:szCs w:val="20"/>
        </w:rPr>
        <w:t xml:space="preserve">. </w:t>
      </w:r>
      <w:proofErr w:type="spellStart"/>
      <w:r w:rsidRPr="00AC5ABD">
        <w:rPr>
          <w:rFonts w:eastAsia="Comic Sans MS"/>
          <w:szCs w:val="20"/>
        </w:rPr>
        <w:t>Beslenmeden</w:t>
      </w:r>
      <w:proofErr w:type="spellEnd"/>
      <w:r w:rsidRPr="00AC5ABD">
        <w:rPr>
          <w:rFonts w:eastAsia="Comic Sans MS"/>
          <w:szCs w:val="20"/>
        </w:rPr>
        <w:t xml:space="preserve"> </w:t>
      </w:r>
      <w:proofErr w:type="spellStart"/>
      <w:r w:rsidRPr="00AC5ABD">
        <w:rPr>
          <w:rFonts w:eastAsia="Comic Sans MS"/>
          <w:szCs w:val="20"/>
        </w:rPr>
        <w:t>önce</w:t>
      </w:r>
      <w:proofErr w:type="spellEnd"/>
      <w:r w:rsidRPr="00AC5ABD">
        <w:rPr>
          <w:rFonts w:eastAsia="Comic Sans MS"/>
          <w:szCs w:val="20"/>
        </w:rPr>
        <w:t xml:space="preserve"> </w:t>
      </w:r>
      <w:proofErr w:type="spellStart"/>
      <w:r w:rsidRPr="00AC5ABD">
        <w:rPr>
          <w:rFonts w:eastAsia="Comic Sans MS"/>
          <w:szCs w:val="20"/>
        </w:rPr>
        <w:t>kısa</w:t>
      </w:r>
      <w:proofErr w:type="spellEnd"/>
      <w:r w:rsidRPr="00AC5ABD">
        <w:rPr>
          <w:rFonts w:eastAsia="Comic Sans MS"/>
          <w:szCs w:val="20"/>
        </w:rPr>
        <w:t xml:space="preserve"> </w:t>
      </w:r>
      <w:proofErr w:type="spellStart"/>
      <w:r w:rsidRPr="00AC5ABD">
        <w:rPr>
          <w:rFonts w:eastAsia="Comic Sans MS"/>
          <w:szCs w:val="20"/>
        </w:rPr>
        <w:t>bir</w:t>
      </w:r>
      <w:proofErr w:type="spellEnd"/>
      <w:r w:rsidRPr="00AC5ABD">
        <w:rPr>
          <w:rFonts w:eastAsia="Comic Sans MS"/>
          <w:szCs w:val="20"/>
        </w:rPr>
        <w:t xml:space="preserve"> </w:t>
      </w:r>
      <w:proofErr w:type="spellStart"/>
      <w:r w:rsidRPr="00AC5ABD">
        <w:rPr>
          <w:rFonts w:eastAsia="Comic Sans MS"/>
          <w:szCs w:val="20"/>
        </w:rPr>
        <w:t>dua</w:t>
      </w:r>
      <w:proofErr w:type="spellEnd"/>
      <w:r w:rsidRPr="00AC5ABD">
        <w:rPr>
          <w:rFonts w:eastAsia="Comic Sans MS"/>
          <w:szCs w:val="20"/>
        </w:rPr>
        <w:t xml:space="preserve"> </w:t>
      </w:r>
      <w:proofErr w:type="spellStart"/>
      <w:r w:rsidRPr="00AC5ABD">
        <w:rPr>
          <w:rFonts w:eastAsia="Comic Sans MS"/>
          <w:szCs w:val="20"/>
        </w:rPr>
        <w:t>edilir</w:t>
      </w:r>
      <w:proofErr w:type="spellEnd"/>
      <w:r w:rsidRPr="00AC5ABD">
        <w:rPr>
          <w:rFonts w:eastAsia="Comic Sans MS"/>
          <w:szCs w:val="20"/>
        </w:rPr>
        <w:t xml:space="preserve"> </w:t>
      </w:r>
      <w:proofErr w:type="spellStart"/>
      <w:r w:rsidRPr="00AC5ABD">
        <w:rPr>
          <w:rFonts w:eastAsia="Comic Sans MS"/>
          <w:szCs w:val="20"/>
        </w:rPr>
        <w:t>ve</w:t>
      </w:r>
      <w:proofErr w:type="spellEnd"/>
      <w:r w:rsidRPr="00AC5ABD">
        <w:rPr>
          <w:rFonts w:eastAsia="Comic Sans MS"/>
          <w:szCs w:val="20"/>
        </w:rPr>
        <w:t xml:space="preserve"> “</w:t>
      </w:r>
      <w:proofErr w:type="spellStart"/>
      <w:r w:rsidRPr="00AC5ABD">
        <w:rPr>
          <w:rFonts w:eastAsia="Comic Sans MS"/>
          <w:szCs w:val="20"/>
        </w:rPr>
        <w:t>Afiyet</w:t>
      </w:r>
      <w:proofErr w:type="spellEnd"/>
      <w:r w:rsidRPr="00AC5ABD">
        <w:rPr>
          <w:rFonts w:eastAsia="Comic Sans MS"/>
          <w:szCs w:val="20"/>
        </w:rPr>
        <w:t xml:space="preserve"> </w:t>
      </w:r>
      <w:proofErr w:type="spellStart"/>
      <w:r w:rsidRPr="00AC5ABD">
        <w:rPr>
          <w:rFonts w:eastAsia="Comic Sans MS"/>
          <w:szCs w:val="20"/>
        </w:rPr>
        <w:t>olsun</w:t>
      </w:r>
      <w:proofErr w:type="spellEnd"/>
      <w:r w:rsidRPr="00AC5ABD">
        <w:rPr>
          <w:rFonts w:eastAsia="Comic Sans MS"/>
          <w:szCs w:val="20"/>
        </w:rPr>
        <w:t xml:space="preserve">.” </w:t>
      </w:r>
      <w:proofErr w:type="spellStart"/>
      <w:r w:rsidRPr="00AC5ABD">
        <w:rPr>
          <w:rFonts w:eastAsia="Comic Sans MS"/>
          <w:szCs w:val="20"/>
        </w:rPr>
        <w:t>denilir</w:t>
      </w:r>
      <w:proofErr w:type="spellEnd"/>
      <w:r w:rsidRPr="00AC5ABD">
        <w:rPr>
          <w:rFonts w:eastAsia="Comic Sans MS"/>
          <w:szCs w:val="20"/>
        </w:rPr>
        <w:t xml:space="preserve">. </w:t>
      </w:r>
      <w:proofErr w:type="spellStart"/>
      <w:r w:rsidRPr="00AC5ABD">
        <w:rPr>
          <w:rFonts w:eastAsia="Comic Sans MS"/>
          <w:szCs w:val="20"/>
        </w:rPr>
        <w:t>Sonrasında</w:t>
      </w:r>
      <w:proofErr w:type="spellEnd"/>
      <w:r w:rsidRPr="00AC5ABD">
        <w:rPr>
          <w:rFonts w:eastAsia="Comic Sans MS"/>
          <w:szCs w:val="20"/>
        </w:rPr>
        <w:t xml:space="preserve"> </w:t>
      </w:r>
      <w:proofErr w:type="spellStart"/>
      <w:r w:rsidRPr="00AC5ABD">
        <w:rPr>
          <w:rFonts w:eastAsia="Comic Sans MS"/>
          <w:szCs w:val="20"/>
        </w:rPr>
        <w:t>çöpler</w:t>
      </w:r>
      <w:proofErr w:type="spellEnd"/>
      <w:r w:rsidRPr="00AC5ABD">
        <w:rPr>
          <w:rFonts w:eastAsia="Comic Sans MS"/>
          <w:szCs w:val="20"/>
        </w:rPr>
        <w:t xml:space="preserve"> </w:t>
      </w:r>
      <w:proofErr w:type="spellStart"/>
      <w:r w:rsidRPr="00AC5ABD">
        <w:rPr>
          <w:rFonts w:eastAsia="Comic Sans MS"/>
          <w:szCs w:val="20"/>
        </w:rPr>
        <w:t>uygun</w:t>
      </w:r>
      <w:proofErr w:type="spellEnd"/>
      <w:r w:rsidRPr="00AC5ABD">
        <w:rPr>
          <w:rFonts w:eastAsia="Comic Sans MS"/>
          <w:szCs w:val="20"/>
        </w:rPr>
        <w:t xml:space="preserve"> </w:t>
      </w:r>
      <w:proofErr w:type="spellStart"/>
      <w:r w:rsidRPr="00AC5ABD">
        <w:rPr>
          <w:rFonts w:eastAsia="Comic Sans MS"/>
          <w:szCs w:val="20"/>
        </w:rPr>
        <w:t>kutuya</w:t>
      </w:r>
      <w:proofErr w:type="spellEnd"/>
      <w:r w:rsidRPr="00AC5ABD">
        <w:rPr>
          <w:rFonts w:eastAsia="Comic Sans MS"/>
          <w:szCs w:val="20"/>
        </w:rPr>
        <w:t xml:space="preserve"> </w:t>
      </w:r>
      <w:proofErr w:type="spellStart"/>
      <w:r w:rsidRPr="00AC5ABD">
        <w:rPr>
          <w:rFonts w:eastAsia="Comic Sans MS"/>
          <w:szCs w:val="20"/>
        </w:rPr>
        <w:t>atılır</w:t>
      </w:r>
      <w:proofErr w:type="spellEnd"/>
      <w:r w:rsidRPr="00AC5ABD">
        <w:rPr>
          <w:rFonts w:eastAsia="Comic Sans MS"/>
          <w:szCs w:val="20"/>
        </w:rPr>
        <w:t xml:space="preserve">, </w:t>
      </w:r>
      <w:proofErr w:type="spellStart"/>
      <w:r w:rsidRPr="00AC5ABD">
        <w:rPr>
          <w:rFonts w:eastAsia="Comic Sans MS"/>
          <w:szCs w:val="20"/>
        </w:rPr>
        <w:t>kullanılan</w:t>
      </w:r>
      <w:proofErr w:type="spellEnd"/>
      <w:r w:rsidRPr="00AC5ABD">
        <w:rPr>
          <w:rFonts w:eastAsia="Comic Sans MS"/>
          <w:szCs w:val="20"/>
        </w:rPr>
        <w:t xml:space="preserve"> </w:t>
      </w:r>
      <w:proofErr w:type="spellStart"/>
      <w:r w:rsidRPr="00AC5ABD">
        <w:rPr>
          <w:rFonts w:eastAsia="Comic Sans MS"/>
          <w:szCs w:val="20"/>
        </w:rPr>
        <w:t>alan</w:t>
      </w:r>
      <w:proofErr w:type="spellEnd"/>
      <w:r w:rsidRPr="00AC5ABD">
        <w:rPr>
          <w:rFonts w:eastAsia="Comic Sans MS"/>
          <w:szCs w:val="20"/>
        </w:rPr>
        <w:t xml:space="preserve"> </w:t>
      </w:r>
      <w:proofErr w:type="spellStart"/>
      <w:r w:rsidRPr="00AC5ABD">
        <w:rPr>
          <w:rFonts w:eastAsia="Comic Sans MS"/>
          <w:szCs w:val="20"/>
        </w:rPr>
        <w:t>düzenlenir</w:t>
      </w:r>
      <w:proofErr w:type="spellEnd"/>
      <w:r w:rsidRPr="00AC5ABD">
        <w:rPr>
          <w:rFonts w:eastAsia="Comic Sans MS"/>
          <w:szCs w:val="20"/>
        </w:rPr>
        <w:t xml:space="preserve"> </w:t>
      </w:r>
      <w:proofErr w:type="spellStart"/>
      <w:r w:rsidRPr="00AC5ABD">
        <w:rPr>
          <w:rFonts w:eastAsia="Comic Sans MS"/>
          <w:szCs w:val="20"/>
        </w:rPr>
        <w:t>ve</w:t>
      </w:r>
      <w:proofErr w:type="spellEnd"/>
      <w:r w:rsidRPr="00AC5ABD">
        <w:rPr>
          <w:rFonts w:eastAsia="Comic Sans MS"/>
          <w:szCs w:val="20"/>
        </w:rPr>
        <w:t xml:space="preserve"> </w:t>
      </w:r>
      <w:proofErr w:type="spellStart"/>
      <w:r w:rsidRPr="00AC5ABD">
        <w:rPr>
          <w:rFonts w:eastAsia="Comic Sans MS"/>
          <w:szCs w:val="20"/>
        </w:rPr>
        <w:t>kişisel</w:t>
      </w:r>
      <w:proofErr w:type="spellEnd"/>
      <w:r w:rsidRPr="00AC5ABD">
        <w:rPr>
          <w:rFonts w:eastAsia="Comic Sans MS"/>
          <w:szCs w:val="20"/>
        </w:rPr>
        <w:t xml:space="preserve"> </w:t>
      </w:r>
      <w:proofErr w:type="spellStart"/>
      <w:r w:rsidRPr="00AC5ABD">
        <w:rPr>
          <w:rFonts w:eastAsia="Comic Sans MS"/>
          <w:szCs w:val="20"/>
        </w:rPr>
        <w:t>temizlik</w:t>
      </w:r>
      <w:proofErr w:type="spellEnd"/>
      <w:r w:rsidRPr="00AC5ABD">
        <w:rPr>
          <w:rFonts w:eastAsia="Comic Sans MS"/>
          <w:szCs w:val="20"/>
        </w:rPr>
        <w:t xml:space="preserve"> </w:t>
      </w:r>
      <w:proofErr w:type="spellStart"/>
      <w:r w:rsidRPr="00AC5ABD">
        <w:rPr>
          <w:rFonts w:eastAsia="Comic Sans MS"/>
          <w:szCs w:val="20"/>
        </w:rPr>
        <w:t>yapılır</w:t>
      </w:r>
      <w:proofErr w:type="spellEnd"/>
      <w:r w:rsidRPr="00AC5ABD">
        <w:rPr>
          <w:rFonts w:eastAsia="Comic Sans MS"/>
          <w:szCs w:val="20"/>
        </w:rPr>
        <w:t xml:space="preserve">. Suyun </w:t>
      </w:r>
      <w:proofErr w:type="spellStart"/>
      <w:r w:rsidRPr="00AC5ABD">
        <w:rPr>
          <w:rFonts w:eastAsia="Comic Sans MS"/>
          <w:szCs w:val="20"/>
        </w:rPr>
        <w:t>gereksiz</w:t>
      </w:r>
      <w:proofErr w:type="spellEnd"/>
      <w:r w:rsidRPr="00AC5ABD">
        <w:rPr>
          <w:rFonts w:eastAsia="Comic Sans MS"/>
          <w:szCs w:val="20"/>
        </w:rPr>
        <w:t xml:space="preserve"> </w:t>
      </w:r>
      <w:proofErr w:type="spellStart"/>
      <w:r w:rsidRPr="00AC5ABD">
        <w:rPr>
          <w:rFonts w:eastAsia="Comic Sans MS"/>
          <w:szCs w:val="20"/>
        </w:rPr>
        <w:t>akıtılmaması</w:t>
      </w:r>
      <w:proofErr w:type="spellEnd"/>
      <w:r w:rsidRPr="00AC5ABD">
        <w:rPr>
          <w:rFonts w:eastAsia="Comic Sans MS"/>
          <w:szCs w:val="20"/>
        </w:rPr>
        <w:t xml:space="preserve"> </w:t>
      </w:r>
      <w:proofErr w:type="spellStart"/>
      <w:r w:rsidRPr="00AC5ABD">
        <w:rPr>
          <w:rFonts w:eastAsia="Comic Sans MS"/>
          <w:szCs w:val="20"/>
        </w:rPr>
        <w:t>hatırlatılır</w:t>
      </w:r>
      <w:proofErr w:type="spellEnd"/>
      <w:r w:rsidRPr="00AC5ABD">
        <w:rPr>
          <w:rFonts w:eastAsia="Comic Sans MS"/>
          <w:szCs w:val="20"/>
        </w:rPr>
        <w:t>.</w:t>
      </w:r>
    </w:p>
    <w:p w14:paraId="5E482A0F" w14:textId="77777777" w:rsidR="00F627DB" w:rsidRPr="00AC5ABD" w:rsidRDefault="00CC4454">
      <w:pPr>
        <w:keepNext/>
        <w:spacing w:before="160"/>
        <w:rPr>
          <w:szCs w:val="20"/>
        </w:rPr>
      </w:pPr>
      <w:r w:rsidRPr="00AC5ABD">
        <w:rPr>
          <w:rFonts w:eastAsia="Comic Sans MS"/>
          <w:b/>
          <w:color w:val="F85883"/>
          <w:szCs w:val="20"/>
        </w:rPr>
        <w:lastRenderedPageBreak/>
        <w:t>ETKİNLİKLER</w:t>
      </w:r>
    </w:p>
    <w:p w14:paraId="5586E2EB" w14:textId="77777777" w:rsidR="00F627DB" w:rsidRPr="00AC5ABD" w:rsidRDefault="00CC4454">
      <w:pPr>
        <w:keepNext/>
        <w:rPr>
          <w:szCs w:val="20"/>
        </w:rPr>
      </w:pPr>
      <w:proofErr w:type="spellStart"/>
      <w:r w:rsidRPr="00AC5ABD">
        <w:rPr>
          <w:rFonts w:eastAsia="Comic Sans MS"/>
          <w:b/>
          <w:color w:val="002060"/>
          <w:szCs w:val="20"/>
        </w:rPr>
        <w:t>Türkçe</w:t>
      </w:r>
      <w:proofErr w:type="spellEnd"/>
      <w:r w:rsidRPr="00AC5ABD">
        <w:rPr>
          <w:rFonts w:eastAsia="Comic Sans MS"/>
          <w:b/>
          <w:color w:val="002060"/>
          <w:szCs w:val="20"/>
        </w:rPr>
        <w:t xml:space="preserve"> </w:t>
      </w:r>
      <w:proofErr w:type="spellStart"/>
      <w:r w:rsidRPr="00AC5ABD">
        <w:rPr>
          <w:rFonts w:eastAsia="Comic Sans MS"/>
          <w:b/>
          <w:color w:val="002060"/>
          <w:szCs w:val="20"/>
        </w:rPr>
        <w:t>ve</w:t>
      </w:r>
      <w:proofErr w:type="spellEnd"/>
      <w:r w:rsidRPr="00AC5ABD">
        <w:rPr>
          <w:rFonts w:eastAsia="Comic Sans MS"/>
          <w:b/>
          <w:color w:val="002060"/>
          <w:szCs w:val="20"/>
        </w:rPr>
        <w:t xml:space="preserve"> </w:t>
      </w:r>
      <w:proofErr w:type="spellStart"/>
      <w:r w:rsidRPr="00AC5ABD">
        <w:rPr>
          <w:rFonts w:eastAsia="Comic Sans MS"/>
          <w:b/>
          <w:color w:val="002060"/>
          <w:szCs w:val="20"/>
        </w:rPr>
        <w:t>Sosyal</w:t>
      </w:r>
      <w:proofErr w:type="spellEnd"/>
      <w:r w:rsidRPr="00AC5ABD">
        <w:rPr>
          <w:rFonts w:eastAsia="Comic Sans MS"/>
          <w:b/>
          <w:color w:val="002060"/>
          <w:szCs w:val="20"/>
        </w:rPr>
        <w:t xml:space="preserve"> Alan (</w:t>
      </w:r>
      <w:proofErr w:type="spellStart"/>
      <w:r w:rsidRPr="00AC5ABD">
        <w:rPr>
          <w:rFonts w:eastAsia="Comic Sans MS"/>
          <w:b/>
          <w:color w:val="002060"/>
          <w:szCs w:val="20"/>
        </w:rPr>
        <w:t>Bütünleştirilmiş</w:t>
      </w:r>
      <w:proofErr w:type="spellEnd"/>
      <w:r w:rsidRPr="00AC5ABD">
        <w:rPr>
          <w:rFonts w:eastAsia="Comic Sans MS"/>
          <w:b/>
          <w:color w:val="002060"/>
          <w:szCs w:val="20"/>
        </w:rPr>
        <w:t xml:space="preserve"> Büyük </w:t>
      </w:r>
      <w:proofErr w:type="spellStart"/>
      <w:r w:rsidRPr="00AC5ABD">
        <w:rPr>
          <w:rFonts w:eastAsia="Comic Sans MS"/>
          <w:b/>
          <w:color w:val="002060"/>
          <w:szCs w:val="20"/>
        </w:rPr>
        <w:t>Grup</w:t>
      </w:r>
      <w:proofErr w:type="spellEnd"/>
      <w:r w:rsidRPr="00AC5ABD">
        <w:rPr>
          <w:rFonts w:eastAsia="Comic Sans MS"/>
          <w:b/>
          <w:color w:val="002060"/>
          <w:szCs w:val="20"/>
        </w:rPr>
        <w:t xml:space="preserve"> </w:t>
      </w:r>
      <w:proofErr w:type="spellStart"/>
      <w:r w:rsidRPr="00AC5ABD">
        <w:rPr>
          <w:rFonts w:eastAsia="Comic Sans MS"/>
          <w:b/>
          <w:color w:val="002060"/>
          <w:szCs w:val="20"/>
        </w:rPr>
        <w:t>Etkinliği</w:t>
      </w:r>
      <w:proofErr w:type="spellEnd"/>
      <w:r w:rsidRPr="00AC5ABD">
        <w:rPr>
          <w:rFonts w:eastAsia="Comic Sans MS"/>
          <w:b/>
          <w:color w:val="002060"/>
          <w:szCs w:val="20"/>
        </w:rPr>
        <w:t>)</w:t>
      </w:r>
    </w:p>
    <w:p w14:paraId="32BC357A" w14:textId="77777777" w:rsidR="00F627DB" w:rsidRPr="00AC5ABD" w:rsidRDefault="00CC4454">
      <w:pPr>
        <w:rPr>
          <w:szCs w:val="20"/>
        </w:rPr>
      </w:pPr>
      <w:proofErr w:type="spellStart"/>
      <w:r w:rsidRPr="00AC5ABD">
        <w:rPr>
          <w:rFonts w:eastAsia="Comic Sans MS"/>
          <w:szCs w:val="20"/>
        </w:rPr>
        <w:t>Çocuklar</w:t>
      </w:r>
      <w:proofErr w:type="spellEnd"/>
      <w:r w:rsidRPr="00AC5ABD">
        <w:rPr>
          <w:rFonts w:eastAsia="Comic Sans MS"/>
          <w:szCs w:val="20"/>
        </w:rPr>
        <w:t xml:space="preserve"> </w:t>
      </w:r>
      <w:proofErr w:type="spellStart"/>
      <w:r w:rsidRPr="00AC5ABD">
        <w:rPr>
          <w:rFonts w:eastAsia="Comic Sans MS"/>
          <w:szCs w:val="20"/>
        </w:rPr>
        <w:t>aşağıdaki</w:t>
      </w:r>
      <w:proofErr w:type="spellEnd"/>
      <w:r w:rsidRPr="00AC5ABD">
        <w:rPr>
          <w:rFonts w:eastAsia="Comic Sans MS"/>
          <w:szCs w:val="20"/>
        </w:rPr>
        <w:t xml:space="preserve"> </w:t>
      </w:r>
      <w:proofErr w:type="spellStart"/>
      <w:r w:rsidRPr="00AC5ABD">
        <w:rPr>
          <w:rFonts w:eastAsia="Comic Sans MS"/>
          <w:szCs w:val="20"/>
        </w:rPr>
        <w:t>tekerleme</w:t>
      </w:r>
      <w:proofErr w:type="spellEnd"/>
      <w:r w:rsidRPr="00AC5ABD">
        <w:rPr>
          <w:rFonts w:eastAsia="Comic Sans MS"/>
          <w:szCs w:val="20"/>
        </w:rPr>
        <w:t xml:space="preserve"> </w:t>
      </w:r>
      <w:proofErr w:type="spellStart"/>
      <w:r w:rsidRPr="00AC5ABD">
        <w:rPr>
          <w:rFonts w:eastAsia="Comic Sans MS"/>
          <w:szCs w:val="20"/>
        </w:rPr>
        <w:t>hareketlerle</w:t>
      </w:r>
      <w:proofErr w:type="spellEnd"/>
      <w:r w:rsidRPr="00AC5ABD">
        <w:rPr>
          <w:rFonts w:eastAsia="Comic Sans MS"/>
          <w:szCs w:val="20"/>
        </w:rPr>
        <w:t xml:space="preserve"> </w:t>
      </w:r>
      <w:proofErr w:type="spellStart"/>
      <w:r w:rsidRPr="00AC5ABD">
        <w:rPr>
          <w:rFonts w:eastAsia="Comic Sans MS"/>
          <w:szCs w:val="20"/>
        </w:rPr>
        <w:t>söylenerek</w:t>
      </w:r>
      <w:proofErr w:type="spellEnd"/>
      <w:r w:rsidRPr="00AC5ABD">
        <w:rPr>
          <w:rFonts w:eastAsia="Comic Sans MS"/>
          <w:szCs w:val="20"/>
        </w:rPr>
        <w:t xml:space="preserve"> </w:t>
      </w:r>
      <w:proofErr w:type="spellStart"/>
      <w:r w:rsidRPr="00AC5ABD">
        <w:rPr>
          <w:rFonts w:eastAsia="Comic Sans MS"/>
          <w:szCs w:val="20"/>
        </w:rPr>
        <w:t>çembere</w:t>
      </w:r>
      <w:proofErr w:type="spellEnd"/>
      <w:r w:rsidRPr="00AC5ABD">
        <w:rPr>
          <w:rFonts w:eastAsia="Comic Sans MS"/>
          <w:szCs w:val="20"/>
        </w:rPr>
        <w:t xml:space="preserve"> </w:t>
      </w:r>
      <w:proofErr w:type="spellStart"/>
      <w:r w:rsidRPr="00AC5ABD">
        <w:rPr>
          <w:rFonts w:eastAsia="Comic Sans MS"/>
          <w:szCs w:val="20"/>
        </w:rPr>
        <w:t>davet</w:t>
      </w:r>
      <w:proofErr w:type="spellEnd"/>
      <w:r w:rsidRPr="00AC5ABD">
        <w:rPr>
          <w:rFonts w:eastAsia="Comic Sans MS"/>
          <w:szCs w:val="20"/>
        </w:rPr>
        <w:t xml:space="preserve"> </w:t>
      </w:r>
      <w:proofErr w:type="spellStart"/>
      <w:r w:rsidRPr="00AC5ABD">
        <w:rPr>
          <w:rFonts w:eastAsia="Comic Sans MS"/>
          <w:szCs w:val="20"/>
        </w:rPr>
        <w:t>edilir</w:t>
      </w:r>
      <w:proofErr w:type="spellEnd"/>
      <w:r w:rsidRPr="00AC5ABD">
        <w:rPr>
          <w:rFonts w:eastAsia="Comic Sans MS"/>
          <w:szCs w:val="20"/>
        </w:rPr>
        <w:t>.</w:t>
      </w:r>
    </w:p>
    <w:p w14:paraId="795C5691" w14:textId="77777777" w:rsidR="00F627DB" w:rsidRPr="00AC5ABD" w:rsidRDefault="00CC4454">
      <w:pPr>
        <w:rPr>
          <w:szCs w:val="20"/>
        </w:rPr>
      </w:pPr>
      <w:proofErr w:type="spellStart"/>
      <w:r w:rsidRPr="00AC5ABD">
        <w:rPr>
          <w:rFonts w:eastAsia="Comic Sans MS"/>
          <w:b/>
          <w:szCs w:val="20"/>
        </w:rPr>
        <w:t>Tık</w:t>
      </w:r>
      <w:proofErr w:type="spellEnd"/>
      <w:r w:rsidRPr="00AC5ABD">
        <w:rPr>
          <w:rFonts w:eastAsia="Comic Sans MS"/>
          <w:b/>
          <w:szCs w:val="20"/>
        </w:rPr>
        <w:t xml:space="preserve"> </w:t>
      </w:r>
      <w:proofErr w:type="spellStart"/>
      <w:r w:rsidRPr="00AC5ABD">
        <w:rPr>
          <w:rFonts w:eastAsia="Comic Sans MS"/>
          <w:b/>
          <w:szCs w:val="20"/>
        </w:rPr>
        <w:t>tık</w:t>
      </w:r>
      <w:proofErr w:type="spellEnd"/>
      <w:r w:rsidRPr="00AC5ABD">
        <w:rPr>
          <w:rFonts w:eastAsia="Comic Sans MS"/>
          <w:b/>
          <w:szCs w:val="20"/>
        </w:rPr>
        <w:t xml:space="preserve"> </w:t>
      </w:r>
      <w:proofErr w:type="spellStart"/>
      <w:r w:rsidRPr="00AC5ABD">
        <w:rPr>
          <w:rFonts w:eastAsia="Comic Sans MS"/>
          <w:b/>
          <w:szCs w:val="20"/>
        </w:rPr>
        <w:t>tık</w:t>
      </w:r>
      <w:proofErr w:type="spellEnd"/>
      <w:r w:rsidRPr="00AC5ABD">
        <w:rPr>
          <w:rFonts w:eastAsia="Comic Sans MS"/>
          <w:b/>
          <w:szCs w:val="20"/>
        </w:rPr>
        <w:t xml:space="preserve"> </w:t>
      </w:r>
      <w:proofErr w:type="spellStart"/>
      <w:r w:rsidRPr="00AC5ABD">
        <w:rPr>
          <w:rFonts w:eastAsia="Comic Sans MS"/>
          <w:b/>
          <w:szCs w:val="20"/>
        </w:rPr>
        <w:t>kim</w:t>
      </w:r>
      <w:proofErr w:type="spellEnd"/>
      <w:r w:rsidRPr="00AC5ABD">
        <w:rPr>
          <w:rFonts w:eastAsia="Comic Sans MS"/>
          <w:b/>
          <w:szCs w:val="20"/>
        </w:rPr>
        <w:t xml:space="preserve"> </w:t>
      </w:r>
      <w:proofErr w:type="spellStart"/>
      <w:r w:rsidRPr="00AC5ABD">
        <w:rPr>
          <w:rFonts w:eastAsia="Comic Sans MS"/>
          <w:b/>
          <w:szCs w:val="20"/>
        </w:rPr>
        <w:t>geliyor</w:t>
      </w:r>
      <w:proofErr w:type="spellEnd"/>
      <w:r w:rsidRPr="00AC5ABD">
        <w:rPr>
          <w:rFonts w:eastAsia="Comic Sans MS"/>
          <w:b/>
          <w:szCs w:val="20"/>
        </w:rPr>
        <w:t>? (</w:t>
      </w:r>
      <w:proofErr w:type="spellStart"/>
      <w:r w:rsidRPr="00AC5ABD">
        <w:rPr>
          <w:rFonts w:eastAsia="Comic Sans MS"/>
          <w:b/>
          <w:szCs w:val="20"/>
        </w:rPr>
        <w:t>Parmaklar</w:t>
      </w:r>
      <w:proofErr w:type="spellEnd"/>
      <w:r w:rsidRPr="00AC5ABD">
        <w:rPr>
          <w:rFonts w:eastAsia="Comic Sans MS"/>
          <w:b/>
          <w:szCs w:val="20"/>
        </w:rPr>
        <w:t xml:space="preserve"> </w:t>
      </w:r>
      <w:proofErr w:type="spellStart"/>
      <w:r w:rsidRPr="00AC5ABD">
        <w:rPr>
          <w:rFonts w:eastAsia="Comic Sans MS"/>
          <w:b/>
          <w:szCs w:val="20"/>
        </w:rPr>
        <w:t>sırayla</w:t>
      </w:r>
      <w:proofErr w:type="spellEnd"/>
      <w:r w:rsidRPr="00AC5ABD">
        <w:rPr>
          <w:rFonts w:eastAsia="Comic Sans MS"/>
          <w:b/>
          <w:szCs w:val="20"/>
        </w:rPr>
        <w:t xml:space="preserve"> yere </w:t>
      </w:r>
      <w:proofErr w:type="spellStart"/>
      <w:r w:rsidRPr="00AC5ABD">
        <w:rPr>
          <w:rFonts w:eastAsia="Comic Sans MS"/>
          <w:b/>
          <w:szCs w:val="20"/>
        </w:rPr>
        <w:t>vurulur</w:t>
      </w:r>
      <w:proofErr w:type="spellEnd"/>
      <w:r w:rsidRPr="00AC5ABD">
        <w:rPr>
          <w:rFonts w:eastAsia="Comic Sans MS"/>
          <w:b/>
          <w:szCs w:val="20"/>
        </w:rPr>
        <w:t>.)</w:t>
      </w:r>
      <w:r w:rsidRPr="00AC5ABD">
        <w:rPr>
          <w:rFonts w:eastAsia="Comic Sans MS"/>
          <w:szCs w:val="20"/>
        </w:rPr>
        <w:t xml:space="preserve">  </w:t>
      </w:r>
      <w:r w:rsidRPr="00AC5ABD">
        <w:rPr>
          <w:rFonts w:eastAsia="Comic Sans MS"/>
          <w:szCs w:val="20"/>
        </w:rPr>
        <w:br/>
      </w:r>
      <w:r w:rsidRPr="00AC5ABD">
        <w:rPr>
          <w:rFonts w:eastAsia="Comic Sans MS"/>
          <w:b/>
          <w:szCs w:val="20"/>
        </w:rPr>
        <w:t xml:space="preserve"> </w:t>
      </w:r>
      <w:proofErr w:type="spellStart"/>
      <w:r w:rsidRPr="00AC5ABD">
        <w:rPr>
          <w:rFonts w:eastAsia="Comic Sans MS"/>
          <w:b/>
          <w:szCs w:val="20"/>
        </w:rPr>
        <w:t>Kanatları</w:t>
      </w:r>
      <w:proofErr w:type="spellEnd"/>
      <w:r w:rsidRPr="00AC5ABD">
        <w:rPr>
          <w:rFonts w:eastAsia="Comic Sans MS"/>
          <w:b/>
          <w:szCs w:val="20"/>
        </w:rPr>
        <w:t xml:space="preserve"> </w:t>
      </w:r>
      <w:proofErr w:type="spellStart"/>
      <w:r w:rsidRPr="00AC5ABD">
        <w:rPr>
          <w:rFonts w:eastAsia="Comic Sans MS"/>
          <w:b/>
          <w:szCs w:val="20"/>
        </w:rPr>
        <w:t>renkli</w:t>
      </w:r>
      <w:proofErr w:type="spellEnd"/>
      <w:r w:rsidRPr="00AC5ABD">
        <w:rPr>
          <w:rFonts w:eastAsia="Comic Sans MS"/>
          <w:b/>
          <w:szCs w:val="20"/>
        </w:rPr>
        <w:t xml:space="preserve"> </w:t>
      </w:r>
      <w:proofErr w:type="spellStart"/>
      <w:r w:rsidRPr="00AC5ABD">
        <w:rPr>
          <w:rFonts w:eastAsia="Comic Sans MS"/>
          <w:b/>
          <w:szCs w:val="20"/>
        </w:rPr>
        <w:t>bir</w:t>
      </w:r>
      <w:proofErr w:type="spellEnd"/>
      <w:r w:rsidRPr="00AC5ABD">
        <w:rPr>
          <w:rFonts w:eastAsia="Comic Sans MS"/>
          <w:b/>
          <w:szCs w:val="20"/>
        </w:rPr>
        <w:t xml:space="preserve"> </w:t>
      </w:r>
      <w:proofErr w:type="spellStart"/>
      <w:r w:rsidRPr="00AC5ABD">
        <w:rPr>
          <w:rFonts w:eastAsia="Comic Sans MS"/>
          <w:b/>
          <w:szCs w:val="20"/>
        </w:rPr>
        <w:t>kelebek</w:t>
      </w:r>
      <w:proofErr w:type="spellEnd"/>
      <w:r w:rsidRPr="00AC5ABD">
        <w:rPr>
          <w:rFonts w:eastAsia="Comic Sans MS"/>
          <w:b/>
          <w:szCs w:val="20"/>
        </w:rPr>
        <w:t xml:space="preserve"> </w:t>
      </w:r>
      <w:proofErr w:type="spellStart"/>
      <w:r w:rsidRPr="00AC5ABD">
        <w:rPr>
          <w:rFonts w:eastAsia="Comic Sans MS"/>
          <w:b/>
          <w:szCs w:val="20"/>
        </w:rPr>
        <w:t>geliyor</w:t>
      </w:r>
      <w:proofErr w:type="spellEnd"/>
      <w:r w:rsidRPr="00AC5ABD">
        <w:rPr>
          <w:rFonts w:eastAsia="Comic Sans MS"/>
          <w:b/>
          <w:szCs w:val="20"/>
        </w:rPr>
        <w:t xml:space="preserve">! (Kollar </w:t>
      </w:r>
      <w:proofErr w:type="spellStart"/>
      <w:r w:rsidRPr="00AC5ABD">
        <w:rPr>
          <w:rFonts w:eastAsia="Comic Sans MS"/>
          <w:b/>
          <w:szCs w:val="20"/>
        </w:rPr>
        <w:t>göğüste</w:t>
      </w:r>
      <w:proofErr w:type="spellEnd"/>
      <w:r w:rsidRPr="00AC5ABD">
        <w:rPr>
          <w:rFonts w:eastAsia="Comic Sans MS"/>
          <w:b/>
          <w:szCs w:val="20"/>
        </w:rPr>
        <w:t xml:space="preserve"> </w:t>
      </w:r>
      <w:proofErr w:type="spellStart"/>
      <w:r w:rsidRPr="00AC5ABD">
        <w:rPr>
          <w:rFonts w:eastAsia="Comic Sans MS"/>
          <w:b/>
          <w:szCs w:val="20"/>
        </w:rPr>
        <w:t>çapraz</w:t>
      </w:r>
      <w:proofErr w:type="spellEnd"/>
      <w:r w:rsidRPr="00AC5ABD">
        <w:rPr>
          <w:rFonts w:eastAsia="Comic Sans MS"/>
          <w:b/>
          <w:szCs w:val="20"/>
        </w:rPr>
        <w:t xml:space="preserve"> </w:t>
      </w:r>
      <w:proofErr w:type="spellStart"/>
      <w:r w:rsidRPr="00AC5ABD">
        <w:rPr>
          <w:rFonts w:eastAsia="Comic Sans MS"/>
          <w:b/>
          <w:szCs w:val="20"/>
        </w:rPr>
        <w:t>yapılıp</w:t>
      </w:r>
      <w:proofErr w:type="spellEnd"/>
      <w:r w:rsidRPr="00AC5ABD">
        <w:rPr>
          <w:rFonts w:eastAsia="Comic Sans MS"/>
          <w:b/>
          <w:szCs w:val="20"/>
        </w:rPr>
        <w:t xml:space="preserve"> </w:t>
      </w:r>
      <w:proofErr w:type="spellStart"/>
      <w:r w:rsidRPr="00AC5ABD">
        <w:rPr>
          <w:rFonts w:eastAsia="Comic Sans MS"/>
          <w:b/>
          <w:szCs w:val="20"/>
        </w:rPr>
        <w:t>kanat</w:t>
      </w:r>
      <w:proofErr w:type="spellEnd"/>
      <w:r w:rsidRPr="00AC5ABD">
        <w:rPr>
          <w:rFonts w:eastAsia="Comic Sans MS"/>
          <w:b/>
          <w:szCs w:val="20"/>
        </w:rPr>
        <w:t xml:space="preserve"> </w:t>
      </w:r>
      <w:proofErr w:type="spellStart"/>
      <w:r w:rsidRPr="00AC5ABD">
        <w:rPr>
          <w:rFonts w:eastAsia="Comic Sans MS"/>
          <w:b/>
          <w:szCs w:val="20"/>
        </w:rPr>
        <w:t>gibi</w:t>
      </w:r>
      <w:proofErr w:type="spellEnd"/>
      <w:r w:rsidRPr="00AC5ABD">
        <w:rPr>
          <w:rFonts w:eastAsia="Comic Sans MS"/>
          <w:b/>
          <w:szCs w:val="20"/>
        </w:rPr>
        <w:t xml:space="preserve"> </w:t>
      </w:r>
      <w:proofErr w:type="spellStart"/>
      <w:r w:rsidRPr="00AC5ABD">
        <w:rPr>
          <w:rFonts w:eastAsia="Comic Sans MS"/>
          <w:b/>
          <w:szCs w:val="20"/>
        </w:rPr>
        <w:t>sallanır</w:t>
      </w:r>
      <w:proofErr w:type="spellEnd"/>
      <w:r w:rsidRPr="00AC5ABD">
        <w:rPr>
          <w:rFonts w:eastAsia="Comic Sans MS"/>
          <w:b/>
          <w:szCs w:val="20"/>
        </w:rPr>
        <w:t>.)</w:t>
      </w:r>
      <w:r w:rsidRPr="00AC5ABD">
        <w:rPr>
          <w:rFonts w:eastAsia="Comic Sans MS"/>
          <w:szCs w:val="20"/>
        </w:rPr>
        <w:t xml:space="preserve">  </w:t>
      </w:r>
      <w:r w:rsidRPr="00AC5ABD">
        <w:rPr>
          <w:rFonts w:eastAsia="Comic Sans MS"/>
          <w:szCs w:val="20"/>
        </w:rPr>
        <w:br/>
      </w:r>
      <w:r w:rsidRPr="00AC5ABD">
        <w:rPr>
          <w:rFonts w:eastAsia="Comic Sans MS"/>
          <w:b/>
          <w:szCs w:val="20"/>
        </w:rPr>
        <w:t xml:space="preserve"> </w:t>
      </w:r>
      <w:proofErr w:type="spellStart"/>
      <w:r w:rsidRPr="00AC5ABD">
        <w:rPr>
          <w:rFonts w:eastAsia="Comic Sans MS"/>
          <w:b/>
          <w:szCs w:val="20"/>
        </w:rPr>
        <w:t>Sessizce</w:t>
      </w:r>
      <w:proofErr w:type="spellEnd"/>
      <w:r w:rsidRPr="00AC5ABD">
        <w:rPr>
          <w:rFonts w:eastAsia="Comic Sans MS"/>
          <w:b/>
          <w:szCs w:val="20"/>
        </w:rPr>
        <w:t xml:space="preserve"> </w:t>
      </w:r>
      <w:proofErr w:type="spellStart"/>
      <w:r w:rsidRPr="00AC5ABD">
        <w:rPr>
          <w:rFonts w:eastAsia="Comic Sans MS"/>
          <w:b/>
          <w:szCs w:val="20"/>
        </w:rPr>
        <w:t>çiçeğine</w:t>
      </w:r>
      <w:proofErr w:type="spellEnd"/>
      <w:r w:rsidRPr="00AC5ABD">
        <w:rPr>
          <w:rFonts w:eastAsia="Comic Sans MS"/>
          <w:b/>
          <w:szCs w:val="20"/>
        </w:rPr>
        <w:t xml:space="preserve"> </w:t>
      </w:r>
      <w:proofErr w:type="spellStart"/>
      <w:r w:rsidRPr="00AC5ABD">
        <w:rPr>
          <w:rFonts w:eastAsia="Comic Sans MS"/>
          <w:b/>
          <w:szCs w:val="20"/>
        </w:rPr>
        <w:t>konanı</w:t>
      </w:r>
      <w:proofErr w:type="spellEnd"/>
      <w:r w:rsidRPr="00AC5ABD">
        <w:rPr>
          <w:rFonts w:eastAsia="Comic Sans MS"/>
          <w:b/>
          <w:szCs w:val="20"/>
        </w:rPr>
        <w:t>, (</w:t>
      </w:r>
      <w:proofErr w:type="spellStart"/>
      <w:r w:rsidRPr="00AC5ABD">
        <w:rPr>
          <w:rFonts w:eastAsia="Comic Sans MS"/>
          <w:b/>
          <w:szCs w:val="20"/>
        </w:rPr>
        <w:t>Minderler</w:t>
      </w:r>
      <w:proofErr w:type="spellEnd"/>
      <w:r w:rsidRPr="00AC5ABD">
        <w:rPr>
          <w:rFonts w:eastAsia="Comic Sans MS"/>
          <w:b/>
          <w:szCs w:val="20"/>
        </w:rPr>
        <w:t xml:space="preserve"> </w:t>
      </w:r>
      <w:proofErr w:type="spellStart"/>
      <w:r w:rsidRPr="00AC5ABD">
        <w:rPr>
          <w:rFonts w:eastAsia="Comic Sans MS"/>
          <w:b/>
          <w:szCs w:val="20"/>
        </w:rPr>
        <w:t>gösterilir</w:t>
      </w:r>
      <w:proofErr w:type="spellEnd"/>
      <w:r w:rsidRPr="00AC5ABD">
        <w:rPr>
          <w:rFonts w:eastAsia="Comic Sans MS"/>
          <w:b/>
          <w:szCs w:val="20"/>
        </w:rPr>
        <w:t>.)</w:t>
      </w:r>
      <w:r w:rsidRPr="00AC5ABD">
        <w:rPr>
          <w:rFonts w:eastAsia="Comic Sans MS"/>
          <w:szCs w:val="20"/>
        </w:rPr>
        <w:t xml:space="preserve">  </w:t>
      </w:r>
      <w:r w:rsidRPr="00AC5ABD">
        <w:rPr>
          <w:rFonts w:eastAsia="Comic Sans MS"/>
          <w:szCs w:val="20"/>
        </w:rPr>
        <w:br/>
      </w:r>
      <w:r w:rsidRPr="00AC5ABD">
        <w:rPr>
          <w:rFonts w:eastAsia="Comic Sans MS"/>
          <w:b/>
          <w:szCs w:val="20"/>
        </w:rPr>
        <w:t xml:space="preserve"> </w:t>
      </w:r>
      <w:proofErr w:type="spellStart"/>
      <w:r w:rsidRPr="00AC5ABD">
        <w:rPr>
          <w:rFonts w:eastAsia="Comic Sans MS"/>
          <w:b/>
          <w:szCs w:val="20"/>
        </w:rPr>
        <w:t>Renkli</w:t>
      </w:r>
      <w:proofErr w:type="spellEnd"/>
      <w:r w:rsidRPr="00AC5ABD">
        <w:rPr>
          <w:rFonts w:eastAsia="Comic Sans MS"/>
          <w:b/>
          <w:szCs w:val="20"/>
        </w:rPr>
        <w:t xml:space="preserve"> Kelebek </w:t>
      </w:r>
      <w:proofErr w:type="spellStart"/>
      <w:r w:rsidRPr="00AC5ABD">
        <w:rPr>
          <w:rFonts w:eastAsia="Comic Sans MS"/>
          <w:b/>
          <w:szCs w:val="20"/>
        </w:rPr>
        <w:t>çok</w:t>
      </w:r>
      <w:proofErr w:type="spellEnd"/>
      <w:r w:rsidRPr="00AC5ABD">
        <w:rPr>
          <w:rFonts w:eastAsia="Comic Sans MS"/>
          <w:b/>
          <w:szCs w:val="20"/>
        </w:rPr>
        <w:t xml:space="preserve"> </w:t>
      </w:r>
      <w:proofErr w:type="spellStart"/>
      <w:r w:rsidRPr="00AC5ABD">
        <w:rPr>
          <w:rFonts w:eastAsia="Comic Sans MS"/>
          <w:b/>
          <w:szCs w:val="20"/>
        </w:rPr>
        <w:t>seviyor</w:t>
      </w:r>
      <w:proofErr w:type="spellEnd"/>
      <w:r w:rsidRPr="00AC5ABD">
        <w:rPr>
          <w:rFonts w:eastAsia="Comic Sans MS"/>
          <w:b/>
          <w:szCs w:val="20"/>
        </w:rPr>
        <w:t xml:space="preserve">! </w:t>
      </w:r>
      <w:proofErr w:type="spellStart"/>
      <w:r w:rsidRPr="00AC5ABD">
        <w:rPr>
          <w:rFonts w:eastAsia="Comic Sans MS"/>
          <w:b/>
          <w:szCs w:val="20"/>
        </w:rPr>
        <w:t>Şşşt</w:t>
      </w:r>
      <w:proofErr w:type="spellEnd"/>
      <w:r w:rsidRPr="00AC5ABD">
        <w:rPr>
          <w:rFonts w:eastAsia="Comic Sans MS"/>
          <w:b/>
          <w:szCs w:val="20"/>
        </w:rPr>
        <w:t>...</w:t>
      </w:r>
      <w:r w:rsidRPr="00AC5ABD">
        <w:rPr>
          <w:rFonts w:eastAsia="Comic Sans MS"/>
          <w:szCs w:val="20"/>
        </w:rPr>
        <w:t xml:space="preserve">  </w:t>
      </w:r>
      <w:r w:rsidRPr="00AC5ABD">
        <w:rPr>
          <w:rFonts w:eastAsia="Comic Sans MS"/>
          <w:szCs w:val="20"/>
        </w:rPr>
        <w:br/>
      </w:r>
      <w:r w:rsidRPr="00AC5ABD">
        <w:rPr>
          <w:rFonts w:eastAsia="Comic Sans MS"/>
          <w:b/>
          <w:szCs w:val="20"/>
        </w:rPr>
        <w:t xml:space="preserve"> Kelebek </w:t>
      </w:r>
      <w:proofErr w:type="spellStart"/>
      <w:r w:rsidRPr="00AC5ABD">
        <w:rPr>
          <w:rFonts w:eastAsia="Comic Sans MS"/>
          <w:b/>
          <w:szCs w:val="20"/>
        </w:rPr>
        <w:t>şimdi</w:t>
      </w:r>
      <w:proofErr w:type="spellEnd"/>
      <w:r w:rsidRPr="00AC5ABD">
        <w:rPr>
          <w:rFonts w:eastAsia="Comic Sans MS"/>
          <w:b/>
          <w:szCs w:val="20"/>
        </w:rPr>
        <w:t xml:space="preserve"> </w:t>
      </w:r>
      <w:proofErr w:type="spellStart"/>
      <w:r w:rsidRPr="00AC5ABD">
        <w:rPr>
          <w:rFonts w:eastAsia="Comic Sans MS"/>
          <w:b/>
          <w:szCs w:val="20"/>
        </w:rPr>
        <w:t>uyuyor</w:t>
      </w:r>
      <w:proofErr w:type="spellEnd"/>
      <w:r w:rsidRPr="00AC5ABD">
        <w:rPr>
          <w:rFonts w:eastAsia="Comic Sans MS"/>
          <w:b/>
          <w:szCs w:val="20"/>
        </w:rPr>
        <w:t>! (</w:t>
      </w:r>
      <w:proofErr w:type="spellStart"/>
      <w:r w:rsidRPr="00AC5ABD">
        <w:rPr>
          <w:rFonts w:eastAsia="Comic Sans MS"/>
          <w:b/>
          <w:szCs w:val="20"/>
        </w:rPr>
        <w:t>Sessizlik</w:t>
      </w:r>
      <w:proofErr w:type="spellEnd"/>
      <w:r w:rsidRPr="00AC5ABD">
        <w:rPr>
          <w:rFonts w:eastAsia="Comic Sans MS"/>
          <w:b/>
          <w:szCs w:val="20"/>
        </w:rPr>
        <w:t xml:space="preserve"> </w:t>
      </w:r>
      <w:proofErr w:type="spellStart"/>
      <w:r w:rsidRPr="00AC5ABD">
        <w:rPr>
          <w:rFonts w:eastAsia="Comic Sans MS"/>
          <w:b/>
          <w:szCs w:val="20"/>
        </w:rPr>
        <w:t>sağlanır</w:t>
      </w:r>
      <w:proofErr w:type="spellEnd"/>
      <w:r w:rsidRPr="00AC5ABD">
        <w:rPr>
          <w:rFonts w:eastAsia="Comic Sans MS"/>
          <w:b/>
          <w:szCs w:val="20"/>
        </w:rPr>
        <w:t>.)</w:t>
      </w:r>
    </w:p>
    <w:p w14:paraId="6672034B" w14:textId="77777777" w:rsidR="00F627DB" w:rsidRPr="00AC5ABD" w:rsidRDefault="00CC4454">
      <w:pPr>
        <w:rPr>
          <w:szCs w:val="20"/>
        </w:rPr>
      </w:pPr>
      <w:proofErr w:type="spellStart"/>
      <w:r w:rsidRPr="00AC5ABD">
        <w:rPr>
          <w:rFonts w:eastAsia="Comic Sans MS"/>
          <w:szCs w:val="20"/>
        </w:rPr>
        <w:t>Öğretmen</w:t>
      </w:r>
      <w:proofErr w:type="spellEnd"/>
      <w:r w:rsidRPr="00AC5ABD">
        <w:rPr>
          <w:rFonts w:eastAsia="Comic Sans MS"/>
          <w:szCs w:val="20"/>
        </w:rPr>
        <w:t xml:space="preserve"> </w:t>
      </w:r>
      <w:proofErr w:type="spellStart"/>
      <w:r w:rsidRPr="00AC5ABD">
        <w:rPr>
          <w:rFonts w:eastAsia="Comic Sans MS"/>
          <w:szCs w:val="20"/>
        </w:rPr>
        <w:t>gerçek</w:t>
      </w:r>
      <w:proofErr w:type="spellEnd"/>
      <w:r w:rsidRPr="00AC5ABD">
        <w:rPr>
          <w:rFonts w:eastAsia="Comic Sans MS"/>
          <w:szCs w:val="20"/>
        </w:rPr>
        <w:t xml:space="preserve"> Türk </w:t>
      </w:r>
      <w:proofErr w:type="spellStart"/>
      <w:r w:rsidRPr="00AC5ABD">
        <w:rPr>
          <w:rFonts w:eastAsia="Comic Sans MS"/>
          <w:szCs w:val="20"/>
        </w:rPr>
        <w:t>bayrağını</w:t>
      </w:r>
      <w:proofErr w:type="spellEnd"/>
      <w:r w:rsidRPr="00AC5ABD">
        <w:rPr>
          <w:rFonts w:eastAsia="Comic Sans MS"/>
          <w:szCs w:val="20"/>
        </w:rPr>
        <w:t xml:space="preserve"> </w:t>
      </w:r>
      <w:proofErr w:type="spellStart"/>
      <w:r w:rsidRPr="00AC5ABD">
        <w:rPr>
          <w:rFonts w:eastAsia="Comic Sans MS"/>
          <w:szCs w:val="20"/>
        </w:rPr>
        <w:t>çocukların</w:t>
      </w:r>
      <w:proofErr w:type="spellEnd"/>
      <w:r w:rsidRPr="00AC5ABD">
        <w:rPr>
          <w:rFonts w:eastAsia="Comic Sans MS"/>
          <w:szCs w:val="20"/>
        </w:rPr>
        <w:t xml:space="preserve"> </w:t>
      </w:r>
      <w:proofErr w:type="spellStart"/>
      <w:r w:rsidRPr="00AC5ABD">
        <w:rPr>
          <w:rFonts w:eastAsia="Comic Sans MS"/>
          <w:szCs w:val="20"/>
        </w:rPr>
        <w:t>rahatça</w:t>
      </w:r>
      <w:proofErr w:type="spellEnd"/>
      <w:r w:rsidRPr="00AC5ABD">
        <w:rPr>
          <w:rFonts w:eastAsia="Comic Sans MS"/>
          <w:szCs w:val="20"/>
        </w:rPr>
        <w:t xml:space="preserve"> </w:t>
      </w:r>
      <w:proofErr w:type="spellStart"/>
      <w:r w:rsidRPr="00AC5ABD">
        <w:rPr>
          <w:rFonts w:eastAsia="Comic Sans MS"/>
          <w:szCs w:val="20"/>
        </w:rPr>
        <w:t>görebileceği</w:t>
      </w:r>
      <w:proofErr w:type="spellEnd"/>
      <w:r w:rsidRPr="00AC5ABD">
        <w:rPr>
          <w:rFonts w:eastAsia="Comic Sans MS"/>
          <w:szCs w:val="20"/>
        </w:rPr>
        <w:t xml:space="preserve"> </w:t>
      </w:r>
      <w:proofErr w:type="spellStart"/>
      <w:r w:rsidRPr="00AC5ABD">
        <w:rPr>
          <w:rFonts w:eastAsia="Comic Sans MS"/>
          <w:szCs w:val="20"/>
        </w:rPr>
        <w:t>biçimde</w:t>
      </w:r>
      <w:proofErr w:type="spellEnd"/>
      <w:r w:rsidRPr="00AC5ABD">
        <w:rPr>
          <w:rFonts w:eastAsia="Comic Sans MS"/>
          <w:szCs w:val="20"/>
        </w:rPr>
        <w:t xml:space="preserve"> </w:t>
      </w:r>
      <w:proofErr w:type="spellStart"/>
      <w:r w:rsidRPr="00AC5ABD">
        <w:rPr>
          <w:rFonts w:eastAsia="Comic Sans MS"/>
          <w:szCs w:val="20"/>
        </w:rPr>
        <w:t>gösterir</w:t>
      </w:r>
      <w:proofErr w:type="spellEnd"/>
      <w:r w:rsidRPr="00AC5ABD">
        <w:rPr>
          <w:rFonts w:eastAsia="Comic Sans MS"/>
          <w:szCs w:val="20"/>
        </w:rPr>
        <w:t xml:space="preserve">. </w:t>
      </w:r>
      <w:proofErr w:type="spellStart"/>
      <w:r w:rsidRPr="00AC5ABD">
        <w:rPr>
          <w:rFonts w:eastAsia="Comic Sans MS"/>
          <w:szCs w:val="20"/>
        </w:rPr>
        <w:t>Çocuklar</w:t>
      </w:r>
      <w:proofErr w:type="spellEnd"/>
      <w:r w:rsidRPr="00AC5ABD">
        <w:rPr>
          <w:rFonts w:eastAsia="Comic Sans MS"/>
          <w:szCs w:val="20"/>
        </w:rPr>
        <w:t xml:space="preserve"> (OB4) </w:t>
      </w:r>
      <w:proofErr w:type="spellStart"/>
      <w:r w:rsidRPr="00AC5ABD">
        <w:rPr>
          <w:rFonts w:eastAsia="Comic Sans MS"/>
          <w:szCs w:val="20"/>
        </w:rPr>
        <w:t>kırmızı</w:t>
      </w:r>
      <w:proofErr w:type="spellEnd"/>
      <w:r w:rsidRPr="00AC5ABD">
        <w:rPr>
          <w:rFonts w:eastAsia="Comic Sans MS"/>
          <w:szCs w:val="20"/>
        </w:rPr>
        <w:t xml:space="preserve"> </w:t>
      </w:r>
      <w:proofErr w:type="spellStart"/>
      <w:r w:rsidRPr="00AC5ABD">
        <w:rPr>
          <w:rFonts w:eastAsia="Comic Sans MS"/>
          <w:szCs w:val="20"/>
        </w:rPr>
        <w:t>zemini</w:t>
      </w:r>
      <w:proofErr w:type="spellEnd"/>
      <w:r w:rsidRPr="00AC5ABD">
        <w:rPr>
          <w:rFonts w:eastAsia="Comic Sans MS"/>
          <w:szCs w:val="20"/>
        </w:rPr>
        <w:t xml:space="preserve">, </w:t>
      </w:r>
      <w:proofErr w:type="spellStart"/>
      <w:r w:rsidRPr="00AC5ABD">
        <w:rPr>
          <w:rFonts w:eastAsia="Comic Sans MS"/>
          <w:szCs w:val="20"/>
        </w:rPr>
        <w:t>beyaz</w:t>
      </w:r>
      <w:proofErr w:type="spellEnd"/>
      <w:r w:rsidRPr="00AC5ABD">
        <w:rPr>
          <w:rFonts w:eastAsia="Comic Sans MS"/>
          <w:szCs w:val="20"/>
        </w:rPr>
        <w:t xml:space="preserve"> ay </w:t>
      </w:r>
      <w:proofErr w:type="spellStart"/>
      <w:r w:rsidRPr="00AC5ABD">
        <w:rPr>
          <w:rFonts w:eastAsia="Comic Sans MS"/>
          <w:szCs w:val="20"/>
        </w:rPr>
        <w:t>ve</w:t>
      </w:r>
      <w:proofErr w:type="spellEnd"/>
      <w:r w:rsidRPr="00AC5ABD">
        <w:rPr>
          <w:rFonts w:eastAsia="Comic Sans MS"/>
          <w:szCs w:val="20"/>
        </w:rPr>
        <w:t xml:space="preserve"> </w:t>
      </w:r>
      <w:proofErr w:type="spellStart"/>
      <w:r w:rsidRPr="00AC5ABD">
        <w:rPr>
          <w:rFonts w:eastAsia="Comic Sans MS"/>
          <w:szCs w:val="20"/>
        </w:rPr>
        <w:t>yıldızı</w:t>
      </w:r>
      <w:proofErr w:type="spellEnd"/>
      <w:r w:rsidRPr="00AC5ABD">
        <w:rPr>
          <w:rFonts w:eastAsia="Comic Sans MS"/>
          <w:szCs w:val="20"/>
        </w:rPr>
        <w:t xml:space="preserve"> </w:t>
      </w:r>
      <w:proofErr w:type="spellStart"/>
      <w:r w:rsidRPr="00AC5ABD">
        <w:rPr>
          <w:rFonts w:eastAsia="Comic Sans MS"/>
          <w:szCs w:val="20"/>
        </w:rPr>
        <w:t>inceler</w:t>
      </w:r>
      <w:proofErr w:type="spellEnd"/>
      <w:r w:rsidRPr="00AC5ABD">
        <w:rPr>
          <w:rFonts w:eastAsia="Comic Sans MS"/>
          <w:szCs w:val="20"/>
        </w:rPr>
        <w:t xml:space="preserve">; </w:t>
      </w:r>
      <w:proofErr w:type="spellStart"/>
      <w:r w:rsidRPr="00AC5ABD">
        <w:rPr>
          <w:rFonts w:eastAsia="Comic Sans MS"/>
          <w:szCs w:val="20"/>
        </w:rPr>
        <w:t>söyleyerek</w:t>
      </w:r>
      <w:proofErr w:type="spellEnd"/>
      <w:r w:rsidRPr="00AC5ABD">
        <w:rPr>
          <w:rFonts w:eastAsia="Comic Sans MS"/>
          <w:szCs w:val="20"/>
        </w:rPr>
        <w:t xml:space="preserve"> </w:t>
      </w:r>
      <w:proofErr w:type="spellStart"/>
      <w:r w:rsidRPr="00AC5ABD">
        <w:rPr>
          <w:rFonts w:eastAsia="Comic Sans MS"/>
          <w:szCs w:val="20"/>
        </w:rPr>
        <w:t>veya</w:t>
      </w:r>
      <w:proofErr w:type="spellEnd"/>
      <w:r w:rsidRPr="00AC5ABD">
        <w:rPr>
          <w:rFonts w:eastAsia="Comic Sans MS"/>
          <w:szCs w:val="20"/>
        </w:rPr>
        <w:t xml:space="preserve"> </w:t>
      </w:r>
      <w:proofErr w:type="spellStart"/>
      <w:r w:rsidRPr="00AC5ABD">
        <w:rPr>
          <w:rFonts w:eastAsia="Comic Sans MS"/>
          <w:szCs w:val="20"/>
        </w:rPr>
        <w:t>işaret</w:t>
      </w:r>
      <w:proofErr w:type="spellEnd"/>
      <w:r w:rsidRPr="00AC5ABD">
        <w:rPr>
          <w:rFonts w:eastAsia="Comic Sans MS"/>
          <w:szCs w:val="20"/>
        </w:rPr>
        <w:t xml:space="preserve"> </w:t>
      </w:r>
      <w:proofErr w:type="spellStart"/>
      <w:r w:rsidRPr="00AC5ABD">
        <w:rPr>
          <w:rFonts w:eastAsia="Comic Sans MS"/>
          <w:szCs w:val="20"/>
        </w:rPr>
        <w:t>ederek</w:t>
      </w:r>
      <w:proofErr w:type="spellEnd"/>
      <w:r w:rsidRPr="00AC5ABD">
        <w:rPr>
          <w:rFonts w:eastAsia="Comic Sans MS"/>
          <w:szCs w:val="20"/>
        </w:rPr>
        <w:t xml:space="preserve"> </w:t>
      </w:r>
      <w:proofErr w:type="spellStart"/>
      <w:r w:rsidRPr="00AC5ABD">
        <w:rPr>
          <w:rFonts w:eastAsia="Comic Sans MS"/>
          <w:szCs w:val="20"/>
        </w:rPr>
        <w:t>gösterir</w:t>
      </w:r>
      <w:proofErr w:type="spellEnd"/>
      <w:r w:rsidRPr="00AC5ABD">
        <w:rPr>
          <w:rFonts w:eastAsia="Comic Sans MS"/>
          <w:szCs w:val="20"/>
        </w:rPr>
        <w:t>. “</w:t>
      </w:r>
      <w:proofErr w:type="spellStart"/>
      <w:r w:rsidRPr="00AC5ABD">
        <w:rPr>
          <w:rFonts w:eastAsia="Comic Sans MS"/>
          <w:szCs w:val="20"/>
        </w:rPr>
        <w:t>Bayrağımızı</w:t>
      </w:r>
      <w:proofErr w:type="spellEnd"/>
      <w:r w:rsidRPr="00AC5ABD">
        <w:rPr>
          <w:rFonts w:eastAsia="Comic Sans MS"/>
          <w:szCs w:val="20"/>
        </w:rPr>
        <w:t xml:space="preserve"> </w:t>
      </w:r>
      <w:proofErr w:type="spellStart"/>
      <w:r w:rsidRPr="00AC5ABD">
        <w:rPr>
          <w:rFonts w:eastAsia="Comic Sans MS"/>
          <w:szCs w:val="20"/>
        </w:rPr>
        <w:t>nerelerde</w:t>
      </w:r>
      <w:proofErr w:type="spellEnd"/>
      <w:r w:rsidRPr="00AC5ABD">
        <w:rPr>
          <w:rFonts w:eastAsia="Comic Sans MS"/>
          <w:szCs w:val="20"/>
        </w:rPr>
        <w:t xml:space="preserve"> </w:t>
      </w:r>
      <w:proofErr w:type="spellStart"/>
      <w:r w:rsidRPr="00AC5ABD">
        <w:rPr>
          <w:rFonts w:eastAsia="Comic Sans MS"/>
          <w:szCs w:val="20"/>
        </w:rPr>
        <w:t>gördünüz</w:t>
      </w:r>
      <w:proofErr w:type="spellEnd"/>
      <w:r w:rsidRPr="00AC5ABD">
        <w:rPr>
          <w:rFonts w:eastAsia="Comic Sans MS"/>
          <w:szCs w:val="20"/>
        </w:rPr>
        <w:t xml:space="preserve">?” </w:t>
      </w:r>
      <w:proofErr w:type="spellStart"/>
      <w:r w:rsidRPr="00AC5ABD">
        <w:rPr>
          <w:rFonts w:eastAsia="Comic Sans MS"/>
          <w:szCs w:val="20"/>
        </w:rPr>
        <w:t>sorusuyla</w:t>
      </w:r>
      <w:proofErr w:type="spellEnd"/>
      <w:r w:rsidRPr="00AC5ABD">
        <w:rPr>
          <w:rFonts w:eastAsia="Comic Sans MS"/>
          <w:szCs w:val="20"/>
        </w:rPr>
        <w:t xml:space="preserve"> </w:t>
      </w:r>
      <w:proofErr w:type="spellStart"/>
      <w:r w:rsidRPr="00AC5ABD">
        <w:rPr>
          <w:rFonts w:eastAsia="Comic Sans MS"/>
          <w:szCs w:val="20"/>
        </w:rPr>
        <w:t>okul</w:t>
      </w:r>
      <w:proofErr w:type="spellEnd"/>
      <w:r w:rsidRPr="00AC5ABD">
        <w:rPr>
          <w:rFonts w:eastAsia="Comic Sans MS"/>
          <w:szCs w:val="20"/>
        </w:rPr>
        <w:t xml:space="preserve">, </w:t>
      </w:r>
      <w:proofErr w:type="spellStart"/>
      <w:r w:rsidRPr="00AC5ABD">
        <w:rPr>
          <w:rFonts w:eastAsia="Comic Sans MS"/>
          <w:szCs w:val="20"/>
        </w:rPr>
        <w:t>evlerin</w:t>
      </w:r>
      <w:proofErr w:type="spellEnd"/>
      <w:r w:rsidRPr="00AC5ABD">
        <w:rPr>
          <w:rFonts w:eastAsia="Comic Sans MS"/>
          <w:szCs w:val="20"/>
        </w:rPr>
        <w:t xml:space="preserve"> </w:t>
      </w:r>
      <w:proofErr w:type="spellStart"/>
      <w:r w:rsidRPr="00AC5ABD">
        <w:rPr>
          <w:rFonts w:eastAsia="Comic Sans MS"/>
          <w:szCs w:val="20"/>
        </w:rPr>
        <w:t>pencereleri</w:t>
      </w:r>
      <w:proofErr w:type="spellEnd"/>
      <w:r w:rsidRPr="00AC5ABD">
        <w:rPr>
          <w:rFonts w:eastAsia="Comic Sans MS"/>
          <w:szCs w:val="20"/>
        </w:rPr>
        <w:t xml:space="preserve"> </w:t>
      </w:r>
      <w:proofErr w:type="spellStart"/>
      <w:r w:rsidRPr="00AC5ABD">
        <w:rPr>
          <w:rFonts w:eastAsia="Comic Sans MS"/>
          <w:szCs w:val="20"/>
        </w:rPr>
        <w:t>ve</w:t>
      </w:r>
      <w:proofErr w:type="spellEnd"/>
      <w:r w:rsidRPr="00AC5ABD">
        <w:rPr>
          <w:rFonts w:eastAsia="Comic Sans MS"/>
          <w:szCs w:val="20"/>
        </w:rPr>
        <w:t xml:space="preserve"> </w:t>
      </w:r>
      <w:proofErr w:type="spellStart"/>
      <w:r w:rsidRPr="00AC5ABD">
        <w:rPr>
          <w:rFonts w:eastAsia="Comic Sans MS"/>
          <w:szCs w:val="20"/>
        </w:rPr>
        <w:t>bayram</w:t>
      </w:r>
      <w:proofErr w:type="spellEnd"/>
      <w:r w:rsidRPr="00AC5ABD">
        <w:rPr>
          <w:rFonts w:eastAsia="Comic Sans MS"/>
          <w:szCs w:val="20"/>
        </w:rPr>
        <w:t xml:space="preserve"> </w:t>
      </w:r>
      <w:proofErr w:type="spellStart"/>
      <w:r w:rsidRPr="00AC5ABD">
        <w:rPr>
          <w:rFonts w:eastAsia="Comic Sans MS"/>
          <w:szCs w:val="20"/>
        </w:rPr>
        <w:t>kutlamaları</w:t>
      </w:r>
      <w:proofErr w:type="spellEnd"/>
      <w:r w:rsidRPr="00AC5ABD">
        <w:rPr>
          <w:rFonts w:eastAsia="Comic Sans MS"/>
          <w:szCs w:val="20"/>
        </w:rPr>
        <w:t xml:space="preserve"> </w:t>
      </w:r>
      <w:proofErr w:type="spellStart"/>
      <w:r w:rsidRPr="00AC5ABD">
        <w:rPr>
          <w:rFonts w:eastAsia="Comic Sans MS"/>
          <w:szCs w:val="20"/>
        </w:rPr>
        <w:t>hakkında</w:t>
      </w:r>
      <w:proofErr w:type="spellEnd"/>
      <w:r w:rsidRPr="00AC5ABD">
        <w:rPr>
          <w:rFonts w:eastAsia="Comic Sans MS"/>
          <w:szCs w:val="20"/>
        </w:rPr>
        <w:t xml:space="preserve"> </w:t>
      </w:r>
      <w:proofErr w:type="spellStart"/>
      <w:r w:rsidRPr="00AC5ABD">
        <w:rPr>
          <w:rFonts w:eastAsia="Comic Sans MS"/>
          <w:szCs w:val="20"/>
        </w:rPr>
        <w:t>konuşulur</w:t>
      </w:r>
      <w:proofErr w:type="spellEnd"/>
      <w:r w:rsidRPr="00AC5ABD">
        <w:rPr>
          <w:rFonts w:eastAsia="Comic Sans MS"/>
          <w:szCs w:val="20"/>
        </w:rPr>
        <w:t xml:space="preserve">. </w:t>
      </w:r>
      <w:proofErr w:type="spellStart"/>
      <w:r w:rsidRPr="00AC5ABD">
        <w:rPr>
          <w:rFonts w:eastAsia="Comic Sans MS"/>
          <w:szCs w:val="20"/>
        </w:rPr>
        <w:t>Öğretmen</w:t>
      </w:r>
      <w:proofErr w:type="spellEnd"/>
      <w:r w:rsidRPr="00AC5ABD">
        <w:rPr>
          <w:rFonts w:eastAsia="Comic Sans MS"/>
          <w:szCs w:val="20"/>
        </w:rPr>
        <w:t xml:space="preserve"> “</w:t>
      </w:r>
      <w:proofErr w:type="spellStart"/>
      <w:r w:rsidRPr="00AC5ABD">
        <w:rPr>
          <w:rFonts w:eastAsia="Comic Sans MS"/>
          <w:szCs w:val="20"/>
        </w:rPr>
        <w:t>Birlikte</w:t>
      </w:r>
      <w:proofErr w:type="spellEnd"/>
      <w:r w:rsidRPr="00AC5ABD">
        <w:rPr>
          <w:rFonts w:eastAsia="Comic Sans MS"/>
          <w:szCs w:val="20"/>
        </w:rPr>
        <w:t xml:space="preserve"> </w:t>
      </w:r>
      <w:proofErr w:type="spellStart"/>
      <w:r w:rsidRPr="00AC5ABD">
        <w:rPr>
          <w:rFonts w:eastAsia="Comic Sans MS"/>
          <w:szCs w:val="20"/>
        </w:rPr>
        <w:t>yaşadığımız</w:t>
      </w:r>
      <w:proofErr w:type="spellEnd"/>
      <w:r w:rsidRPr="00AC5ABD">
        <w:rPr>
          <w:rFonts w:eastAsia="Comic Sans MS"/>
          <w:szCs w:val="20"/>
        </w:rPr>
        <w:t xml:space="preserve"> </w:t>
      </w:r>
      <w:proofErr w:type="spellStart"/>
      <w:r w:rsidRPr="00AC5ABD">
        <w:rPr>
          <w:rFonts w:eastAsia="Comic Sans MS"/>
          <w:szCs w:val="20"/>
        </w:rPr>
        <w:t>ülkemizin</w:t>
      </w:r>
      <w:proofErr w:type="spellEnd"/>
      <w:r w:rsidRPr="00AC5ABD">
        <w:rPr>
          <w:rFonts w:eastAsia="Comic Sans MS"/>
          <w:szCs w:val="20"/>
        </w:rPr>
        <w:t xml:space="preserve"> </w:t>
      </w:r>
      <w:proofErr w:type="spellStart"/>
      <w:r w:rsidRPr="00AC5ABD">
        <w:rPr>
          <w:rFonts w:eastAsia="Comic Sans MS"/>
          <w:szCs w:val="20"/>
        </w:rPr>
        <w:t>adı</w:t>
      </w:r>
      <w:proofErr w:type="spellEnd"/>
      <w:r w:rsidRPr="00AC5ABD">
        <w:rPr>
          <w:rFonts w:eastAsia="Comic Sans MS"/>
          <w:szCs w:val="20"/>
        </w:rPr>
        <w:t xml:space="preserve"> </w:t>
      </w:r>
      <w:proofErr w:type="spellStart"/>
      <w:r w:rsidRPr="00AC5ABD">
        <w:rPr>
          <w:rFonts w:eastAsia="Comic Sans MS"/>
          <w:szCs w:val="20"/>
        </w:rPr>
        <w:t>Türkiye</w:t>
      </w:r>
      <w:proofErr w:type="spellEnd"/>
      <w:r w:rsidRPr="00AC5ABD">
        <w:rPr>
          <w:rFonts w:eastAsia="Comic Sans MS"/>
          <w:szCs w:val="20"/>
        </w:rPr>
        <w:t xml:space="preserve">. Türkiye bizim vatanımızdır. Bu da Türk </w:t>
      </w:r>
      <w:proofErr w:type="spellStart"/>
      <w:r w:rsidRPr="00AC5ABD">
        <w:rPr>
          <w:rFonts w:eastAsia="Comic Sans MS"/>
          <w:szCs w:val="20"/>
        </w:rPr>
        <w:t>bayrağıdır</w:t>
      </w:r>
      <w:proofErr w:type="spellEnd"/>
      <w:r w:rsidRPr="00AC5ABD">
        <w:rPr>
          <w:rFonts w:eastAsia="Comic Sans MS"/>
          <w:szCs w:val="20"/>
        </w:rPr>
        <w:t xml:space="preserve">; </w:t>
      </w:r>
      <w:proofErr w:type="spellStart"/>
      <w:r w:rsidRPr="00AC5ABD">
        <w:rPr>
          <w:rFonts w:eastAsia="Comic Sans MS"/>
          <w:szCs w:val="20"/>
        </w:rPr>
        <w:t>ülkemizi</w:t>
      </w:r>
      <w:proofErr w:type="spellEnd"/>
      <w:r w:rsidRPr="00AC5ABD">
        <w:rPr>
          <w:rFonts w:eastAsia="Comic Sans MS"/>
          <w:szCs w:val="20"/>
        </w:rPr>
        <w:t xml:space="preserve"> </w:t>
      </w:r>
      <w:proofErr w:type="spellStart"/>
      <w:r w:rsidRPr="00AC5ABD">
        <w:rPr>
          <w:rFonts w:eastAsia="Comic Sans MS"/>
          <w:szCs w:val="20"/>
        </w:rPr>
        <w:t>temsil</w:t>
      </w:r>
      <w:proofErr w:type="spellEnd"/>
      <w:r w:rsidRPr="00AC5ABD">
        <w:rPr>
          <w:rFonts w:eastAsia="Comic Sans MS"/>
          <w:szCs w:val="20"/>
        </w:rPr>
        <w:t xml:space="preserve"> </w:t>
      </w:r>
      <w:proofErr w:type="spellStart"/>
      <w:r w:rsidRPr="00AC5ABD">
        <w:rPr>
          <w:rFonts w:eastAsia="Comic Sans MS"/>
          <w:szCs w:val="20"/>
        </w:rPr>
        <w:t>eder</w:t>
      </w:r>
      <w:proofErr w:type="spellEnd"/>
      <w:r w:rsidRPr="00AC5ABD">
        <w:rPr>
          <w:rFonts w:eastAsia="Comic Sans MS"/>
          <w:szCs w:val="20"/>
        </w:rPr>
        <w:t xml:space="preserve">.” </w:t>
      </w:r>
      <w:proofErr w:type="spellStart"/>
      <w:r w:rsidRPr="00AC5ABD">
        <w:rPr>
          <w:rFonts w:eastAsia="Comic Sans MS"/>
          <w:szCs w:val="20"/>
        </w:rPr>
        <w:t>açıklamasını</w:t>
      </w:r>
      <w:proofErr w:type="spellEnd"/>
      <w:r w:rsidRPr="00AC5ABD">
        <w:rPr>
          <w:rFonts w:eastAsia="Comic Sans MS"/>
          <w:szCs w:val="20"/>
        </w:rPr>
        <w:t xml:space="preserve"> </w:t>
      </w:r>
      <w:proofErr w:type="spellStart"/>
      <w:r w:rsidRPr="00AC5ABD">
        <w:rPr>
          <w:rFonts w:eastAsia="Comic Sans MS"/>
          <w:szCs w:val="20"/>
        </w:rPr>
        <w:t>yapar</w:t>
      </w:r>
      <w:proofErr w:type="spellEnd"/>
      <w:r w:rsidRPr="00AC5ABD">
        <w:rPr>
          <w:rFonts w:eastAsia="Comic Sans MS"/>
          <w:szCs w:val="20"/>
        </w:rPr>
        <w:t>.</w:t>
      </w:r>
    </w:p>
    <w:p w14:paraId="3EF52F96" w14:textId="77777777" w:rsidR="00F627DB" w:rsidRPr="00AC5ABD" w:rsidRDefault="00CC4454">
      <w:pPr>
        <w:rPr>
          <w:szCs w:val="20"/>
        </w:rPr>
      </w:pPr>
      <w:proofErr w:type="spellStart"/>
      <w:r w:rsidRPr="00AC5ABD">
        <w:rPr>
          <w:rFonts w:eastAsia="Comic Sans MS"/>
          <w:szCs w:val="20"/>
        </w:rPr>
        <w:t>Öğretmen</w:t>
      </w:r>
      <w:proofErr w:type="spellEnd"/>
      <w:r w:rsidRPr="00AC5ABD">
        <w:rPr>
          <w:rFonts w:eastAsia="Comic Sans MS"/>
          <w:szCs w:val="20"/>
        </w:rPr>
        <w:t xml:space="preserve"> </w:t>
      </w:r>
      <w:proofErr w:type="spellStart"/>
      <w:r w:rsidRPr="00AC5ABD">
        <w:rPr>
          <w:rFonts w:eastAsia="Comic Sans MS"/>
          <w:szCs w:val="20"/>
        </w:rPr>
        <w:t>iki</w:t>
      </w:r>
      <w:proofErr w:type="spellEnd"/>
      <w:r w:rsidRPr="00AC5ABD">
        <w:rPr>
          <w:rFonts w:eastAsia="Comic Sans MS"/>
          <w:szCs w:val="20"/>
        </w:rPr>
        <w:t xml:space="preserve"> </w:t>
      </w:r>
      <w:proofErr w:type="spellStart"/>
      <w:r w:rsidRPr="00AC5ABD">
        <w:rPr>
          <w:rFonts w:eastAsia="Comic Sans MS"/>
          <w:szCs w:val="20"/>
        </w:rPr>
        <w:t>kuklayı</w:t>
      </w:r>
      <w:proofErr w:type="spellEnd"/>
      <w:r w:rsidRPr="00AC5ABD">
        <w:rPr>
          <w:rFonts w:eastAsia="Comic Sans MS"/>
          <w:szCs w:val="20"/>
        </w:rPr>
        <w:t xml:space="preserve"> </w:t>
      </w:r>
      <w:proofErr w:type="spellStart"/>
      <w:r w:rsidRPr="00AC5ABD">
        <w:rPr>
          <w:rFonts w:eastAsia="Comic Sans MS"/>
          <w:szCs w:val="20"/>
        </w:rPr>
        <w:t>konuşturur</w:t>
      </w:r>
      <w:proofErr w:type="spellEnd"/>
      <w:r w:rsidRPr="00AC5ABD">
        <w:rPr>
          <w:rFonts w:eastAsia="Comic Sans MS"/>
          <w:szCs w:val="20"/>
        </w:rPr>
        <w:t xml:space="preserve">. Birinci </w:t>
      </w:r>
      <w:proofErr w:type="spellStart"/>
      <w:r w:rsidRPr="00AC5ABD">
        <w:rPr>
          <w:rFonts w:eastAsia="Comic Sans MS"/>
          <w:szCs w:val="20"/>
        </w:rPr>
        <w:t>kukla</w:t>
      </w:r>
      <w:proofErr w:type="spellEnd"/>
      <w:r w:rsidRPr="00AC5ABD">
        <w:rPr>
          <w:rFonts w:eastAsia="Comic Sans MS"/>
          <w:szCs w:val="20"/>
        </w:rPr>
        <w:t xml:space="preserve"> “Okula </w:t>
      </w:r>
      <w:proofErr w:type="spellStart"/>
      <w:r w:rsidRPr="00AC5ABD">
        <w:rPr>
          <w:rFonts w:eastAsia="Comic Sans MS"/>
          <w:szCs w:val="20"/>
        </w:rPr>
        <w:t>gelirken</w:t>
      </w:r>
      <w:proofErr w:type="spellEnd"/>
      <w:r w:rsidRPr="00AC5ABD">
        <w:rPr>
          <w:rFonts w:eastAsia="Comic Sans MS"/>
          <w:szCs w:val="20"/>
        </w:rPr>
        <w:t xml:space="preserve"> </w:t>
      </w:r>
      <w:proofErr w:type="spellStart"/>
      <w:r w:rsidRPr="00AC5ABD">
        <w:rPr>
          <w:rFonts w:eastAsia="Comic Sans MS"/>
          <w:szCs w:val="20"/>
        </w:rPr>
        <w:t>bir</w:t>
      </w:r>
      <w:proofErr w:type="spellEnd"/>
      <w:r w:rsidRPr="00AC5ABD">
        <w:rPr>
          <w:rFonts w:eastAsia="Comic Sans MS"/>
          <w:szCs w:val="20"/>
        </w:rPr>
        <w:t xml:space="preserve"> </w:t>
      </w:r>
      <w:proofErr w:type="spellStart"/>
      <w:r w:rsidRPr="00AC5ABD">
        <w:rPr>
          <w:rFonts w:eastAsia="Comic Sans MS"/>
          <w:szCs w:val="20"/>
        </w:rPr>
        <w:t>pencerede</w:t>
      </w:r>
      <w:proofErr w:type="spellEnd"/>
      <w:r w:rsidRPr="00AC5ABD">
        <w:rPr>
          <w:rFonts w:eastAsia="Comic Sans MS"/>
          <w:szCs w:val="20"/>
        </w:rPr>
        <w:t xml:space="preserve"> </w:t>
      </w:r>
      <w:proofErr w:type="spellStart"/>
      <w:r w:rsidRPr="00AC5ABD">
        <w:rPr>
          <w:rFonts w:eastAsia="Comic Sans MS"/>
          <w:szCs w:val="20"/>
        </w:rPr>
        <w:t>bayrak</w:t>
      </w:r>
      <w:proofErr w:type="spellEnd"/>
      <w:r w:rsidRPr="00AC5ABD">
        <w:rPr>
          <w:rFonts w:eastAsia="Comic Sans MS"/>
          <w:szCs w:val="20"/>
        </w:rPr>
        <w:t xml:space="preserve"> </w:t>
      </w:r>
      <w:proofErr w:type="spellStart"/>
      <w:r w:rsidRPr="00AC5ABD">
        <w:rPr>
          <w:rFonts w:eastAsia="Comic Sans MS"/>
          <w:szCs w:val="20"/>
        </w:rPr>
        <w:t>gördüm</w:t>
      </w:r>
      <w:proofErr w:type="spellEnd"/>
      <w:r w:rsidRPr="00AC5ABD">
        <w:rPr>
          <w:rFonts w:eastAsia="Comic Sans MS"/>
          <w:szCs w:val="20"/>
        </w:rPr>
        <w:t xml:space="preserve">. </w:t>
      </w:r>
      <w:proofErr w:type="spellStart"/>
      <w:r w:rsidRPr="00AC5ABD">
        <w:rPr>
          <w:rFonts w:eastAsia="Comic Sans MS"/>
          <w:szCs w:val="20"/>
        </w:rPr>
        <w:t>Sizin</w:t>
      </w:r>
      <w:proofErr w:type="spellEnd"/>
      <w:r w:rsidRPr="00AC5ABD">
        <w:rPr>
          <w:rFonts w:eastAsia="Comic Sans MS"/>
          <w:szCs w:val="20"/>
        </w:rPr>
        <w:t xml:space="preserve"> </w:t>
      </w:r>
      <w:proofErr w:type="spellStart"/>
      <w:r w:rsidRPr="00AC5ABD">
        <w:rPr>
          <w:rFonts w:eastAsia="Comic Sans MS"/>
          <w:szCs w:val="20"/>
        </w:rPr>
        <w:t>okulunuzda</w:t>
      </w:r>
      <w:proofErr w:type="spellEnd"/>
      <w:r w:rsidRPr="00AC5ABD">
        <w:rPr>
          <w:rFonts w:eastAsia="Comic Sans MS"/>
          <w:szCs w:val="20"/>
        </w:rPr>
        <w:t xml:space="preserve"> da var </w:t>
      </w:r>
      <w:proofErr w:type="spellStart"/>
      <w:r w:rsidRPr="00AC5ABD">
        <w:rPr>
          <w:rFonts w:eastAsia="Comic Sans MS"/>
          <w:szCs w:val="20"/>
        </w:rPr>
        <w:t>mı</w:t>
      </w:r>
      <w:proofErr w:type="spellEnd"/>
      <w:r w:rsidRPr="00AC5ABD">
        <w:rPr>
          <w:rFonts w:eastAsia="Comic Sans MS"/>
          <w:szCs w:val="20"/>
        </w:rPr>
        <w:t xml:space="preserve">?” </w:t>
      </w:r>
      <w:proofErr w:type="spellStart"/>
      <w:r w:rsidRPr="00AC5ABD">
        <w:rPr>
          <w:rFonts w:eastAsia="Comic Sans MS"/>
          <w:szCs w:val="20"/>
        </w:rPr>
        <w:t>diye</w:t>
      </w:r>
      <w:proofErr w:type="spellEnd"/>
      <w:r w:rsidRPr="00AC5ABD">
        <w:rPr>
          <w:rFonts w:eastAsia="Comic Sans MS"/>
          <w:szCs w:val="20"/>
        </w:rPr>
        <w:t xml:space="preserve"> </w:t>
      </w:r>
      <w:proofErr w:type="spellStart"/>
      <w:r w:rsidRPr="00AC5ABD">
        <w:rPr>
          <w:rFonts w:eastAsia="Comic Sans MS"/>
          <w:szCs w:val="20"/>
        </w:rPr>
        <w:t>sorar</w:t>
      </w:r>
      <w:proofErr w:type="spellEnd"/>
      <w:r w:rsidRPr="00AC5ABD">
        <w:rPr>
          <w:rFonts w:eastAsia="Comic Sans MS"/>
          <w:szCs w:val="20"/>
        </w:rPr>
        <w:t xml:space="preserve">. </w:t>
      </w:r>
      <w:proofErr w:type="spellStart"/>
      <w:r w:rsidRPr="00AC5ABD">
        <w:rPr>
          <w:rFonts w:eastAsia="Comic Sans MS"/>
          <w:szCs w:val="20"/>
        </w:rPr>
        <w:t>Çocuklar</w:t>
      </w:r>
      <w:proofErr w:type="spellEnd"/>
      <w:r w:rsidRPr="00AC5ABD">
        <w:rPr>
          <w:rFonts w:eastAsia="Comic Sans MS"/>
          <w:szCs w:val="20"/>
        </w:rPr>
        <w:t xml:space="preserve"> </w:t>
      </w:r>
      <w:proofErr w:type="spellStart"/>
      <w:r w:rsidRPr="00AC5ABD">
        <w:rPr>
          <w:rFonts w:eastAsia="Comic Sans MS"/>
          <w:szCs w:val="20"/>
        </w:rPr>
        <w:t>sınıftaki</w:t>
      </w:r>
      <w:proofErr w:type="spellEnd"/>
      <w:r w:rsidRPr="00AC5ABD">
        <w:rPr>
          <w:rFonts w:eastAsia="Comic Sans MS"/>
          <w:szCs w:val="20"/>
        </w:rPr>
        <w:t xml:space="preserve"> </w:t>
      </w:r>
      <w:proofErr w:type="spellStart"/>
      <w:r w:rsidRPr="00AC5ABD">
        <w:rPr>
          <w:rFonts w:eastAsia="Comic Sans MS"/>
          <w:szCs w:val="20"/>
        </w:rPr>
        <w:t>gerçek</w:t>
      </w:r>
      <w:proofErr w:type="spellEnd"/>
      <w:r w:rsidRPr="00AC5ABD">
        <w:rPr>
          <w:rFonts w:eastAsia="Comic Sans MS"/>
          <w:szCs w:val="20"/>
        </w:rPr>
        <w:t xml:space="preserve"> </w:t>
      </w:r>
      <w:proofErr w:type="spellStart"/>
      <w:r w:rsidRPr="00AC5ABD">
        <w:rPr>
          <w:rFonts w:eastAsia="Comic Sans MS"/>
          <w:szCs w:val="20"/>
        </w:rPr>
        <w:t>bayrağı</w:t>
      </w:r>
      <w:proofErr w:type="spellEnd"/>
      <w:r w:rsidRPr="00AC5ABD">
        <w:rPr>
          <w:rFonts w:eastAsia="Comic Sans MS"/>
          <w:szCs w:val="20"/>
        </w:rPr>
        <w:t xml:space="preserve"> </w:t>
      </w:r>
      <w:proofErr w:type="spellStart"/>
      <w:r w:rsidRPr="00AC5ABD">
        <w:rPr>
          <w:rFonts w:eastAsia="Comic Sans MS"/>
          <w:szCs w:val="20"/>
        </w:rPr>
        <w:t>gösterir</w:t>
      </w:r>
      <w:proofErr w:type="spellEnd"/>
      <w:r w:rsidRPr="00AC5ABD">
        <w:rPr>
          <w:rFonts w:eastAsia="Comic Sans MS"/>
          <w:szCs w:val="20"/>
        </w:rPr>
        <w:t xml:space="preserve">. </w:t>
      </w:r>
      <w:proofErr w:type="spellStart"/>
      <w:r w:rsidRPr="00AC5ABD">
        <w:rPr>
          <w:rFonts w:eastAsia="Comic Sans MS"/>
          <w:szCs w:val="20"/>
        </w:rPr>
        <w:t>İkinci</w:t>
      </w:r>
      <w:proofErr w:type="spellEnd"/>
      <w:r w:rsidRPr="00AC5ABD">
        <w:rPr>
          <w:rFonts w:eastAsia="Comic Sans MS"/>
          <w:szCs w:val="20"/>
        </w:rPr>
        <w:t xml:space="preserve"> </w:t>
      </w:r>
      <w:proofErr w:type="spellStart"/>
      <w:r w:rsidRPr="00AC5ABD">
        <w:rPr>
          <w:rFonts w:eastAsia="Comic Sans MS"/>
          <w:szCs w:val="20"/>
        </w:rPr>
        <w:t>kukla</w:t>
      </w:r>
      <w:proofErr w:type="spellEnd"/>
      <w:r w:rsidRPr="00AC5ABD">
        <w:rPr>
          <w:rFonts w:eastAsia="Comic Sans MS"/>
          <w:szCs w:val="20"/>
        </w:rPr>
        <w:t xml:space="preserve"> “Ben </w:t>
      </w:r>
      <w:proofErr w:type="spellStart"/>
      <w:r w:rsidRPr="00AC5ABD">
        <w:rPr>
          <w:rFonts w:eastAsia="Comic Sans MS"/>
          <w:szCs w:val="20"/>
        </w:rPr>
        <w:t>kırmızı</w:t>
      </w:r>
      <w:proofErr w:type="spellEnd"/>
      <w:r w:rsidRPr="00AC5ABD">
        <w:rPr>
          <w:rFonts w:eastAsia="Comic Sans MS"/>
          <w:szCs w:val="20"/>
        </w:rPr>
        <w:t xml:space="preserve"> </w:t>
      </w:r>
      <w:proofErr w:type="spellStart"/>
      <w:r w:rsidRPr="00AC5ABD">
        <w:rPr>
          <w:rFonts w:eastAsia="Comic Sans MS"/>
          <w:szCs w:val="20"/>
        </w:rPr>
        <w:t>rengini</w:t>
      </w:r>
      <w:proofErr w:type="spellEnd"/>
      <w:r w:rsidRPr="00AC5ABD">
        <w:rPr>
          <w:rFonts w:eastAsia="Comic Sans MS"/>
          <w:szCs w:val="20"/>
        </w:rPr>
        <w:t xml:space="preserve"> </w:t>
      </w:r>
      <w:proofErr w:type="spellStart"/>
      <w:r w:rsidRPr="00AC5ABD">
        <w:rPr>
          <w:rFonts w:eastAsia="Comic Sans MS"/>
          <w:szCs w:val="20"/>
        </w:rPr>
        <w:t>gördüm</w:t>
      </w:r>
      <w:proofErr w:type="spellEnd"/>
      <w:r w:rsidRPr="00AC5ABD">
        <w:rPr>
          <w:rFonts w:eastAsia="Comic Sans MS"/>
          <w:szCs w:val="20"/>
        </w:rPr>
        <w:t xml:space="preserve">. Beyaz </w:t>
      </w:r>
      <w:proofErr w:type="spellStart"/>
      <w:r w:rsidRPr="00AC5ABD">
        <w:rPr>
          <w:rFonts w:eastAsia="Comic Sans MS"/>
          <w:szCs w:val="20"/>
        </w:rPr>
        <w:t>olanları</w:t>
      </w:r>
      <w:proofErr w:type="spellEnd"/>
      <w:r w:rsidRPr="00AC5ABD">
        <w:rPr>
          <w:rFonts w:eastAsia="Comic Sans MS"/>
          <w:szCs w:val="20"/>
        </w:rPr>
        <w:t xml:space="preserve"> </w:t>
      </w:r>
      <w:proofErr w:type="spellStart"/>
      <w:r w:rsidRPr="00AC5ABD">
        <w:rPr>
          <w:rFonts w:eastAsia="Comic Sans MS"/>
          <w:szCs w:val="20"/>
        </w:rPr>
        <w:t>kim</w:t>
      </w:r>
      <w:proofErr w:type="spellEnd"/>
      <w:r w:rsidRPr="00AC5ABD">
        <w:rPr>
          <w:rFonts w:eastAsia="Comic Sans MS"/>
          <w:szCs w:val="20"/>
        </w:rPr>
        <w:t xml:space="preserve"> </w:t>
      </w:r>
      <w:proofErr w:type="spellStart"/>
      <w:r w:rsidRPr="00AC5ABD">
        <w:rPr>
          <w:rFonts w:eastAsia="Comic Sans MS"/>
          <w:szCs w:val="20"/>
        </w:rPr>
        <w:t>göstermek</w:t>
      </w:r>
      <w:proofErr w:type="spellEnd"/>
      <w:r w:rsidRPr="00AC5ABD">
        <w:rPr>
          <w:rFonts w:eastAsia="Comic Sans MS"/>
          <w:szCs w:val="20"/>
        </w:rPr>
        <w:t xml:space="preserve"> </w:t>
      </w:r>
      <w:proofErr w:type="spellStart"/>
      <w:r w:rsidRPr="00AC5ABD">
        <w:rPr>
          <w:rFonts w:eastAsia="Comic Sans MS"/>
          <w:szCs w:val="20"/>
        </w:rPr>
        <w:t>ister</w:t>
      </w:r>
      <w:proofErr w:type="spellEnd"/>
      <w:r w:rsidRPr="00AC5ABD">
        <w:rPr>
          <w:rFonts w:eastAsia="Comic Sans MS"/>
          <w:szCs w:val="20"/>
        </w:rPr>
        <w:t xml:space="preserve">?” der. </w:t>
      </w:r>
      <w:proofErr w:type="spellStart"/>
      <w:r w:rsidRPr="00AC5ABD">
        <w:rPr>
          <w:rFonts w:eastAsia="Comic Sans MS"/>
          <w:szCs w:val="20"/>
        </w:rPr>
        <w:t>Çocuklar</w:t>
      </w:r>
      <w:proofErr w:type="spellEnd"/>
      <w:r w:rsidRPr="00AC5ABD">
        <w:rPr>
          <w:rFonts w:eastAsia="Comic Sans MS"/>
          <w:szCs w:val="20"/>
        </w:rPr>
        <w:t xml:space="preserve"> </w:t>
      </w:r>
      <w:proofErr w:type="spellStart"/>
      <w:r w:rsidRPr="00AC5ABD">
        <w:rPr>
          <w:rFonts w:eastAsia="Comic Sans MS"/>
          <w:szCs w:val="20"/>
        </w:rPr>
        <w:t>sırayla</w:t>
      </w:r>
      <w:proofErr w:type="spellEnd"/>
      <w:r w:rsidRPr="00AC5ABD">
        <w:rPr>
          <w:rFonts w:eastAsia="Comic Sans MS"/>
          <w:szCs w:val="20"/>
        </w:rPr>
        <w:t xml:space="preserve"> </w:t>
      </w:r>
      <w:proofErr w:type="spellStart"/>
      <w:r w:rsidRPr="00AC5ABD">
        <w:rPr>
          <w:rFonts w:eastAsia="Comic Sans MS"/>
          <w:szCs w:val="20"/>
        </w:rPr>
        <w:t>ayı</w:t>
      </w:r>
      <w:proofErr w:type="spellEnd"/>
      <w:r w:rsidRPr="00AC5ABD">
        <w:rPr>
          <w:rFonts w:eastAsia="Comic Sans MS"/>
          <w:szCs w:val="20"/>
        </w:rPr>
        <w:t xml:space="preserve"> </w:t>
      </w:r>
      <w:proofErr w:type="spellStart"/>
      <w:r w:rsidRPr="00AC5ABD">
        <w:rPr>
          <w:rFonts w:eastAsia="Comic Sans MS"/>
          <w:szCs w:val="20"/>
        </w:rPr>
        <w:t>ve</w:t>
      </w:r>
      <w:proofErr w:type="spellEnd"/>
      <w:r w:rsidRPr="00AC5ABD">
        <w:rPr>
          <w:rFonts w:eastAsia="Comic Sans MS"/>
          <w:szCs w:val="20"/>
        </w:rPr>
        <w:t xml:space="preserve"> </w:t>
      </w:r>
      <w:proofErr w:type="spellStart"/>
      <w:r w:rsidRPr="00AC5ABD">
        <w:rPr>
          <w:rFonts w:eastAsia="Comic Sans MS"/>
          <w:szCs w:val="20"/>
        </w:rPr>
        <w:t>yıldızı</w:t>
      </w:r>
      <w:proofErr w:type="spellEnd"/>
      <w:r w:rsidRPr="00AC5ABD">
        <w:rPr>
          <w:rFonts w:eastAsia="Comic Sans MS"/>
          <w:szCs w:val="20"/>
        </w:rPr>
        <w:t xml:space="preserve"> </w:t>
      </w:r>
      <w:proofErr w:type="spellStart"/>
      <w:r w:rsidRPr="00AC5ABD">
        <w:rPr>
          <w:rFonts w:eastAsia="Comic Sans MS"/>
          <w:szCs w:val="20"/>
        </w:rPr>
        <w:t>işaret</w:t>
      </w:r>
      <w:proofErr w:type="spellEnd"/>
      <w:r w:rsidRPr="00AC5ABD">
        <w:rPr>
          <w:rFonts w:eastAsia="Comic Sans MS"/>
          <w:szCs w:val="20"/>
        </w:rPr>
        <w:t xml:space="preserve"> </w:t>
      </w:r>
      <w:proofErr w:type="spellStart"/>
      <w:r w:rsidRPr="00AC5ABD">
        <w:rPr>
          <w:rFonts w:eastAsia="Comic Sans MS"/>
          <w:szCs w:val="20"/>
        </w:rPr>
        <w:t>eder</w:t>
      </w:r>
      <w:proofErr w:type="spellEnd"/>
      <w:r w:rsidRPr="00AC5ABD">
        <w:rPr>
          <w:rFonts w:eastAsia="Comic Sans MS"/>
          <w:szCs w:val="20"/>
        </w:rPr>
        <w:t xml:space="preserve">; </w:t>
      </w:r>
      <w:proofErr w:type="spellStart"/>
      <w:r w:rsidRPr="00AC5ABD">
        <w:rPr>
          <w:rFonts w:eastAsia="Comic Sans MS"/>
          <w:szCs w:val="20"/>
        </w:rPr>
        <w:t>söylemek</w:t>
      </w:r>
      <w:proofErr w:type="spellEnd"/>
      <w:r w:rsidRPr="00AC5ABD">
        <w:rPr>
          <w:rFonts w:eastAsia="Comic Sans MS"/>
          <w:szCs w:val="20"/>
        </w:rPr>
        <w:t xml:space="preserve"> </w:t>
      </w:r>
      <w:proofErr w:type="spellStart"/>
      <w:r w:rsidRPr="00AC5ABD">
        <w:rPr>
          <w:rFonts w:eastAsia="Comic Sans MS"/>
          <w:szCs w:val="20"/>
        </w:rPr>
        <w:t>isteyenlere</w:t>
      </w:r>
      <w:proofErr w:type="spellEnd"/>
      <w:r w:rsidRPr="00AC5ABD">
        <w:rPr>
          <w:rFonts w:eastAsia="Comic Sans MS"/>
          <w:szCs w:val="20"/>
        </w:rPr>
        <w:t xml:space="preserve"> zaman </w:t>
      </w:r>
      <w:proofErr w:type="spellStart"/>
      <w:r w:rsidRPr="00AC5ABD">
        <w:rPr>
          <w:rFonts w:eastAsia="Comic Sans MS"/>
          <w:szCs w:val="20"/>
        </w:rPr>
        <w:t>tanınır</w:t>
      </w:r>
      <w:proofErr w:type="spellEnd"/>
      <w:r w:rsidRPr="00AC5ABD">
        <w:rPr>
          <w:rFonts w:eastAsia="Comic Sans MS"/>
          <w:szCs w:val="20"/>
        </w:rPr>
        <w:t xml:space="preserve">. “Yıldız.” </w:t>
      </w:r>
      <w:proofErr w:type="spellStart"/>
      <w:r w:rsidRPr="00AC5ABD">
        <w:rPr>
          <w:rFonts w:eastAsia="Comic Sans MS"/>
          <w:szCs w:val="20"/>
        </w:rPr>
        <w:t>diyen</w:t>
      </w:r>
      <w:proofErr w:type="spellEnd"/>
      <w:r w:rsidRPr="00AC5ABD">
        <w:rPr>
          <w:rFonts w:eastAsia="Comic Sans MS"/>
          <w:szCs w:val="20"/>
        </w:rPr>
        <w:t xml:space="preserve"> </w:t>
      </w:r>
      <w:proofErr w:type="spellStart"/>
      <w:r w:rsidRPr="00AC5ABD">
        <w:rPr>
          <w:rFonts w:eastAsia="Comic Sans MS"/>
          <w:szCs w:val="20"/>
        </w:rPr>
        <w:t>çocuğa</w:t>
      </w:r>
      <w:proofErr w:type="spellEnd"/>
      <w:r w:rsidRPr="00AC5ABD">
        <w:rPr>
          <w:rFonts w:eastAsia="Comic Sans MS"/>
          <w:szCs w:val="20"/>
        </w:rPr>
        <w:t xml:space="preserve"> </w:t>
      </w:r>
      <w:proofErr w:type="spellStart"/>
      <w:r w:rsidRPr="00AC5ABD">
        <w:rPr>
          <w:rFonts w:eastAsia="Comic Sans MS"/>
          <w:szCs w:val="20"/>
        </w:rPr>
        <w:t>öğretmen</w:t>
      </w:r>
      <w:proofErr w:type="spellEnd"/>
      <w:r w:rsidRPr="00AC5ABD">
        <w:rPr>
          <w:rFonts w:eastAsia="Comic Sans MS"/>
          <w:szCs w:val="20"/>
        </w:rPr>
        <w:t xml:space="preserve"> </w:t>
      </w:r>
      <w:proofErr w:type="spellStart"/>
      <w:r w:rsidRPr="00AC5ABD">
        <w:rPr>
          <w:rFonts w:eastAsia="Comic Sans MS"/>
          <w:szCs w:val="20"/>
        </w:rPr>
        <w:t>şöyle</w:t>
      </w:r>
      <w:proofErr w:type="spellEnd"/>
      <w:r w:rsidRPr="00AC5ABD">
        <w:rPr>
          <w:rFonts w:eastAsia="Comic Sans MS"/>
          <w:szCs w:val="20"/>
        </w:rPr>
        <w:t xml:space="preserve"> </w:t>
      </w:r>
      <w:proofErr w:type="spellStart"/>
      <w:r w:rsidRPr="00AC5ABD">
        <w:rPr>
          <w:rFonts w:eastAsia="Comic Sans MS"/>
          <w:szCs w:val="20"/>
        </w:rPr>
        <w:t>karşılık</w:t>
      </w:r>
      <w:proofErr w:type="spellEnd"/>
      <w:r w:rsidRPr="00AC5ABD">
        <w:rPr>
          <w:rFonts w:eastAsia="Comic Sans MS"/>
          <w:szCs w:val="20"/>
        </w:rPr>
        <w:t xml:space="preserve"> </w:t>
      </w:r>
      <w:proofErr w:type="spellStart"/>
      <w:r w:rsidRPr="00AC5ABD">
        <w:rPr>
          <w:rFonts w:eastAsia="Comic Sans MS"/>
          <w:szCs w:val="20"/>
        </w:rPr>
        <w:t>verir</w:t>
      </w:r>
      <w:proofErr w:type="spellEnd"/>
      <w:r w:rsidRPr="00AC5ABD">
        <w:rPr>
          <w:rFonts w:eastAsia="Comic Sans MS"/>
          <w:szCs w:val="20"/>
        </w:rPr>
        <w:t xml:space="preserve">: “Evet, </w:t>
      </w:r>
      <w:proofErr w:type="spellStart"/>
      <w:r w:rsidRPr="00AC5ABD">
        <w:rPr>
          <w:rFonts w:eastAsia="Comic Sans MS"/>
          <w:szCs w:val="20"/>
        </w:rPr>
        <w:t>yıldız</w:t>
      </w:r>
      <w:proofErr w:type="spellEnd"/>
      <w:r w:rsidRPr="00AC5ABD">
        <w:rPr>
          <w:rFonts w:eastAsia="Comic Sans MS"/>
          <w:szCs w:val="20"/>
        </w:rPr>
        <w:t xml:space="preserve">. </w:t>
      </w:r>
      <w:proofErr w:type="spellStart"/>
      <w:r w:rsidRPr="00AC5ABD">
        <w:rPr>
          <w:rFonts w:eastAsia="Comic Sans MS"/>
          <w:szCs w:val="20"/>
        </w:rPr>
        <w:t>Bayrağımızın</w:t>
      </w:r>
      <w:proofErr w:type="spellEnd"/>
      <w:r w:rsidRPr="00AC5ABD">
        <w:rPr>
          <w:rFonts w:eastAsia="Comic Sans MS"/>
          <w:szCs w:val="20"/>
        </w:rPr>
        <w:t xml:space="preserve"> </w:t>
      </w:r>
      <w:proofErr w:type="spellStart"/>
      <w:r w:rsidRPr="00AC5ABD">
        <w:rPr>
          <w:rFonts w:eastAsia="Comic Sans MS"/>
          <w:szCs w:val="20"/>
        </w:rPr>
        <w:t>yıldızı</w:t>
      </w:r>
      <w:proofErr w:type="spellEnd"/>
      <w:r w:rsidRPr="00AC5ABD">
        <w:rPr>
          <w:rFonts w:eastAsia="Comic Sans MS"/>
          <w:szCs w:val="20"/>
        </w:rPr>
        <w:t xml:space="preserve"> </w:t>
      </w:r>
      <w:proofErr w:type="spellStart"/>
      <w:r w:rsidRPr="00AC5ABD">
        <w:rPr>
          <w:rFonts w:eastAsia="Comic Sans MS"/>
          <w:szCs w:val="20"/>
        </w:rPr>
        <w:t>beyaz</w:t>
      </w:r>
      <w:proofErr w:type="spellEnd"/>
      <w:r w:rsidRPr="00AC5ABD">
        <w:rPr>
          <w:rFonts w:eastAsia="Comic Sans MS"/>
          <w:szCs w:val="20"/>
        </w:rPr>
        <w:t xml:space="preserve">.” </w:t>
      </w:r>
      <w:proofErr w:type="spellStart"/>
      <w:r w:rsidRPr="00AC5ABD">
        <w:rPr>
          <w:rFonts w:eastAsia="Comic Sans MS"/>
          <w:szCs w:val="20"/>
        </w:rPr>
        <w:t>Çocuklar</w:t>
      </w:r>
      <w:proofErr w:type="spellEnd"/>
      <w:r w:rsidRPr="00AC5ABD">
        <w:rPr>
          <w:rFonts w:eastAsia="Comic Sans MS"/>
          <w:szCs w:val="20"/>
        </w:rPr>
        <w:t xml:space="preserve"> (SDB2.1) </w:t>
      </w:r>
      <w:proofErr w:type="spellStart"/>
      <w:r w:rsidRPr="00AC5ABD">
        <w:rPr>
          <w:rFonts w:eastAsia="Comic Sans MS"/>
          <w:szCs w:val="20"/>
        </w:rPr>
        <w:t>kuklaya</w:t>
      </w:r>
      <w:proofErr w:type="spellEnd"/>
      <w:r w:rsidRPr="00AC5ABD">
        <w:rPr>
          <w:rFonts w:eastAsia="Comic Sans MS"/>
          <w:szCs w:val="20"/>
        </w:rPr>
        <w:t xml:space="preserve"> </w:t>
      </w:r>
      <w:proofErr w:type="spellStart"/>
      <w:r w:rsidRPr="00AC5ABD">
        <w:rPr>
          <w:rFonts w:eastAsia="Comic Sans MS"/>
          <w:szCs w:val="20"/>
        </w:rPr>
        <w:t>sözle</w:t>
      </w:r>
      <w:proofErr w:type="spellEnd"/>
      <w:r w:rsidRPr="00AC5ABD">
        <w:rPr>
          <w:rFonts w:eastAsia="Comic Sans MS"/>
          <w:szCs w:val="20"/>
        </w:rPr>
        <w:t xml:space="preserve">, </w:t>
      </w:r>
      <w:proofErr w:type="spellStart"/>
      <w:r w:rsidRPr="00AC5ABD">
        <w:rPr>
          <w:rFonts w:eastAsia="Comic Sans MS"/>
          <w:szCs w:val="20"/>
        </w:rPr>
        <w:t>işaretle</w:t>
      </w:r>
      <w:proofErr w:type="spellEnd"/>
      <w:r w:rsidRPr="00AC5ABD">
        <w:rPr>
          <w:rFonts w:eastAsia="Comic Sans MS"/>
          <w:szCs w:val="20"/>
        </w:rPr>
        <w:t xml:space="preserve"> </w:t>
      </w:r>
      <w:proofErr w:type="spellStart"/>
      <w:r w:rsidRPr="00AC5ABD">
        <w:rPr>
          <w:rFonts w:eastAsia="Comic Sans MS"/>
          <w:szCs w:val="20"/>
        </w:rPr>
        <w:t>veya</w:t>
      </w:r>
      <w:proofErr w:type="spellEnd"/>
      <w:r w:rsidRPr="00AC5ABD">
        <w:rPr>
          <w:rFonts w:eastAsia="Comic Sans MS"/>
          <w:szCs w:val="20"/>
        </w:rPr>
        <w:t xml:space="preserve"> </w:t>
      </w:r>
      <w:proofErr w:type="spellStart"/>
      <w:r w:rsidRPr="00AC5ABD">
        <w:rPr>
          <w:rFonts w:eastAsia="Comic Sans MS"/>
          <w:szCs w:val="20"/>
        </w:rPr>
        <w:t>baş</w:t>
      </w:r>
      <w:proofErr w:type="spellEnd"/>
      <w:r w:rsidRPr="00AC5ABD">
        <w:rPr>
          <w:rFonts w:eastAsia="Comic Sans MS"/>
          <w:szCs w:val="20"/>
        </w:rPr>
        <w:t xml:space="preserve"> </w:t>
      </w:r>
      <w:proofErr w:type="spellStart"/>
      <w:r w:rsidRPr="00AC5ABD">
        <w:rPr>
          <w:rFonts w:eastAsia="Comic Sans MS"/>
          <w:szCs w:val="20"/>
        </w:rPr>
        <w:t>hareketiyle</w:t>
      </w:r>
      <w:proofErr w:type="spellEnd"/>
      <w:r w:rsidRPr="00AC5ABD">
        <w:rPr>
          <w:rFonts w:eastAsia="Comic Sans MS"/>
          <w:szCs w:val="20"/>
        </w:rPr>
        <w:t xml:space="preserve"> </w:t>
      </w:r>
      <w:proofErr w:type="spellStart"/>
      <w:r w:rsidRPr="00AC5ABD">
        <w:rPr>
          <w:rFonts w:eastAsia="Comic Sans MS"/>
          <w:szCs w:val="20"/>
        </w:rPr>
        <w:t>karşılık</w:t>
      </w:r>
      <w:proofErr w:type="spellEnd"/>
      <w:r w:rsidRPr="00AC5ABD">
        <w:rPr>
          <w:rFonts w:eastAsia="Comic Sans MS"/>
          <w:szCs w:val="20"/>
        </w:rPr>
        <w:t xml:space="preserve"> </w:t>
      </w:r>
      <w:proofErr w:type="spellStart"/>
      <w:r w:rsidRPr="00AC5ABD">
        <w:rPr>
          <w:rFonts w:eastAsia="Comic Sans MS"/>
          <w:szCs w:val="20"/>
        </w:rPr>
        <w:t>verir</w:t>
      </w:r>
      <w:proofErr w:type="spellEnd"/>
      <w:r w:rsidRPr="00AC5ABD">
        <w:rPr>
          <w:rFonts w:eastAsia="Comic Sans MS"/>
          <w:szCs w:val="20"/>
        </w:rPr>
        <w:t>.</w:t>
      </w:r>
    </w:p>
    <w:p w14:paraId="4AC88ECF" w14:textId="77777777" w:rsidR="007D7AEC" w:rsidRPr="00AC5ABD" w:rsidRDefault="00CC4454">
      <w:pPr>
        <w:rPr>
          <w:rFonts w:eastAsia="Comic Sans MS"/>
          <w:szCs w:val="20"/>
        </w:rPr>
      </w:pPr>
      <w:r w:rsidRPr="00AC5ABD">
        <w:rPr>
          <w:rFonts w:eastAsia="Comic Sans MS"/>
          <w:szCs w:val="20"/>
        </w:rPr>
        <w:t xml:space="preserve">“Bayram </w:t>
      </w:r>
      <w:proofErr w:type="spellStart"/>
      <w:r w:rsidRPr="00AC5ABD">
        <w:rPr>
          <w:rFonts w:eastAsia="Comic Sans MS"/>
          <w:szCs w:val="20"/>
        </w:rPr>
        <w:t>yaklaşırken</w:t>
      </w:r>
      <w:proofErr w:type="spellEnd"/>
      <w:r w:rsidRPr="00AC5ABD">
        <w:rPr>
          <w:rFonts w:eastAsia="Comic Sans MS"/>
          <w:szCs w:val="20"/>
        </w:rPr>
        <w:t xml:space="preserve"> </w:t>
      </w:r>
      <w:proofErr w:type="spellStart"/>
      <w:r w:rsidRPr="00AC5ABD">
        <w:rPr>
          <w:rFonts w:eastAsia="Comic Sans MS"/>
          <w:szCs w:val="20"/>
        </w:rPr>
        <w:t>evimizde</w:t>
      </w:r>
      <w:proofErr w:type="spellEnd"/>
      <w:r w:rsidRPr="00AC5ABD">
        <w:rPr>
          <w:rFonts w:eastAsia="Comic Sans MS"/>
          <w:szCs w:val="20"/>
        </w:rPr>
        <w:t xml:space="preserve"> </w:t>
      </w:r>
      <w:proofErr w:type="spellStart"/>
      <w:r w:rsidRPr="00AC5ABD">
        <w:rPr>
          <w:rFonts w:eastAsia="Comic Sans MS"/>
          <w:szCs w:val="20"/>
        </w:rPr>
        <w:t>ve</w:t>
      </w:r>
      <w:proofErr w:type="spellEnd"/>
      <w:r w:rsidRPr="00AC5ABD">
        <w:rPr>
          <w:rFonts w:eastAsia="Comic Sans MS"/>
          <w:szCs w:val="20"/>
        </w:rPr>
        <w:t xml:space="preserve"> </w:t>
      </w:r>
      <w:proofErr w:type="spellStart"/>
      <w:r w:rsidRPr="00AC5ABD">
        <w:rPr>
          <w:rFonts w:eastAsia="Comic Sans MS"/>
          <w:szCs w:val="20"/>
        </w:rPr>
        <w:t>okulumuzda</w:t>
      </w:r>
      <w:proofErr w:type="spellEnd"/>
      <w:r w:rsidRPr="00AC5ABD">
        <w:rPr>
          <w:rFonts w:eastAsia="Comic Sans MS"/>
          <w:szCs w:val="20"/>
        </w:rPr>
        <w:t xml:space="preserve"> </w:t>
      </w:r>
      <w:proofErr w:type="spellStart"/>
      <w:r w:rsidRPr="00AC5ABD">
        <w:rPr>
          <w:rFonts w:eastAsia="Comic Sans MS"/>
          <w:szCs w:val="20"/>
        </w:rPr>
        <w:t>neler</w:t>
      </w:r>
      <w:proofErr w:type="spellEnd"/>
      <w:r w:rsidRPr="00AC5ABD">
        <w:rPr>
          <w:rFonts w:eastAsia="Comic Sans MS"/>
          <w:szCs w:val="20"/>
        </w:rPr>
        <w:t xml:space="preserve"> </w:t>
      </w:r>
      <w:proofErr w:type="spellStart"/>
      <w:r w:rsidRPr="00AC5ABD">
        <w:rPr>
          <w:rFonts w:eastAsia="Comic Sans MS"/>
          <w:szCs w:val="20"/>
        </w:rPr>
        <w:t>yaparız</w:t>
      </w:r>
      <w:proofErr w:type="spellEnd"/>
      <w:r w:rsidRPr="00AC5ABD">
        <w:rPr>
          <w:rFonts w:eastAsia="Comic Sans MS"/>
          <w:szCs w:val="20"/>
        </w:rPr>
        <w:t xml:space="preserve">?” </w:t>
      </w:r>
      <w:proofErr w:type="spellStart"/>
      <w:r w:rsidRPr="00AC5ABD">
        <w:rPr>
          <w:rFonts w:eastAsia="Comic Sans MS"/>
          <w:szCs w:val="20"/>
        </w:rPr>
        <w:t>sorusuyla</w:t>
      </w:r>
      <w:proofErr w:type="spellEnd"/>
      <w:r w:rsidRPr="00AC5ABD">
        <w:rPr>
          <w:rFonts w:eastAsia="Comic Sans MS"/>
          <w:szCs w:val="20"/>
        </w:rPr>
        <w:t xml:space="preserve"> </w:t>
      </w:r>
      <w:proofErr w:type="spellStart"/>
      <w:r w:rsidRPr="00AC5ABD">
        <w:rPr>
          <w:rFonts w:eastAsia="Comic Sans MS"/>
          <w:szCs w:val="20"/>
        </w:rPr>
        <w:t>kısa</w:t>
      </w:r>
      <w:proofErr w:type="spellEnd"/>
      <w:r w:rsidRPr="00AC5ABD">
        <w:rPr>
          <w:rFonts w:eastAsia="Comic Sans MS"/>
          <w:szCs w:val="20"/>
        </w:rPr>
        <w:t xml:space="preserve"> </w:t>
      </w:r>
      <w:proofErr w:type="spellStart"/>
      <w:r w:rsidRPr="00AC5ABD">
        <w:rPr>
          <w:rFonts w:eastAsia="Comic Sans MS"/>
          <w:szCs w:val="20"/>
        </w:rPr>
        <w:t>bir</w:t>
      </w:r>
      <w:proofErr w:type="spellEnd"/>
      <w:r w:rsidRPr="00AC5ABD">
        <w:rPr>
          <w:rFonts w:eastAsia="Comic Sans MS"/>
          <w:szCs w:val="20"/>
        </w:rPr>
        <w:t xml:space="preserve"> </w:t>
      </w:r>
      <w:proofErr w:type="spellStart"/>
      <w:r w:rsidRPr="00AC5ABD">
        <w:rPr>
          <w:rFonts w:eastAsia="Comic Sans MS"/>
          <w:szCs w:val="20"/>
        </w:rPr>
        <w:t>sohbet</w:t>
      </w:r>
      <w:proofErr w:type="spellEnd"/>
      <w:r w:rsidRPr="00AC5ABD">
        <w:rPr>
          <w:rFonts w:eastAsia="Comic Sans MS"/>
          <w:szCs w:val="20"/>
        </w:rPr>
        <w:t xml:space="preserve"> </w:t>
      </w:r>
      <w:proofErr w:type="spellStart"/>
      <w:r w:rsidRPr="00AC5ABD">
        <w:rPr>
          <w:rFonts w:eastAsia="Comic Sans MS"/>
          <w:szCs w:val="20"/>
        </w:rPr>
        <w:t>açılır</w:t>
      </w:r>
      <w:proofErr w:type="spellEnd"/>
      <w:r w:rsidRPr="00AC5ABD">
        <w:rPr>
          <w:rFonts w:eastAsia="Comic Sans MS"/>
          <w:szCs w:val="20"/>
        </w:rPr>
        <w:t xml:space="preserve">. </w:t>
      </w:r>
      <w:proofErr w:type="spellStart"/>
      <w:r w:rsidRPr="00AC5ABD">
        <w:rPr>
          <w:rFonts w:eastAsia="Comic Sans MS"/>
          <w:szCs w:val="20"/>
        </w:rPr>
        <w:t>Öğretmen</w:t>
      </w:r>
      <w:proofErr w:type="spellEnd"/>
      <w:r w:rsidRPr="00AC5ABD">
        <w:rPr>
          <w:rFonts w:eastAsia="Comic Sans MS"/>
          <w:szCs w:val="20"/>
        </w:rPr>
        <w:t xml:space="preserve"> </w:t>
      </w:r>
      <w:proofErr w:type="spellStart"/>
      <w:r w:rsidRPr="00AC5ABD">
        <w:rPr>
          <w:rFonts w:eastAsia="Comic Sans MS"/>
          <w:szCs w:val="20"/>
        </w:rPr>
        <w:t>gerekirse</w:t>
      </w:r>
      <w:proofErr w:type="spellEnd"/>
      <w:r w:rsidRPr="00AC5ABD">
        <w:rPr>
          <w:rFonts w:eastAsia="Comic Sans MS"/>
          <w:szCs w:val="20"/>
        </w:rPr>
        <w:t xml:space="preserve"> “</w:t>
      </w:r>
      <w:proofErr w:type="spellStart"/>
      <w:r w:rsidRPr="00AC5ABD">
        <w:rPr>
          <w:rFonts w:eastAsia="Comic Sans MS"/>
          <w:szCs w:val="20"/>
        </w:rPr>
        <w:t>Pencerelere</w:t>
      </w:r>
      <w:proofErr w:type="spellEnd"/>
      <w:r w:rsidRPr="00AC5ABD">
        <w:rPr>
          <w:rFonts w:eastAsia="Comic Sans MS"/>
          <w:szCs w:val="20"/>
        </w:rPr>
        <w:t xml:space="preserve"> </w:t>
      </w:r>
      <w:proofErr w:type="spellStart"/>
      <w:r w:rsidRPr="00AC5ABD">
        <w:rPr>
          <w:rFonts w:eastAsia="Comic Sans MS"/>
          <w:szCs w:val="20"/>
        </w:rPr>
        <w:t>bayrak</w:t>
      </w:r>
      <w:proofErr w:type="spellEnd"/>
      <w:r w:rsidRPr="00AC5ABD">
        <w:rPr>
          <w:rFonts w:eastAsia="Comic Sans MS"/>
          <w:szCs w:val="20"/>
        </w:rPr>
        <w:t xml:space="preserve"> </w:t>
      </w:r>
      <w:proofErr w:type="spellStart"/>
      <w:r w:rsidRPr="00AC5ABD">
        <w:rPr>
          <w:rFonts w:eastAsia="Comic Sans MS"/>
          <w:szCs w:val="20"/>
        </w:rPr>
        <w:t>asabiliriz</w:t>
      </w:r>
      <w:proofErr w:type="spellEnd"/>
      <w:r w:rsidRPr="00AC5ABD">
        <w:rPr>
          <w:rFonts w:eastAsia="Comic Sans MS"/>
          <w:szCs w:val="20"/>
        </w:rPr>
        <w:t xml:space="preserve">.” </w:t>
      </w:r>
      <w:proofErr w:type="spellStart"/>
      <w:r w:rsidRPr="00AC5ABD">
        <w:rPr>
          <w:rFonts w:eastAsia="Comic Sans MS"/>
          <w:szCs w:val="20"/>
        </w:rPr>
        <w:t>örneğini</w:t>
      </w:r>
      <w:proofErr w:type="spellEnd"/>
      <w:r w:rsidRPr="00AC5ABD">
        <w:rPr>
          <w:rFonts w:eastAsia="Comic Sans MS"/>
          <w:szCs w:val="20"/>
        </w:rPr>
        <w:t xml:space="preserve"> </w:t>
      </w:r>
      <w:proofErr w:type="spellStart"/>
      <w:r w:rsidRPr="00AC5ABD">
        <w:rPr>
          <w:rFonts w:eastAsia="Comic Sans MS"/>
          <w:szCs w:val="20"/>
        </w:rPr>
        <w:t>verir</w:t>
      </w:r>
      <w:proofErr w:type="spellEnd"/>
      <w:r w:rsidRPr="00AC5ABD">
        <w:rPr>
          <w:rFonts w:eastAsia="Comic Sans MS"/>
          <w:szCs w:val="20"/>
        </w:rPr>
        <w:t xml:space="preserve">. </w:t>
      </w:r>
      <w:proofErr w:type="spellStart"/>
      <w:r w:rsidRPr="00AC5ABD">
        <w:rPr>
          <w:rFonts w:eastAsia="Comic Sans MS"/>
          <w:szCs w:val="20"/>
        </w:rPr>
        <w:t>Ardından</w:t>
      </w:r>
      <w:proofErr w:type="spellEnd"/>
      <w:r w:rsidRPr="00AC5ABD">
        <w:rPr>
          <w:rFonts w:eastAsia="Comic Sans MS"/>
          <w:szCs w:val="20"/>
        </w:rPr>
        <w:t xml:space="preserve"> </w:t>
      </w:r>
      <w:proofErr w:type="spellStart"/>
      <w:r w:rsidRPr="00AC5ABD">
        <w:rPr>
          <w:rFonts w:eastAsia="Comic Sans MS"/>
          <w:szCs w:val="20"/>
        </w:rPr>
        <w:t>çocuklar</w:t>
      </w:r>
      <w:proofErr w:type="spellEnd"/>
      <w:r w:rsidRPr="00AC5ABD">
        <w:rPr>
          <w:rFonts w:eastAsia="Comic Sans MS"/>
          <w:szCs w:val="20"/>
        </w:rPr>
        <w:t xml:space="preserve"> (SAB.14.a) </w:t>
      </w:r>
      <w:proofErr w:type="spellStart"/>
      <w:r w:rsidRPr="00AC5ABD">
        <w:rPr>
          <w:rFonts w:eastAsia="Comic Sans MS"/>
          <w:szCs w:val="20"/>
        </w:rPr>
        <w:t>bayrak</w:t>
      </w:r>
      <w:proofErr w:type="spellEnd"/>
      <w:r w:rsidRPr="00AC5ABD">
        <w:rPr>
          <w:rFonts w:eastAsia="Comic Sans MS"/>
          <w:szCs w:val="20"/>
        </w:rPr>
        <w:t xml:space="preserve"> </w:t>
      </w:r>
      <w:proofErr w:type="spellStart"/>
      <w:r w:rsidRPr="00AC5ABD">
        <w:rPr>
          <w:rFonts w:eastAsia="Comic Sans MS"/>
          <w:szCs w:val="20"/>
        </w:rPr>
        <w:t>asma</w:t>
      </w:r>
      <w:proofErr w:type="spellEnd"/>
      <w:r w:rsidRPr="00AC5ABD">
        <w:rPr>
          <w:rFonts w:eastAsia="Comic Sans MS"/>
          <w:szCs w:val="20"/>
        </w:rPr>
        <w:t xml:space="preserve">, </w:t>
      </w:r>
      <w:proofErr w:type="spellStart"/>
      <w:r w:rsidRPr="00AC5ABD">
        <w:rPr>
          <w:rFonts w:eastAsia="Comic Sans MS"/>
          <w:szCs w:val="20"/>
        </w:rPr>
        <w:t>sınıfı</w:t>
      </w:r>
      <w:proofErr w:type="spellEnd"/>
      <w:r w:rsidRPr="00AC5ABD">
        <w:rPr>
          <w:rFonts w:eastAsia="Comic Sans MS"/>
          <w:szCs w:val="20"/>
        </w:rPr>
        <w:t xml:space="preserve"> </w:t>
      </w:r>
      <w:proofErr w:type="spellStart"/>
      <w:r w:rsidRPr="00AC5ABD">
        <w:rPr>
          <w:rFonts w:eastAsia="Comic Sans MS"/>
          <w:szCs w:val="20"/>
        </w:rPr>
        <w:t>süsleme</w:t>
      </w:r>
      <w:proofErr w:type="spellEnd"/>
      <w:r w:rsidRPr="00AC5ABD">
        <w:rPr>
          <w:rFonts w:eastAsia="Comic Sans MS"/>
          <w:szCs w:val="20"/>
        </w:rPr>
        <w:t xml:space="preserve"> </w:t>
      </w:r>
      <w:proofErr w:type="spellStart"/>
      <w:r w:rsidRPr="00AC5ABD">
        <w:rPr>
          <w:rFonts w:eastAsia="Comic Sans MS"/>
          <w:szCs w:val="20"/>
        </w:rPr>
        <w:t>veya</w:t>
      </w:r>
      <w:proofErr w:type="spellEnd"/>
      <w:r w:rsidRPr="00AC5ABD">
        <w:rPr>
          <w:rFonts w:eastAsia="Comic Sans MS"/>
          <w:szCs w:val="20"/>
        </w:rPr>
        <w:t xml:space="preserve"> </w:t>
      </w:r>
      <w:proofErr w:type="spellStart"/>
      <w:r w:rsidRPr="00AC5ABD">
        <w:rPr>
          <w:rFonts w:eastAsia="Comic Sans MS"/>
          <w:szCs w:val="20"/>
        </w:rPr>
        <w:t>birlikte</w:t>
      </w:r>
      <w:proofErr w:type="spellEnd"/>
      <w:r w:rsidRPr="00AC5ABD">
        <w:rPr>
          <w:rFonts w:eastAsia="Comic Sans MS"/>
          <w:szCs w:val="20"/>
        </w:rPr>
        <w:t xml:space="preserve"> </w:t>
      </w:r>
      <w:proofErr w:type="spellStart"/>
      <w:r w:rsidRPr="00AC5ABD">
        <w:rPr>
          <w:rFonts w:eastAsia="Comic Sans MS"/>
          <w:szCs w:val="20"/>
        </w:rPr>
        <w:t>şarkı</w:t>
      </w:r>
      <w:proofErr w:type="spellEnd"/>
      <w:r w:rsidRPr="00AC5ABD">
        <w:rPr>
          <w:rFonts w:eastAsia="Comic Sans MS"/>
          <w:szCs w:val="20"/>
        </w:rPr>
        <w:t xml:space="preserve"> </w:t>
      </w:r>
      <w:proofErr w:type="spellStart"/>
      <w:r w:rsidRPr="00AC5ABD">
        <w:rPr>
          <w:rFonts w:eastAsia="Comic Sans MS"/>
          <w:szCs w:val="20"/>
        </w:rPr>
        <w:t>söyleme</w:t>
      </w:r>
      <w:proofErr w:type="spellEnd"/>
      <w:r w:rsidRPr="00AC5ABD">
        <w:rPr>
          <w:rFonts w:eastAsia="Comic Sans MS"/>
          <w:szCs w:val="20"/>
        </w:rPr>
        <w:t xml:space="preserve"> </w:t>
      </w:r>
      <w:proofErr w:type="spellStart"/>
      <w:r w:rsidRPr="00AC5ABD">
        <w:rPr>
          <w:rFonts w:eastAsia="Comic Sans MS"/>
          <w:szCs w:val="20"/>
        </w:rPr>
        <w:t>gibi</w:t>
      </w:r>
      <w:proofErr w:type="spellEnd"/>
      <w:r w:rsidRPr="00AC5ABD">
        <w:rPr>
          <w:rFonts w:eastAsia="Comic Sans MS"/>
          <w:szCs w:val="20"/>
        </w:rPr>
        <w:t xml:space="preserve"> </w:t>
      </w:r>
      <w:proofErr w:type="spellStart"/>
      <w:r w:rsidRPr="00AC5ABD">
        <w:rPr>
          <w:rFonts w:eastAsia="Comic Sans MS"/>
          <w:szCs w:val="20"/>
        </w:rPr>
        <w:t>kendi</w:t>
      </w:r>
      <w:proofErr w:type="spellEnd"/>
      <w:r w:rsidRPr="00AC5ABD">
        <w:rPr>
          <w:rFonts w:eastAsia="Comic Sans MS"/>
          <w:szCs w:val="20"/>
        </w:rPr>
        <w:t xml:space="preserve"> </w:t>
      </w:r>
      <w:proofErr w:type="spellStart"/>
      <w:r w:rsidRPr="00AC5ABD">
        <w:rPr>
          <w:rFonts w:eastAsia="Comic Sans MS"/>
          <w:szCs w:val="20"/>
        </w:rPr>
        <w:t>bildikleri</w:t>
      </w:r>
      <w:proofErr w:type="spellEnd"/>
      <w:r w:rsidRPr="00AC5ABD">
        <w:rPr>
          <w:rFonts w:eastAsia="Comic Sans MS"/>
          <w:szCs w:val="20"/>
        </w:rPr>
        <w:t xml:space="preserve"> </w:t>
      </w:r>
      <w:proofErr w:type="spellStart"/>
      <w:r w:rsidRPr="00AC5ABD">
        <w:rPr>
          <w:rFonts w:eastAsia="Comic Sans MS"/>
          <w:szCs w:val="20"/>
        </w:rPr>
        <w:t>bir</w:t>
      </w:r>
      <w:proofErr w:type="spellEnd"/>
      <w:r w:rsidRPr="00AC5ABD">
        <w:rPr>
          <w:rFonts w:eastAsia="Comic Sans MS"/>
          <w:szCs w:val="20"/>
        </w:rPr>
        <w:t xml:space="preserve"> </w:t>
      </w:r>
      <w:proofErr w:type="spellStart"/>
      <w:r w:rsidRPr="00AC5ABD">
        <w:rPr>
          <w:rFonts w:eastAsia="Comic Sans MS"/>
          <w:szCs w:val="20"/>
        </w:rPr>
        <w:t>bayram</w:t>
      </w:r>
      <w:proofErr w:type="spellEnd"/>
      <w:r w:rsidRPr="00AC5ABD">
        <w:rPr>
          <w:rFonts w:eastAsia="Comic Sans MS"/>
          <w:szCs w:val="20"/>
        </w:rPr>
        <w:t xml:space="preserve"> </w:t>
      </w:r>
      <w:proofErr w:type="spellStart"/>
      <w:r w:rsidRPr="00AC5ABD">
        <w:rPr>
          <w:rFonts w:eastAsia="Comic Sans MS"/>
          <w:szCs w:val="20"/>
        </w:rPr>
        <w:t>hazırlığını</w:t>
      </w:r>
      <w:proofErr w:type="spellEnd"/>
      <w:r w:rsidRPr="00AC5ABD">
        <w:rPr>
          <w:rFonts w:eastAsia="Comic Sans MS"/>
          <w:szCs w:val="20"/>
        </w:rPr>
        <w:t xml:space="preserve"> </w:t>
      </w:r>
      <w:proofErr w:type="spellStart"/>
      <w:r w:rsidRPr="00AC5ABD">
        <w:rPr>
          <w:rFonts w:eastAsia="Comic Sans MS"/>
          <w:szCs w:val="20"/>
        </w:rPr>
        <w:t>söyler</w:t>
      </w:r>
      <w:proofErr w:type="spellEnd"/>
      <w:r w:rsidRPr="00AC5ABD">
        <w:rPr>
          <w:rFonts w:eastAsia="Comic Sans MS"/>
          <w:szCs w:val="20"/>
        </w:rPr>
        <w:t xml:space="preserve"> </w:t>
      </w:r>
      <w:proofErr w:type="spellStart"/>
      <w:r w:rsidRPr="00AC5ABD">
        <w:rPr>
          <w:rFonts w:eastAsia="Comic Sans MS"/>
          <w:szCs w:val="20"/>
        </w:rPr>
        <w:t>ya</w:t>
      </w:r>
      <w:proofErr w:type="spellEnd"/>
      <w:r w:rsidRPr="00AC5ABD">
        <w:rPr>
          <w:rFonts w:eastAsia="Comic Sans MS"/>
          <w:szCs w:val="20"/>
        </w:rPr>
        <w:t xml:space="preserve"> da </w:t>
      </w:r>
      <w:proofErr w:type="spellStart"/>
      <w:r w:rsidRPr="00AC5ABD">
        <w:rPr>
          <w:rFonts w:eastAsia="Comic Sans MS"/>
          <w:szCs w:val="20"/>
        </w:rPr>
        <w:t>canlandırır</w:t>
      </w:r>
      <w:proofErr w:type="spellEnd"/>
      <w:r w:rsidRPr="00AC5ABD">
        <w:rPr>
          <w:rFonts w:eastAsia="Comic Sans MS"/>
          <w:szCs w:val="20"/>
        </w:rPr>
        <w:t xml:space="preserve">. </w:t>
      </w:r>
      <w:proofErr w:type="spellStart"/>
      <w:r w:rsidR="007D7AEC" w:rsidRPr="00AC5ABD">
        <w:rPr>
          <w:szCs w:val="20"/>
        </w:rPr>
        <w:t>Çocuklar</w:t>
      </w:r>
      <w:proofErr w:type="spellEnd"/>
      <w:r w:rsidR="007D7AEC" w:rsidRPr="00AC5ABD">
        <w:rPr>
          <w:szCs w:val="20"/>
        </w:rPr>
        <w:t xml:space="preserve"> (OB5) </w:t>
      </w:r>
      <w:proofErr w:type="spellStart"/>
      <w:r w:rsidR="007D7AEC" w:rsidRPr="00AC5ABD">
        <w:rPr>
          <w:szCs w:val="20"/>
        </w:rPr>
        <w:t>bayramlarda</w:t>
      </w:r>
      <w:proofErr w:type="spellEnd"/>
      <w:r w:rsidR="007D7AEC" w:rsidRPr="00AC5ABD">
        <w:rPr>
          <w:szCs w:val="20"/>
        </w:rPr>
        <w:t xml:space="preserve"> </w:t>
      </w:r>
      <w:proofErr w:type="spellStart"/>
      <w:r w:rsidR="007D7AEC" w:rsidRPr="00AC5ABD">
        <w:rPr>
          <w:szCs w:val="20"/>
        </w:rPr>
        <w:t>evlere</w:t>
      </w:r>
      <w:proofErr w:type="spellEnd"/>
      <w:r w:rsidR="007D7AEC" w:rsidRPr="00AC5ABD">
        <w:rPr>
          <w:szCs w:val="20"/>
        </w:rPr>
        <w:t xml:space="preserve"> </w:t>
      </w:r>
      <w:proofErr w:type="spellStart"/>
      <w:r w:rsidR="007D7AEC" w:rsidRPr="00AC5ABD">
        <w:rPr>
          <w:szCs w:val="20"/>
        </w:rPr>
        <w:t>ve</w:t>
      </w:r>
      <w:proofErr w:type="spellEnd"/>
      <w:r w:rsidR="007D7AEC" w:rsidRPr="00AC5ABD">
        <w:rPr>
          <w:szCs w:val="20"/>
        </w:rPr>
        <w:t xml:space="preserve"> </w:t>
      </w:r>
      <w:proofErr w:type="spellStart"/>
      <w:r w:rsidR="007D7AEC" w:rsidRPr="00AC5ABD">
        <w:rPr>
          <w:szCs w:val="20"/>
        </w:rPr>
        <w:t>okullara</w:t>
      </w:r>
      <w:proofErr w:type="spellEnd"/>
      <w:r w:rsidR="007D7AEC" w:rsidRPr="00AC5ABD">
        <w:rPr>
          <w:szCs w:val="20"/>
        </w:rPr>
        <w:t xml:space="preserve"> </w:t>
      </w:r>
      <w:proofErr w:type="spellStart"/>
      <w:r w:rsidR="007D7AEC" w:rsidRPr="00AC5ABD">
        <w:rPr>
          <w:szCs w:val="20"/>
        </w:rPr>
        <w:t>bayrak</w:t>
      </w:r>
      <w:proofErr w:type="spellEnd"/>
      <w:r w:rsidR="007D7AEC" w:rsidRPr="00AC5ABD">
        <w:rPr>
          <w:szCs w:val="20"/>
        </w:rPr>
        <w:t xml:space="preserve"> </w:t>
      </w:r>
      <w:proofErr w:type="spellStart"/>
      <w:r w:rsidR="007D7AEC" w:rsidRPr="00AC5ABD">
        <w:rPr>
          <w:szCs w:val="20"/>
        </w:rPr>
        <w:t>asıldığını</w:t>
      </w:r>
      <w:proofErr w:type="spellEnd"/>
      <w:r w:rsidR="007D7AEC" w:rsidRPr="00AC5ABD">
        <w:rPr>
          <w:szCs w:val="20"/>
        </w:rPr>
        <w:t xml:space="preserve"> </w:t>
      </w:r>
      <w:proofErr w:type="spellStart"/>
      <w:r w:rsidR="007D7AEC" w:rsidRPr="00AC5ABD">
        <w:rPr>
          <w:szCs w:val="20"/>
        </w:rPr>
        <w:t>konuşur</w:t>
      </w:r>
      <w:proofErr w:type="spellEnd"/>
      <w:r w:rsidR="007D7AEC" w:rsidRPr="00AC5ABD">
        <w:rPr>
          <w:szCs w:val="20"/>
        </w:rPr>
        <w:t xml:space="preserve">; </w:t>
      </w:r>
      <w:proofErr w:type="spellStart"/>
      <w:r w:rsidR="007D7AEC" w:rsidRPr="00AC5ABD">
        <w:rPr>
          <w:szCs w:val="20"/>
        </w:rPr>
        <w:t>gördükleri</w:t>
      </w:r>
      <w:proofErr w:type="spellEnd"/>
      <w:r w:rsidR="007D7AEC" w:rsidRPr="00AC5ABD">
        <w:rPr>
          <w:szCs w:val="20"/>
        </w:rPr>
        <w:t xml:space="preserve"> </w:t>
      </w:r>
      <w:proofErr w:type="spellStart"/>
      <w:r w:rsidR="007D7AEC" w:rsidRPr="00AC5ABD">
        <w:rPr>
          <w:szCs w:val="20"/>
        </w:rPr>
        <w:t>örnekleri</w:t>
      </w:r>
      <w:proofErr w:type="spellEnd"/>
      <w:r w:rsidR="007D7AEC" w:rsidRPr="00AC5ABD">
        <w:rPr>
          <w:szCs w:val="20"/>
        </w:rPr>
        <w:t xml:space="preserve"> </w:t>
      </w:r>
      <w:proofErr w:type="spellStart"/>
      <w:r w:rsidR="007D7AEC" w:rsidRPr="00AC5ABD">
        <w:rPr>
          <w:szCs w:val="20"/>
        </w:rPr>
        <w:t>anlatır</w:t>
      </w:r>
      <w:proofErr w:type="spellEnd"/>
      <w:r w:rsidR="007D7AEC" w:rsidRPr="00AC5ABD">
        <w:rPr>
          <w:szCs w:val="20"/>
        </w:rPr>
        <w:t>.</w:t>
      </w:r>
      <w:r w:rsidR="007D7AEC" w:rsidRPr="00AC5ABD">
        <w:rPr>
          <w:rFonts w:eastAsia="Comic Sans MS"/>
          <w:szCs w:val="20"/>
        </w:rPr>
        <w:t xml:space="preserve"> </w:t>
      </w:r>
    </w:p>
    <w:p w14:paraId="35463FF6" w14:textId="179BB056" w:rsidR="00F627DB" w:rsidRPr="00AC5ABD" w:rsidRDefault="00CC4454">
      <w:pPr>
        <w:rPr>
          <w:szCs w:val="20"/>
        </w:rPr>
      </w:pPr>
      <w:r w:rsidRPr="00AC5ABD">
        <w:rPr>
          <w:rFonts w:eastAsia="Comic Sans MS"/>
          <w:szCs w:val="20"/>
        </w:rPr>
        <w:t xml:space="preserve">“Bayrağımızla ilgili neyi merak ediyorsunuz?” diye sorulur. Çocuklardan gelen bir soru üzerinde durulur. Çocuklar (OB1) yanıtı nereden öğrenebileceklerini söyler. Renkler, ay ve yıldızla ilgili soruların yanıtını bulmak için bayrağa birlikte bakılır; çocuklar gördüklerini anlatır. </w:t>
      </w:r>
    </w:p>
    <w:p w14:paraId="63109615" w14:textId="5E252EB6" w:rsidR="00F627DB" w:rsidRPr="00AC5ABD" w:rsidRDefault="00CC4454">
      <w:pPr>
        <w:rPr>
          <w:szCs w:val="20"/>
        </w:rPr>
      </w:pPr>
      <w:r w:rsidRPr="00AC5ABD">
        <w:rPr>
          <w:rFonts w:eastAsia="Comic Sans MS"/>
          <w:szCs w:val="20"/>
        </w:rPr>
        <w:t>Kukla “</w:t>
      </w:r>
      <w:proofErr w:type="spellStart"/>
      <w:r w:rsidRPr="00AC5ABD">
        <w:rPr>
          <w:rFonts w:eastAsia="Comic Sans MS"/>
          <w:szCs w:val="20"/>
        </w:rPr>
        <w:t>Bayrağımı</w:t>
      </w:r>
      <w:proofErr w:type="spellEnd"/>
      <w:r w:rsidRPr="00AC5ABD">
        <w:rPr>
          <w:rFonts w:eastAsia="Comic Sans MS"/>
          <w:szCs w:val="20"/>
        </w:rPr>
        <w:t xml:space="preserve"> </w:t>
      </w:r>
      <w:proofErr w:type="spellStart"/>
      <w:r w:rsidRPr="00AC5ABD">
        <w:rPr>
          <w:rFonts w:eastAsia="Comic Sans MS"/>
          <w:szCs w:val="20"/>
        </w:rPr>
        <w:t>nereye</w:t>
      </w:r>
      <w:proofErr w:type="spellEnd"/>
      <w:r w:rsidRPr="00AC5ABD">
        <w:rPr>
          <w:rFonts w:eastAsia="Comic Sans MS"/>
          <w:szCs w:val="20"/>
        </w:rPr>
        <w:t xml:space="preserve"> </w:t>
      </w:r>
      <w:proofErr w:type="spellStart"/>
      <w:r w:rsidRPr="00AC5ABD">
        <w:rPr>
          <w:rFonts w:eastAsia="Comic Sans MS"/>
          <w:szCs w:val="20"/>
        </w:rPr>
        <w:t>yerleştirsem</w:t>
      </w:r>
      <w:proofErr w:type="spellEnd"/>
      <w:r w:rsidRPr="00AC5ABD">
        <w:rPr>
          <w:rFonts w:eastAsia="Comic Sans MS"/>
          <w:szCs w:val="20"/>
        </w:rPr>
        <w:t xml:space="preserve">?” </w:t>
      </w:r>
      <w:proofErr w:type="spellStart"/>
      <w:r w:rsidRPr="00AC5ABD">
        <w:rPr>
          <w:rFonts w:eastAsia="Comic Sans MS"/>
          <w:szCs w:val="20"/>
        </w:rPr>
        <w:t>diye</w:t>
      </w:r>
      <w:proofErr w:type="spellEnd"/>
      <w:r w:rsidRPr="00AC5ABD">
        <w:rPr>
          <w:rFonts w:eastAsia="Comic Sans MS"/>
          <w:szCs w:val="20"/>
        </w:rPr>
        <w:t xml:space="preserve"> </w:t>
      </w:r>
      <w:proofErr w:type="spellStart"/>
      <w:r w:rsidRPr="00AC5ABD">
        <w:rPr>
          <w:rFonts w:eastAsia="Comic Sans MS"/>
          <w:szCs w:val="20"/>
        </w:rPr>
        <w:t>sorar</w:t>
      </w:r>
      <w:proofErr w:type="spellEnd"/>
      <w:r w:rsidRPr="00AC5ABD">
        <w:rPr>
          <w:rFonts w:eastAsia="Comic Sans MS"/>
          <w:szCs w:val="20"/>
        </w:rPr>
        <w:t xml:space="preserve">. </w:t>
      </w:r>
      <w:proofErr w:type="spellStart"/>
      <w:r w:rsidRPr="00AC5ABD">
        <w:rPr>
          <w:rFonts w:eastAsia="Comic Sans MS"/>
          <w:szCs w:val="20"/>
        </w:rPr>
        <w:t>Öğretmen</w:t>
      </w:r>
      <w:proofErr w:type="spellEnd"/>
      <w:r w:rsidRPr="00AC5ABD">
        <w:rPr>
          <w:rFonts w:eastAsia="Comic Sans MS"/>
          <w:szCs w:val="20"/>
        </w:rPr>
        <w:t xml:space="preserve"> </w:t>
      </w:r>
      <w:proofErr w:type="spellStart"/>
      <w:r w:rsidRPr="00AC5ABD">
        <w:rPr>
          <w:rFonts w:eastAsia="Comic Sans MS"/>
          <w:szCs w:val="20"/>
        </w:rPr>
        <w:t>çocukların</w:t>
      </w:r>
      <w:proofErr w:type="spellEnd"/>
      <w:r w:rsidRPr="00AC5ABD">
        <w:rPr>
          <w:rFonts w:eastAsia="Comic Sans MS"/>
          <w:szCs w:val="20"/>
        </w:rPr>
        <w:t xml:space="preserve"> </w:t>
      </w:r>
      <w:proofErr w:type="spellStart"/>
      <w:r w:rsidRPr="00AC5ABD">
        <w:rPr>
          <w:rFonts w:eastAsia="Comic Sans MS"/>
          <w:szCs w:val="20"/>
        </w:rPr>
        <w:t>erişebileceği</w:t>
      </w:r>
      <w:proofErr w:type="spellEnd"/>
      <w:r w:rsidRPr="00AC5ABD">
        <w:rPr>
          <w:rFonts w:eastAsia="Comic Sans MS"/>
          <w:szCs w:val="20"/>
        </w:rPr>
        <w:t xml:space="preserve"> </w:t>
      </w:r>
      <w:proofErr w:type="spellStart"/>
      <w:r w:rsidRPr="00AC5ABD">
        <w:rPr>
          <w:rFonts w:eastAsia="Comic Sans MS"/>
          <w:szCs w:val="20"/>
        </w:rPr>
        <w:t>sağlam</w:t>
      </w:r>
      <w:proofErr w:type="spellEnd"/>
      <w:r w:rsidRPr="00AC5ABD">
        <w:rPr>
          <w:rFonts w:eastAsia="Comic Sans MS"/>
          <w:szCs w:val="20"/>
        </w:rPr>
        <w:t xml:space="preserve"> </w:t>
      </w:r>
      <w:proofErr w:type="spellStart"/>
      <w:r w:rsidRPr="00AC5ABD">
        <w:rPr>
          <w:rFonts w:eastAsia="Comic Sans MS"/>
          <w:szCs w:val="20"/>
        </w:rPr>
        <w:t>bir</w:t>
      </w:r>
      <w:proofErr w:type="spellEnd"/>
      <w:r w:rsidRPr="00AC5ABD">
        <w:rPr>
          <w:rFonts w:eastAsia="Comic Sans MS"/>
          <w:szCs w:val="20"/>
        </w:rPr>
        <w:t xml:space="preserve"> </w:t>
      </w:r>
      <w:proofErr w:type="spellStart"/>
      <w:r w:rsidRPr="00AC5ABD">
        <w:rPr>
          <w:rFonts w:eastAsia="Comic Sans MS"/>
          <w:szCs w:val="20"/>
        </w:rPr>
        <w:t>bayrak</w:t>
      </w:r>
      <w:proofErr w:type="spellEnd"/>
      <w:r w:rsidRPr="00AC5ABD">
        <w:rPr>
          <w:rFonts w:eastAsia="Comic Sans MS"/>
          <w:szCs w:val="20"/>
        </w:rPr>
        <w:t xml:space="preserve"> </w:t>
      </w:r>
      <w:proofErr w:type="spellStart"/>
      <w:r w:rsidRPr="00AC5ABD">
        <w:rPr>
          <w:rFonts w:eastAsia="Comic Sans MS"/>
          <w:szCs w:val="20"/>
        </w:rPr>
        <w:t>tutucusunu</w:t>
      </w:r>
      <w:proofErr w:type="spellEnd"/>
      <w:r w:rsidRPr="00AC5ABD">
        <w:rPr>
          <w:rFonts w:eastAsia="Comic Sans MS"/>
          <w:szCs w:val="20"/>
        </w:rPr>
        <w:t xml:space="preserve"> </w:t>
      </w:r>
      <w:proofErr w:type="spellStart"/>
      <w:r w:rsidRPr="00AC5ABD">
        <w:rPr>
          <w:rFonts w:eastAsia="Comic Sans MS"/>
          <w:szCs w:val="20"/>
        </w:rPr>
        <w:t>gösterir</w:t>
      </w:r>
      <w:proofErr w:type="spellEnd"/>
      <w:r w:rsidRPr="00AC5ABD">
        <w:rPr>
          <w:rFonts w:eastAsia="Comic Sans MS"/>
          <w:szCs w:val="20"/>
        </w:rPr>
        <w:t xml:space="preserve">. </w:t>
      </w:r>
      <w:proofErr w:type="spellStart"/>
      <w:r w:rsidRPr="00AC5ABD">
        <w:rPr>
          <w:rFonts w:eastAsia="Comic Sans MS"/>
          <w:szCs w:val="20"/>
        </w:rPr>
        <w:t>Çocuklar</w:t>
      </w:r>
      <w:proofErr w:type="spellEnd"/>
      <w:r w:rsidRPr="00AC5ABD">
        <w:rPr>
          <w:rFonts w:eastAsia="Comic Sans MS"/>
          <w:szCs w:val="20"/>
        </w:rPr>
        <w:t xml:space="preserve"> (D19.1) </w:t>
      </w:r>
      <w:proofErr w:type="spellStart"/>
      <w:r w:rsidRPr="00AC5ABD">
        <w:rPr>
          <w:rFonts w:eastAsia="Comic Sans MS"/>
          <w:szCs w:val="20"/>
        </w:rPr>
        <w:t>sırayla</w:t>
      </w:r>
      <w:proofErr w:type="spellEnd"/>
      <w:r w:rsidRPr="00AC5ABD">
        <w:rPr>
          <w:rFonts w:eastAsia="Comic Sans MS"/>
          <w:szCs w:val="20"/>
        </w:rPr>
        <w:t xml:space="preserve"> </w:t>
      </w:r>
      <w:proofErr w:type="spellStart"/>
      <w:r w:rsidRPr="00AC5ABD">
        <w:rPr>
          <w:rFonts w:eastAsia="Comic Sans MS"/>
          <w:szCs w:val="20"/>
        </w:rPr>
        <w:t>bayrağı</w:t>
      </w:r>
      <w:proofErr w:type="spellEnd"/>
      <w:r w:rsidRPr="00AC5ABD">
        <w:rPr>
          <w:rFonts w:eastAsia="Comic Sans MS"/>
          <w:szCs w:val="20"/>
        </w:rPr>
        <w:t xml:space="preserve"> </w:t>
      </w:r>
      <w:proofErr w:type="spellStart"/>
      <w:r w:rsidRPr="00AC5ABD">
        <w:rPr>
          <w:rFonts w:eastAsia="Comic Sans MS"/>
          <w:szCs w:val="20"/>
        </w:rPr>
        <w:t>özenle</w:t>
      </w:r>
      <w:proofErr w:type="spellEnd"/>
      <w:r w:rsidRPr="00AC5ABD">
        <w:rPr>
          <w:rFonts w:eastAsia="Comic Sans MS"/>
          <w:szCs w:val="20"/>
        </w:rPr>
        <w:t xml:space="preserve"> </w:t>
      </w:r>
      <w:proofErr w:type="spellStart"/>
      <w:r w:rsidRPr="00AC5ABD">
        <w:rPr>
          <w:rFonts w:eastAsia="Comic Sans MS"/>
          <w:szCs w:val="20"/>
        </w:rPr>
        <w:t>tutup</w:t>
      </w:r>
      <w:proofErr w:type="spellEnd"/>
      <w:r w:rsidRPr="00AC5ABD">
        <w:rPr>
          <w:rFonts w:eastAsia="Comic Sans MS"/>
          <w:szCs w:val="20"/>
        </w:rPr>
        <w:t xml:space="preserve"> </w:t>
      </w:r>
      <w:proofErr w:type="spellStart"/>
      <w:r w:rsidRPr="00AC5ABD">
        <w:rPr>
          <w:rFonts w:eastAsia="Comic Sans MS"/>
          <w:szCs w:val="20"/>
        </w:rPr>
        <w:t>öğretmen</w:t>
      </w:r>
      <w:proofErr w:type="spellEnd"/>
      <w:r w:rsidRPr="00AC5ABD">
        <w:rPr>
          <w:rFonts w:eastAsia="Comic Sans MS"/>
          <w:szCs w:val="20"/>
        </w:rPr>
        <w:t xml:space="preserve"> </w:t>
      </w:r>
      <w:proofErr w:type="spellStart"/>
      <w:r w:rsidRPr="00AC5ABD">
        <w:rPr>
          <w:rFonts w:eastAsia="Comic Sans MS"/>
          <w:szCs w:val="20"/>
        </w:rPr>
        <w:t>desteğiyle</w:t>
      </w:r>
      <w:proofErr w:type="spellEnd"/>
      <w:r w:rsidRPr="00AC5ABD">
        <w:rPr>
          <w:rFonts w:eastAsia="Comic Sans MS"/>
          <w:szCs w:val="20"/>
        </w:rPr>
        <w:t xml:space="preserve"> </w:t>
      </w:r>
      <w:proofErr w:type="spellStart"/>
      <w:r w:rsidRPr="00AC5ABD">
        <w:rPr>
          <w:rFonts w:eastAsia="Comic Sans MS"/>
          <w:szCs w:val="20"/>
        </w:rPr>
        <w:t>uygun</w:t>
      </w:r>
      <w:proofErr w:type="spellEnd"/>
      <w:r w:rsidRPr="00AC5ABD">
        <w:rPr>
          <w:rFonts w:eastAsia="Comic Sans MS"/>
          <w:szCs w:val="20"/>
        </w:rPr>
        <w:t xml:space="preserve"> </w:t>
      </w:r>
      <w:proofErr w:type="spellStart"/>
      <w:r w:rsidRPr="00AC5ABD">
        <w:rPr>
          <w:rFonts w:eastAsia="Comic Sans MS"/>
          <w:szCs w:val="20"/>
        </w:rPr>
        <w:t>yerine</w:t>
      </w:r>
      <w:proofErr w:type="spellEnd"/>
      <w:r w:rsidRPr="00AC5ABD">
        <w:rPr>
          <w:rFonts w:eastAsia="Comic Sans MS"/>
          <w:szCs w:val="20"/>
        </w:rPr>
        <w:t xml:space="preserve"> </w:t>
      </w:r>
      <w:proofErr w:type="spellStart"/>
      <w:r w:rsidRPr="00AC5ABD">
        <w:rPr>
          <w:rFonts w:eastAsia="Comic Sans MS"/>
          <w:szCs w:val="20"/>
        </w:rPr>
        <w:t>yerleştirir</w:t>
      </w:r>
      <w:proofErr w:type="spellEnd"/>
      <w:r w:rsidRPr="00AC5ABD">
        <w:rPr>
          <w:rFonts w:eastAsia="Comic Sans MS"/>
          <w:szCs w:val="20"/>
        </w:rPr>
        <w:t xml:space="preserve">. </w:t>
      </w:r>
      <w:proofErr w:type="spellStart"/>
      <w:r w:rsidRPr="00AC5ABD">
        <w:rPr>
          <w:rFonts w:eastAsia="Comic Sans MS"/>
          <w:szCs w:val="20"/>
        </w:rPr>
        <w:t>Diğer</w:t>
      </w:r>
      <w:proofErr w:type="spellEnd"/>
      <w:r w:rsidRPr="00AC5ABD">
        <w:rPr>
          <w:rFonts w:eastAsia="Comic Sans MS"/>
          <w:szCs w:val="20"/>
        </w:rPr>
        <w:t xml:space="preserve"> </w:t>
      </w:r>
      <w:proofErr w:type="spellStart"/>
      <w:r w:rsidRPr="00AC5ABD">
        <w:rPr>
          <w:rFonts w:eastAsia="Comic Sans MS"/>
          <w:szCs w:val="20"/>
        </w:rPr>
        <w:t>çocuklar</w:t>
      </w:r>
      <w:proofErr w:type="spellEnd"/>
      <w:r w:rsidRPr="00AC5ABD">
        <w:rPr>
          <w:rFonts w:eastAsia="Comic Sans MS"/>
          <w:szCs w:val="20"/>
        </w:rPr>
        <w:t xml:space="preserve"> </w:t>
      </w:r>
      <w:proofErr w:type="spellStart"/>
      <w:r w:rsidRPr="00AC5ABD">
        <w:rPr>
          <w:rFonts w:eastAsia="Comic Sans MS"/>
          <w:szCs w:val="20"/>
        </w:rPr>
        <w:t>kuklaya</w:t>
      </w:r>
      <w:proofErr w:type="spellEnd"/>
      <w:r w:rsidRPr="00AC5ABD">
        <w:rPr>
          <w:rFonts w:eastAsia="Comic Sans MS"/>
          <w:szCs w:val="20"/>
        </w:rPr>
        <w:t xml:space="preserve"> “</w:t>
      </w:r>
      <w:proofErr w:type="spellStart"/>
      <w:r w:rsidRPr="00AC5ABD">
        <w:rPr>
          <w:rFonts w:eastAsia="Comic Sans MS"/>
          <w:szCs w:val="20"/>
        </w:rPr>
        <w:t>Buraya</w:t>
      </w:r>
      <w:proofErr w:type="spellEnd"/>
      <w:r w:rsidRPr="00AC5ABD">
        <w:rPr>
          <w:rFonts w:eastAsia="Comic Sans MS"/>
          <w:szCs w:val="20"/>
        </w:rPr>
        <w:t xml:space="preserve"> </w:t>
      </w:r>
      <w:proofErr w:type="spellStart"/>
      <w:r w:rsidRPr="00AC5ABD">
        <w:rPr>
          <w:rFonts w:eastAsia="Comic Sans MS"/>
          <w:szCs w:val="20"/>
        </w:rPr>
        <w:t>koyabilirsin</w:t>
      </w:r>
      <w:proofErr w:type="spellEnd"/>
      <w:r w:rsidRPr="00AC5ABD">
        <w:rPr>
          <w:rFonts w:eastAsia="Comic Sans MS"/>
          <w:szCs w:val="20"/>
        </w:rPr>
        <w:t xml:space="preserve">.” </w:t>
      </w:r>
      <w:proofErr w:type="spellStart"/>
      <w:r w:rsidRPr="00AC5ABD">
        <w:rPr>
          <w:rFonts w:eastAsia="Comic Sans MS"/>
          <w:szCs w:val="20"/>
        </w:rPr>
        <w:t>diyerek</w:t>
      </w:r>
      <w:proofErr w:type="spellEnd"/>
      <w:r w:rsidRPr="00AC5ABD">
        <w:rPr>
          <w:rFonts w:eastAsia="Comic Sans MS"/>
          <w:szCs w:val="20"/>
        </w:rPr>
        <w:t xml:space="preserve"> </w:t>
      </w:r>
      <w:proofErr w:type="spellStart"/>
      <w:r w:rsidRPr="00AC5ABD">
        <w:rPr>
          <w:rFonts w:eastAsia="Comic Sans MS"/>
          <w:szCs w:val="20"/>
        </w:rPr>
        <w:t>veya</w:t>
      </w:r>
      <w:proofErr w:type="spellEnd"/>
      <w:r w:rsidRPr="00AC5ABD">
        <w:rPr>
          <w:rFonts w:eastAsia="Comic Sans MS"/>
          <w:szCs w:val="20"/>
        </w:rPr>
        <w:t xml:space="preserve"> </w:t>
      </w:r>
      <w:proofErr w:type="spellStart"/>
      <w:r w:rsidRPr="00AC5ABD">
        <w:rPr>
          <w:rFonts w:eastAsia="Comic Sans MS"/>
          <w:szCs w:val="20"/>
        </w:rPr>
        <w:t>yeri</w:t>
      </w:r>
      <w:proofErr w:type="spellEnd"/>
      <w:r w:rsidRPr="00AC5ABD">
        <w:rPr>
          <w:rFonts w:eastAsia="Comic Sans MS"/>
          <w:szCs w:val="20"/>
        </w:rPr>
        <w:t xml:space="preserve"> </w:t>
      </w:r>
      <w:proofErr w:type="spellStart"/>
      <w:r w:rsidRPr="00AC5ABD">
        <w:rPr>
          <w:rFonts w:eastAsia="Comic Sans MS"/>
          <w:szCs w:val="20"/>
        </w:rPr>
        <w:t>göstererek</w:t>
      </w:r>
      <w:proofErr w:type="spellEnd"/>
      <w:r w:rsidRPr="00AC5ABD">
        <w:rPr>
          <w:rFonts w:eastAsia="Comic Sans MS"/>
          <w:szCs w:val="20"/>
        </w:rPr>
        <w:t xml:space="preserve"> </w:t>
      </w:r>
      <w:proofErr w:type="spellStart"/>
      <w:r w:rsidRPr="00AC5ABD">
        <w:rPr>
          <w:rFonts w:eastAsia="Comic Sans MS"/>
          <w:szCs w:val="20"/>
        </w:rPr>
        <w:t>yardımcı</w:t>
      </w:r>
      <w:proofErr w:type="spellEnd"/>
      <w:r w:rsidRPr="00AC5ABD">
        <w:rPr>
          <w:rFonts w:eastAsia="Comic Sans MS"/>
          <w:szCs w:val="20"/>
        </w:rPr>
        <w:t xml:space="preserve"> </w:t>
      </w:r>
      <w:proofErr w:type="spellStart"/>
      <w:r w:rsidRPr="00AC5ABD">
        <w:rPr>
          <w:rFonts w:eastAsia="Comic Sans MS"/>
          <w:szCs w:val="20"/>
        </w:rPr>
        <w:t>olur</w:t>
      </w:r>
      <w:proofErr w:type="spellEnd"/>
      <w:r w:rsidRPr="00AC5ABD">
        <w:rPr>
          <w:rFonts w:eastAsia="Comic Sans MS"/>
          <w:szCs w:val="20"/>
        </w:rPr>
        <w:t xml:space="preserve">. </w:t>
      </w:r>
    </w:p>
    <w:p w14:paraId="0E5A9C0B" w14:textId="335C6A11" w:rsidR="00F627DB" w:rsidRPr="00AC5ABD" w:rsidRDefault="00CC4454">
      <w:pPr>
        <w:rPr>
          <w:szCs w:val="20"/>
        </w:rPr>
      </w:pPr>
      <w:proofErr w:type="spellStart"/>
      <w:r w:rsidRPr="00AC5ABD">
        <w:rPr>
          <w:rFonts w:eastAsia="Comic Sans MS"/>
          <w:szCs w:val="20"/>
        </w:rPr>
        <w:t>Öğretmen</w:t>
      </w:r>
      <w:proofErr w:type="spellEnd"/>
      <w:r w:rsidRPr="00AC5ABD">
        <w:rPr>
          <w:rFonts w:eastAsia="Comic Sans MS"/>
          <w:szCs w:val="20"/>
        </w:rPr>
        <w:t xml:space="preserve"> “</w:t>
      </w:r>
      <w:proofErr w:type="spellStart"/>
      <w:r w:rsidRPr="00AC5ABD">
        <w:rPr>
          <w:rFonts w:eastAsia="Comic Sans MS"/>
          <w:szCs w:val="20"/>
        </w:rPr>
        <w:t>İstiklal</w:t>
      </w:r>
      <w:proofErr w:type="spellEnd"/>
      <w:r w:rsidRPr="00AC5ABD">
        <w:rPr>
          <w:rFonts w:eastAsia="Comic Sans MS"/>
          <w:szCs w:val="20"/>
        </w:rPr>
        <w:t xml:space="preserve"> </w:t>
      </w:r>
      <w:proofErr w:type="spellStart"/>
      <w:r w:rsidRPr="00AC5ABD">
        <w:rPr>
          <w:rFonts w:eastAsia="Comic Sans MS"/>
          <w:szCs w:val="20"/>
        </w:rPr>
        <w:t>Marşı</w:t>
      </w:r>
      <w:proofErr w:type="spellEnd"/>
      <w:r w:rsidRPr="00AC5ABD">
        <w:rPr>
          <w:rFonts w:eastAsia="Comic Sans MS"/>
          <w:szCs w:val="20"/>
        </w:rPr>
        <w:t xml:space="preserve"> </w:t>
      </w:r>
      <w:proofErr w:type="spellStart"/>
      <w:r w:rsidRPr="00AC5ABD">
        <w:rPr>
          <w:rFonts w:eastAsia="Comic Sans MS"/>
          <w:szCs w:val="20"/>
        </w:rPr>
        <w:t>bizim</w:t>
      </w:r>
      <w:proofErr w:type="spellEnd"/>
      <w:r w:rsidRPr="00AC5ABD">
        <w:rPr>
          <w:rFonts w:eastAsia="Comic Sans MS"/>
          <w:szCs w:val="20"/>
        </w:rPr>
        <w:t xml:space="preserve"> </w:t>
      </w:r>
      <w:proofErr w:type="spellStart"/>
      <w:r w:rsidRPr="00AC5ABD">
        <w:rPr>
          <w:rFonts w:eastAsia="Comic Sans MS"/>
          <w:szCs w:val="20"/>
        </w:rPr>
        <w:t>millî</w:t>
      </w:r>
      <w:proofErr w:type="spellEnd"/>
      <w:r w:rsidRPr="00AC5ABD">
        <w:rPr>
          <w:rFonts w:eastAsia="Comic Sans MS"/>
          <w:szCs w:val="20"/>
        </w:rPr>
        <w:t xml:space="preserve"> </w:t>
      </w:r>
      <w:proofErr w:type="spellStart"/>
      <w:r w:rsidRPr="00AC5ABD">
        <w:rPr>
          <w:rFonts w:eastAsia="Comic Sans MS"/>
          <w:szCs w:val="20"/>
        </w:rPr>
        <w:t>marşımızdır</w:t>
      </w:r>
      <w:proofErr w:type="spellEnd"/>
      <w:r w:rsidRPr="00AC5ABD">
        <w:rPr>
          <w:rFonts w:eastAsia="Comic Sans MS"/>
          <w:szCs w:val="20"/>
        </w:rPr>
        <w:t xml:space="preserve">. </w:t>
      </w:r>
      <w:proofErr w:type="spellStart"/>
      <w:r w:rsidRPr="00AC5ABD">
        <w:rPr>
          <w:rFonts w:eastAsia="Comic Sans MS"/>
          <w:szCs w:val="20"/>
        </w:rPr>
        <w:t>Törenlerde</w:t>
      </w:r>
      <w:proofErr w:type="spellEnd"/>
      <w:r w:rsidRPr="00AC5ABD">
        <w:rPr>
          <w:rFonts w:eastAsia="Comic Sans MS"/>
          <w:szCs w:val="20"/>
        </w:rPr>
        <w:t xml:space="preserve"> </w:t>
      </w:r>
      <w:proofErr w:type="spellStart"/>
      <w:r w:rsidRPr="00AC5ABD">
        <w:rPr>
          <w:rFonts w:eastAsia="Comic Sans MS"/>
          <w:szCs w:val="20"/>
        </w:rPr>
        <w:t>onu</w:t>
      </w:r>
      <w:proofErr w:type="spellEnd"/>
      <w:r w:rsidRPr="00AC5ABD">
        <w:rPr>
          <w:rFonts w:eastAsia="Comic Sans MS"/>
          <w:szCs w:val="20"/>
        </w:rPr>
        <w:t xml:space="preserve"> </w:t>
      </w:r>
      <w:proofErr w:type="spellStart"/>
      <w:r w:rsidRPr="00AC5ABD">
        <w:rPr>
          <w:rFonts w:eastAsia="Comic Sans MS"/>
          <w:szCs w:val="20"/>
        </w:rPr>
        <w:t>saygıyla</w:t>
      </w:r>
      <w:proofErr w:type="spellEnd"/>
      <w:r w:rsidRPr="00AC5ABD">
        <w:rPr>
          <w:rFonts w:eastAsia="Comic Sans MS"/>
          <w:szCs w:val="20"/>
        </w:rPr>
        <w:t xml:space="preserve"> </w:t>
      </w:r>
      <w:proofErr w:type="spellStart"/>
      <w:r w:rsidRPr="00AC5ABD">
        <w:rPr>
          <w:rFonts w:eastAsia="Comic Sans MS"/>
          <w:szCs w:val="20"/>
        </w:rPr>
        <w:t>dinleriz</w:t>
      </w:r>
      <w:proofErr w:type="spellEnd"/>
      <w:r w:rsidRPr="00AC5ABD">
        <w:rPr>
          <w:rFonts w:eastAsia="Comic Sans MS"/>
          <w:szCs w:val="20"/>
        </w:rPr>
        <w:t xml:space="preserve">.” der </w:t>
      </w:r>
      <w:proofErr w:type="spellStart"/>
      <w:r w:rsidRPr="00AC5ABD">
        <w:rPr>
          <w:rFonts w:eastAsia="Comic Sans MS"/>
          <w:szCs w:val="20"/>
        </w:rPr>
        <w:t>ve</w:t>
      </w:r>
      <w:proofErr w:type="spellEnd"/>
      <w:r w:rsidRPr="00AC5ABD">
        <w:rPr>
          <w:rFonts w:eastAsia="Comic Sans MS"/>
          <w:szCs w:val="20"/>
        </w:rPr>
        <w:t xml:space="preserve"> </w:t>
      </w:r>
      <w:proofErr w:type="spellStart"/>
      <w:r w:rsidRPr="00AC5ABD">
        <w:rPr>
          <w:rFonts w:eastAsia="Comic Sans MS"/>
          <w:szCs w:val="20"/>
        </w:rPr>
        <w:t>nasıl</w:t>
      </w:r>
      <w:proofErr w:type="spellEnd"/>
      <w:r w:rsidRPr="00AC5ABD">
        <w:rPr>
          <w:rFonts w:eastAsia="Comic Sans MS"/>
          <w:szCs w:val="20"/>
        </w:rPr>
        <w:t xml:space="preserve"> </w:t>
      </w:r>
      <w:proofErr w:type="spellStart"/>
      <w:r w:rsidRPr="00AC5ABD">
        <w:rPr>
          <w:rFonts w:eastAsia="Comic Sans MS"/>
          <w:szCs w:val="20"/>
        </w:rPr>
        <w:t>durulduğunu</w:t>
      </w:r>
      <w:proofErr w:type="spellEnd"/>
      <w:r w:rsidRPr="00AC5ABD">
        <w:rPr>
          <w:rFonts w:eastAsia="Comic Sans MS"/>
          <w:szCs w:val="20"/>
        </w:rPr>
        <w:t xml:space="preserve"> </w:t>
      </w:r>
      <w:proofErr w:type="spellStart"/>
      <w:r w:rsidRPr="00AC5ABD">
        <w:rPr>
          <w:rFonts w:eastAsia="Comic Sans MS"/>
          <w:szCs w:val="20"/>
        </w:rPr>
        <w:t>gösterir</w:t>
      </w:r>
      <w:proofErr w:type="spellEnd"/>
      <w:r w:rsidRPr="00AC5ABD">
        <w:rPr>
          <w:rFonts w:eastAsia="Comic Sans MS"/>
          <w:szCs w:val="20"/>
        </w:rPr>
        <w:t xml:space="preserve">. </w:t>
      </w:r>
    </w:p>
    <w:p w14:paraId="1E436B7C" w14:textId="77777777" w:rsidR="00F627DB" w:rsidRPr="00AC5ABD" w:rsidRDefault="00CC4454">
      <w:pPr>
        <w:keepNext/>
        <w:rPr>
          <w:szCs w:val="20"/>
        </w:rPr>
      </w:pPr>
      <w:r w:rsidRPr="00AC5ABD">
        <w:rPr>
          <w:rFonts w:eastAsia="Comic Sans MS"/>
          <w:b/>
          <w:color w:val="002060"/>
          <w:szCs w:val="20"/>
        </w:rPr>
        <w:t xml:space="preserve">Sanat </w:t>
      </w:r>
      <w:proofErr w:type="spellStart"/>
      <w:r w:rsidRPr="00AC5ABD">
        <w:rPr>
          <w:rFonts w:eastAsia="Comic Sans MS"/>
          <w:b/>
          <w:color w:val="002060"/>
          <w:szCs w:val="20"/>
        </w:rPr>
        <w:t>ve</w:t>
      </w:r>
      <w:proofErr w:type="spellEnd"/>
      <w:r w:rsidRPr="00AC5ABD">
        <w:rPr>
          <w:rFonts w:eastAsia="Comic Sans MS"/>
          <w:b/>
          <w:color w:val="002060"/>
          <w:szCs w:val="20"/>
        </w:rPr>
        <w:t xml:space="preserve"> </w:t>
      </w:r>
      <w:proofErr w:type="spellStart"/>
      <w:r w:rsidRPr="00AC5ABD">
        <w:rPr>
          <w:rFonts w:eastAsia="Comic Sans MS"/>
          <w:b/>
          <w:color w:val="002060"/>
          <w:szCs w:val="20"/>
        </w:rPr>
        <w:t>Sosyal</w:t>
      </w:r>
      <w:proofErr w:type="spellEnd"/>
      <w:r w:rsidRPr="00AC5ABD">
        <w:rPr>
          <w:rFonts w:eastAsia="Comic Sans MS"/>
          <w:b/>
          <w:color w:val="002060"/>
          <w:szCs w:val="20"/>
        </w:rPr>
        <w:t xml:space="preserve"> Alan (</w:t>
      </w:r>
      <w:proofErr w:type="spellStart"/>
      <w:r w:rsidRPr="00AC5ABD">
        <w:rPr>
          <w:rFonts w:eastAsia="Comic Sans MS"/>
          <w:b/>
          <w:color w:val="002060"/>
          <w:szCs w:val="20"/>
        </w:rPr>
        <w:t>Bütünleştirilmiş</w:t>
      </w:r>
      <w:proofErr w:type="spellEnd"/>
      <w:r w:rsidRPr="00AC5ABD">
        <w:rPr>
          <w:rFonts w:eastAsia="Comic Sans MS"/>
          <w:b/>
          <w:color w:val="002060"/>
          <w:szCs w:val="20"/>
        </w:rPr>
        <w:t xml:space="preserve"> Büyük </w:t>
      </w:r>
      <w:proofErr w:type="spellStart"/>
      <w:r w:rsidRPr="00AC5ABD">
        <w:rPr>
          <w:rFonts w:eastAsia="Comic Sans MS"/>
          <w:b/>
          <w:color w:val="002060"/>
          <w:szCs w:val="20"/>
        </w:rPr>
        <w:t>Grup</w:t>
      </w:r>
      <w:proofErr w:type="spellEnd"/>
      <w:r w:rsidRPr="00AC5ABD">
        <w:rPr>
          <w:rFonts w:eastAsia="Comic Sans MS"/>
          <w:b/>
          <w:color w:val="002060"/>
          <w:szCs w:val="20"/>
        </w:rPr>
        <w:t xml:space="preserve"> </w:t>
      </w:r>
      <w:proofErr w:type="spellStart"/>
      <w:r w:rsidRPr="00AC5ABD">
        <w:rPr>
          <w:rFonts w:eastAsia="Comic Sans MS"/>
          <w:b/>
          <w:color w:val="002060"/>
          <w:szCs w:val="20"/>
        </w:rPr>
        <w:t>ve</w:t>
      </w:r>
      <w:proofErr w:type="spellEnd"/>
      <w:r w:rsidRPr="00AC5ABD">
        <w:rPr>
          <w:rFonts w:eastAsia="Comic Sans MS"/>
          <w:b/>
          <w:color w:val="002060"/>
          <w:szCs w:val="20"/>
        </w:rPr>
        <w:t xml:space="preserve"> </w:t>
      </w:r>
      <w:proofErr w:type="spellStart"/>
      <w:r w:rsidRPr="00AC5ABD">
        <w:rPr>
          <w:rFonts w:eastAsia="Comic Sans MS"/>
          <w:b/>
          <w:color w:val="002060"/>
          <w:szCs w:val="20"/>
        </w:rPr>
        <w:t>Bireysel</w:t>
      </w:r>
      <w:proofErr w:type="spellEnd"/>
      <w:r w:rsidRPr="00AC5ABD">
        <w:rPr>
          <w:rFonts w:eastAsia="Comic Sans MS"/>
          <w:b/>
          <w:color w:val="002060"/>
          <w:szCs w:val="20"/>
        </w:rPr>
        <w:t xml:space="preserve"> </w:t>
      </w:r>
      <w:proofErr w:type="spellStart"/>
      <w:r w:rsidRPr="00AC5ABD">
        <w:rPr>
          <w:rFonts w:eastAsia="Comic Sans MS"/>
          <w:b/>
          <w:color w:val="002060"/>
          <w:szCs w:val="20"/>
        </w:rPr>
        <w:t>Etkinlik</w:t>
      </w:r>
      <w:proofErr w:type="spellEnd"/>
      <w:r w:rsidRPr="00AC5ABD">
        <w:rPr>
          <w:rFonts w:eastAsia="Comic Sans MS"/>
          <w:b/>
          <w:color w:val="002060"/>
          <w:szCs w:val="20"/>
        </w:rPr>
        <w:t>)</w:t>
      </w:r>
    </w:p>
    <w:p w14:paraId="1B7F41AD" w14:textId="7B5DE743" w:rsidR="00F627DB" w:rsidRPr="00AC5ABD" w:rsidRDefault="001C145E">
      <w:pPr>
        <w:rPr>
          <w:szCs w:val="20"/>
        </w:rPr>
      </w:pPr>
      <w:hyperlink r:id="rId10">
        <w:r w:rsidR="00CC4454" w:rsidRPr="00AC5ABD">
          <w:rPr>
            <w:rFonts w:eastAsia="Comic Sans MS"/>
            <w:color w:val="0563C1"/>
            <w:szCs w:val="20"/>
            <w:u w:val="single"/>
          </w:rPr>
          <w:t xml:space="preserve">“Bayrak </w:t>
        </w:r>
        <w:proofErr w:type="spellStart"/>
        <w:r w:rsidR="00CC4454" w:rsidRPr="00AC5ABD">
          <w:rPr>
            <w:rFonts w:eastAsia="Comic Sans MS"/>
            <w:color w:val="0563C1"/>
            <w:szCs w:val="20"/>
            <w:u w:val="single"/>
          </w:rPr>
          <w:t>Şarkısı</w:t>
        </w:r>
        <w:proofErr w:type="spellEnd"/>
        <w:r w:rsidR="00CC4454" w:rsidRPr="00AC5ABD">
          <w:rPr>
            <w:rFonts w:eastAsia="Comic Sans MS"/>
            <w:color w:val="0563C1"/>
            <w:szCs w:val="20"/>
            <w:u w:val="single"/>
          </w:rPr>
          <w:t>”</w:t>
        </w:r>
      </w:hyperlink>
      <w:r w:rsidR="00CC4454" w:rsidRPr="00AC5ABD">
        <w:rPr>
          <w:rFonts w:eastAsia="Comic Sans MS"/>
          <w:szCs w:val="20"/>
        </w:rPr>
        <w:t xml:space="preserve"> </w:t>
      </w:r>
      <w:proofErr w:type="spellStart"/>
      <w:r w:rsidR="00CC4454" w:rsidRPr="00AC5ABD">
        <w:rPr>
          <w:rFonts w:eastAsia="Comic Sans MS"/>
          <w:szCs w:val="20"/>
        </w:rPr>
        <w:t>eşliğinde</w:t>
      </w:r>
      <w:proofErr w:type="spellEnd"/>
      <w:r w:rsidR="00CC4454" w:rsidRPr="00AC5ABD">
        <w:rPr>
          <w:rFonts w:eastAsia="Comic Sans MS"/>
          <w:szCs w:val="20"/>
        </w:rPr>
        <w:t xml:space="preserve"> </w:t>
      </w:r>
      <w:proofErr w:type="spellStart"/>
      <w:r w:rsidR="00CC4454" w:rsidRPr="00AC5ABD">
        <w:rPr>
          <w:rFonts w:eastAsia="Comic Sans MS"/>
          <w:szCs w:val="20"/>
        </w:rPr>
        <w:t>çocuklara</w:t>
      </w:r>
      <w:proofErr w:type="spellEnd"/>
      <w:r w:rsidR="00CC4454" w:rsidRPr="00AC5ABD">
        <w:rPr>
          <w:rFonts w:eastAsia="Comic Sans MS"/>
          <w:szCs w:val="20"/>
        </w:rPr>
        <w:t xml:space="preserve"> </w:t>
      </w:r>
      <w:proofErr w:type="spellStart"/>
      <w:r w:rsidR="00CC4454" w:rsidRPr="00AC5ABD">
        <w:rPr>
          <w:rFonts w:eastAsia="Comic Sans MS"/>
          <w:szCs w:val="20"/>
        </w:rPr>
        <w:t>büyük</w:t>
      </w:r>
      <w:proofErr w:type="spellEnd"/>
      <w:r w:rsidR="00CC4454" w:rsidRPr="00AC5ABD">
        <w:rPr>
          <w:rFonts w:eastAsia="Comic Sans MS"/>
          <w:szCs w:val="20"/>
        </w:rPr>
        <w:t xml:space="preserve">, </w:t>
      </w:r>
      <w:proofErr w:type="spellStart"/>
      <w:r w:rsidR="00CC4454" w:rsidRPr="00AC5ABD">
        <w:rPr>
          <w:rFonts w:eastAsia="Comic Sans MS"/>
          <w:szCs w:val="20"/>
        </w:rPr>
        <w:t>hazır</w:t>
      </w:r>
      <w:proofErr w:type="spellEnd"/>
      <w:r w:rsidR="00CC4454" w:rsidRPr="00AC5ABD">
        <w:rPr>
          <w:rFonts w:eastAsia="Comic Sans MS"/>
          <w:szCs w:val="20"/>
        </w:rPr>
        <w:t xml:space="preserve"> </w:t>
      </w:r>
      <w:proofErr w:type="spellStart"/>
      <w:r w:rsidR="00CC4454" w:rsidRPr="00AC5ABD">
        <w:rPr>
          <w:rFonts w:eastAsia="Comic Sans MS"/>
          <w:szCs w:val="20"/>
        </w:rPr>
        <w:t>kesilmiş</w:t>
      </w:r>
      <w:proofErr w:type="spellEnd"/>
      <w:r w:rsidR="00CC4454" w:rsidRPr="00AC5ABD">
        <w:rPr>
          <w:rFonts w:eastAsia="Comic Sans MS"/>
          <w:szCs w:val="20"/>
        </w:rPr>
        <w:t xml:space="preserve"> </w:t>
      </w:r>
      <w:proofErr w:type="spellStart"/>
      <w:r w:rsidR="00CC4454" w:rsidRPr="00AC5ABD">
        <w:rPr>
          <w:rFonts w:eastAsia="Comic Sans MS"/>
          <w:szCs w:val="20"/>
        </w:rPr>
        <w:t>el</w:t>
      </w:r>
      <w:proofErr w:type="spellEnd"/>
      <w:r w:rsidR="00CC4454" w:rsidRPr="00AC5ABD">
        <w:rPr>
          <w:rFonts w:eastAsia="Comic Sans MS"/>
          <w:szCs w:val="20"/>
        </w:rPr>
        <w:t xml:space="preserve"> </w:t>
      </w:r>
      <w:proofErr w:type="spellStart"/>
      <w:r w:rsidR="00CC4454" w:rsidRPr="00AC5ABD">
        <w:rPr>
          <w:rFonts w:eastAsia="Comic Sans MS"/>
          <w:szCs w:val="20"/>
        </w:rPr>
        <w:t>ve</w:t>
      </w:r>
      <w:proofErr w:type="spellEnd"/>
      <w:r w:rsidR="00CC4454" w:rsidRPr="00AC5ABD">
        <w:rPr>
          <w:rFonts w:eastAsia="Comic Sans MS"/>
          <w:szCs w:val="20"/>
        </w:rPr>
        <w:t xml:space="preserve"> </w:t>
      </w:r>
      <w:proofErr w:type="spellStart"/>
      <w:r w:rsidR="00CC4454" w:rsidRPr="00AC5ABD">
        <w:rPr>
          <w:rFonts w:eastAsia="Comic Sans MS"/>
          <w:szCs w:val="20"/>
        </w:rPr>
        <w:t>kol</w:t>
      </w:r>
      <w:proofErr w:type="spellEnd"/>
      <w:r w:rsidR="00CC4454" w:rsidRPr="00AC5ABD">
        <w:rPr>
          <w:rFonts w:eastAsia="Comic Sans MS"/>
          <w:szCs w:val="20"/>
        </w:rPr>
        <w:t xml:space="preserve"> </w:t>
      </w:r>
      <w:proofErr w:type="spellStart"/>
      <w:r w:rsidR="00CC4454" w:rsidRPr="00AC5ABD">
        <w:rPr>
          <w:rFonts w:eastAsia="Comic Sans MS"/>
          <w:szCs w:val="20"/>
        </w:rPr>
        <w:t>kalıpları</w:t>
      </w:r>
      <w:proofErr w:type="spellEnd"/>
      <w:r w:rsidR="00CC4454" w:rsidRPr="00AC5ABD">
        <w:rPr>
          <w:rFonts w:eastAsia="Comic Sans MS"/>
          <w:szCs w:val="20"/>
        </w:rPr>
        <w:t xml:space="preserve"> </w:t>
      </w:r>
      <w:proofErr w:type="spellStart"/>
      <w:r w:rsidR="00CC4454" w:rsidRPr="00AC5ABD">
        <w:rPr>
          <w:rFonts w:eastAsia="Comic Sans MS"/>
          <w:szCs w:val="20"/>
        </w:rPr>
        <w:t>verilir</w:t>
      </w:r>
      <w:proofErr w:type="spellEnd"/>
      <w:r w:rsidR="00CC4454" w:rsidRPr="00AC5ABD">
        <w:rPr>
          <w:rFonts w:eastAsia="Comic Sans MS"/>
          <w:szCs w:val="20"/>
        </w:rPr>
        <w:t xml:space="preserve">. </w:t>
      </w:r>
      <w:proofErr w:type="spellStart"/>
      <w:r w:rsidR="00CC4454" w:rsidRPr="00AC5ABD">
        <w:rPr>
          <w:rFonts w:eastAsia="Comic Sans MS"/>
          <w:szCs w:val="20"/>
        </w:rPr>
        <w:t>Çocuklar</w:t>
      </w:r>
      <w:proofErr w:type="spellEnd"/>
      <w:r w:rsidR="00CC4454" w:rsidRPr="00AC5ABD">
        <w:rPr>
          <w:rFonts w:eastAsia="Comic Sans MS"/>
          <w:szCs w:val="20"/>
        </w:rPr>
        <w:t xml:space="preserve"> (SNAB.4.c) </w:t>
      </w:r>
      <w:proofErr w:type="spellStart"/>
      <w:r w:rsidR="00CC4454" w:rsidRPr="00AC5ABD">
        <w:rPr>
          <w:rFonts w:eastAsia="Comic Sans MS"/>
          <w:szCs w:val="20"/>
        </w:rPr>
        <w:t>kalıplarını</w:t>
      </w:r>
      <w:proofErr w:type="spellEnd"/>
      <w:r w:rsidR="00CC4454" w:rsidRPr="00AC5ABD">
        <w:rPr>
          <w:rFonts w:eastAsia="Comic Sans MS"/>
          <w:szCs w:val="20"/>
        </w:rPr>
        <w:t xml:space="preserve"> boyar </w:t>
      </w:r>
      <w:proofErr w:type="spellStart"/>
      <w:r w:rsidR="00CC4454" w:rsidRPr="00AC5ABD">
        <w:rPr>
          <w:rFonts w:eastAsia="Comic Sans MS"/>
          <w:szCs w:val="20"/>
        </w:rPr>
        <w:t>ve</w:t>
      </w:r>
      <w:proofErr w:type="spellEnd"/>
      <w:r w:rsidR="00CC4454" w:rsidRPr="00AC5ABD">
        <w:rPr>
          <w:rFonts w:eastAsia="Comic Sans MS"/>
          <w:szCs w:val="20"/>
        </w:rPr>
        <w:t xml:space="preserve"> </w:t>
      </w:r>
      <w:proofErr w:type="spellStart"/>
      <w:r w:rsidR="00CC4454" w:rsidRPr="00AC5ABD">
        <w:rPr>
          <w:rFonts w:eastAsia="Comic Sans MS"/>
          <w:szCs w:val="20"/>
        </w:rPr>
        <w:t>beyaz</w:t>
      </w:r>
      <w:proofErr w:type="spellEnd"/>
      <w:r w:rsidR="00CC4454" w:rsidRPr="00AC5ABD">
        <w:rPr>
          <w:rFonts w:eastAsia="Comic Sans MS"/>
          <w:szCs w:val="20"/>
        </w:rPr>
        <w:t xml:space="preserve"> </w:t>
      </w:r>
      <w:proofErr w:type="spellStart"/>
      <w:r w:rsidR="00CC4454" w:rsidRPr="00AC5ABD">
        <w:rPr>
          <w:rFonts w:eastAsia="Comic Sans MS"/>
          <w:szCs w:val="20"/>
        </w:rPr>
        <w:t>çalışma</w:t>
      </w:r>
      <w:proofErr w:type="spellEnd"/>
      <w:r w:rsidR="00CC4454" w:rsidRPr="00AC5ABD">
        <w:rPr>
          <w:rFonts w:eastAsia="Comic Sans MS"/>
          <w:szCs w:val="20"/>
        </w:rPr>
        <w:t xml:space="preserve"> </w:t>
      </w:r>
      <w:proofErr w:type="spellStart"/>
      <w:r w:rsidR="00CC4454" w:rsidRPr="00AC5ABD">
        <w:rPr>
          <w:rFonts w:eastAsia="Comic Sans MS"/>
          <w:szCs w:val="20"/>
        </w:rPr>
        <w:t>kâğıdına</w:t>
      </w:r>
      <w:proofErr w:type="spellEnd"/>
      <w:r w:rsidR="00CC4454" w:rsidRPr="00AC5ABD">
        <w:rPr>
          <w:rFonts w:eastAsia="Comic Sans MS"/>
          <w:szCs w:val="20"/>
        </w:rPr>
        <w:t xml:space="preserve"> </w:t>
      </w:r>
      <w:proofErr w:type="spellStart"/>
      <w:r w:rsidR="00CC4454" w:rsidRPr="00AC5ABD">
        <w:rPr>
          <w:rFonts w:eastAsia="Comic Sans MS"/>
          <w:szCs w:val="20"/>
        </w:rPr>
        <w:t>yapıştırır</w:t>
      </w:r>
      <w:proofErr w:type="spellEnd"/>
      <w:r w:rsidR="00CC4454" w:rsidRPr="00AC5ABD">
        <w:rPr>
          <w:rFonts w:eastAsia="Comic Sans MS"/>
          <w:szCs w:val="20"/>
        </w:rPr>
        <w:t xml:space="preserve">. </w:t>
      </w:r>
      <w:proofErr w:type="spellStart"/>
      <w:r w:rsidR="00CC4454" w:rsidRPr="00AC5ABD">
        <w:rPr>
          <w:rFonts w:eastAsia="Comic Sans MS"/>
          <w:szCs w:val="20"/>
        </w:rPr>
        <w:t>Öğretmen</w:t>
      </w:r>
      <w:proofErr w:type="spellEnd"/>
      <w:r w:rsidR="00CC4454" w:rsidRPr="00AC5ABD">
        <w:rPr>
          <w:rFonts w:eastAsia="Comic Sans MS"/>
          <w:szCs w:val="20"/>
        </w:rPr>
        <w:t xml:space="preserve"> </w:t>
      </w:r>
      <w:proofErr w:type="spellStart"/>
      <w:r w:rsidR="00CC4454" w:rsidRPr="00AC5ABD">
        <w:rPr>
          <w:rFonts w:eastAsia="Comic Sans MS"/>
          <w:szCs w:val="20"/>
        </w:rPr>
        <w:t>kısa</w:t>
      </w:r>
      <w:proofErr w:type="spellEnd"/>
      <w:r w:rsidR="00CC4454" w:rsidRPr="00AC5ABD">
        <w:rPr>
          <w:rFonts w:eastAsia="Comic Sans MS"/>
          <w:szCs w:val="20"/>
        </w:rPr>
        <w:t xml:space="preserve">, </w:t>
      </w:r>
      <w:proofErr w:type="spellStart"/>
      <w:r w:rsidR="00CC4454" w:rsidRPr="00AC5ABD">
        <w:rPr>
          <w:rFonts w:eastAsia="Comic Sans MS"/>
          <w:szCs w:val="20"/>
        </w:rPr>
        <w:t>ucu</w:t>
      </w:r>
      <w:proofErr w:type="spellEnd"/>
      <w:r w:rsidR="00CC4454" w:rsidRPr="00AC5ABD">
        <w:rPr>
          <w:rFonts w:eastAsia="Comic Sans MS"/>
          <w:szCs w:val="20"/>
        </w:rPr>
        <w:t xml:space="preserve"> </w:t>
      </w:r>
      <w:proofErr w:type="spellStart"/>
      <w:r w:rsidR="00CC4454" w:rsidRPr="00AC5ABD">
        <w:rPr>
          <w:rFonts w:eastAsia="Comic Sans MS"/>
          <w:szCs w:val="20"/>
        </w:rPr>
        <w:t>sivri</w:t>
      </w:r>
      <w:proofErr w:type="spellEnd"/>
      <w:r w:rsidR="00CC4454" w:rsidRPr="00AC5ABD">
        <w:rPr>
          <w:rFonts w:eastAsia="Comic Sans MS"/>
          <w:szCs w:val="20"/>
        </w:rPr>
        <w:t xml:space="preserve"> </w:t>
      </w:r>
      <w:proofErr w:type="spellStart"/>
      <w:r w:rsidR="00CC4454" w:rsidRPr="00AC5ABD">
        <w:rPr>
          <w:rFonts w:eastAsia="Comic Sans MS"/>
          <w:szCs w:val="20"/>
        </w:rPr>
        <w:t>olmayan</w:t>
      </w:r>
      <w:proofErr w:type="spellEnd"/>
      <w:r w:rsidR="00CC4454" w:rsidRPr="00AC5ABD">
        <w:rPr>
          <w:rFonts w:eastAsia="Comic Sans MS"/>
          <w:szCs w:val="20"/>
        </w:rPr>
        <w:t xml:space="preserve"> </w:t>
      </w:r>
      <w:proofErr w:type="spellStart"/>
      <w:r w:rsidR="00CC4454" w:rsidRPr="00AC5ABD">
        <w:rPr>
          <w:rFonts w:eastAsia="Comic Sans MS"/>
          <w:szCs w:val="20"/>
        </w:rPr>
        <w:t>kâğıt</w:t>
      </w:r>
      <w:proofErr w:type="spellEnd"/>
      <w:r w:rsidR="00CC4454" w:rsidRPr="00AC5ABD">
        <w:rPr>
          <w:rFonts w:eastAsia="Comic Sans MS"/>
          <w:szCs w:val="20"/>
        </w:rPr>
        <w:t xml:space="preserve"> </w:t>
      </w:r>
      <w:proofErr w:type="spellStart"/>
      <w:r w:rsidR="00CC4454" w:rsidRPr="00AC5ABD">
        <w:rPr>
          <w:rFonts w:eastAsia="Comic Sans MS"/>
          <w:szCs w:val="20"/>
        </w:rPr>
        <w:t>çubuğu</w:t>
      </w:r>
      <w:proofErr w:type="spellEnd"/>
      <w:r w:rsidR="00CC4454" w:rsidRPr="00AC5ABD">
        <w:rPr>
          <w:rFonts w:eastAsia="Comic Sans MS"/>
          <w:szCs w:val="20"/>
        </w:rPr>
        <w:t xml:space="preserve"> </w:t>
      </w:r>
      <w:proofErr w:type="spellStart"/>
      <w:r w:rsidR="00CC4454" w:rsidRPr="00AC5ABD">
        <w:rPr>
          <w:rFonts w:eastAsia="Comic Sans MS"/>
          <w:szCs w:val="20"/>
        </w:rPr>
        <w:t>gösterir</w:t>
      </w:r>
      <w:proofErr w:type="spellEnd"/>
      <w:r w:rsidR="00CC4454" w:rsidRPr="00AC5ABD">
        <w:rPr>
          <w:rFonts w:eastAsia="Comic Sans MS"/>
          <w:szCs w:val="20"/>
        </w:rPr>
        <w:t xml:space="preserve">. </w:t>
      </w:r>
      <w:proofErr w:type="spellStart"/>
      <w:r w:rsidR="00CC4454" w:rsidRPr="00AC5ABD">
        <w:rPr>
          <w:rFonts w:eastAsia="Comic Sans MS"/>
          <w:szCs w:val="20"/>
        </w:rPr>
        <w:t>Hazır</w:t>
      </w:r>
      <w:proofErr w:type="spellEnd"/>
      <w:r w:rsidR="00CC4454" w:rsidRPr="00AC5ABD">
        <w:rPr>
          <w:rFonts w:eastAsia="Comic Sans MS"/>
          <w:szCs w:val="20"/>
        </w:rPr>
        <w:t xml:space="preserve"> Türk </w:t>
      </w:r>
      <w:proofErr w:type="spellStart"/>
      <w:r w:rsidR="00CC4454" w:rsidRPr="00AC5ABD">
        <w:rPr>
          <w:rFonts w:eastAsia="Comic Sans MS"/>
          <w:szCs w:val="20"/>
        </w:rPr>
        <w:t>bayrağı</w:t>
      </w:r>
      <w:proofErr w:type="spellEnd"/>
      <w:r w:rsidR="00CC4454" w:rsidRPr="00AC5ABD">
        <w:rPr>
          <w:rFonts w:eastAsia="Comic Sans MS"/>
          <w:szCs w:val="20"/>
        </w:rPr>
        <w:t xml:space="preserve"> </w:t>
      </w:r>
      <w:proofErr w:type="spellStart"/>
      <w:r w:rsidR="00CC4454" w:rsidRPr="00AC5ABD">
        <w:rPr>
          <w:rFonts w:eastAsia="Comic Sans MS"/>
          <w:szCs w:val="20"/>
        </w:rPr>
        <w:t>görselinin</w:t>
      </w:r>
      <w:proofErr w:type="spellEnd"/>
      <w:r w:rsidR="00CC4454" w:rsidRPr="00AC5ABD">
        <w:rPr>
          <w:rFonts w:eastAsia="Comic Sans MS"/>
          <w:szCs w:val="20"/>
        </w:rPr>
        <w:t xml:space="preserve"> sol </w:t>
      </w:r>
      <w:proofErr w:type="spellStart"/>
      <w:r w:rsidR="00CC4454" w:rsidRPr="00AC5ABD">
        <w:rPr>
          <w:rFonts w:eastAsia="Comic Sans MS"/>
          <w:szCs w:val="20"/>
        </w:rPr>
        <w:t>kenarı</w:t>
      </w:r>
      <w:proofErr w:type="spellEnd"/>
      <w:r w:rsidR="00CC4454" w:rsidRPr="00AC5ABD">
        <w:rPr>
          <w:rFonts w:eastAsia="Comic Sans MS"/>
          <w:szCs w:val="20"/>
        </w:rPr>
        <w:t xml:space="preserve"> </w:t>
      </w:r>
      <w:proofErr w:type="spellStart"/>
      <w:r w:rsidR="00CC4454" w:rsidRPr="00AC5ABD">
        <w:rPr>
          <w:rFonts w:eastAsia="Comic Sans MS"/>
          <w:szCs w:val="20"/>
        </w:rPr>
        <w:t>çubuğun</w:t>
      </w:r>
      <w:proofErr w:type="spellEnd"/>
      <w:r w:rsidR="00CC4454" w:rsidRPr="00AC5ABD">
        <w:rPr>
          <w:rFonts w:eastAsia="Comic Sans MS"/>
          <w:szCs w:val="20"/>
        </w:rPr>
        <w:t xml:space="preserve"> </w:t>
      </w:r>
      <w:proofErr w:type="spellStart"/>
      <w:r w:rsidR="00CC4454" w:rsidRPr="00AC5ABD">
        <w:rPr>
          <w:rFonts w:eastAsia="Comic Sans MS"/>
          <w:szCs w:val="20"/>
        </w:rPr>
        <w:t>üst</w:t>
      </w:r>
      <w:proofErr w:type="spellEnd"/>
      <w:r w:rsidR="00CC4454" w:rsidRPr="00AC5ABD">
        <w:rPr>
          <w:rFonts w:eastAsia="Comic Sans MS"/>
          <w:szCs w:val="20"/>
        </w:rPr>
        <w:t xml:space="preserve"> </w:t>
      </w:r>
      <w:proofErr w:type="spellStart"/>
      <w:r w:rsidR="00CC4454" w:rsidRPr="00AC5ABD">
        <w:rPr>
          <w:rFonts w:eastAsia="Comic Sans MS"/>
          <w:szCs w:val="20"/>
        </w:rPr>
        <w:t>bölümüne</w:t>
      </w:r>
      <w:proofErr w:type="spellEnd"/>
      <w:r w:rsidR="00CC4454" w:rsidRPr="00AC5ABD">
        <w:rPr>
          <w:rFonts w:eastAsia="Comic Sans MS"/>
          <w:szCs w:val="20"/>
        </w:rPr>
        <w:t xml:space="preserve"> </w:t>
      </w:r>
      <w:proofErr w:type="spellStart"/>
      <w:r w:rsidR="00CC4454" w:rsidRPr="00AC5ABD">
        <w:rPr>
          <w:rFonts w:eastAsia="Comic Sans MS"/>
          <w:szCs w:val="20"/>
        </w:rPr>
        <w:t>öğretmen</w:t>
      </w:r>
      <w:proofErr w:type="spellEnd"/>
      <w:r w:rsidR="00CC4454" w:rsidRPr="00AC5ABD">
        <w:rPr>
          <w:rFonts w:eastAsia="Comic Sans MS"/>
          <w:szCs w:val="20"/>
        </w:rPr>
        <w:t xml:space="preserve"> </w:t>
      </w:r>
      <w:proofErr w:type="spellStart"/>
      <w:r w:rsidR="00CC4454" w:rsidRPr="00AC5ABD">
        <w:rPr>
          <w:rFonts w:eastAsia="Comic Sans MS"/>
          <w:szCs w:val="20"/>
        </w:rPr>
        <w:t>desteğiyle</w:t>
      </w:r>
      <w:proofErr w:type="spellEnd"/>
      <w:r w:rsidR="00CC4454" w:rsidRPr="00AC5ABD">
        <w:rPr>
          <w:rFonts w:eastAsia="Comic Sans MS"/>
          <w:szCs w:val="20"/>
        </w:rPr>
        <w:t xml:space="preserve"> </w:t>
      </w:r>
      <w:proofErr w:type="spellStart"/>
      <w:r w:rsidR="00CC4454" w:rsidRPr="00AC5ABD">
        <w:rPr>
          <w:rFonts w:eastAsia="Comic Sans MS"/>
          <w:szCs w:val="20"/>
        </w:rPr>
        <w:t>sabitlenir</w:t>
      </w:r>
      <w:proofErr w:type="spellEnd"/>
      <w:r w:rsidR="00CC4454" w:rsidRPr="00AC5ABD">
        <w:rPr>
          <w:rFonts w:eastAsia="Comic Sans MS"/>
          <w:szCs w:val="20"/>
        </w:rPr>
        <w:t xml:space="preserve">. </w:t>
      </w:r>
      <w:proofErr w:type="spellStart"/>
      <w:r w:rsidR="00CC4454" w:rsidRPr="00AC5ABD">
        <w:rPr>
          <w:rFonts w:eastAsia="Comic Sans MS"/>
          <w:szCs w:val="20"/>
        </w:rPr>
        <w:t>Çubuğun</w:t>
      </w:r>
      <w:proofErr w:type="spellEnd"/>
      <w:r w:rsidR="00CC4454" w:rsidRPr="00AC5ABD">
        <w:rPr>
          <w:rFonts w:eastAsia="Comic Sans MS"/>
          <w:szCs w:val="20"/>
        </w:rPr>
        <w:t xml:space="preserve"> alt </w:t>
      </w:r>
      <w:proofErr w:type="spellStart"/>
      <w:r w:rsidR="00CC4454" w:rsidRPr="00AC5ABD">
        <w:rPr>
          <w:rFonts w:eastAsia="Comic Sans MS"/>
          <w:szCs w:val="20"/>
        </w:rPr>
        <w:t>bölümü</w:t>
      </w:r>
      <w:proofErr w:type="spellEnd"/>
      <w:r w:rsidR="00CC4454" w:rsidRPr="00AC5ABD">
        <w:rPr>
          <w:rFonts w:eastAsia="Comic Sans MS"/>
          <w:szCs w:val="20"/>
        </w:rPr>
        <w:t xml:space="preserve">, </w:t>
      </w:r>
      <w:proofErr w:type="spellStart"/>
      <w:r w:rsidR="00CC4454" w:rsidRPr="00AC5ABD">
        <w:rPr>
          <w:rFonts w:eastAsia="Comic Sans MS"/>
          <w:szCs w:val="20"/>
        </w:rPr>
        <w:t>resimdeki</w:t>
      </w:r>
      <w:proofErr w:type="spellEnd"/>
      <w:r w:rsidR="00CC4454" w:rsidRPr="00AC5ABD">
        <w:rPr>
          <w:rFonts w:eastAsia="Comic Sans MS"/>
          <w:szCs w:val="20"/>
        </w:rPr>
        <w:t xml:space="preserve"> </w:t>
      </w:r>
      <w:proofErr w:type="spellStart"/>
      <w:r w:rsidR="00CC4454" w:rsidRPr="00AC5ABD">
        <w:rPr>
          <w:rFonts w:eastAsia="Comic Sans MS"/>
          <w:szCs w:val="20"/>
        </w:rPr>
        <w:t>el</w:t>
      </w:r>
      <w:proofErr w:type="spellEnd"/>
      <w:r w:rsidR="00CC4454" w:rsidRPr="00AC5ABD">
        <w:rPr>
          <w:rFonts w:eastAsia="Comic Sans MS"/>
          <w:szCs w:val="20"/>
        </w:rPr>
        <w:t xml:space="preserve"> </w:t>
      </w:r>
      <w:proofErr w:type="spellStart"/>
      <w:r w:rsidR="00CC4454" w:rsidRPr="00AC5ABD">
        <w:rPr>
          <w:rFonts w:eastAsia="Comic Sans MS"/>
          <w:szCs w:val="20"/>
        </w:rPr>
        <w:t>tutuyormuş</w:t>
      </w:r>
      <w:proofErr w:type="spellEnd"/>
      <w:r w:rsidR="00CC4454" w:rsidRPr="00AC5ABD">
        <w:rPr>
          <w:rFonts w:eastAsia="Comic Sans MS"/>
          <w:szCs w:val="20"/>
        </w:rPr>
        <w:t xml:space="preserve"> </w:t>
      </w:r>
      <w:proofErr w:type="spellStart"/>
      <w:r w:rsidR="00CC4454" w:rsidRPr="00AC5ABD">
        <w:rPr>
          <w:rFonts w:eastAsia="Comic Sans MS"/>
          <w:szCs w:val="20"/>
        </w:rPr>
        <w:t>gibi</w:t>
      </w:r>
      <w:proofErr w:type="spellEnd"/>
      <w:r w:rsidR="00CC4454" w:rsidRPr="00AC5ABD">
        <w:rPr>
          <w:rFonts w:eastAsia="Comic Sans MS"/>
          <w:szCs w:val="20"/>
        </w:rPr>
        <w:t xml:space="preserve"> </w:t>
      </w:r>
      <w:proofErr w:type="spellStart"/>
      <w:r w:rsidR="00CC4454" w:rsidRPr="00AC5ABD">
        <w:rPr>
          <w:rFonts w:eastAsia="Comic Sans MS"/>
          <w:szCs w:val="20"/>
        </w:rPr>
        <w:t>avuç</w:t>
      </w:r>
      <w:proofErr w:type="spellEnd"/>
      <w:r w:rsidR="00CC4454" w:rsidRPr="00AC5ABD">
        <w:rPr>
          <w:rFonts w:eastAsia="Comic Sans MS"/>
          <w:szCs w:val="20"/>
        </w:rPr>
        <w:t xml:space="preserve"> </w:t>
      </w:r>
      <w:proofErr w:type="spellStart"/>
      <w:r w:rsidR="00CC4454" w:rsidRPr="00AC5ABD">
        <w:rPr>
          <w:rFonts w:eastAsia="Comic Sans MS"/>
          <w:szCs w:val="20"/>
        </w:rPr>
        <w:t>üzerine</w:t>
      </w:r>
      <w:proofErr w:type="spellEnd"/>
      <w:r w:rsidR="00CC4454" w:rsidRPr="00AC5ABD">
        <w:rPr>
          <w:rFonts w:eastAsia="Comic Sans MS"/>
          <w:szCs w:val="20"/>
        </w:rPr>
        <w:t xml:space="preserve"> </w:t>
      </w:r>
      <w:proofErr w:type="spellStart"/>
      <w:r w:rsidR="00CC4454" w:rsidRPr="00AC5ABD">
        <w:rPr>
          <w:rFonts w:eastAsia="Comic Sans MS"/>
          <w:szCs w:val="20"/>
        </w:rPr>
        <w:t>yerleştirilip</w:t>
      </w:r>
      <w:proofErr w:type="spellEnd"/>
      <w:r w:rsidR="00CC4454" w:rsidRPr="00AC5ABD">
        <w:rPr>
          <w:rFonts w:eastAsia="Comic Sans MS"/>
          <w:szCs w:val="20"/>
        </w:rPr>
        <w:t xml:space="preserve"> </w:t>
      </w:r>
      <w:proofErr w:type="spellStart"/>
      <w:r w:rsidR="00CC4454" w:rsidRPr="00AC5ABD">
        <w:rPr>
          <w:rFonts w:eastAsia="Comic Sans MS"/>
          <w:szCs w:val="20"/>
        </w:rPr>
        <w:t>küçük</w:t>
      </w:r>
      <w:proofErr w:type="spellEnd"/>
      <w:r w:rsidR="00CC4454" w:rsidRPr="00AC5ABD">
        <w:rPr>
          <w:rFonts w:eastAsia="Comic Sans MS"/>
          <w:szCs w:val="20"/>
        </w:rPr>
        <w:t xml:space="preserve"> bant </w:t>
      </w:r>
      <w:proofErr w:type="spellStart"/>
      <w:r w:rsidR="00CC4454" w:rsidRPr="00AC5ABD">
        <w:rPr>
          <w:rFonts w:eastAsia="Comic Sans MS"/>
          <w:szCs w:val="20"/>
        </w:rPr>
        <w:t>parçalarıyla</w:t>
      </w:r>
      <w:proofErr w:type="spellEnd"/>
      <w:r w:rsidR="00CC4454" w:rsidRPr="00AC5ABD">
        <w:rPr>
          <w:rFonts w:eastAsia="Comic Sans MS"/>
          <w:szCs w:val="20"/>
        </w:rPr>
        <w:t xml:space="preserve"> </w:t>
      </w:r>
      <w:proofErr w:type="spellStart"/>
      <w:r w:rsidR="00CC4454" w:rsidRPr="00AC5ABD">
        <w:rPr>
          <w:rFonts w:eastAsia="Comic Sans MS"/>
          <w:szCs w:val="20"/>
        </w:rPr>
        <w:t>tutturulur</w:t>
      </w:r>
      <w:proofErr w:type="spellEnd"/>
      <w:r w:rsidR="00CC4454" w:rsidRPr="00AC5ABD">
        <w:rPr>
          <w:rFonts w:eastAsia="Comic Sans MS"/>
          <w:szCs w:val="20"/>
        </w:rPr>
        <w:t xml:space="preserve">. </w:t>
      </w:r>
    </w:p>
    <w:p w14:paraId="2CB54947" w14:textId="77777777" w:rsidR="008D7014" w:rsidRDefault="00CC4454" w:rsidP="008D7014">
      <w:pPr>
        <w:rPr>
          <w:rFonts w:eastAsia="Comic Sans MS"/>
          <w:szCs w:val="20"/>
        </w:rPr>
      </w:pPr>
      <w:proofErr w:type="spellStart"/>
      <w:r w:rsidRPr="00AC5ABD">
        <w:rPr>
          <w:rFonts w:eastAsia="Comic Sans MS"/>
          <w:szCs w:val="20"/>
        </w:rPr>
        <w:t>Çocuklar</w:t>
      </w:r>
      <w:proofErr w:type="spellEnd"/>
      <w:r w:rsidRPr="00AC5ABD">
        <w:rPr>
          <w:rFonts w:eastAsia="Comic Sans MS"/>
          <w:szCs w:val="20"/>
        </w:rPr>
        <w:t xml:space="preserve"> </w:t>
      </w:r>
      <w:proofErr w:type="spellStart"/>
      <w:r w:rsidRPr="00AC5ABD">
        <w:rPr>
          <w:rFonts w:eastAsia="Comic Sans MS"/>
          <w:szCs w:val="20"/>
        </w:rPr>
        <w:t>el</w:t>
      </w:r>
      <w:proofErr w:type="spellEnd"/>
      <w:r w:rsidRPr="00AC5ABD">
        <w:rPr>
          <w:rFonts w:eastAsia="Comic Sans MS"/>
          <w:szCs w:val="20"/>
        </w:rPr>
        <w:t xml:space="preserve"> </w:t>
      </w:r>
      <w:proofErr w:type="spellStart"/>
      <w:r w:rsidRPr="00AC5ABD">
        <w:rPr>
          <w:rFonts w:eastAsia="Comic Sans MS"/>
          <w:szCs w:val="20"/>
        </w:rPr>
        <w:t>ve</w:t>
      </w:r>
      <w:proofErr w:type="spellEnd"/>
      <w:r w:rsidRPr="00AC5ABD">
        <w:rPr>
          <w:rFonts w:eastAsia="Comic Sans MS"/>
          <w:szCs w:val="20"/>
        </w:rPr>
        <w:t xml:space="preserve"> </w:t>
      </w:r>
      <w:proofErr w:type="spellStart"/>
      <w:r w:rsidRPr="00AC5ABD">
        <w:rPr>
          <w:rFonts w:eastAsia="Comic Sans MS"/>
          <w:szCs w:val="20"/>
        </w:rPr>
        <w:t>kol</w:t>
      </w:r>
      <w:proofErr w:type="spellEnd"/>
      <w:r w:rsidRPr="00AC5ABD">
        <w:rPr>
          <w:rFonts w:eastAsia="Comic Sans MS"/>
          <w:szCs w:val="20"/>
        </w:rPr>
        <w:t xml:space="preserve"> </w:t>
      </w:r>
      <w:proofErr w:type="spellStart"/>
      <w:r w:rsidRPr="00AC5ABD">
        <w:rPr>
          <w:rFonts w:eastAsia="Comic Sans MS"/>
          <w:szCs w:val="20"/>
        </w:rPr>
        <w:t>kalıplarını</w:t>
      </w:r>
      <w:proofErr w:type="spellEnd"/>
      <w:r w:rsidRPr="00AC5ABD">
        <w:rPr>
          <w:rFonts w:eastAsia="Comic Sans MS"/>
          <w:szCs w:val="20"/>
        </w:rPr>
        <w:t xml:space="preserve"> </w:t>
      </w:r>
      <w:proofErr w:type="spellStart"/>
      <w:r w:rsidRPr="00AC5ABD">
        <w:rPr>
          <w:rFonts w:eastAsia="Comic Sans MS"/>
          <w:szCs w:val="20"/>
        </w:rPr>
        <w:t>boyayıp</w:t>
      </w:r>
      <w:proofErr w:type="spellEnd"/>
      <w:r w:rsidRPr="00AC5ABD">
        <w:rPr>
          <w:rFonts w:eastAsia="Comic Sans MS"/>
          <w:szCs w:val="20"/>
        </w:rPr>
        <w:t xml:space="preserve"> </w:t>
      </w:r>
      <w:proofErr w:type="spellStart"/>
      <w:r w:rsidRPr="00AC5ABD">
        <w:rPr>
          <w:rFonts w:eastAsia="Comic Sans MS"/>
          <w:szCs w:val="20"/>
        </w:rPr>
        <w:t>yapıştırır</w:t>
      </w:r>
      <w:proofErr w:type="spellEnd"/>
      <w:r w:rsidRPr="00AC5ABD">
        <w:rPr>
          <w:rFonts w:eastAsia="Comic Sans MS"/>
          <w:szCs w:val="20"/>
        </w:rPr>
        <w:t xml:space="preserve">; </w:t>
      </w:r>
      <w:proofErr w:type="spellStart"/>
      <w:r w:rsidRPr="00AC5ABD">
        <w:rPr>
          <w:rFonts w:eastAsia="Comic Sans MS"/>
          <w:szCs w:val="20"/>
        </w:rPr>
        <w:t>zorlandıkları</w:t>
      </w:r>
      <w:proofErr w:type="spellEnd"/>
      <w:r w:rsidRPr="00AC5ABD">
        <w:rPr>
          <w:rFonts w:eastAsia="Comic Sans MS"/>
          <w:szCs w:val="20"/>
        </w:rPr>
        <w:t xml:space="preserve"> </w:t>
      </w:r>
      <w:proofErr w:type="spellStart"/>
      <w:r w:rsidRPr="00AC5ABD">
        <w:rPr>
          <w:rFonts w:eastAsia="Comic Sans MS"/>
          <w:szCs w:val="20"/>
        </w:rPr>
        <w:t>aşamalarda</w:t>
      </w:r>
      <w:proofErr w:type="spellEnd"/>
      <w:r w:rsidRPr="00AC5ABD">
        <w:rPr>
          <w:rFonts w:eastAsia="Comic Sans MS"/>
          <w:szCs w:val="20"/>
        </w:rPr>
        <w:t xml:space="preserve"> </w:t>
      </w:r>
      <w:proofErr w:type="spellStart"/>
      <w:r w:rsidRPr="00AC5ABD">
        <w:rPr>
          <w:rFonts w:eastAsia="Comic Sans MS"/>
          <w:szCs w:val="20"/>
        </w:rPr>
        <w:t>öğretmenden</w:t>
      </w:r>
      <w:proofErr w:type="spellEnd"/>
      <w:r w:rsidRPr="00AC5ABD">
        <w:rPr>
          <w:rFonts w:eastAsia="Comic Sans MS"/>
          <w:szCs w:val="20"/>
        </w:rPr>
        <w:t xml:space="preserve"> </w:t>
      </w:r>
      <w:proofErr w:type="spellStart"/>
      <w:r w:rsidRPr="00AC5ABD">
        <w:rPr>
          <w:rFonts w:eastAsia="Comic Sans MS"/>
          <w:szCs w:val="20"/>
        </w:rPr>
        <w:t>yardım</w:t>
      </w:r>
      <w:proofErr w:type="spellEnd"/>
      <w:r w:rsidRPr="00AC5ABD">
        <w:rPr>
          <w:rFonts w:eastAsia="Comic Sans MS"/>
          <w:szCs w:val="20"/>
        </w:rPr>
        <w:t xml:space="preserve"> </w:t>
      </w:r>
      <w:proofErr w:type="spellStart"/>
      <w:r w:rsidRPr="00AC5ABD">
        <w:rPr>
          <w:rFonts w:eastAsia="Comic Sans MS"/>
          <w:szCs w:val="20"/>
        </w:rPr>
        <w:t>alır</w:t>
      </w:r>
      <w:proofErr w:type="spellEnd"/>
      <w:r w:rsidRPr="00AC5ABD">
        <w:rPr>
          <w:rFonts w:eastAsia="Comic Sans MS"/>
          <w:szCs w:val="20"/>
        </w:rPr>
        <w:t xml:space="preserve">. Ay </w:t>
      </w:r>
      <w:proofErr w:type="spellStart"/>
      <w:r w:rsidRPr="00AC5ABD">
        <w:rPr>
          <w:rFonts w:eastAsia="Comic Sans MS"/>
          <w:szCs w:val="20"/>
        </w:rPr>
        <w:t>ve</w:t>
      </w:r>
      <w:proofErr w:type="spellEnd"/>
      <w:r w:rsidRPr="00AC5ABD">
        <w:rPr>
          <w:rFonts w:eastAsia="Comic Sans MS"/>
          <w:szCs w:val="20"/>
        </w:rPr>
        <w:t xml:space="preserve"> </w:t>
      </w:r>
      <w:proofErr w:type="spellStart"/>
      <w:r w:rsidRPr="00AC5ABD">
        <w:rPr>
          <w:rFonts w:eastAsia="Comic Sans MS"/>
          <w:szCs w:val="20"/>
        </w:rPr>
        <w:t>yıldızı</w:t>
      </w:r>
      <w:proofErr w:type="spellEnd"/>
      <w:r w:rsidRPr="00AC5ABD">
        <w:rPr>
          <w:rFonts w:eastAsia="Comic Sans MS"/>
          <w:szCs w:val="20"/>
        </w:rPr>
        <w:t xml:space="preserve"> </w:t>
      </w:r>
      <w:proofErr w:type="spellStart"/>
      <w:r w:rsidRPr="00AC5ABD">
        <w:rPr>
          <w:rFonts w:eastAsia="Comic Sans MS"/>
          <w:szCs w:val="20"/>
        </w:rPr>
        <w:t>kesmek</w:t>
      </w:r>
      <w:proofErr w:type="spellEnd"/>
      <w:r w:rsidRPr="00AC5ABD">
        <w:rPr>
          <w:rFonts w:eastAsia="Comic Sans MS"/>
          <w:szCs w:val="20"/>
        </w:rPr>
        <w:t xml:space="preserve"> </w:t>
      </w:r>
      <w:proofErr w:type="spellStart"/>
      <w:r w:rsidRPr="00AC5ABD">
        <w:rPr>
          <w:rFonts w:eastAsia="Comic Sans MS"/>
          <w:szCs w:val="20"/>
        </w:rPr>
        <w:t>yerine</w:t>
      </w:r>
      <w:proofErr w:type="spellEnd"/>
      <w:r w:rsidRPr="00AC5ABD">
        <w:rPr>
          <w:rFonts w:eastAsia="Comic Sans MS"/>
          <w:szCs w:val="20"/>
        </w:rPr>
        <w:t xml:space="preserve"> </w:t>
      </w:r>
      <w:proofErr w:type="spellStart"/>
      <w:r w:rsidRPr="00AC5ABD">
        <w:rPr>
          <w:rFonts w:eastAsia="Comic Sans MS"/>
          <w:szCs w:val="20"/>
        </w:rPr>
        <w:t>hazır</w:t>
      </w:r>
      <w:proofErr w:type="spellEnd"/>
      <w:r w:rsidRPr="00AC5ABD">
        <w:rPr>
          <w:rFonts w:eastAsia="Comic Sans MS"/>
          <w:szCs w:val="20"/>
        </w:rPr>
        <w:t xml:space="preserve"> </w:t>
      </w:r>
      <w:proofErr w:type="spellStart"/>
      <w:r w:rsidRPr="00AC5ABD">
        <w:rPr>
          <w:rFonts w:eastAsia="Comic Sans MS"/>
          <w:szCs w:val="20"/>
        </w:rPr>
        <w:t>bayrak</w:t>
      </w:r>
      <w:proofErr w:type="spellEnd"/>
      <w:r w:rsidRPr="00AC5ABD">
        <w:rPr>
          <w:rFonts w:eastAsia="Comic Sans MS"/>
          <w:szCs w:val="20"/>
        </w:rPr>
        <w:t xml:space="preserve"> </w:t>
      </w:r>
      <w:proofErr w:type="spellStart"/>
      <w:r w:rsidRPr="00AC5ABD">
        <w:rPr>
          <w:rFonts w:eastAsia="Comic Sans MS"/>
          <w:szCs w:val="20"/>
        </w:rPr>
        <w:t>görselini</w:t>
      </w:r>
      <w:proofErr w:type="spellEnd"/>
      <w:r w:rsidRPr="00AC5ABD">
        <w:rPr>
          <w:rFonts w:eastAsia="Comic Sans MS"/>
          <w:szCs w:val="20"/>
        </w:rPr>
        <w:t xml:space="preserve"> </w:t>
      </w:r>
      <w:proofErr w:type="spellStart"/>
      <w:r w:rsidRPr="00AC5ABD">
        <w:rPr>
          <w:rFonts w:eastAsia="Comic Sans MS"/>
          <w:szCs w:val="20"/>
        </w:rPr>
        <w:t>kullanır</w:t>
      </w:r>
      <w:proofErr w:type="spellEnd"/>
      <w:r w:rsidRPr="00AC5ABD">
        <w:rPr>
          <w:rFonts w:eastAsia="Comic Sans MS"/>
          <w:szCs w:val="20"/>
        </w:rPr>
        <w:t xml:space="preserve">. </w:t>
      </w:r>
      <w:proofErr w:type="spellStart"/>
      <w:r w:rsidRPr="00AC5ABD">
        <w:rPr>
          <w:rFonts w:eastAsia="Comic Sans MS"/>
          <w:szCs w:val="20"/>
        </w:rPr>
        <w:t>Öğretmen</w:t>
      </w:r>
      <w:proofErr w:type="spellEnd"/>
      <w:r w:rsidRPr="00AC5ABD">
        <w:rPr>
          <w:rFonts w:eastAsia="Comic Sans MS"/>
          <w:szCs w:val="20"/>
        </w:rPr>
        <w:t xml:space="preserve"> “</w:t>
      </w:r>
      <w:proofErr w:type="spellStart"/>
      <w:r w:rsidRPr="00AC5ABD">
        <w:rPr>
          <w:rFonts w:eastAsia="Comic Sans MS"/>
          <w:szCs w:val="20"/>
        </w:rPr>
        <w:t>Elimiz</w:t>
      </w:r>
      <w:proofErr w:type="spellEnd"/>
      <w:r w:rsidRPr="00AC5ABD">
        <w:rPr>
          <w:rFonts w:eastAsia="Comic Sans MS"/>
          <w:szCs w:val="20"/>
        </w:rPr>
        <w:t xml:space="preserve"> </w:t>
      </w:r>
      <w:proofErr w:type="spellStart"/>
      <w:r w:rsidRPr="00AC5ABD">
        <w:rPr>
          <w:rFonts w:eastAsia="Comic Sans MS"/>
          <w:szCs w:val="20"/>
        </w:rPr>
        <w:t>çubuğun</w:t>
      </w:r>
      <w:proofErr w:type="spellEnd"/>
      <w:r w:rsidRPr="00AC5ABD">
        <w:rPr>
          <w:rFonts w:eastAsia="Comic Sans MS"/>
          <w:szCs w:val="20"/>
        </w:rPr>
        <w:t xml:space="preserve"> </w:t>
      </w:r>
      <w:proofErr w:type="spellStart"/>
      <w:r w:rsidRPr="00AC5ABD">
        <w:rPr>
          <w:rFonts w:eastAsia="Comic Sans MS"/>
          <w:szCs w:val="20"/>
        </w:rPr>
        <w:t>neresini</w:t>
      </w:r>
      <w:proofErr w:type="spellEnd"/>
      <w:r w:rsidRPr="00AC5ABD">
        <w:rPr>
          <w:rFonts w:eastAsia="Comic Sans MS"/>
          <w:szCs w:val="20"/>
        </w:rPr>
        <w:t xml:space="preserve"> </w:t>
      </w:r>
      <w:proofErr w:type="spellStart"/>
      <w:r w:rsidRPr="00AC5ABD">
        <w:rPr>
          <w:rFonts w:eastAsia="Comic Sans MS"/>
          <w:szCs w:val="20"/>
        </w:rPr>
        <w:t>tutuyor</w:t>
      </w:r>
      <w:proofErr w:type="spellEnd"/>
      <w:r w:rsidRPr="00AC5ABD">
        <w:rPr>
          <w:rFonts w:eastAsia="Comic Sans MS"/>
          <w:szCs w:val="20"/>
        </w:rPr>
        <w:t xml:space="preserve">? </w:t>
      </w:r>
      <w:proofErr w:type="spellStart"/>
      <w:r w:rsidRPr="00AC5ABD">
        <w:rPr>
          <w:rFonts w:eastAsia="Comic Sans MS"/>
          <w:szCs w:val="20"/>
        </w:rPr>
        <w:t>Bayrağımız</w:t>
      </w:r>
      <w:proofErr w:type="spellEnd"/>
      <w:r w:rsidRPr="00AC5ABD">
        <w:rPr>
          <w:rFonts w:eastAsia="Comic Sans MS"/>
          <w:szCs w:val="20"/>
        </w:rPr>
        <w:t xml:space="preserve"> </w:t>
      </w:r>
      <w:proofErr w:type="spellStart"/>
      <w:r w:rsidRPr="00AC5ABD">
        <w:rPr>
          <w:rFonts w:eastAsia="Comic Sans MS"/>
          <w:szCs w:val="20"/>
        </w:rPr>
        <w:t>çubuğa</w:t>
      </w:r>
      <w:proofErr w:type="spellEnd"/>
      <w:r w:rsidRPr="00AC5ABD">
        <w:rPr>
          <w:rFonts w:eastAsia="Comic Sans MS"/>
          <w:szCs w:val="20"/>
        </w:rPr>
        <w:t xml:space="preserve"> </w:t>
      </w:r>
      <w:proofErr w:type="spellStart"/>
      <w:r w:rsidRPr="00AC5ABD">
        <w:rPr>
          <w:rFonts w:eastAsia="Comic Sans MS"/>
          <w:szCs w:val="20"/>
        </w:rPr>
        <w:t>bağlı</w:t>
      </w:r>
      <w:proofErr w:type="spellEnd"/>
      <w:r w:rsidRPr="00AC5ABD">
        <w:rPr>
          <w:rFonts w:eastAsia="Comic Sans MS"/>
          <w:szCs w:val="20"/>
        </w:rPr>
        <w:t xml:space="preserve"> </w:t>
      </w:r>
      <w:proofErr w:type="spellStart"/>
      <w:r w:rsidRPr="00AC5ABD">
        <w:rPr>
          <w:rFonts w:eastAsia="Comic Sans MS"/>
          <w:szCs w:val="20"/>
        </w:rPr>
        <w:t>mı</w:t>
      </w:r>
      <w:proofErr w:type="spellEnd"/>
      <w:r w:rsidRPr="00AC5ABD">
        <w:rPr>
          <w:rFonts w:eastAsia="Comic Sans MS"/>
          <w:szCs w:val="20"/>
        </w:rPr>
        <w:t xml:space="preserve">?” </w:t>
      </w:r>
      <w:proofErr w:type="spellStart"/>
      <w:r w:rsidRPr="00AC5ABD">
        <w:rPr>
          <w:rFonts w:eastAsia="Comic Sans MS"/>
          <w:szCs w:val="20"/>
        </w:rPr>
        <w:t>sorularıyla</w:t>
      </w:r>
      <w:proofErr w:type="spellEnd"/>
      <w:r w:rsidRPr="00AC5ABD">
        <w:rPr>
          <w:rFonts w:eastAsia="Comic Sans MS"/>
          <w:szCs w:val="20"/>
        </w:rPr>
        <w:t xml:space="preserve"> </w:t>
      </w:r>
      <w:proofErr w:type="spellStart"/>
      <w:r w:rsidRPr="00AC5ABD">
        <w:rPr>
          <w:rFonts w:eastAsia="Comic Sans MS"/>
          <w:szCs w:val="20"/>
        </w:rPr>
        <w:t>birleştirme</w:t>
      </w:r>
      <w:proofErr w:type="spellEnd"/>
      <w:r w:rsidRPr="00AC5ABD">
        <w:rPr>
          <w:rFonts w:eastAsia="Comic Sans MS"/>
          <w:szCs w:val="20"/>
        </w:rPr>
        <w:t xml:space="preserve"> </w:t>
      </w:r>
      <w:proofErr w:type="spellStart"/>
      <w:r w:rsidRPr="00AC5ABD">
        <w:rPr>
          <w:rFonts w:eastAsia="Comic Sans MS"/>
          <w:szCs w:val="20"/>
        </w:rPr>
        <w:t>yerlerini</w:t>
      </w:r>
      <w:proofErr w:type="spellEnd"/>
      <w:r w:rsidRPr="00AC5ABD">
        <w:rPr>
          <w:rFonts w:eastAsia="Comic Sans MS"/>
          <w:szCs w:val="20"/>
        </w:rPr>
        <w:t xml:space="preserve"> </w:t>
      </w:r>
      <w:proofErr w:type="spellStart"/>
      <w:r w:rsidRPr="00AC5ABD">
        <w:rPr>
          <w:rFonts w:eastAsia="Comic Sans MS"/>
          <w:szCs w:val="20"/>
        </w:rPr>
        <w:t>birlikte</w:t>
      </w:r>
      <w:proofErr w:type="spellEnd"/>
      <w:r w:rsidRPr="00AC5ABD">
        <w:rPr>
          <w:rFonts w:eastAsia="Comic Sans MS"/>
          <w:szCs w:val="20"/>
        </w:rPr>
        <w:t xml:space="preserve"> </w:t>
      </w:r>
      <w:proofErr w:type="spellStart"/>
      <w:r w:rsidRPr="00AC5ABD">
        <w:rPr>
          <w:rFonts w:eastAsia="Comic Sans MS"/>
          <w:szCs w:val="20"/>
        </w:rPr>
        <w:t>kontrol</w:t>
      </w:r>
      <w:proofErr w:type="spellEnd"/>
      <w:r w:rsidRPr="00AC5ABD">
        <w:rPr>
          <w:rFonts w:eastAsia="Comic Sans MS"/>
          <w:szCs w:val="20"/>
        </w:rPr>
        <w:t xml:space="preserve"> </w:t>
      </w:r>
      <w:proofErr w:type="spellStart"/>
      <w:r w:rsidRPr="00AC5ABD">
        <w:rPr>
          <w:rFonts w:eastAsia="Comic Sans MS"/>
          <w:szCs w:val="20"/>
        </w:rPr>
        <w:t>eder</w:t>
      </w:r>
      <w:proofErr w:type="spellEnd"/>
      <w:r w:rsidRPr="00AC5ABD">
        <w:rPr>
          <w:rFonts w:eastAsia="Comic Sans MS"/>
          <w:szCs w:val="20"/>
        </w:rPr>
        <w:t xml:space="preserve">. </w:t>
      </w:r>
      <w:proofErr w:type="spellStart"/>
      <w:r w:rsidRPr="00AC5ABD">
        <w:rPr>
          <w:rFonts w:eastAsia="Comic Sans MS"/>
          <w:szCs w:val="20"/>
        </w:rPr>
        <w:t>Çocuklar</w:t>
      </w:r>
      <w:proofErr w:type="spellEnd"/>
      <w:r w:rsidRPr="00AC5ABD">
        <w:rPr>
          <w:rFonts w:eastAsia="Comic Sans MS"/>
          <w:szCs w:val="20"/>
        </w:rPr>
        <w:t xml:space="preserve"> </w:t>
      </w:r>
      <w:proofErr w:type="spellStart"/>
      <w:r w:rsidRPr="00AC5ABD">
        <w:rPr>
          <w:rFonts w:eastAsia="Comic Sans MS"/>
          <w:szCs w:val="20"/>
        </w:rPr>
        <w:t>çalışmalarındaki</w:t>
      </w:r>
      <w:proofErr w:type="spellEnd"/>
      <w:r w:rsidRPr="00AC5ABD">
        <w:rPr>
          <w:rFonts w:eastAsia="Comic Sans MS"/>
          <w:szCs w:val="20"/>
        </w:rPr>
        <w:t xml:space="preserve"> ay </w:t>
      </w:r>
      <w:proofErr w:type="spellStart"/>
      <w:r w:rsidRPr="00AC5ABD">
        <w:rPr>
          <w:rFonts w:eastAsia="Comic Sans MS"/>
          <w:szCs w:val="20"/>
        </w:rPr>
        <w:t>ve</w:t>
      </w:r>
      <w:proofErr w:type="spellEnd"/>
      <w:r w:rsidRPr="00AC5ABD">
        <w:rPr>
          <w:rFonts w:eastAsia="Comic Sans MS"/>
          <w:szCs w:val="20"/>
        </w:rPr>
        <w:t xml:space="preserve"> </w:t>
      </w:r>
      <w:proofErr w:type="spellStart"/>
      <w:r w:rsidRPr="00AC5ABD">
        <w:rPr>
          <w:rFonts w:eastAsia="Comic Sans MS"/>
          <w:szCs w:val="20"/>
        </w:rPr>
        <w:t>yıldızı</w:t>
      </w:r>
      <w:proofErr w:type="spellEnd"/>
      <w:r w:rsidRPr="00AC5ABD">
        <w:rPr>
          <w:rFonts w:eastAsia="Comic Sans MS"/>
          <w:szCs w:val="20"/>
        </w:rPr>
        <w:t xml:space="preserve"> </w:t>
      </w:r>
      <w:proofErr w:type="spellStart"/>
      <w:r w:rsidRPr="00AC5ABD">
        <w:rPr>
          <w:rFonts w:eastAsia="Comic Sans MS"/>
          <w:szCs w:val="20"/>
        </w:rPr>
        <w:t>gösterir</w:t>
      </w:r>
      <w:proofErr w:type="spellEnd"/>
      <w:r w:rsidRPr="00AC5ABD">
        <w:rPr>
          <w:rFonts w:eastAsia="Comic Sans MS"/>
          <w:szCs w:val="20"/>
        </w:rPr>
        <w:t xml:space="preserve">; </w:t>
      </w:r>
      <w:proofErr w:type="spellStart"/>
      <w:r w:rsidRPr="00AC5ABD">
        <w:rPr>
          <w:rFonts w:eastAsia="Comic Sans MS"/>
          <w:szCs w:val="20"/>
        </w:rPr>
        <w:t>isteyen</w:t>
      </w:r>
      <w:proofErr w:type="spellEnd"/>
      <w:r w:rsidRPr="00AC5ABD">
        <w:rPr>
          <w:rFonts w:eastAsia="Comic Sans MS"/>
          <w:szCs w:val="20"/>
        </w:rPr>
        <w:t xml:space="preserve"> </w:t>
      </w:r>
      <w:proofErr w:type="spellStart"/>
      <w:r w:rsidRPr="00AC5ABD">
        <w:rPr>
          <w:rFonts w:eastAsia="Comic Sans MS"/>
          <w:szCs w:val="20"/>
        </w:rPr>
        <w:t>çocuk</w:t>
      </w:r>
      <w:proofErr w:type="spellEnd"/>
      <w:r w:rsidRPr="00AC5ABD">
        <w:rPr>
          <w:rFonts w:eastAsia="Comic Sans MS"/>
          <w:szCs w:val="20"/>
        </w:rPr>
        <w:t xml:space="preserve"> </w:t>
      </w:r>
      <w:proofErr w:type="spellStart"/>
      <w:r w:rsidRPr="00AC5ABD">
        <w:rPr>
          <w:rFonts w:eastAsia="Comic Sans MS"/>
          <w:szCs w:val="20"/>
        </w:rPr>
        <w:t>bayrağını</w:t>
      </w:r>
      <w:proofErr w:type="spellEnd"/>
      <w:r w:rsidRPr="00AC5ABD">
        <w:rPr>
          <w:rFonts w:eastAsia="Comic Sans MS"/>
          <w:szCs w:val="20"/>
        </w:rPr>
        <w:t xml:space="preserve"> </w:t>
      </w:r>
      <w:proofErr w:type="spellStart"/>
      <w:r w:rsidRPr="00AC5ABD">
        <w:rPr>
          <w:rFonts w:eastAsia="Comic Sans MS"/>
          <w:szCs w:val="20"/>
        </w:rPr>
        <w:t>tutarken</w:t>
      </w:r>
      <w:proofErr w:type="spellEnd"/>
      <w:r w:rsidRPr="00AC5ABD">
        <w:rPr>
          <w:rFonts w:eastAsia="Comic Sans MS"/>
          <w:szCs w:val="20"/>
        </w:rPr>
        <w:t xml:space="preserve"> </w:t>
      </w:r>
      <w:proofErr w:type="spellStart"/>
      <w:r w:rsidRPr="00AC5ABD">
        <w:rPr>
          <w:rFonts w:eastAsia="Comic Sans MS"/>
          <w:szCs w:val="20"/>
        </w:rPr>
        <w:t>nasıl</w:t>
      </w:r>
      <w:proofErr w:type="spellEnd"/>
      <w:r w:rsidRPr="00AC5ABD">
        <w:rPr>
          <w:rFonts w:eastAsia="Comic Sans MS"/>
          <w:szCs w:val="20"/>
        </w:rPr>
        <w:t xml:space="preserve"> </w:t>
      </w:r>
      <w:proofErr w:type="spellStart"/>
      <w:r w:rsidRPr="00AC5ABD">
        <w:rPr>
          <w:rFonts w:eastAsia="Comic Sans MS"/>
          <w:szCs w:val="20"/>
        </w:rPr>
        <w:t>hissettiğini</w:t>
      </w:r>
      <w:proofErr w:type="spellEnd"/>
      <w:r w:rsidRPr="00AC5ABD">
        <w:rPr>
          <w:rFonts w:eastAsia="Comic Sans MS"/>
          <w:szCs w:val="20"/>
        </w:rPr>
        <w:t xml:space="preserve"> </w:t>
      </w:r>
      <w:proofErr w:type="spellStart"/>
      <w:r w:rsidRPr="00AC5ABD">
        <w:rPr>
          <w:rFonts w:eastAsia="Comic Sans MS"/>
          <w:szCs w:val="20"/>
        </w:rPr>
        <w:t>anlatır</w:t>
      </w:r>
      <w:proofErr w:type="spellEnd"/>
      <w:r w:rsidRPr="00AC5ABD">
        <w:rPr>
          <w:rFonts w:eastAsia="Comic Sans MS"/>
          <w:szCs w:val="20"/>
        </w:rPr>
        <w:t xml:space="preserve">. </w:t>
      </w:r>
      <w:proofErr w:type="spellStart"/>
      <w:r w:rsidRPr="00AC5ABD">
        <w:rPr>
          <w:rFonts w:eastAsia="Comic Sans MS"/>
          <w:szCs w:val="20"/>
        </w:rPr>
        <w:t>Ürünler</w:t>
      </w:r>
      <w:proofErr w:type="spellEnd"/>
      <w:r w:rsidRPr="00AC5ABD">
        <w:rPr>
          <w:rFonts w:eastAsia="Comic Sans MS"/>
          <w:szCs w:val="20"/>
        </w:rPr>
        <w:t xml:space="preserve"> (D19.1) </w:t>
      </w:r>
      <w:proofErr w:type="spellStart"/>
      <w:r w:rsidRPr="00AC5ABD">
        <w:rPr>
          <w:rFonts w:eastAsia="Comic Sans MS"/>
          <w:szCs w:val="20"/>
        </w:rPr>
        <w:t>özenle</w:t>
      </w:r>
      <w:proofErr w:type="spellEnd"/>
      <w:r w:rsidRPr="00AC5ABD">
        <w:rPr>
          <w:rFonts w:eastAsia="Comic Sans MS"/>
          <w:szCs w:val="20"/>
        </w:rPr>
        <w:t xml:space="preserve"> </w:t>
      </w:r>
      <w:proofErr w:type="spellStart"/>
      <w:r w:rsidRPr="00AC5ABD">
        <w:rPr>
          <w:rFonts w:eastAsia="Comic Sans MS"/>
          <w:szCs w:val="20"/>
        </w:rPr>
        <w:t>bayrak</w:t>
      </w:r>
      <w:proofErr w:type="spellEnd"/>
      <w:r w:rsidRPr="00AC5ABD">
        <w:rPr>
          <w:rFonts w:eastAsia="Comic Sans MS"/>
          <w:szCs w:val="20"/>
        </w:rPr>
        <w:t xml:space="preserve"> </w:t>
      </w:r>
      <w:proofErr w:type="spellStart"/>
      <w:r w:rsidRPr="00AC5ABD">
        <w:rPr>
          <w:rFonts w:eastAsia="Comic Sans MS"/>
          <w:szCs w:val="20"/>
        </w:rPr>
        <w:t>köşesine</w:t>
      </w:r>
      <w:proofErr w:type="spellEnd"/>
      <w:r w:rsidRPr="00AC5ABD">
        <w:rPr>
          <w:rFonts w:eastAsia="Comic Sans MS"/>
          <w:szCs w:val="20"/>
        </w:rPr>
        <w:t xml:space="preserve"> </w:t>
      </w:r>
      <w:proofErr w:type="spellStart"/>
      <w:r w:rsidRPr="00AC5ABD">
        <w:rPr>
          <w:rFonts w:eastAsia="Comic Sans MS"/>
          <w:szCs w:val="20"/>
        </w:rPr>
        <w:t>yerleştirilir</w:t>
      </w:r>
      <w:proofErr w:type="spellEnd"/>
      <w:r w:rsidRPr="00AC5ABD">
        <w:rPr>
          <w:rFonts w:eastAsia="Comic Sans MS"/>
          <w:szCs w:val="20"/>
        </w:rPr>
        <w:t>.</w:t>
      </w:r>
    </w:p>
    <w:p w14:paraId="39E2349D" w14:textId="77777777" w:rsidR="008D7014" w:rsidRDefault="00CC4454" w:rsidP="008D7014">
      <w:pPr>
        <w:rPr>
          <w:rFonts w:eastAsia="Comic Sans MS"/>
          <w:b/>
          <w:color w:val="002060"/>
          <w:szCs w:val="20"/>
        </w:rPr>
      </w:pPr>
      <w:proofErr w:type="spellStart"/>
      <w:r w:rsidRPr="00AC5ABD">
        <w:rPr>
          <w:rFonts w:eastAsia="Comic Sans MS"/>
          <w:b/>
          <w:color w:val="002060"/>
          <w:szCs w:val="20"/>
        </w:rPr>
        <w:t>Türkçe</w:t>
      </w:r>
      <w:proofErr w:type="spellEnd"/>
      <w:r w:rsidRPr="00AC5ABD">
        <w:rPr>
          <w:rFonts w:eastAsia="Comic Sans MS"/>
          <w:b/>
          <w:color w:val="002060"/>
          <w:szCs w:val="20"/>
        </w:rPr>
        <w:t xml:space="preserve"> (Büyük </w:t>
      </w:r>
      <w:proofErr w:type="spellStart"/>
      <w:r w:rsidRPr="00AC5ABD">
        <w:rPr>
          <w:rFonts w:eastAsia="Comic Sans MS"/>
          <w:b/>
          <w:color w:val="002060"/>
          <w:szCs w:val="20"/>
        </w:rPr>
        <w:t>Grup</w:t>
      </w:r>
      <w:proofErr w:type="spellEnd"/>
      <w:r w:rsidRPr="00AC5ABD">
        <w:rPr>
          <w:rFonts w:eastAsia="Comic Sans MS"/>
          <w:b/>
          <w:color w:val="002060"/>
          <w:szCs w:val="20"/>
        </w:rPr>
        <w:t xml:space="preserve"> </w:t>
      </w:r>
      <w:proofErr w:type="spellStart"/>
      <w:r w:rsidRPr="00AC5ABD">
        <w:rPr>
          <w:rFonts w:eastAsia="Comic Sans MS"/>
          <w:b/>
          <w:color w:val="002060"/>
          <w:szCs w:val="20"/>
        </w:rPr>
        <w:t>Etkinliği</w:t>
      </w:r>
      <w:proofErr w:type="spellEnd"/>
      <w:r w:rsidRPr="00AC5ABD">
        <w:rPr>
          <w:rFonts w:eastAsia="Comic Sans MS"/>
          <w:b/>
          <w:color w:val="002060"/>
          <w:szCs w:val="20"/>
        </w:rPr>
        <w:t>)</w:t>
      </w:r>
    </w:p>
    <w:p w14:paraId="2623FE31" w14:textId="192EBEE2" w:rsidR="00F627DB" w:rsidRPr="00AC5ABD" w:rsidRDefault="00CC4454" w:rsidP="008D7014">
      <w:pPr>
        <w:rPr>
          <w:szCs w:val="20"/>
        </w:rPr>
      </w:pPr>
      <w:proofErr w:type="spellStart"/>
      <w:r w:rsidRPr="00AC5ABD">
        <w:rPr>
          <w:rFonts w:eastAsia="Comic Sans MS"/>
          <w:szCs w:val="20"/>
        </w:rPr>
        <w:t>Çocuklar</w:t>
      </w:r>
      <w:proofErr w:type="spellEnd"/>
      <w:r w:rsidRPr="00AC5ABD">
        <w:rPr>
          <w:rFonts w:eastAsia="Comic Sans MS"/>
          <w:szCs w:val="20"/>
        </w:rPr>
        <w:t xml:space="preserve"> </w:t>
      </w:r>
      <w:proofErr w:type="spellStart"/>
      <w:r w:rsidRPr="00AC5ABD">
        <w:rPr>
          <w:rFonts w:eastAsia="Comic Sans MS"/>
          <w:szCs w:val="20"/>
        </w:rPr>
        <w:t>sanat</w:t>
      </w:r>
      <w:proofErr w:type="spellEnd"/>
      <w:r w:rsidRPr="00AC5ABD">
        <w:rPr>
          <w:rFonts w:eastAsia="Comic Sans MS"/>
          <w:szCs w:val="20"/>
        </w:rPr>
        <w:t xml:space="preserve"> </w:t>
      </w:r>
      <w:proofErr w:type="spellStart"/>
      <w:r w:rsidRPr="00AC5ABD">
        <w:rPr>
          <w:rFonts w:eastAsia="Comic Sans MS"/>
          <w:szCs w:val="20"/>
        </w:rPr>
        <w:t>çalışmasının</w:t>
      </w:r>
      <w:proofErr w:type="spellEnd"/>
      <w:r w:rsidRPr="00AC5ABD">
        <w:rPr>
          <w:rFonts w:eastAsia="Comic Sans MS"/>
          <w:szCs w:val="20"/>
        </w:rPr>
        <w:t xml:space="preserve"> </w:t>
      </w:r>
      <w:proofErr w:type="spellStart"/>
      <w:r w:rsidRPr="00AC5ABD">
        <w:rPr>
          <w:rFonts w:eastAsia="Comic Sans MS"/>
          <w:szCs w:val="20"/>
        </w:rPr>
        <w:t>ardından</w:t>
      </w:r>
      <w:proofErr w:type="spellEnd"/>
      <w:r w:rsidRPr="00AC5ABD">
        <w:rPr>
          <w:rFonts w:eastAsia="Comic Sans MS"/>
          <w:szCs w:val="20"/>
        </w:rPr>
        <w:t xml:space="preserve"> </w:t>
      </w:r>
      <w:proofErr w:type="spellStart"/>
      <w:r w:rsidRPr="00AC5ABD">
        <w:rPr>
          <w:rFonts w:eastAsia="Comic Sans MS"/>
          <w:szCs w:val="20"/>
        </w:rPr>
        <w:t>minderlerde</w:t>
      </w:r>
      <w:proofErr w:type="spellEnd"/>
      <w:r w:rsidRPr="00AC5ABD">
        <w:rPr>
          <w:rFonts w:eastAsia="Comic Sans MS"/>
          <w:szCs w:val="20"/>
        </w:rPr>
        <w:t xml:space="preserve"> </w:t>
      </w:r>
      <w:proofErr w:type="spellStart"/>
      <w:r w:rsidRPr="00AC5ABD">
        <w:rPr>
          <w:rFonts w:eastAsia="Comic Sans MS"/>
          <w:szCs w:val="20"/>
        </w:rPr>
        <w:t>rahatça</w:t>
      </w:r>
      <w:proofErr w:type="spellEnd"/>
      <w:r w:rsidRPr="00AC5ABD">
        <w:rPr>
          <w:rFonts w:eastAsia="Comic Sans MS"/>
          <w:szCs w:val="20"/>
        </w:rPr>
        <w:t xml:space="preserve"> </w:t>
      </w:r>
      <w:proofErr w:type="spellStart"/>
      <w:r w:rsidRPr="00AC5ABD">
        <w:rPr>
          <w:rFonts w:eastAsia="Comic Sans MS"/>
          <w:szCs w:val="20"/>
        </w:rPr>
        <w:t>oturur</w:t>
      </w:r>
      <w:proofErr w:type="spellEnd"/>
      <w:r w:rsidRPr="00AC5ABD">
        <w:rPr>
          <w:rFonts w:eastAsia="Comic Sans MS"/>
          <w:szCs w:val="20"/>
        </w:rPr>
        <w:t xml:space="preserve">. </w:t>
      </w:r>
      <w:proofErr w:type="spellStart"/>
      <w:r w:rsidRPr="00AC5ABD">
        <w:rPr>
          <w:rFonts w:eastAsia="Comic Sans MS"/>
          <w:szCs w:val="20"/>
        </w:rPr>
        <w:t>Öğretmen</w:t>
      </w:r>
      <w:proofErr w:type="spellEnd"/>
      <w:r w:rsidRPr="00AC5ABD">
        <w:rPr>
          <w:rFonts w:eastAsia="Comic Sans MS"/>
          <w:szCs w:val="20"/>
        </w:rPr>
        <w:t xml:space="preserve"> Ülkü </w:t>
      </w:r>
      <w:proofErr w:type="spellStart"/>
      <w:r w:rsidRPr="00AC5ABD">
        <w:rPr>
          <w:rFonts w:eastAsia="Comic Sans MS"/>
          <w:szCs w:val="20"/>
        </w:rPr>
        <w:t>Duysak’ın</w:t>
      </w:r>
      <w:proofErr w:type="spellEnd"/>
      <w:r w:rsidRPr="00AC5ABD">
        <w:rPr>
          <w:rFonts w:eastAsia="Comic Sans MS"/>
          <w:szCs w:val="20"/>
        </w:rPr>
        <w:t xml:space="preserve"> “Bayrak” </w:t>
      </w:r>
      <w:proofErr w:type="spellStart"/>
      <w:r w:rsidRPr="00AC5ABD">
        <w:rPr>
          <w:rFonts w:eastAsia="Comic Sans MS"/>
          <w:szCs w:val="20"/>
        </w:rPr>
        <w:t>şiirini</w:t>
      </w:r>
      <w:proofErr w:type="spellEnd"/>
      <w:r w:rsidRPr="00AC5ABD">
        <w:rPr>
          <w:rFonts w:eastAsia="Comic Sans MS"/>
          <w:szCs w:val="20"/>
        </w:rPr>
        <w:t xml:space="preserve"> </w:t>
      </w:r>
      <w:proofErr w:type="spellStart"/>
      <w:r w:rsidRPr="00AC5ABD">
        <w:rPr>
          <w:rFonts w:eastAsia="Comic Sans MS"/>
          <w:szCs w:val="20"/>
        </w:rPr>
        <w:t>vurgu</w:t>
      </w:r>
      <w:proofErr w:type="spellEnd"/>
      <w:r w:rsidRPr="00AC5ABD">
        <w:rPr>
          <w:rFonts w:eastAsia="Comic Sans MS"/>
          <w:szCs w:val="20"/>
        </w:rPr>
        <w:t xml:space="preserve"> </w:t>
      </w:r>
      <w:proofErr w:type="spellStart"/>
      <w:r w:rsidRPr="00AC5ABD">
        <w:rPr>
          <w:rFonts w:eastAsia="Comic Sans MS"/>
          <w:szCs w:val="20"/>
        </w:rPr>
        <w:t>ve</w:t>
      </w:r>
      <w:proofErr w:type="spellEnd"/>
      <w:r w:rsidRPr="00AC5ABD">
        <w:rPr>
          <w:rFonts w:eastAsia="Comic Sans MS"/>
          <w:szCs w:val="20"/>
        </w:rPr>
        <w:t xml:space="preserve"> </w:t>
      </w:r>
      <w:proofErr w:type="spellStart"/>
      <w:r w:rsidRPr="00AC5ABD">
        <w:rPr>
          <w:rFonts w:eastAsia="Comic Sans MS"/>
          <w:szCs w:val="20"/>
        </w:rPr>
        <w:t>tonlamalara</w:t>
      </w:r>
      <w:proofErr w:type="spellEnd"/>
      <w:r w:rsidRPr="00AC5ABD">
        <w:rPr>
          <w:rFonts w:eastAsia="Comic Sans MS"/>
          <w:szCs w:val="20"/>
        </w:rPr>
        <w:t xml:space="preserve"> </w:t>
      </w:r>
      <w:proofErr w:type="spellStart"/>
      <w:r w:rsidRPr="00AC5ABD">
        <w:rPr>
          <w:rFonts w:eastAsia="Comic Sans MS"/>
          <w:szCs w:val="20"/>
        </w:rPr>
        <w:t>dikkat</w:t>
      </w:r>
      <w:proofErr w:type="spellEnd"/>
      <w:r w:rsidRPr="00AC5ABD">
        <w:rPr>
          <w:rFonts w:eastAsia="Comic Sans MS"/>
          <w:szCs w:val="20"/>
        </w:rPr>
        <w:t xml:space="preserve"> </w:t>
      </w:r>
      <w:proofErr w:type="spellStart"/>
      <w:r w:rsidRPr="00AC5ABD">
        <w:rPr>
          <w:rFonts w:eastAsia="Comic Sans MS"/>
          <w:szCs w:val="20"/>
        </w:rPr>
        <w:t>ederek</w:t>
      </w:r>
      <w:proofErr w:type="spellEnd"/>
      <w:r w:rsidRPr="00AC5ABD">
        <w:rPr>
          <w:rFonts w:eastAsia="Comic Sans MS"/>
          <w:szCs w:val="20"/>
        </w:rPr>
        <w:t xml:space="preserve"> </w:t>
      </w:r>
      <w:proofErr w:type="spellStart"/>
      <w:r w:rsidRPr="00AC5ABD">
        <w:rPr>
          <w:rFonts w:eastAsia="Comic Sans MS"/>
          <w:szCs w:val="20"/>
        </w:rPr>
        <w:t>okur</w:t>
      </w:r>
      <w:proofErr w:type="spellEnd"/>
      <w:r w:rsidRPr="00AC5ABD">
        <w:rPr>
          <w:rFonts w:eastAsia="Comic Sans MS"/>
          <w:szCs w:val="20"/>
        </w:rPr>
        <w:t xml:space="preserve">. </w:t>
      </w:r>
      <w:proofErr w:type="spellStart"/>
      <w:r w:rsidRPr="00AC5ABD">
        <w:rPr>
          <w:rFonts w:eastAsia="Comic Sans MS"/>
          <w:szCs w:val="20"/>
        </w:rPr>
        <w:t>Çocuklar</w:t>
      </w:r>
      <w:proofErr w:type="spellEnd"/>
      <w:r w:rsidRPr="00AC5ABD">
        <w:rPr>
          <w:rFonts w:eastAsia="Comic Sans MS"/>
          <w:szCs w:val="20"/>
        </w:rPr>
        <w:t xml:space="preserve"> </w:t>
      </w:r>
      <w:proofErr w:type="spellStart"/>
      <w:r w:rsidRPr="00AC5ABD">
        <w:rPr>
          <w:rFonts w:eastAsia="Comic Sans MS"/>
          <w:szCs w:val="20"/>
        </w:rPr>
        <w:t>şiiri</w:t>
      </w:r>
      <w:proofErr w:type="spellEnd"/>
      <w:r w:rsidRPr="00AC5ABD">
        <w:rPr>
          <w:rFonts w:eastAsia="Comic Sans MS"/>
          <w:szCs w:val="20"/>
        </w:rPr>
        <w:t xml:space="preserve"> </w:t>
      </w:r>
      <w:proofErr w:type="spellStart"/>
      <w:r w:rsidRPr="00AC5ABD">
        <w:rPr>
          <w:rFonts w:eastAsia="Comic Sans MS"/>
          <w:szCs w:val="20"/>
        </w:rPr>
        <w:t>dinler</w:t>
      </w:r>
      <w:proofErr w:type="spellEnd"/>
      <w:r w:rsidRPr="00AC5ABD">
        <w:rPr>
          <w:rFonts w:eastAsia="Comic Sans MS"/>
          <w:szCs w:val="20"/>
        </w:rPr>
        <w:t>.</w:t>
      </w:r>
    </w:p>
    <w:p w14:paraId="4DDB5AA4" w14:textId="77777777" w:rsidR="00F627DB" w:rsidRPr="00AC5ABD" w:rsidRDefault="00CC4454">
      <w:pPr>
        <w:keepNext/>
        <w:keepLines/>
        <w:rPr>
          <w:szCs w:val="20"/>
        </w:rPr>
      </w:pPr>
      <w:r w:rsidRPr="00AC5ABD">
        <w:rPr>
          <w:rFonts w:eastAsia="Comic Sans MS"/>
          <w:b/>
          <w:color w:val="FF0000"/>
          <w:szCs w:val="20"/>
        </w:rPr>
        <w:lastRenderedPageBreak/>
        <w:t>BAYRAK</w:t>
      </w:r>
    </w:p>
    <w:p w14:paraId="7331324C" w14:textId="6CFE2E47" w:rsidR="00F627DB" w:rsidRPr="00AC5ABD" w:rsidRDefault="00CC4454">
      <w:pPr>
        <w:keepNext/>
        <w:keepLines/>
        <w:rPr>
          <w:szCs w:val="20"/>
        </w:rPr>
      </w:pPr>
      <w:proofErr w:type="spellStart"/>
      <w:r w:rsidRPr="00AC5ABD">
        <w:rPr>
          <w:rFonts w:eastAsia="Comic Sans MS"/>
          <w:szCs w:val="20"/>
        </w:rPr>
        <w:t>Minicik</w:t>
      </w:r>
      <w:proofErr w:type="spellEnd"/>
      <w:r w:rsidRPr="00AC5ABD">
        <w:rPr>
          <w:rFonts w:eastAsia="Comic Sans MS"/>
          <w:szCs w:val="20"/>
        </w:rPr>
        <w:t xml:space="preserve"> </w:t>
      </w:r>
      <w:proofErr w:type="spellStart"/>
      <w:r w:rsidRPr="00AC5ABD">
        <w:rPr>
          <w:rFonts w:eastAsia="Comic Sans MS"/>
          <w:szCs w:val="20"/>
        </w:rPr>
        <w:t>ellerine</w:t>
      </w:r>
      <w:proofErr w:type="spellEnd"/>
      <w:r w:rsidRPr="00AC5ABD">
        <w:rPr>
          <w:rFonts w:eastAsia="Comic Sans MS"/>
          <w:szCs w:val="20"/>
        </w:rPr>
        <w:t xml:space="preserve">,  </w:t>
      </w:r>
      <w:r w:rsidRPr="00AC5ABD">
        <w:rPr>
          <w:rFonts w:eastAsia="Comic Sans MS"/>
          <w:szCs w:val="20"/>
        </w:rPr>
        <w:br/>
        <w:t xml:space="preserve">Ne de </w:t>
      </w:r>
      <w:proofErr w:type="spellStart"/>
      <w:r w:rsidRPr="00AC5ABD">
        <w:rPr>
          <w:rFonts w:eastAsia="Comic Sans MS"/>
          <w:szCs w:val="20"/>
        </w:rPr>
        <w:t>yakışmış</w:t>
      </w:r>
      <w:proofErr w:type="spellEnd"/>
      <w:r w:rsidRPr="00AC5ABD">
        <w:rPr>
          <w:rFonts w:eastAsia="Comic Sans MS"/>
          <w:szCs w:val="20"/>
        </w:rPr>
        <w:t xml:space="preserve"> </w:t>
      </w:r>
      <w:proofErr w:type="spellStart"/>
      <w:r w:rsidRPr="00AC5ABD">
        <w:rPr>
          <w:rFonts w:eastAsia="Comic Sans MS"/>
          <w:szCs w:val="20"/>
        </w:rPr>
        <w:t>bayrak</w:t>
      </w:r>
      <w:proofErr w:type="spellEnd"/>
      <w:r w:rsidRPr="00AC5ABD">
        <w:rPr>
          <w:rFonts w:eastAsia="Comic Sans MS"/>
          <w:szCs w:val="20"/>
        </w:rPr>
        <w:t xml:space="preserve">.  </w:t>
      </w:r>
      <w:r w:rsidRPr="00AC5ABD">
        <w:rPr>
          <w:rFonts w:eastAsia="Comic Sans MS"/>
          <w:szCs w:val="20"/>
        </w:rPr>
        <w:br/>
      </w:r>
      <w:proofErr w:type="spellStart"/>
      <w:r w:rsidRPr="00AC5ABD">
        <w:rPr>
          <w:rFonts w:eastAsia="Comic Sans MS"/>
          <w:szCs w:val="20"/>
        </w:rPr>
        <w:t>Övün</w:t>
      </w:r>
      <w:proofErr w:type="spellEnd"/>
      <w:r w:rsidRPr="00AC5ABD">
        <w:rPr>
          <w:rFonts w:eastAsia="Comic Sans MS"/>
          <w:szCs w:val="20"/>
        </w:rPr>
        <w:t xml:space="preserve">, </w:t>
      </w:r>
      <w:proofErr w:type="spellStart"/>
      <w:r w:rsidRPr="00AC5ABD">
        <w:rPr>
          <w:rFonts w:eastAsia="Comic Sans MS"/>
          <w:szCs w:val="20"/>
        </w:rPr>
        <w:t>sevin</w:t>
      </w:r>
      <w:proofErr w:type="spellEnd"/>
      <w:r w:rsidRPr="00AC5ABD">
        <w:rPr>
          <w:rFonts w:eastAsia="Comic Sans MS"/>
          <w:szCs w:val="20"/>
        </w:rPr>
        <w:t xml:space="preserve">, </w:t>
      </w:r>
      <w:proofErr w:type="spellStart"/>
      <w:r w:rsidRPr="00AC5ABD">
        <w:rPr>
          <w:rFonts w:eastAsia="Comic Sans MS"/>
          <w:szCs w:val="20"/>
        </w:rPr>
        <w:t>mutlu</w:t>
      </w:r>
      <w:proofErr w:type="spellEnd"/>
      <w:r w:rsidRPr="00AC5ABD">
        <w:rPr>
          <w:rFonts w:eastAsia="Comic Sans MS"/>
          <w:szCs w:val="20"/>
        </w:rPr>
        <w:t xml:space="preserve"> </w:t>
      </w:r>
      <w:proofErr w:type="spellStart"/>
      <w:r w:rsidRPr="00AC5ABD">
        <w:rPr>
          <w:rFonts w:eastAsia="Comic Sans MS"/>
          <w:szCs w:val="20"/>
        </w:rPr>
        <w:t>ol</w:t>
      </w:r>
      <w:proofErr w:type="spellEnd"/>
      <w:r w:rsidRPr="00AC5ABD">
        <w:rPr>
          <w:rFonts w:eastAsia="Comic Sans MS"/>
          <w:szCs w:val="20"/>
        </w:rPr>
        <w:t xml:space="preserve">,  </w:t>
      </w:r>
      <w:r w:rsidRPr="00AC5ABD">
        <w:rPr>
          <w:rFonts w:eastAsia="Comic Sans MS"/>
          <w:szCs w:val="20"/>
        </w:rPr>
        <w:br/>
        <w:t xml:space="preserve">Türk </w:t>
      </w:r>
      <w:proofErr w:type="spellStart"/>
      <w:r w:rsidRPr="00AC5ABD">
        <w:rPr>
          <w:rFonts w:eastAsia="Comic Sans MS"/>
          <w:szCs w:val="20"/>
        </w:rPr>
        <w:t>çocuğu</w:t>
      </w:r>
      <w:proofErr w:type="spellEnd"/>
      <w:r w:rsidRPr="00AC5ABD">
        <w:rPr>
          <w:rFonts w:eastAsia="Comic Sans MS"/>
          <w:szCs w:val="20"/>
        </w:rPr>
        <w:t xml:space="preserve"> </w:t>
      </w:r>
      <w:proofErr w:type="spellStart"/>
      <w:r w:rsidRPr="00AC5ABD">
        <w:rPr>
          <w:rFonts w:eastAsia="Comic Sans MS"/>
          <w:szCs w:val="20"/>
        </w:rPr>
        <w:t>olarak</w:t>
      </w:r>
      <w:proofErr w:type="spellEnd"/>
      <w:r w:rsidRPr="00AC5ABD">
        <w:rPr>
          <w:rFonts w:eastAsia="Comic Sans MS"/>
          <w:szCs w:val="20"/>
        </w:rPr>
        <w:t>.</w:t>
      </w:r>
    </w:p>
    <w:p w14:paraId="41637CF4" w14:textId="5214498A" w:rsidR="00F627DB" w:rsidRPr="00AC5ABD" w:rsidRDefault="00CC4454">
      <w:pPr>
        <w:keepNext/>
        <w:keepLines/>
        <w:rPr>
          <w:szCs w:val="20"/>
        </w:rPr>
      </w:pPr>
      <w:proofErr w:type="spellStart"/>
      <w:r w:rsidRPr="00AC5ABD">
        <w:rPr>
          <w:rFonts w:eastAsia="Comic Sans MS"/>
          <w:szCs w:val="20"/>
        </w:rPr>
        <w:t>İyi</w:t>
      </w:r>
      <w:proofErr w:type="spellEnd"/>
      <w:r w:rsidRPr="00AC5ABD">
        <w:rPr>
          <w:rFonts w:eastAsia="Comic Sans MS"/>
          <w:szCs w:val="20"/>
        </w:rPr>
        <w:t xml:space="preserve"> koru, </w:t>
      </w:r>
      <w:proofErr w:type="spellStart"/>
      <w:r w:rsidRPr="00AC5ABD">
        <w:rPr>
          <w:rFonts w:eastAsia="Comic Sans MS"/>
          <w:szCs w:val="20"/>
        </w:rPr>
        <w:t>sev</w:t>
      </w:r>
      <w:proofErr w:type="spellEnd"/>
      <w:r w:rsidRPr="00AC5ABD">
        <w:rPr>
          <w:rFonts w:eastAsia="Comic Sans MS"/>
          <w:szCs w:val="20"/>
        </w:rPr>
        <w:t xml:space="preserve"> </w:t>
      </w:r>
      <w:proofErr w:type="spellStart"/>
      <w:r w:rsidRPr="00AC5ABD">
        <w:rPr>
          <w:rFonts w:eastAsia="Comic Sans MS"/>
          <w:szCs w:val="20"/>
        </w:rPr>
        <w:t>onu</w:t>
      </w:r>
      <w:proofErr w:type="spellEnd"/>
      <w:r w:rsidRPr="00AC5ABD">
        <w:rPr>
          <w:rFonts w:eastAsia="Comic Sans MS"/>
          <w:szCs w:val="20"/>
        </w:rPr>
        <w:t xml:space="preserve">.  </w:t>
      </w:r>
      <w:r w:rsidRPr="00AC5ABD">
        <w:rPr>
          <w:rFonts w:eastAsia="Comic Sans MS"/>
          <w:szCs w:val="20"/>
        </w:rPr>
        <w:br/>
      </w:r>
      <w:proofErr w:type="spellStart"/>
      <w:r w:rsidRPr="00AC5ABD">
        <w:rPr>
          <w:rFonts w:eastAsia="Comic Sans MS"/>
          <w:szCs w:val="20"/>
        </w:rPr>
        <w:t>Çiğnetme</w:t>
      </w:r>
      <w:proofErr w:type="spellEnd"/>
      <w:r w:rsidRPr="00AC5ABD">
        <w:rPr>
          <w:rFonts w:eastAsia="Comic Sans MS"/>
          <w:szCs w:val="20"/>
        </w:rPr>
        <w:t xml:space="preserve"> </w:t>
      </w:r>
      <w:proofErr w:type="spellStart"/>
      <w:r w:rsidRPr="00AC5ABD">
        <w:rPr>
          <w:rFonts w:eastAsia="Comic Sans MS"/>
          <w:szCs w:val="20"/>
        </w:rPr>
        <w:t>hiç</w:t>
      </w:r>
      <w:proofErr w:type="spellEnd"/>
      <w:r w:rsidRPr="00AC5ABD">
        <w:rPr>
          <w:rFonts w:eastAsia="Comic Sans MS"/>
          <w:szCs w:val="20"/>
        </w:rPr>
        <w:t xml:space="preserve"> </w:t>
      </w:r>
      <w:proofErr w:type="spellStart"/>
      <w:r w:rsidRPr="00AC5ABD">
        <w:rPr>
          <w:rFonts w:eastAsia="Comic Sans MS"/>
          <w:szCs w:val="20"/>
        </w:rPr>
        <w:t>kimseye</w:t>
      </w:r>
      <w:proofErr w:type="spellEnd"/>
      <w:r w:rsidRPr="00AC5ABD">
        <w:rPr>
          <w:rFonts w:eastAsia="Comic Sans MS"/>
          <w:szCs w:val="20"/>
        </w:rPr>
        <w:t xml:space="preserve">.  </w:t>
      </w:r>
      <w:r w:rsidRPr="00AC5ABD">
        <w:rPr>
          <w:rFonts w:eastAsia="Comic Sans MS"/>
          <w:szCs w:val="20"/>
        </w:rPr>
        <w:br/>
      </w:r>
      <w:proofErr w:type="spellStart"/>
      <w:r w:rsidRPr="00AC5ABD">
        <w:rPr>
          <w:rFonts w:eastAsia="Comic Sans MS"/>
          <w:szCs w:val="20"/>
        </w:rPr>
        <w:t>Dalgalandır</w:t>
      </w:r>
      <w:proofErr w:type="spellEnd"/>
      <w:r w:rsidRPr="00AC5ABD">
        <w:rPr>
          <w:rFonts w:eastAsia="Comic Sans MS"/>
          <w:szCs w:val="20"/>
        </w:rPr>
        <w:t xml:space="preserve"> </w:t>
      </w:r>
      <w:proofErr w:type="spellStart"/>
      <w:r w:rsidRPr="00AC5ABD">
        <w:rPr>
          <w:rFonts w:eastAsia="Comic Sans MS"/>
          <w:szCs w:val="20"/>
        </w:rPr>
        <w:t>göklerde</w:t>
      </w:r>
      <w:proofErr w:type="spellEnd"/>
      <w:r w:rsidRPr="00AC5ABD">
        <w:rPr>
          <w:rFonts w:eastAsia="Comic Sans MS"/>
          <w:szCs w:val="20"/>
        </w:rPr>
        <w:t xml:space="preserve">,  </w:t>
      </w:r>
      <w:r w:rsidRPr="00AC5ABD">
        <w:rPr>
          <w:rFonts w:eastAsia="Comic Sans MS"/>
          <w:szCs w:val="20"/>
        </w:rPr>
        <w:br/>
      </w:r>
      <w:proofErr w:type="spellStart"/>
      <w:r w:rsidRPr="00AC5ABD">
        <w:rPr>
          <w:rFonts w:eastAsia="Comic Sans MS"/>
          <w:szCs w:val="20"/>
        </w:rPr>
        <w:t>Göğsünü</w:t>
      </w:r>
      <w:proofErr w:type="spellEnd"/>
      <w:r w:rsidRPr="00AC5ABD">
        <w:rPr>
          <w:rFonts w:eastAsia="Comic Sans MS"/>
          <w:szCs w:val="20"/>
        </w:rPr>
        <w:t xml:space="preserve"> </w:t>
      </w:r>
      <w:proofErr w:type="spellStart"/>
      <w:r w:rsidRPr="00AC5ABD">
        <w:rPr>
          <w:rFonts w:eastAsia="Comic Sans MS"/>
          <w:szCs w:val="20"/>
        </w:rPr>
        <w:t>gere</w:t>
      </w:r>
      <w:proofErr w:type="spellEnd"/>
      <w:r w:rsidRPr="00AC5ABD">
        <w:rPr>
          <w:rFonts w:eastAsia="Comic Sans MS"/>
          <w:szCs w:val="20"/>
        </w:rPr>
        <w:t xml:space="preserve"> </w:t>
      </w:r>
      <w:proofErr w:type="spellStart"/>
      <w:r w:rsidRPr="00AC5ABD">
        <w:rPr>
          <w:rFonts w:eastAsia="Comic Sans MS"/>
          <w:szCs w:val="20"/>
        </w:rPr>
        <w:t>gere</w:t>
      </w:r>
      <w:proofErr w:type="spellEnd"/>
      <w:r w:rsidRPr="00AC5ABD">
        <w:rPr>
          <w:rFonts w:eastAsia="Comic Sans MS"/>
          <w:szCs w:val="20"/>
        </w:rPr>
        <w:t>.</w:t>
      </w:r>
    </w:p>
    <w:p w14:paraId="20BD737C" w14:textId="77777777" w:rsidR="00F627DB" w:rsidRPr="00AC5ABD" w:rsidRDefault="00CC4454">
      <w:pPr>
        <w:keepLines/>
        <w:rPr>
          <w:szCs w:val="20"/>
        </w:rPr>
      </w:pPr>
      <w:r w:rsidRPr="00AC5ABD">
        <w:rPr>
          <w:rFonts w:eastAsia="Comic Sans MS"/>
          <w:szCs w:val="20"/>
        </w:rPr>
        <w:t xml:space="preserve">Ülkü </w:t>
      </w:r>
      <w:proofErr w:type="spellStart"/>
      <w:r w:rsidRPr="00AC5ABD">
        <w:rPr>
          <w:rFonts w:eastAsia="Comic Sans MS"/>
          <w:szCs w:val="20"/>
        </w:rPr>
        <w:t>Duysak</w:t>
      </w:r>
      <w:proofErr w:type="spellEnd"/>
      <w:r w:rsidRPr="00AC5ABD">
        <w:rPr>
          <w:rFonts w:eastAsia="Comic Sans MS"/>
          <w:szCs w:val="20"/>
        </w:rPr>
        <w:t xml:space="preserve"> — </w:t>
      </w:r>
      <w:proofErr w:type="spellStart"/>
      <w:r w:rsidRPr="00AC5ABD">
        <w:rPr>
          <w:rFonts w:eastAsia="Comic Sans MS"/>
          <w:szCs w:val="20"/>
        </w:rPr>
        <w:t>Çocukluk</w:t>
      </w:r>
      <w:proofErr w:type="spellEnd"/>
      <w:r w:rsidRPr="00AC5ABD">
        <w:rPr>
          <w:rFonts w:eastAsia="Comic Sans MS"/>
          <w:szCs w:val="20"/>
        </w:rPr>
        <w:t xml:space="preserve"> Güzel, </w:t>
      </w:r>
      <w:proofErr w:type="spellStart"/>
      <w:r w:rsidRPr="00AC5ABD">
        <w:rPr>
          <w:rFonts w:eastAsia="Comic Sans MS"/>
          <w:szCs w:val="20"/>
        </w:rPr>
        <w:t>Küçük</w:t>
      </w:r>
      <w:proofErr w:type="spellEnd"/>
      <w:r w:rsidRPr="00AC5ABD">
        <w:rPr>
          <w:rFonts w:eastAsia="Comic Sans MS"/>
          <w:szCs w:val="20"/>
        </w:rPr>
        <w:t xml:space="preserve"> </w:t>
      </w:r>
      <w:proofErr w:type="spellStart"/>
      <w:r w:rsidRPr="00AC5ABD">
        <w:rPr>
          <w:rFonts w:eastAsia="Comic Sans MS"/>
          <w:szCs w:val="20"/>
        </w:rPr>
        <w:t>Ev</w:t>
      </w:r>
      <w:proofErr w:type="spellEnd"/>
      <w:r w:rsidRPr="00AC5ABD">
        <w:rPr>
          <w:rFonts w:eastAsia="Comic Sans MS"/>
          <w:szCs w:val="20"/>
        </w:rPr>
        <w:t xml:space="preserve"> </w:t>
      </w:r>
      <w:proofErr w:type="spellStart"/>
      <w:r w:rsidRPr="00AC5ABD">
        <w:rPr>
          <w:rFonts w:eastAsia="Comic Sans MS"/>
          <w:szCs w:val="20"/>
        </w:rPr>
        <w:t>Yayınları</w:t>
      </w:r>
      <w:proofErr w:type="spellEnd"/>
      <w:r w:rsidRPr="00AC5ABD">
        <w:rPr>
          <w:rFonts w:eastAsia="Comic Sans MS"/>
          <w:szCs w:val="20"/>
        </w:rPr>
        <w:t>, Ankara, 2009.</w:t>
      </w:r>
    </w:p>
    <w:p w14:paraId="1F042388" w14:textId="428F8829" w:rsidR="00F627DB" w:rsidRPr="00AC5ABD" w:rsidRDefault="00CC4454">
      <w:pPr>
        <w:rPr>
          <w:szCs w:val="20"/>
        </w:rPr>
      </w:pPr>
      <w:proofErr w:type="spellStart"/>
      <w:r w:rsidRPr="00AC5ABD">
        <w:rPr>
          <w:rFonts w:eastAsia="Comic Sans MS"/>
          <w:szCs w:val="20"/>
        </w:rPr>
        <w:t>Çocuklar</w:t>
      </w:r>
      <w:proofErr w:type="spellEnd"/>
      <w:r w:rsidRPr="00AC5ABD">
        <w:rPr>
          <w:rFonts w:eastAsia="Comic Sans MS"/>
          <w:szCs w:val="20"/>
        </w:rPr>
        <w:t xml:space="preserve"> (TADB.4.a) </w:t>
      </w:r>
      <w:proofErr w:type="spellStart"/>
      <w:r w:rsidRPr="00AC5ABD">
        <w:rPr>
          <w:rFonts w:eastAsia="Comic Sans MS"/>
          <w:szCs w:val="20"/>
        </w:rPr>
        <w:t>şiiri</w:t>
      </w:r>
      <w:proofErr w:type="spellEnd"/>
      <w:r w:rsidRPr="00AC5ABD">
        <w:rPr>
          <w:rFonts w:eastAsia="Comic Sans MS"/>
          <w:szCs w:val="20"/>
        </w:rPr>
        <w:t xml:space="preserve"> </w:t>
      </w:r>
      <w:proofErr w:type="spellStart"/>
      <w:r w:rsidRPr="00AC5ABD">
        <w:rPr>
          <w:rFonts w:eastAsia="Comic Sans MS"/>
          <w:szCs w:val="20"/>
        </w:rPr>
        <w:t>dinlerken</w:t>
      </w:r>
      <w:proofErr w:type="spellEnd"/>
      <w:r w:rsidRPr="00AC5ABD">
        <w:rPr>
          <w:rFonts w:eastAsia="Comic Sans MS"/>
          <w:szCs w:val="20"/>
        </w:rPr>
        <w:t xml:space="preserve"> </w:t>
      </w:r>
      <w:proofErr w:type="spellStart"/>
      <w:r w:rsidRPr="00AC5ABD">
        <w:rPr>
          <w:rFonts w:eastAsia="Comic Sans MS"/>
          <w:szCs w:val="20"/>
        </w:rPr>
        <w:t>hissettiklerini</w:t>
      </w:r>
      <w:proofErr w:type="spellEnd"/>
      <w:r w:rsidRPr="00AC5ABD">
        <w:rPr>
          <w:rFonts w:eastAsia="Comic Sans MS"/>
          <w:szCs w:val="20"/>
        </w:rPr>
        <w:t xml:space="preserve"> </w:t>
      </w:r>
      <w:proofErr w:type="spellStart"/>
      <w:r w:rsidRPr="00AC5ABD">
        <w:rPr>
          <w:rFonts w:eastAsia="Comic Sans MS"/>
          <w:szCs w:val="20"/>
        </w:rPr>
        <w:t>söyler</w:t>
      </w:r>
      <w:proofErr w:type="spellEnd"/>
      <w:r w:rsidRPr="00AC5ABD">
        <w:rPr>
          <w:rFonts w:eastAsia="Comic Sans MS"/>
          <w:szCs w:val="20"/>
        </w:rPr>
        <w:t>. “</w:t>
      </w:r>
      <w:proofErr w:type="spellStart"/>
      <w:r w:rsidRPr="00AC5ABD">
        <w:rPr>
          <w:rFonts w:eastAsia="Comic Sans MS"/>
          <w:szCs w:val="20"/>
        </w:rPr>
        <w:t>Şiirde</w:t>
      </w:r>
      <w:proofErr w:type="spellEnd"/>
      <w:r w:rsidRPr="00AC5ABD">
        <w:rPr>
          <w:rFonts w:eastAsia="Comic Sans MS"/>
          <w:szCs w:val="20"/>
        </w:rPr>
        <w:t xml:space="preserve"> </w:t>
      </w:r>
      <w:proofErr w:type="spellStart"/>
      <w:r w:rsidRPr="00AC5ABD">
        <w:rPr>
          <w:rFonts w:eastAsia="Comic Sans MS"/>
          <w:szCs w:val="20"/>
        </w:rPr>
        <w:t>hangi</w:t>
      </w:r>
      <w:proofErr w:type="spellEnd"/>
      <w:r w:rsidRPr="00AC5ABD">
        <w:rPr>
          <w:rFonts w:eastAsia="Comic Sans MS"/>
          <w:szCs w:val="20"/>
        </w:rPr>
        <w:t xml:space="preserve"> </w:t>
      </w:r>
      <w:proofErr w:type="spellStart"/>
      <w:r w:rsidRPr="00AC5ABD">
        <w:rPr>
          <w:rFonts w:eastAsia="Comic Sans MS"/>
          <w:szCs w:val="20"/>
        </w:rPr>
        <w:t>sözü</w:t>
      </w:r>
      <w:proofErr w:type="spellEnd"/>
      <w:r w:rsidRPr="00AC5ABD">
        <w:rPr>
          <w:rFonts w:eastAsia="Comic Sans MS"/>
          <w:szCs w:val="20"/>
        </w:rPr>
        <w:t xml:space="preserve"> </w:t>
      </w:r>
      <w:proofErr w:type="spellStart"/>
      <w:r w:rsidRPr="00AC5ABD">
        <w:rPr>
          <w:rFonts w:eastAsia="Comic Sans MS"/>
          <w:szCs w:val="20"/>
        </w:rPr>
        <w:t>sevdin</w:t>
      </w:r>
      <w:proofErr w:type="spellEnd"/>
      <w:r w:rsidRPr="00AC5ABD">
        <w:rPr>
          <w:rFonts w:eastAsia="Comic Sans MS"/>
          <w:szCs w:val="20"/>
        </w:rPr>
        <w:t xml:space="preserve">?” </w:t>
      </w:r>
      <w:proofErr w:type="spellStart"/>
      <w:r w:rsidRPr="00AC5ABD">
        <w:rPr>
          <w:rFonts w:eastAsia="Comic Sans MS"/>
          <w:szCs w:val="20"/>
        </w:rPr>
        <w:t>sorusuyla</w:t>
      </w:r>
      <w:proofErr w:type="spellEnd"/>
      <w:r w:rsidRPr="00AC5ABD">
        <w:rPr>
          <w:rFonts w:eastAsia="Comic Sans MS"/>
          <w:szCs w:val="20"/>
        </w:rPr>
        <w:t xml:space="preserve"> </w:t>
      </w:r>
      <w:proofErr w:type="spellStart"/>
      <w:r w:rsidRPr="00AC5ABD">
        <w:rPr>
          <w:rFonts w:eastAsia="Comic Sans MS"/>
          <w:szCs w:val="20"/>
        </w:rPr>
        <w:t>düşüncelerini</w:t>
      </w:r>
      <w:proofErr w:type="spellEnd"/>
      <w:r w:rsidRPr="00AC5ABD">
        <w:rPr>
          <w:rFonts w:eastAsia="Comic Sans MS"/>
          <w:szCs w:val="20"/>
        </w:rPr>
        <w:t xml:space="preserve"> </w:t>
      </w:r>
      <w:proofErr w:type="spellStart"/>
      <w:r w:rsidRPr="00AC5ABD">
        <w:rPr>
          <w:rFonts w:eastAsia="Comic Sans MS"/>
          <w:szCs w:val="20"/>
        </w:rPr>
        <w:t>paylaşır</w:t>
      </w:r>
      <w:proofErr w:type="spellEnd"/>
      <w:r w:rsidRPr="00AC5ABD">
        <w:rPr>
          <w:rFonts w:eastAsia="Comic Sans MS"/>
          <w:szCs w:val="20"/>
        </w:rPr>
        <w:t xml:space="preserve">. </w:t>
      </w:r>
      <w:proofErr w:type="spellStart"/>
      <w:r w:rsidRPr="00AC5ABD">
        <w:rPr>
          <w:rFonts w:eastAsia="Comic Sans MS"/>
          <w:szCs w:val="20"/>
        </w:rPr>
        <w:t>İsteyen</w:t>
      </w:r>
      <w:proofErr w:type="spellEnd"/>
      <w:r w:rsidRPr="00AC5ABD">
        <w:rPr>
          <w:rFonts w:eastAsia="Comic Sans MS"/>
          <w:szCs w:val="20"/>
        </w:rPr>
        <w:t xml:space="preserve"> </w:t>
      </w:r>
      <w:proofErr w:type="spellStart"/>
      <w:r w:rsidRPr="00AC5ABD">
        <w:rPr>
          <w:rFonts w:eastAsia="Comic Sans MS"/>
          <w:szCs w:val="20"/>
        </w:rPr>
        <w:t>çocuk</w:t>
      </w:r>
      <w:proofErr w:type="spellEnd"/>
      <w:r w:rsidRPr="00AC5ABD">
        <w:rPr>
          <w:rFonts w:eastAsia="Comic Sans MS"/>
          <w:szCs w:val="20"/>
        </w:rPr>
        <w:t xml:space="preserve"> </w:t>
      </w:r>
      <w:proofErr w:type="spellStart"/>
      <w:r w:rsidRPr="00AC5ABD">
        <w:rPr>
          <w:rFonts w:eastAsia="Comic Sans MS"/>
          <w:szCs w:val="20"/>
        </w:rPr>
        <w:t>öğretmenin</w:t>
      </w:r>
      <w:proofErr w:type="spellEnd"/>
      <w:r w:rsidRPr="00AC5ABD">
        <w:rPr>
          <w:rFonts w:eastAsia="Comic Sans MS"/>
          <w:szCs w:val="20"/>
        </w:rPr>
        <w:t xml:space="preserve"> </w:t>
      </w:r>
      <w:proofErr w:type="spellStart"/>
      <w:r w:rsidRPr="00AC5ABD">
        <w:rPr>
          <w:rFonts w:eastAsia="Comic Sans MS"/>
          <w:szCs w:val="20"/>
        </w:rPr>
        <w:t>söylediği</w:t>
      </w:r>
      <w:proofErr w:type="spellEnd"/>
      <w:r w:rsidRPr="00AC5ABD">
        <w:rPr>
          <w:rFonts w:eastAsia="Comic Sans MS"/>
          <w:szCs w:val="20"/>
        </w:rPr>
        <w:t xml:space="preserve"> </w:t>
      </w:r>
      <w:proofErr w:type="spellStart"/>
      <w:r w:rsidRPr="00AC5ABD">
        <w:rPr>
          <w:rFonts w:eastAsia="Comic Sans MS"/>
          <w:szCs w:val="20"/>
        </w:rPr>
        <w:t>kısa</w:t>
      </w:r>
      <w:proofErr w:type="spellEnd"/>
      <w:r w:rsidRPr="00AC5ABD">
        <w:rPr>
          <w:rFonts w:eastAsia="Comic Sans MS"/>
          <w:szCs w:val="20"/>
        </w:rPr>
        <w:t xml:space="preserve"> </w:t>
      </w:r>
      <w:proofErr w:type="spellStart"/>
      <w:r w:rsidRPr="00AC5ABD">
        <w:rPr>
          <w:rFonts w:eastAsia="Comic Sans MS"/>
          <w:szCs w:val="20"/>
        </w:rPr>
        <w:t>bir</w:t>
      </w:r>
      <w:proofErr w:type="spellEnd"/>
      <w:r w:rsidRPr="00AC5ABD">
        <w:rPr>
          <w:rFonts w:eastAsia="Comic Sans MS"/>
          <w:szCs w:val="20"/>
        </w:rPr>
        <w:t xml:space="preserve"> </w:t>
      </w:r>
      <w:proofErr w:type="spellStart"/>
      <w:r w:rsidRPr="00AC5ABD">
        <w:rPr>
          <w:rFonts w:eastAsia="Comic Sans MS"/>
          <w:szCs w:val="20"/>
        </w:rPr>
        <w:t>dizeyi</w:t>
      </w:r>
      <w:proofErr w:type="spellEnd"/>
      <w:r w:rsidRPr="00AC5ABD">
        <w:rPr>
          <w:rFonts w:eastAsia="Comic Sans MS"/>
          <w:szCs w:val="20"/>
        </w:rPr>
        <w:t xml:space="preserve"> </w:t>
      </w:r>
      <w:proofErr w:type="spellStart"/>
      <w:r w:rsidRPr="00AC5ABD">
        <w:rPr>
          <w:rFonts w:eastAsia="Comic Sans MS"/>
          <w:szCs w:val="20"/>
        </w:rPr>
        <w:t>tekrar</w:t>
      </w:r>
      <w:proofErr w:type="spellEnd"/>
      <w:r w:rsidRPr="00AC5ABD">
        <w:rPr>
          <w:rFonts w:eastAsia="Comic Sans MS"/>
          <w:szCs w:val="20"/>
        </w:rPr>
        <w:t xml:space="preserve"> </w:t>
      </w:r>
      <w:proofErr w:type="spellStart"/>
      <w:r w:rsidRPr="00AC5ABD">
        <w:rPr>
          <w:rFonts w:eastAsia="Comic Sans MS"/>
          <w:szCs w:val="20"/>
        </w:rPr>
        <w:t>eder</w:t>
      </w:r>
      <w:proofErr w:type="spellEnd"/>
      <w:r w:rsidR="00C819CF" w:rsidRPr="00AC5ABD">
        <w:rPr>
          <w:rFonts w:eastAsia="Comic Sans MS"/>
          <w:szCs w:val="20"/>
        </w:rPr>
        <w:t>.</w:t>
      </w:r>
    </w:p>
    <w:p w14:paraId="7CD3D6D1" w14:textId="10F6A99D" w:rsidR="00F627DB" w:rsidRPr="00AC5ABD" w:rsidRDefault="001C145E">
      <w:pPr>
        <w:rPr>
          <w:szCs w:val="20"/>
        </w:rPr>
      </w:pPr>
      <w:hyperlink r:id="rId11">
        <w:r w:rsidR="00CC4454" w:rsidRPr="00AC5ABD">
          <w:rPr>
            <w:rFonts w:eastAsia="Comic Sans MS"/>
            <w:color w:val="0563C1"/>
            <w:szCs w:val="20"/>
            <w:u w:val="single"/>
          </w:rPr>
          <w:t xml:space="preserve">“Bayrak </w:t>
        </w:r>
        <w:proofErr w:type="spellStart"/>
        <w:r w:rsidR="00CC4454" w:rsidRPr="00AC5ABD">
          <w:rPr>
            <w:rFonts w:eastAsia="Comic Sans MS"/>
            <w:color w:val="0563C1"/>
            <w:szCs w:val="20"/>
            <w:u w:val="single"/>
          </w:rPr>
          <w:t>Şarkısı</w:t>
        </w:r>
        <w:proofErr w:type="spellEnd"/>
        <w:r w:rsidR="00CC4454" w:rsidRPr="00AC5ABD">
          <w:rPr>
            <w:rFonts w:eastAsia="Comic Sans MS"/>
            <w:color w:val="0563C1"/>
            <w:szCs w:val="20"/>
            <w:u w:val="single"/>
          </w:rPr>
          <w:t>”</w:t>
        </w:r>
      </w:hyperlink>
      <w:r w:rsidR="00CC4454" w:rsidRPr="00AC5ABD">
        <w:rPr>
          <w:rFonts w:eastAsia="Comic Sans MS"/>
          <w:szCs w:val="20"/>
        </w:rPr>
        <w:t xml:space="preserve"> </w:t>
      </w:r>
      <w:proofErr w:type="spellStart"/>
      <w:r w:rsidR="00CC4454" w:rsidRPr="00AC5ABD">
        <w:rPr>
          <w:rFonts w:eastAsia="Comic Sans MS"/>
          <w:szCs w:val="20"/>
        </w:rPr>
        <w:t>yeniden</w:t>
      </w:r>
      <w:proofErr w:type="spellEnd"/>
      <w:r w:rsidR="00CC4454" w:rsidRPr="00AC5ABD">
        <w:rPr>
          <w:rFonts w:eastAsia="Comic Sans MS"/>
          <w:szCs w:val="20"/>
        </w:rPr>
        <w:t xml:space="preserve"> </w:t>
      </w:r>
      <w:proofErr w:type="spellStart"/>
      <w:r w:rsidR="00CC4454" w:rsidRPr="00AC5ABD">
        <w:rPr>
          <w:rFonts w:eastAsia="Comic Sans MS"/>
          <w:szCs w:val="20"/>
        </w:rPr>
        <w:t>kısa</w:t>
      </w:r>
      <w:proofErr w:type="spellEnd"/>
      <w:r w:rsidR="00CC4454" w:rsidRPr="00AC5ABD">
        <w:rPr>
          <w:rFonts w:eastAsia="Comic Sans MS"/>
          <w:szCs w:val="20"/>
        </w:rPr>
        <w:t xml:space="preserve"> </w:t>
      </w:r>
      <w:proofErr w:type="spellStart"/>
      <w:r w:rsidR="00CC4454" w:rsidRPr="00AC5ABD">
        <w:rPr>
          <w:rFonts w:eastAsia="Comic Sans MS"/>
          <w:szCs w:val="20"/>
        </w:rPr>
        <w:t>süre</w:t>
      </w:r>
      <w:proofErr w:type="spellEnd"/>
      <w:r w:rsidR="00CC4454" w:rsidRPr="00AC5ABD">
        <w:rPr>
          <w:rFonts w:eastAsia="Comic Sans MS"/>
          <w:szCs w:val="20"/>
        </w:rPr>
        <w:t xml:space="preserve"> </w:t>
      </w:r>
      <w:proofErr w:type="spellStart"/>
      <w:r w:rsidR="00CC4454" w:rsidRPr="00AC5ABD">
        <w:rPr>
          <w:rFonts w:eastAsia="Comic Sans MS"/>
          <w:szCs w:val="20"/>
        </w:rPr>
        <w:t>dinlenir</w:t>
      </w:r>
      <w:proofErr w:type="spellEnd"/>
      <w:r w:rsidR="00CC4454" w:rsidRPr="00AC5ABD">
        <w:rPr>
          <w:rFonts w:eastAsia="Comic Sans MS"/>
          <w:szCs w:val="20"/>
        </w:rPr>
        <w:t xml:space="preserve">. </w:t>
      </w:r>
      <w:proofErr w:type="spellStart"/>
      <w:r w:rsidR="00CC4454" w:rsidRPr="00AC5ABD">
        <w:rPr>
          <w:rFonts w:eastAsia="Comic Sans MS"/>
          <w:szCs w:val="20"/>
        </w:rPr>
        <w:t>Çocuklar</w:t>
      </w:r>
      <w:proofErr w:type="spellEnd"/>
      <w:r w:rsidR="00CC4454" w:rsidRPr="00AC5ABD">
        <w:rPr>
          <w:rFonts w:eastAsia="Comic Sans MS"/>
          <w:szCs w:val="20"/>
        </w:rPr>
        <w:t xml:space="preserve"> </w:t>
      </w:r>
      <w:proofErr w:type="spellStart"/>
      <w:r w:rsidR="00CC4454" w:rsidRPr="00AC5ABD">
        <w:rPr>
          <w:rFonts w:eastAsia="Comic Sans MS"/>
          <w:szCs w:val="20"/>
        </w:rPr>
        <w:t>bildikleri</w:t>
      </w:r>
      <w:proofErr w:type="spellEnd"/>
      <w:r w:rsidR="00CC4454" w:rsidRPr="00AC5ABD">
        <w:rPr>
          <w:rFonts w:eastAsia="Comic Sans MS"/>
          <w:szCs w:val="20"/>
        </w:rPr>
        <w:t xml:space="preserve"> </w:t>
      </w:r>
      <w:proofErr w:type="spellStart"/>
      <w:r w:rsidR="00CC4454" w:rsidRPr="00AC5ABD">
        <w:rPr>
          <w:rFonts w:eastAsia="Comic Sans MS"/>
          <w:szCs w:val="20"/>
        </w:rPr>
        <w:t>sözlere</w:t>
      </w:r>
      <w:proofErr w:type="spellEnd"/>
      <w:r w:rsidR="00CC4454" w:rsidRPr="00AC5ABD">
        <w:rPr>
          <w:rFonts w:eastAsia="Comic Sans MS"/>
          <w:szCs w:val="20"/>
        </w:rPr>
        <w:t xml:space="preserve"> </w:t>
      </w:r>
      <w:proofErr w:type="spellStart"/>
      <w:r w:rsidR="00CC4454" w:rsidRPr="00AC5ABD">
        <w:rPr>
          <w:rFonts w:eastAsia="Comic Sans MS"/>
          <w:szCs w:val="20"/>
        </w:rPr>
        <w:t>eşlik</w:t>
      </w:r>
      <w:proofErr w:type="spellEnd"/>
      <w:r w:rsidR="00CC4454" w:rsidRPr="00AC5ABD">
        <w:rPr>
          <w:rFonts w:eastAsia="Comic Sans MS"/>
          <w:szCs w:val="20"/>
        </w:rPr>
        <w:t xml:space="preserve"> </w:t>
      </w:r>
      <w:proofErr w:type="spellStart"/>
      <w:r w:rsidR="00CC4454" w:rsidRPr="00AC5ABD">
        <w:rPr>
          <w:rFonts w:eastAsia="Comic Sans MS"/>
          <w:szCs w:val="20"/>
        </w:rPr>
        <w:t>eder</w:t>
      </w:r>
      <w:proofErr w:type="spellEnd"/>
      <w:r w:rsidR="00CC4454" w:rsidRPr="00AC5ABD">
        <w:rPr>
          <w:rFonts w:eastAsia="Comic Sans MS"/>
          <w:szCs w:val="20"/>
        </w:rPr>
        <w:t xml:space="preserve"> </w:t>
      </w:r>
      <w:proofErr w:type="spellStart"/>
      <w:r w:rsidR="00CC4454" w:rsidRPr="00AC5ABD">
        <w:rPr>
          <w:rFonts w:eastAsia="Comic Sans MS"/>
          <w:szCs w:val="20"/>
        </w:rPr>
        <w:t>ve</w:t>
      </w:r>
      <w:proofErr w:type="spellEnd"/>
      <w:r w:rsidR="00CC4454" w:rsidRPr="00AC5ABD">
        <w:rPr>
          <w:rFonts w:eastAsia="Comic Sans MS"/>
          <w:szCs w:val="20"/>
        </w:rPr>
        <w:t xml:space="preserve"> </w:t>
      </w:r>
      <w:proofErr w:type="spellStart"/>
      <w:r w:rsidR="00CC4454" w:rsidRPr="00AC5ABD">
        <w:rPr>
          <w:rFonts w:eastAsia="Comic Sans MS"/>
          <w:szCs w:val="20"/>
        </w:rPr>
        <w:t>ellerindeki</w:t>
      </w:r>
      <w:proofErr w:type="spellEnd"/>
      <w:r w:rsidR="00CC4454" w:rsidRPr="00AC5ABD">
        <w:rPr>
          <w:rFonts w:eastAsia="Comic Sans MS"/>
          <w:szCs w:val="20"/>
        </w:rPr>
        <w:t xml:space="preserve"> </w:t>
      </w:r>
      <w:proofErr w:type="spellStart"/>
      <w:r w:rsidR="00CC4454" w:rsidRPr="00AC5ABD">
        <w:rPr>
          <w:rFonts w:eastAsia="Comic Sans MS"/>
          <w:szCs w:val="20"/>
        </w:rPr>
        <w:t>bayrakları</w:t>
      </w:r>
      <w:proofErr w:type="spellEnd"/>
      <w:r w:rsidR="00CC4454" w:rsidRPr="00AC5ABD">
        <w:rPr>
          <w:rFonts w:eastAsia="Comic Sans MS"/>
          <w:szCs w:val="20"/>
        </w:rPr>
        <w:t xml:space="preserve"> </w:t>
      </w:r>
      <w:proofErr w:type="spellStart"/>
      <w:r w:rsidR="00CC4454" w:rsidRPr="00AC5ABD">
        <w:rPr>
          <w:rFonts w:eastAsia="Comic Sans MS"/>
          <w:szCs w:val="20"/>
        </w:rPr>
        <w:t>yavaşça</w:t>
      </w:r>
      <w:proofErr w:type="spellEnd"/>
      <w:r w:rsidR="00CC4454" w:rsidRPr="00AC5ABD">
        <w:rPr>
          <w:rFonts w:eastAsia="Comic Sans MS"/>
          <w:szCs w:val="20"/>
        </w:rPr>
        <w:t xml:space="preserve"> </w:t>
      </w:r>
      <w:proofErr w:type="spellStart"/>
      <w:r w:rsidR="00CC4454" w:rsidRPr="00AC5ABD">
        <w:rPr>
          <w:rFonts w:eastAsia="Comic Sans MS"/>
          <w:szCs w:val="20"/>
        </w:rPr>
        <w:t>dalgalandırır</w:t>
      </w:r>
      <w:proofErr w:type="spellEnd"/>
      <w:r w:rsidR="00CC4454" w:rsidRPr="00AC5ABD">
        <w:rPr>
          <w:rFonts w:eastAsia="Comic Sans MS"/>
          <w:szCs w:val="20"/>
        </w:rPr>
        <w:t>.</w:t>
      </w:r>
    </w:p>
    <w:p w14:paraId="65E51BE4" w14:textId="77777777" w:rsidR="00F627DB" w:rsidRPr="00AC5ABD" w:rsidRDefault="00CC4454">
      <w:pPr>
        <w:keepNext/>
        <w:rPr>
          <w:szCs w:val="20"/>
        </w:rPr>
      </w:pPr>
      <w:r w:rsidRPr="00AC5ABD">
        <w:rPr>
          <w:rFonts w:eastAsia="Comic Sans MS"/>
          <w:b/>
          <w:color w:val="FF0000"/>
          <w:szCs w:val="20"/>
        </w:rPr>
        <w:t>BAYRAK ŞARKISI</w:t>
      </w:r>
    </w:p>
    <w:p w14:paraId="216BDF5C" w14:textId="63B4AAA7" w:rsidR="00F627DB" w:rsidRPr="00AC5ABD" w:rsidRDefault="00CC4454">
      <w:pPr>
        <w:rPr>
          <w:szCs w:val="20"/>
        </w:rPr>
      </w:pPr>
      <w:r w:rsidRPr="00AC5ABD">
        <w:rPr>
          <w:rFonts w:eastAsia="Comic Sans MS"/>
          <w:szCs w:val="20"/>
        </w:rPr>
        <w:t xml:space="preserve">Ay </w:t>
      </w:r>
      <w:proofErr w:type="spellStart"/>
      <w:r w:rsidRPr="00AC5ABD">
        <w:rPr>
          <w:rFonts w:eastAsia="Comic Sans MS"/>
          <w:szCs w:val="20"/>
        </w:rPr>
        <w:t>yıldızlı</w:t>
      </w:r>
      <w:proofErr w:type="spellEnd"/>
      <w:r w:rsidRPr="00AC5ABD">
        <w:rPr>
          <w:rFonts w:eastAsia="Comic Sans MS"/>
          <w:szCs w:val="20"/>
        </w:rPr>
        <w:t xml:space="preserve"> </w:t>
      </w:r>
      <w:proofErr w:type="spellStart"/>
      <w:r w:rsidRPr="00AC5ABD">
        <w:rPr>
          <w:rFonts w:eastAsia="Comic Sans MS"/>
          <w:szCs w:val="20"/>
        </w:rPr>
        <w:t>bayrağım</w:t>
      </w:r>
      <w:proofErr w:type="spellEnd"/>
      <w:r w:rsidRPr="00AC5ABD">
        <w:rPr>
          <w:rFonts w:eastAsia="Comic Sans MS"/>
          <w:szCs w:val="20"/>
        </w:rPr>
        <w:t xml:space="preserve">  </w:t>
      </w:r>
      <w:r w:rsidRPr="00AC5ABD">
        <w:rPr>
          <w:rFonts w:eastAsia="Comic Sans MS"/>
          <w:szCs w:val="20"/>
        </w:rPr>
        <w:br/>
      </w:r>
      <w:proofErr w:type="spellStart"/>
      <w:r w:rsidRPr="00AC5ABD">
        <w:rPr>
          <w:rFonts w:eastAsia="Comic Sans MS"/>
          <w:szCs w:val="20"/>
        </w:rPr>
        <w:t>Dalgalan</w:t>
      </w:r>
      <w:proofErr w:type="spellEnd"/>
      <w:r w:rsidRPr="00AC5ABD">
        <w:rPr>
          <w:rFonts w:eastAsia="Comic Sans MS"/>
          <w:szCs w:val="20"/>
        </w:rPr>
        <w:t xml:space="preserve"> dur </w:t>
      </w:r>
      <w:proofErr w:type="spellStart"/>
      <w:r w:rsidRPr="00AC5ABD">
        <w:rPr>
          <w:rFonts w:eastAsia="Comic Sans MS"/>
          <w:szCs w:val="20"/>
        </w:rPr>
        <w:t>ülkemde</w:t>
      </w:r>
      <w:proofErr w:type="spellEnd"/>
      <w:r w:rsidRPr="00AC5ABD">
        <w:rPr>
          <w:rFonts w:eastAsia="Comic Sans MS"/>
          <w:szCs w:val="20"/>
        </w:rPr>
        <w:t xml:space="preserve">  </w:t>
      </w:r>
      <w:r w:rsidRPr="00AC5ABD">
        <w:rPr>
          <w:rFonts w:eastAsia="Comic Sans MS"/>
          <w:szCs w:val="20"/>
        </w:rPr>
        <w:br/>
      </w:r>
      <w:proofErr w:type="spellStart"/>
      <w:r w:rsidRPr="00AC5ABD">
        <w:rPr>
          <w:rFonts w:eastAsia="Comic Sans MS"/>
          <w:szCs w:val="20"/>
        </w:rPr>
        <w:t>Çocuklar</w:t>
      </w:r>
      <w:proofErr w:type="spellEnd"/>
      <w:r w:rsidRPr="00AC5ABD">
        <w:rPr>
          <w:rFonts w:eastAsia="Comic Sans MS"/>
          <w:szCs w:val="20"/>
        </w:rPr>
        <w:t xml:space="preserve"> </w:t>
      </w:r>
      <w:proofErr w:type="spellStart"/>
      <w:r w:rsidRPr="00AC5ABD">
        <w:rPr>
          <w:rFonts w:eastAsia="Comic Sans MS"/>
          <w:szCs w:val="20"/>
        </w:rPr>
        <w:t>oynasın</w:t>
      </w:r>
      <w:proofErr w:type="spellEnd"/>
      <w:r w:rsidRPr="00AC5ABD">
        <w:rPr>
          <w:rFonts w:eastAsia="Comic Sans MS"/>
          <w:szCs w:val="20"/>
        </w:rPr>
        <w:t xml:space="preserve"> hep  </w:t>
      </w:r>
      <w:r w:rsidRPr="00AC5ABD">
        <w:rPr>
          <w:rFonts w:eastAsia="Comic Sans MS"/>
          <w:szCs w:val="20"/>
        </w:rPr>
        <w:br/>
      </w:r>
      <w:proofErr w:type="spellStart"/>
      <w:r w:rsidRPr="00AC5ABD">
        <w:rPr>
          <w:rFonts w:eastAsia="Comic Sans MS"/>
          <w:szCs w:val="20"/>
        </w:rPr>
        <w:t>Neşe</w:t>
      </w:r>
      <w:proofErr w:type="spellEnd"/>
      <w:r w:rsidRPr="00AC5ABD">
        <w:rPr>
          <w:rFonts w:eastAsia="Comic Sans MS"/>
          <w:szCs w:val="20"/>
        </w:rPr>
        <w:t xml:space="preserve"> </w:t>
      </w:r>
      <w:proofErr w:type="spellStart"/>
      <w:r w:rsidRPr="00AC5ABD">
        <w:rPr>
          <w:rFonts w:eastAsia="Comic Sans MS"/>
          <w:szCs w:val="20"/>
        </w:rPr>
        <w:t>ile</w:t>
      </w:r>
      <w:proofErr w:type="spellEnd"/>
      <w:r w:rsidRPr="00AC5ABD">
        <w:rPr>
          <w:rFonts w:eastAsia="Comic Sans MS"/>
          <w:szCs w:val="20"/>
        </w:rPr>
        <w:t xml:space="preserve"> </w:t>
      </w:r>
      <w:proofErr w:type="spellStart"/>
      <w:r w:rsidRPr="00AC5ABD">
        <w:rPr>
          <w:rFonts w:eastAsia="Comic Sans MS"/>
          <w:szCs w:val="20"/>
        </w:rPr>
        <w:t>gölgende</w:t>
      </w:r>
      <w:proofErr w:type="spellEnd"/>
      <w:r w:rsidRPr="00AC5ABD">
        <w:rPr>
          <w:rFonts w:eastAsia="Comic Sans MS"/>
          <w:szCs w:val="20"/>
        </w:rPr>
        <w:t xml:space="preserve">  </w:t>
      </w:r>
      <w:r w:rsidRPr="00AC5ABD">
        <w:rPr>
          <w:rFonts w:eastAsia="Comic Sans MS"/>
          <w:szCs w:val="20"/>
        </w:rPr>
        <w:br/>
        <w:t xml:space="preserve">Bana </w:t>
      </w:r>
      <w:proofErr w:type="spellStart"/>
      <w:r w:rsidRPr="00AC5ABD">
        <w:rPr>
          <w:rFonts w:eastAsia="Comic Sans MS"/>
          <w:szCs w:val="20"/>
        </w:rPr>
        <w:t>emanetsin</w:t>
      </w:r>
      <w:proofErr w:type="spellEnd"/>
      <w:r w:rsidRPr="00AC5ABD">
        <w:rPr>
          <w:rFonts w:eastAsia="Comic Sans MS"/>
          <w:szCs w:val="20"/>
        </w:rPr>
        <w:t xml:space="preserve"> </w:t>
      </w:r>
      <w:proofErr w:type="spellStart"/>
      <w:r w:rsidRPr="00AC5ABD">
        <w:rPr>
          <w:rFonts w:eastAsia="Comic Sans MS"/>
          <w:szCs w:val="20"/>
        </w:rPr>
        <w:t>sen</w:t>
      </w:r>
      <w:proofErr w:type="spellEnd"/>
      <w:r w:rsidRPr="00AC5ABD">
        <w:rPr>
          <w:rFonts w:eastAsia="Comic Sans MS"/>
          <w:szCs w:val="20"/>
        </w:rPr>
        <w:t xml:space="preserve">  </w:t>
      </w:r>
      <w:r w:rsidRPr="00AC5ABD">
        <w:rPr>
          <w:rFonts w:eastAsia="Comic Sans MS"/>
          <w:szCs w:val="20"/>
        </w:rPr>
        <w:br/>
        <w:t xml:space="preserve">Büyük </w:t>
      </w:r>
      <w:proofErr w:type="spellStart"/>
      <w:r w:rsidRPr="00AC5ABD">
        <w:rPr>
          <w:rFonts w:eastAsia="Comic Sans MS"/>
          <w:szCs w:val="20"/>
        </w:rPr>
        <w:t>büyük</w:t>
      </w:r>
      <w:proofErr w:type="spellEnd"/>
      <w:r w:rsidRPr="00AC5ABD">
        <w:rPr>
          <w:rFonts w:eastAsia="Comic Sans MS"/>
          <w:szCs w:val="20"/>
        </w:rPr>
        <w:t xml:space="preserve"> </w:t>
      </w:r>
      <w:proofErr w:type="spellStart"/>
      <w:r w:rsidRPr="00AC5ABD">
        <w:rPr>
          <w:rFonts w:eastAsia="Comic Sans MS"/>
          <w:szCs w:val="20"/>
        </w:rPr>
        <w:t>dedemden</w:t>
      </w:r>
      <w:proofErr w:type="spellEnd"/>
      <w:r w:rsidRPr="00AC5ABD">
        <w:rPr>
          <w:rFonts w:eastAsia="Comic Sans MS"/>
          <w:szCs w:val="20"/>
        </w:rPr>
        <w:t xml:space="preserve">  </w:t>
      </w:r>
      <w:r w:rsidRPr="00AC5ABD">
        <w:rPr>
          <w:rFonts w:eastAsia="Comic Sans MS"/>
          <w:szCs w:val="20"/>
        </w:rPr>
        <w:br/>
      </w:r>
      <w:proofErr w:type="spellStart"/>
      <w:r w:rsidRPr="00AC5ABD">
        <w:rPr>
          <w:rFonts w:eastAsia="Comic Sans MS"/>
          <w:szCs w:val="20"/>
        </w:rPr>
        <w:t>Koruyacağım</w:t>
      </w:r>
      <w:proofErr w:type="spellEnd"/>
      <w:r w:rsidRPr="00AC5ABD">
        <w:rPr>
          <w:rFonts w:eastAsia="Comic Sans MS"/>
          <w:szCs w:val="20"/>
        </w:rPr>
        <w:t xml:space="preserve"> </w:t>
      </w:r>
      <w:proofErr w:type="spellStart"/>
      <w:r w:rsidRPr="00AC5ABD">
        <w:rPr>
          <w:rFonts w:eastAsia="Comic Sans MS"/>
          <w:szCs w:val="20"/>
        </w:rPr>
        <w:t>seni</w:t>
      </w:r>
      <w:proofErr w:type="spellEnd"/>
      <w:r w:rsidRPr="00AC5ABD">
        <w:rPr>
          <w:rFonts w:eastAsia="Comic Sans MS"/>
          <w:szCs w:val="20"/>
        </w:rPr>
        <w:t xml:space="preserve">  </w:t>
      </w:r>
      <w:r w:rsidRPr="00AC5ABD">
        <w:rPr>
          <w:rFonts w:eastAsia="Comic Sans MS"/>
          <w:szCs w:val="20"/>
        </w:rPr>
        <w:br/>
      </w:r>
      <w:proofErr w:type="spellStart"/>
      <w:r w:rsidRPr="00AC5ABD">
        <w:rPr>
          <w:rFonts w:eastAsia="Comic Sans MS"/>
          <w:szCs w:val="20"/>
        </w:rPr>
        <w:t>Seveceğim</w:t>
      </w:r>
      <w:proofErr w:type="spellEnd"/>
      <w:r w:rsidRPr="00AC5ABD">
        <w:rPr>
          <w:rFonts w:eastAsia="Comic Sans MS"/>
          <w:szCs w:val="20"/>
        </w:rPr>
        <w:t xml:space="preserve"> </w:t>
      </w:r>
      <w:proofErr w:type="spellStart"/>
      <w:r w:rsidRPr="00AC5ABD">
        <w:rPr>
          <w:rFonts w:eastAsia="Comic Sans MS"/>
          <w:szCs w:val="20"/>
        </w:rPr>
        <w:t>gönülden</w:t>
      </w:r>
      <w:proofErr w:type="spellEnd"/>
    </w:p>
    <w:p w14:paraId="4264849E" w14:textId="77777777" w:rsidR="00F627DB" w:rsidRPr="00AC5ABD" w:rsidRDefault="00CC4454">
      <w:pPr>
        <w:rPr>
          <w:szCs w:val="20"/>
        </w:rPr>
      </w:pPr>
      <w:proofErr w:type="spellStart"/>
      <w:r w:rsidRPr="00AC5ABD">
        <w:rPr>
          <w:rFonts w:eastAsia="Comic Sans MS"/>
          <w:szCs w:val="20"/>
        </w:rPr>
        <w:t>Şarkıdan</w:t>
      </w:r>
      <w:proofErr w:type="spellEnd"/>
      <w:r w:rsidRPr="00AC5ABD">
        <w:rPr>
          <w:rFonts w:eastAsia="Comic Sans MS"/>
          <w:szCs w:val="20"/>
        </w:rPr>
        <w:t xml:space="preserve"> </w:t>
      </w:r>
      <w:proofErr w:type="spellStart"/>
      <w:r w:rsidRPr="00AC5ABD">
        <w:rPr>
          <w:rFonts w:eastAsia="Comic Sans MS"/>
          <w:szCs w:val="20"/>
        </w:rPr>
        <w:t>sonra</w:t>
      </w:r>
      <w:proofErr w:type="spellEnd"/>
      <w:r w:rsidRPr="00AC5ABD">
        <w:rPr>
          <w:rFonts w:eastAsia="Comic Sans MS"/>
          <w:szCs w:val="20"/>
        </w:rPr>
        <w:t xml:space="preserve"> </w:t>
      </w:r>
      <w:proofErr w:type="spellStart"/>
      <w:r w:rsidRPr="00AC5ABD">
        <w:rPr>
          <w:rFonts w:eastAsia="Comic Sans MS"/>
          <w:szCs w:val="20"/>
        </w:rPr>
        <w:t>kısa</w:t>
      </w:r>
      <w:proofErr w:type="spellEnd"/>
      <w:r w:rsidRPr="00AC5ABD">
        <w:rPr>
          <w:rFonts w:eastAsia="Comic Sans MS"/>
          <w:szCs w:val="20"/>
        </w:rPr>
        <w:t xml:space="preserve"> </w:t>
      </w:r>
      <w:proofErr w:type="spellStart"/>
      <w:r w:rsidRPr="00AC5ABD">
        <w:rPr>
          <w:rFonts w:eastAsia="Comic Sans MS"/>
          <w:szCs w:val="20"/>
        </w:rPr>
        <w:t>bir</w:t>
      </w:r>
      <w:proofErr w:type="spellEnd"/>
      <w:r w:rsidRPr="00AC5ABD">
        <w:rPr>
          <w:rFonts w:eastAsia="Comic Sans MS"/>
          <w:szCs w:val="20"/>
        </w:rPr>
        <w:t xml:space="preserve"> </w:t>
      </w:r>
      <w:proofErr w:type="spellStart"/>
      <w:r w:rsidRPr="00AC5ABD">
        <w:rPr>
          <w:rFonts w:eastAsia="Comic Sans MS"/>
          <w:szCs w:val="20"/>
        </w:rPr>
        <w:t>el</w:t>
      </w:r>
      <w:proofErr w:type="spellEnd"/>
      <w:r w:rsidRPr="00AC5ABD">
        <w:rPr>
          <w:rFonts w:eastAsia="Comic Sans MS"/>
          <w:szCs w:val="20"/>
        </w:rPr>
        <w:t xml:space="preserve"> </w:t>
      </w:r>
      <w:proofErr w:type="spellStart"/>
      <w:r w:rsidRPr="00AC5ABD">
        <w:rPr>
          <w:rFonts w:eastAsia="Comic Sans MS"/>
          <w:szCs w:val="20"/>
        </w:rPr>
        <w:t>oyunu</w:t>
      </w:r>
      <w:proofErr w:type="spellEnd"/>
      <w:r w:rsidRPr="00AC5ABD">
        <w:rPr>
          <w:rFonts w:eastAsia="Comic Sans MS"/>
          <w:szCs w:val="20"/>
        </w:rPr>
        <w:t xml:space="preserve"> </w:t>
      </w:r>
      <w:proofErr w:type="spellStart"/>
      <w:r w:rsidRPr="00AC5ABD">
        <w:rPr>
          <w:rFonts w:eastAsia="Comic Sans MS"/>
          <w:szCs w:val="20"/>
        </w:rPr>
        <w:t>oynanır</w:t>
      </w:r>
      <w:proofErr w:type="spellEnd"/>
      <w:r w:rsidRPr="00AC5ABD">
        <w:rPr>
          <w:rFonts w:eastAsia="Comic Sans MS"/>
          <w:szCs w:val="20"/>
        </w:rPr>
        <w:t xml:space="preserve">. </w:t>
      </w:r>
      <w:proofErr w:type="spellStart"/>
      <w:r w:rsidRPr="00AC5ABD">
        <w:rPr>
          <w:rFonts w:eastAsia="Comic Sans MS"/>
          <w:szCs w:val="20"/>
        </w:rPr>
        <w:t>Öğretmen</w:t>
      </w:r>
      <w:proofErr w:type="spellEnd"/>
      <w:r w:rsidRPr="00AC5ABD">
        <w:rPr>
          <w:rFonts w:eastAsia="Comic Sans MS"/>
          <w:szCs w:val="20"/>
        </w:rPr>
        <w:t xml:space="preserve"> “Eller </w:t>
      </w:r>
      <w:proofErr w:type="spellStart"/>
      <w:r w:rsidRPr="00AC5ABD">
        <w:rPr>
          <w:rFonts w:eastAsia="Comic Sans MS"/>
          <w:szCs w:val="20"/>
        </w:rPr>
        <w:t>açıldı</w:t>
      </w:r>
      <w:proofErr w:type="spellEnd"/>
      <w:r w:rsidRPr="00AC5ABD">
        <w:rPr>
          <w:rFonts w:eastAsia="Comic Sans MS"/>
          <w:szCs w:val="20"/>
        </w:rPr>
        <w:t xml:space="preserve">.” </w:t>
      </w:r>
      <w:proofErr w:type="spellStart"/>
      <w:r w:rsidRPr="00AC5ABD">
        <w:rPr>
          <w:rFonts w:eastAsia="Comic Sans MS"/>
          <w:szCs w:val="20"/>
        </w:rPr>
        <w:t>derken</w:t>
      </w:r>
      <w:proofErr w:type="spellEnd"/>
      <w:r w:rsidRPr="00AC5ABD">
        <w:rPr>
          <w:rFonts w:eastAsia="Comic Sans MS"/>
          <w:szCs w:val="20"/>
        </w:rPr>
        <w:t xml:space="preserve"> </w:t>
      </w:r>
      <w:proofErr w:type="spellStart"/>
      <w:r w:rsidRPr="00AC5ABD">
        <w:rPr>
          <w:rFonts w:eastAsia="Comic Sans MS"/>
          <w:szCs w:val="20"/>
        </w:rPr>
        <w:t>avuçlarını</w:t>
      </w:r>
      <w:proofErr w:type="spellEnd"/>
      <w:r w:rsidRPr="00AC5ABD">
        <w:rPr>
          <w:rFonts w:eastAsia="Comic Sans MS"/>
          <w:szCs w:val="20"/>
        </w:rPr>
        <w:t xml:space="preserve"> </w:t>
      </w:r>
      <w:proofErr w:type="spellStart"/>
      <w:r w:rsidRPr="00AC5ABD">
        <w:rPr>
          <w:rFonts w:eastAsia="Comic Sans MS"/>
          <w:szCs w:val="20"/>
        </w:rPr>
        <w:t>açar</w:t>
      </w:r>
      <w:proofErr w:type="spellEnd"/>
      <w:r w:rsidRPr="00AC5ABD">
        <w:rPr>
          <w:rFonts w:eastAsia="Comic Sans MS"/>
          <w:szCs w:val="20"/>
        </w:rPr>
        <w:t xml:space="preserve">, “Eller </w:t>
      </w:r>
      <w:proofErr w:type="spellStart"/>
      <w:r w:rsidRPr="00AC5ABD">
        <w:rPr>
          <w:rFonts w:eastAsia="Comic Sans MS"/>
          <w:szCs w:val="20"/>
        </w:rPr>
        <w:t>kapandı</w:t>
      </w:r>
      <w:proofErr w:type="spellEnd"/>
      <w:r w:rsidRPr="00AC5ABD">
        <w:rPr>
          <w:rFonts w:eastAsia="Comic Sans MS"/>
          <w:szCs w:val="20"/>
        </w:rPr>
        <w:t xml:space="preserve">.” </w:t>
      </w:r>
      <w:proofErr w:type="spellStart"/>
      <w:r w:rsidRPr="00AC5ABD">
        <w:rPr>
          <w:rFonts w:eastAsia="Comic Sans MS"/>
          <w:szCs w:val="20"/>
        </w:rPr>
        <w:t>derken</w:t>
      </w:r>
      <w:proofErr w:type="spellEnd"/>
      <w:r w:rsidRPr="00AC5ABD">
        <w:rPr>
          <w:rFonts w:eastAsia="Comic Sans MS"/>
          <w:szCs w:val="20"/>
        </w:rPr>
        <w:t xml:space="preserve"> </w:t>
      </w:r>
      <w:proofErr w:type="spellStart"/>
      <w:r w:rsidRPr="00AC5ABD">
        <w:rPr>
          <w:rFonts w:eastAsia="Comic Sans MS"/>
          <w:szCs w:val="20"/>
        </w:rPr>
        <w:t>gevşekçe</w:t>
      </w:r>
      <w:proofErr w:type="spellEnd"/>
      <w:r w:rsidRPr="00AC5ABD">
        <w:rPr>
          <w:rFonts w:eastAsia="Comic Sans MS"/>
          <w:szCs w:val="20"/>
        </w:rPr>
        <w:t xml:space="preserve"> </w:t>
      </w:r>
      <w:proofErr w:type="spellStart"/>
      <w:r w:rsidRPr="00AC5ABD">
        <w:rPr>
          <w:rFonts w:eastAsia="Comic Sans MS"/>
          <w:szCs w:val="20"/>
        </w:rPr>
        <w:t>kapatır</w:t>
      </w:r>
      <w:proofErr w:type="spellEnd"/>
      <w:r w:rsidRPr="00AC5ABD">
        <w:rPr>
          <w:rFonts w:eastAsia="Comic Sans MS"/>
          <w:szCs w:val="20"/>
        </w:rPr>
        <w:t>. “</w:t>
      </w:r>
      <w:proofErr w:type="spellStart"/>
      <w:r w:rsidRPr="00AC5ABD">
        <w:rPr>
          <w:rFonts w:eastAsia="Comic Sans MS"/>
          <w:szCs w:val="20"/>
        </w:rPr>
        <w:t>Yavaşça</w:t>
      </w:r>
      <w:proofErr w:type="spellEnd"/>
      <w:r w:rsidRPr="00AC5ABD">
        <w:rPr>
          <w:rFonts w:eastAsia="Comic Sans MS"/>
          <w:szCs w:val="20"/>
        </w:rPr>
        <w:t xml:space="preserve"> </w:t>
      </w:r>
      <w:proofErr w:type="spellStart"/>
      <w:r w:rsidRPr="00AC5ABD">
        <w:rPr>
          <w:rFonts w:eastAsia="Comic Sans MS"/>
          <w:szCs w:val="20"/>
        </w:rPr>
        <w:t>sallandı</w:t>
      </w:r>
      <w:proofErr w:type="spellEnd"/>
      <w:r w:rsidRPr="00AC5ABD">
        <w:rPr>
          <w:rFonts w:eastAsia="Comic Sans MS"/>
          <w:szCs w:val="20"/>
        </w:rPr>
        <w:t xml:space="preserve">, </w:t>
      </w:r>
      <w:proofErr w:type="spellStart"/>
      <w:r w:rsidRPr="00AC5ABD">
        <w:rPr>
          <w:rFonts w:eastAsia="Comic Sans MS"/>
          <w:szCs w:val="20"/>
        </w:rPr>
        <w:t>dizlerime</w:t>
      </w:r>
      <w:proofErr w:type="spellEnd"/>
      <w:r w:rsidRPr="00AC5ABD">
        <w:rPr>
          <w:rFonts w:eastAsia="Comic Sans MS"/>
          <w:szCs w:val="20"/>
        </w:rPr>
        <w:t xml:space="preserve"> </w:t>
      </w:r>
      <w:proofErr w:type="spellStart"/>
      <w:r w:rsidRPr="00AC5ABD">
        <w:rPr>
          <w:rFonts w:eastAsia="Comic Sans MS"/>
          <w:szCs w:val="20"/>
        </w:rPr>
        <w:t>kondu</w:t>
      </w:r>
      <w:proofErr w:type="spellEnd"/>
      <w:r w:rsidRPr="00AC5ABD">
        <w:rPr>
          <w:rFonts w:eastAsia="Comic Sans MS"/>
          <w:szCs w:val="20"/>
        </w:rPr>
        <w:t xml:space="preserve">.” </w:t>
      </w:r>
      <w:proofErr w:type="spellStart"/>
      <w:r w:rsidRPr="00AC5ABD">
        <w:rPr>
          <w:rFonts w:eastAsia="Comic Sans MS"/>
          <w:szCs w:val="20"/>
        </w:rPr>
        <w:t>sözleriyle</w:t>
      </w:r>
      <w:proofErr w:type="spellEnd"/>
      <w:r w:rsidRPr="00AC5ABD">
        <w:rPr>
          <w:rFonts w:eastAsia="Comic Sans MS"/>
          <w:szCs w:val="20"/>
        </w:rPr>
        <w:t xml:space="preserve"> </w:t>
      </w:r>
      <w:proofErr w:type="spellStart"/>
      <w:r w:rsidRPr="00AC5ABD">
        <w:rPr>
          <w:rFonts w:eastAsia="Comic Sans MS"/>
          <w:szCs w:val="20"/>
        </w:rPr>
        <w:t>ellerini</w:t>
      </w:r>
      <w:proofErr w:type="spellEnd"/>
      <w:r w:rsidRPr="00AC5ABD">
        <w:rPr>
          <w:rFonts w:eastAsia="Comic Sans MS"/>
          <w:szCs w:val="20"/>
        </w:rPr>
        <w:t xml:space="preserve"> </w:t>
      </w:r>
      <w:proofErr w:type="spellStart"/>
      <w:r w:rsidRPr="00AC5ABD">
        <w:rPr>
          <w:rFonts w:eastAsia="Comic Sans MS"/>
          <w:szCs w:val="20"/>
        </w:rPr>
        <w:t>sallayıp</w:t>
      </w:r>
      <w:proofErr w:type="spellEnd"/>
      <w:r w:rsidRPr="00AC5ABD">
        <w:rPr>
          <w:rFonts w:eastAsia="Comic Sans MS"/>
          <w:szCs w:val="20"/>
        </w:rPr>
        <w:t xml:space="preserve"> </w:t>
      </w:r>
      <w:proofErr w:type="spellStart"/>
      <w:r w:rsidRPr="00AC5ABD">
        <w:rPr>
          <w:rFonts w:eastAsia="Comic Sans MS"/>
          <w:szCs w:val="20"/>
        </w:rPr>
        <w:t>dizlerine</w:t>
      </w:r>
      <w:proofErr w:type="spellEnd"/>
      <w:r w:rsidRPr="00AC5ABD">
        <w:rPr>
          <w:rFonts w:eastAsia="Comic Sans MS"/>
          <w:szCs w:val="20"/>
        </w:rPr>
        <w:t xml:space="preserve"> </w:t>
      </w:r>
      <w:proofErr w:type="spellStart"/>
      <w:r w:rsidRPr="00AC5ABD">
        <w:rPr>
          <w:rFonts w:eastAsia="Comic Sans MS"/>
          <w:szCs w:val="20"/>
        </w:rPr>
        <w:t>koyar</w:t>
      </w:r>
      <w:proofErr w:type="spellEnd"/>
      <w:r w:rsidRPr="00AC5ABD">
        <w:rPr>
          <w:rFonts w:eastAsia="Comic Sans MS"/>
          <w:szCs w:val="20"/>
        </w:rPr>
        <w:t xml:space="preserve">. </w:t>
      </w:r>
      <w:proofErr w:type="spellStart"/>
      <w:r w:rsidRPr="00AC5ABD">
        <w:rPr>
          <w:rFonts w:eastAsia="Comic Sans MS"/>
          <w:szCs w:val="20"/>
        </w:rPr>
        <w:t>Çocuklar</w:t>
      </w:r>
      <w:proofErr w:type="spellEnd"/>
      <w:r w:rsidRPr="00AC5ABD">
        <w:rPr>
          <w:rFonts w:eastAsia="Comic Sans MS"/>
          <w:szCs w:val="20"/>
        </w:rPr>
        <w:t xml:space="preserve"> </w:t>
      </w:r>
      <w:proofErr w:type="spellStart"/>
      <w:r w:rsidRPr="00AC5ABD">
        <w:rPr>
          <w:rFonts w:eastAsia="Comic Sans MS"/>
          <w:szCs w:val="20"/>
        </w:rPr>
        <w:t>hareketleri</w:t>
      </w:r>
      <w:proofErr w:type="spellEnd"/>
      <w:r w:rsidRPr="00AC5ABD">
        <w:rPr>
          <w:rFonts w:eastAsia="Comic Sans MS"/>
          <w:szCs w:val="20"/>
        </w:rPr>
        <w:t xml:space="preserve"> </w:t>
      </w:r>
      <w:proofErr w:type="spellStart"/>
      <w:r w:rsidRPr="00AC5ABD">
        <w:rPr>
          <w:rFonts w:eastAsia="Comic Sans MS"/>
          <w:szCs w:val="20"/>
        </w:rPr>
        <w:t>iki</w:t>
      </w:r>
      <w:proofErr w:type="spellEnd"/>
      <w:r w:rsidRPr="00AC5ABD">
        <w:rPr>
          <w:rFonts w:eastAsia="Comic Sans MS"/>
          <w:szCs w:val="20"/>
        </w:rPr>
        <w:t>–</w:t>
      </w:r>
      <w:proofErr w:type="spellStart"/>
      <w:r w:rsidRPr="00AC5ABD">
        <w:rPr>
          <w:rFonts w:eastAsia="Comic Sans MS"/>
          <w:szCs w:val="20"/>
        </w:rPr>
        <w:t>üç</w:t>
      </w:r>
      <w:proofErr w:type="spellEnd"/>
      <w:r w:rsidRPr="00AC5ABD">
        <w:rPr>
          <w:rFonts w:eastAsia="Comic Sans MS"/>
          <w:szCs w:val="20"/>
        </w:rPr>
        <w:t xml:space="preserve"> </w:t>
      </w:r>
      <w:proofErr w:type="spellStart"/>
      <w:r w:rsidRPr="00AC5ABD">
        <w:rPr>
          <w:rFonts w:eastAsia="Comic Sans MS"/>
          <w:szCs w:val="20"/>
        </w:rPr>
        <w:t>kez</w:t>
      </w:r>
      <w:proofErr w:type="spellEnd"/>
      <w:r w:rsidRPr="00AC5ABD">
        <w:rPr>
          <w:rFonts w:eastAsia="Comic Sans MS"/>
          <w:szCs w:val="20"/>
        </w:rPr>
        <w:t xml:space="preserve"> </w:t>
      </w:r>
      <w:proofErr w:type="spellStart"/>
      <w:r w:rsidRPr="00AC5ABD">
        <w:rPr>
          <w:rFonts w:eastAsia="Comic Sans MS"/>
          <w:szCs w:val="20"/>
        </w:rPr>
        <w:t>tekrar</w:t>
      </w:r>
      <w:proofErr w:type="spellEnd"/>
      <w:r w:rsidRPr="00AC5ABD">
        <w:rPr>
          <w:rFonts w:eastAsia="Comic Sans MS"/>
          <w:szCs w:val="20"/>
        </w:rPr>
        <w:t xml:space="preserve"> </w:t>
      </w:r>
      <w:proofErr w:type="spellStart"/>
      <w:r w:rsidRPr="00AC5ABD">
        <w:rPr>
          <w:rFonts w:eastAsia="Comic Sans MS"/>
          <w:szCs w:val="20"/>
        </w:rPr>
        <w:t>eder</w:t>
      </w:r>
      <w:proofErr w:type="spellEnd"/>
      <w:r w:rsidRPr="00AC5ABD">
        <w:rPr>
          <w:rFonts w:eastAsia="Comic Sans MS"/>
          <w:szCs w:val="20"/>
        </w:rPr>
        <w:t xml:space="preserve">; </w:t>
      </w:r>
      <w:proofErr w:type="spellStart"/>
      <w:r w:rsidRPr="00AC5ABD">
        <w:rPr>
          <w:rFonts w:eastAsia="Comic Sans MS"/>
          <w:szCs w:val="20"/>
        </w:rPr>
        <w:t>sonraki</w:t>
      </w:r>
      <w:proofErr w:type="spellEnd"/>
      <w:r w:rsidRPr="00AC5ABD">
        <w:rPr>
          <w:rFonts w:eastAsia="Comic Sans MS"/>
          <w:szCs w:val="20"/>
        </w:rPr>
        <w:t xml:space="preserve"> </w:t>
      </w:r>
      <w:proofErr w:type="spellStart"/>
      <w:r w:rsidRPr="00AC5ABD">
        <w:rPr>
          <w:rFonts w:eastAsia="Comic Sans MS"/>
          <w:szCs w:val="20"/>
        </w:rPr>
        <w:t>tekrarda</w:t>
      </w:r>
      <w:proofErr w:type="spellEnd"/>
      <w:r w:rsidRPr="00AC5ABD">
        <w:rPr>
          <w:rFonts w:eastAsia="Comic Sans MS"/>
          <w:szCs w:val="20"/>
        </w:rPr>
        <w:t xml:space="preserve"> </w:t>
      </w:r>
      <w:proofErr w:type="spellStart"/>
      <w:r w:rsidRPr="00AC5ABD">
        <w:rPr>
          <w:rFonts w:eastAsia="Comic Sans MS"/>
          <w:szCs w:val="20"/>
        </w:rPr>
        <w:t>isteyen</w:t>
      </w:r>
      <w:proofErr w:type="spellEnd"/>
      <w:r w:rsidRPr="00AC5ABD">
        <w:rPr>
          <w:rFonts w:eastAsia="Comic Sans MS"/>
          <w:szCs w:val="20"/>
        </w:rPr>
        <w:t xml:space="preserve"> </w:t>
      </w:r>
      <w:proofErr w:type="spellStart"/>
      <w:r w:rsidRPr="00AC5ABD">
        <w:rPr>
          <w:rFonts w:eastAsia="Comic Sans MS"/>
          <w:szCs w:val="20"/>
        </w:rPr>
        <w:t>çocuk</w:t>
      </w:r>
      <w:proofErr w:type="spellEnd"/>
      <w:r w:rsidRPr="00AC5ABD">
        <w:rPr>
          <w:rFonts w:eastAsia="Comic Sans MS"/>
          <w:szCs w:val="20"/>
        </w:rPr>
        <w:t xml:space="preserve"> </w:t>
      </w:r>
      <w:proofErr w:type="spellStart"/>
      <w:r w:rsidRPr="00AC5ABD">
        <w:rPr>
          <w:rFonts w:eastAsia="Comic Sans MS"/>
          <w:szCs w:val="20"/>
        </w:rPr>
        <w:t>hareketi</w:t>
      </w:r>
      <w:proofErr w:type="spellEnd"/>
      <w:r w:rsidRPr="00AC5ABD">
        <w:rPr>
          <w:rFonts w:eastAsia="Comic Sans MS"/>
          <w:szCs w:val="20"/>
        </w:rPr>
        <w:t xml:space="preserve"> </w:t>
      </w:r>
      <w:proofErr w:type="spellStart"/>
      <w:r w:rsidRPr="00AC5ABD">
        <w:rPr>
          <w:rFonts w:eastAsia="Comic Sans MS"/>
          <w:szCs w:val="20"/>
        </w:rPr>
        <w:t>başlatır</w:t>
      </w:r>
      <w:proofErr w:type="spellEnd"/>
      <w:r w:rsidRPr="00AC5ABD">
        <w:rPr>
          <w:rFonts w:eastAsia="Comic Sans MS"/>
          <w:szCs w:val="20"/>
        </w:rPr>
        <w:t>.</w:t>
      </w:r>
    </w:p>
    <w:p w14:paraId="3717D593" w14:textId="77777777" w:rsidR="00F627DB" w:rsidRPr="00AC5ABD" w:rsidRDefault="00CC4454">
      <w:pPr>
        <w:keepNext/>
        <w:rPr>
          <w:szCs w:val="20"/>
        </w:rPr>
      </w:pPr>
      <w:r w:rsidRPr="00AC5ABD">
        <w:rPr>
          <w:rFonts w:eastAsia="Comic Sans MS"/>
          <w:b/>
          <w:color w:val="002060"/>
          <w:szCs w:val="20"/>
        </w:rPr>
        <w:t>Fen (</w:t>
      </w:r>
      <w:proofErr w:type="spellStart"/>
      <w:r w:rsidRPr="00AC5ABD">
        <w:rPr>
          <w:rFonts w:eastAsia="Comic Sans MS"/>
          <w:b/>
          <w:color w:val="002060"/>
          <w:szCs w:val="20"/>
        </w:rPr>
        <w:t>Küçük</w:t>
      </w:r>
      <w:proofErr w:type="spellEnd"/>
      <w:r w:rsidRPr="00AC5ABD">
        <w:rPr>
          <w:rFonts w:eastAsia="Comic Sans MS"/>
          <w:b/>
          <w:color w:val="002060"/>
          <w:szCs w:val="20"/>
        </w:rPr>
        <w:t xml:space="preserve"> </w:t>
      </w:r>
      <w:proofErr w:type="spellStart"/>
      <w:r w:rsidRPr="00AC5ABD">
        <w:rPr>
          <w:rFonts w:eastAsia="Comic Sans MS"/>
          <w:b/>
          <w:color w:val="002060"/>
          <w:szCs w:val="20"/>
        </w:rPr>
        <w:t>Grup</w:t>
      </w:r>
      <w:proofErr w:type="spellEnd"/>
      <w:r w:rsidRPr="00AC5ABD">
        <w:rPr>
          <w:rFonts w:eastAsia="Comic Sans MS"/>
          <w:b/>
          <w:color w:val="002060"/>
          <w:szCs w:val="20"/>
        </w:rPr>
        <w:t xml:space="preserve"> </w:t>
      </w:r>
      <w:proofErr w:type="spellStart"/>
      <w:r w:rsidRPr="00AC5ABD">
        <w:rPr>
          <w:rFonts w:eastAsia="Comic Sans MS"/>
          <w:b/>
          <w:color w:val="002060"/>
          <w:szCs w:val="20"/>
        </w:rPr>
        <w:t>Etkinliği</w:t>
      </w:r>
      <w:proofErr w:type="spellEnd"/>
      <w:r w:rsidRPr="00AC5ABD">
        <w:rPr>
          <w:rFonts w:eastAsia="Comic Sans MS"/>
          <w:b/>
          <w:color w:val="002060"/>
          <w:szCs w:val="20"/>
        </w:rPr>
        <w:t>)</w:t>
      </w:r>
    </w:p>
    <w:p w14:paraId="286927DE" w14:textId="2CD51684" w:rsidR="00F627DB" w:rsidRPr="00AC5ABD" w:rsidRDefault="001C145E">
      <w:pPr>
        <w:rPr>
          <w:szCs w:val="20"/>
        </w:rPr>
      </w:pPr>
      <w:hyperlink r:id="rId12">
        <w:r w:rsidR="00CC4454" w:rsidRPr="00AC5ABD">
          <w:rPr>
            <w:rFonts w:eastAsia="Comic Sans MS"/>
            <w:color w:val="0563C1"/>
            <w:szCs w:val="20"/>
            <w:u w:val="single"/>
          </w:rPr>
          <w:t xml:space="preserve">“Bayrak </w:t>
        </w:r>
        <w:proofErr w:type="spellStart"/>
        <w:r w:rsidR="00CC4454" w:rsidRPr="00AC5ABD">
          <w:rPr>
            <w:rFonts w:eastAsia="Comic Sans MS"/>
            <w:color w:val="0563C1"/>
            <w:szCs w:val="20"/>
            <w:u w:val="single"/>
          </w:rPr>
          <w:t>Deneyi</w:t>
        </w:r>
        <w:proofErr w:type="spellEnd"/>
        <w:r w:rsidR="00CC4454" w:rsidRPr="00AC5ABD">
          <w:rPr>
            <w:rFonts w:eastAsia="Comic Sans MS"/>
            <w:color w:val="0563C1"/>
            <w:szCs w:val="20"/>
            <w:u w:val="single"/>
          </w:rPr>
          <w:t>”</w:t>
        </w:r>
      </w:hyperlink>
      <w:r w:rsidR="00CC4454" w:rsidRPr="00AC5ABD">
        <w:rPr>
          <w:rFonts w:eastAsia="Comic Sans MS"/>
          <w:szCs w:val="20"/>
        </w:rPr>
        <w:t xml:space="preserve"> </w:t>
      </w:r>
      <w:proofErr w:type="spellStart"/>
      <w:r w:rsidR="00CC4454" w:rsidRPr="00AC5ABD">
        <w:rPr>
          <w:rFonts w:eastAsia="Comic Sans MS"/>
          <w:szCs w:val="20"/>
        </w:rPr>
        <w:t>çalışması</w:t>
      </w:r>
      <w:proofErr w:type="spellEnd"/>
      <w:r w:rsidR="00CC4454" w:rsidRPr="00AC5ABD">
        <w:rPr>
          <w:rFonts w:eastAsia="Comic Sans MS"/>
          <w:szCs w:val="20"/>
        </w:rPr>
        <w:t xml:space="preserve"> </w:t>
      </w:r>
      <w:proofErr w:type="spellStart"/>
      <w:r w:rsidR="00CC4454" w:rsidRPr="00AC5ABD">
        <w:rPr>
          <w:rFonts w:eastAsia="Comic Sans MS"/>
          <w:szCs w:val="20"/>
        </w:rPr>
        <w:t>için</w:t>
      </w:r>
      <w:proofErr w:type="spellEnd"/>
      <w:r w:rsidR="00CC4454" w:rsidRPr="00AC5ABD">
        <w:rPr>
          <w:rFonts w:eastAsia="Comic Sans MS"/>
          <w:szCs w:val="20"/>
        </w:rPr>
        <w:t xml:space="preserve"> “</w:t>
      </w:r>
      <w:proofErr w:type="spellStart"/>
      <w:r w:rsidR="00CC4454" w:rsidRPr="00AC5ABD">
        <w:rPr>
          <w:rFonts w:eastAsia="Comic Sans MS"/>
          <w:szCs w:val="20"/>
        </w:rPr>
        <w:t>Katladığımız</w:t>
      </w:r>
      <w:proofErr w:type="spellEnd"/>
      <w:r w:rsidR="00CC4454" w:rsidRPr="00AC5ABD">
        <w:rPr>
          <w:rFonts w:eastAsia="Comic Sans MS"/>
          <w:szCs w:val="20"/>
        </w:rPr>
        <w:t xml:space="preserve"> </w:t>
      </w:r>
      <w:proofErr w:type="spellStart"/>
      <w:r w:rsidR="00CC4454" w:rsidRPr="00AC5ABD">
        <w:rPr>
          <w:rFonts w:eastAsia="Comic Sans MS"/>
          <w:szCs w:val="20"/>
        </w:rPr>
        <w:t>kâğıt</w:t>
      </w:r>
      <w:proofErr w:type="spellEnd"/>
      <w:r w:rsidR="00CC4454" w:rsidRPr="00AC5ABD">
        <w:rPr>
          <w:rFonts w:eastAsia="Comic Sans MS"/>
          <w:szCs w:val="20"/>
        </w:rPr>
        <w:t xml:space="preserve"> </w:t>
      </w:r>
      <w:proofErr w:type="spellStart"/>
      <w:r w:rsidR="00CC4454" w:rsidRPr="00AC5ABD">
        <w:rPr>
          <w:rFonts w:eastAsia="Comic Sans MS"/>
          <w:szCs w:val="20"/>
        </w:rPr>
        <w:t>yıldızı</w:t>
      </w:r>
      <w:proofErr w:type="spellEnd"/>
      <w:r w:rsidR="00CC4454" w:rsidRPr="00AC5ABD">
        <w:rPr>
          <w:rFonts w:eastAsia="Comic Sans MS"/>
          <w:szCs w:val="20"/>
        </w:rPr>
        <w:t xml:space="preserve"> </w:t>
      </w:r>
      <w:proofErr w:type="spellStart"/>
      <w:r w:rsidR="00CC4454" w:rsidRPr="00AC5ABD">
        <w:rPr>
          <w:rFonts w:eastAsia="Comic Sans MS"/>
          <w:szCs w:val="20"/>
        </w:rPr>
        <w:t>suya</w:t>
      </w:r>
      <w:proofErr w:type="spellEnd"/>
      <w:r w:rsidR="00CC4454" w:rsidRPr="00AC5ABD">
        <w:rPr>
          <w:rFonts w:eastAsia="Comic Sans MS"/>
          <w:szCs w:val="20"/>
        </w:rPr>
        <w:t xml:space="preserve"> </w:t>
      </w:r>
      <w:proofErr w:type="spellStart"/>
      <w:r w:rsidR="00CC4454" w:rsidRPr="00AC5ABD">
        <w:rPr>
          <w:rFonts w:eastAsia="Comic Sans MS"/>
          <w:szCs w:val="20"/>
        </w:rPr>
        <w:t>bırakırsak</w:t>
      </w:r>
      <w:proofErr w:type="spellEnd"/>
      <w:r w:rsidR="00CC4454" w:rsidRPr="00AC5ABD">
        <w:rPr>
          <w:rFonts w:eastAsia="Comic Sans MS"/>
          <w:szCs w:val="20"/>
        </w:rPr>
        <w:t xml:space="preserve"> ne </w:t>
      </w:r>
      <w:proofErr w:type="spellStart"/>
      <w:r w:rsidR="00CC4454" w:rsidRPr="00AC5ABD">
        <w:rPr>
          <w:rFonts w:eastAsia="Comic Sans MS"/>
          <w:szCs w:val="20"/>
        </w:rPr>
        <w:t>olabilir</w:t>
      </w:r>
      <w:proofErr w:type="spellEnd"/>
      <w:r w:rsidR="00CC4454" w:rsidRPr="00AC5ABD">
        <w:rPr>
          <w:rFonts w:eastAsia="Comic Sans MS"/>
          <w:szCs w:val="20"/>
        </w:rPr>
        <w:t xml:space="preserve">?” </w:t>
      </w:r>
      <w:proofErr w:type="spellStart"/>
      <w:r w:rsidR="00CC4454" w:rsidRPr="00AC5ABD">
        <w:rPr>
          <w:rFonts w:eastAsia="Comic Sans MS"/>
          <w:szCs w:val="20"/>
        </w:rPr>
        <w:t>sorusu</w:t>
      </w:r>
      <w:proofErr w:type="spellEnd"/>
      <w:r w:rsidR="00CC4454" w:rsidRPr="00AC5ABD">
        <w:rPr>
          <w:rFonts w:eastAsia="Comic Sans MS"/>
          <w:szCs w:val="20"/>
        </w:rPr>
        <w:t xml:space="preserve"> </w:t>
      </w:r>
      <w:proofErr w:type="spellStart"/>
      <w:r w:rsidR="00CC4454" w:rsidRPr="00AC5ABD">
        <w:rPr>
          <w:rFonts w:eastAsia="Comic Sans MS"/>
          <w:szCs w:val="20"/>
        </w:rPr>
        <w:t>sorulur</w:t>
      </w:r>
      <w:proofErr w:type="spellEnd"/>
      <w:r w:rsidR="00CC4454" w:rsidRPr="00AC5ABD">
        <w:rPr>
          <w:rFonts w:eastAsia="Comic Sans MS"/>
          <w:szCs w:val="20"/>
        </w:rPr>
        <w:t xml:space="preserve">. </w:t>
      </w:r>
      <w:proofErr w:type="spellStart"/>
      <w:r w:rsidR="00CC4454" w:rsidRPr="00AC5ABD">
        <w:rPr>
          <w:rFonts w:eastAsia="Comic Sans MS"/>
          <w:szCs w:val="20"/>
        </w:rPr>
        <w:t>Masadaki</w:t>
      </w:r>
      <w:proofErr w:type="spellEnd"/>
      <w:r w:rsidR="00CC4454" w:rsidRPr="00AC5ABD">
        <w:rPr>
          <w:rFonts w:eastAsia="Comic Sans MS"/>
          <w:szCs w:val="20"/>
        </w:rPr>
        <w:t xml:space="preserve"> </w:t>
      </w:r>
      <w:proofErr w:type="spellStart"/>
      <w:r w:rsidR="00CC4454" w:rsidRPr="00AC5ABD">
        <w:rPr>
          <w:rFonts w:eastAsia="Comic Sans MS"/>
          <w:szCs w:val="20"/>
        </w:rPr>
        <w:t>araçlar</w:t>
      </w:r>
      <w:proofErr w:type="spellEnd"/>
      <w:r w:rsidR="00CC4454" w:rsidRPr="00AC5ABD">
        <w:rPr>
          <w:rFonts w:eastAsia="Comic Sans MS"/>
          <w:szCs w:val="20"/>
        </w:rPr>
        <w:t xml:space="preserve"> </w:t>
      </w:r>
      <w:proofErr w:type="spellStart"/>
      <w:r w:rsidR="00CC4454" w:rsidRPr="00AC5ABD">
        <w:rPr>
          <w:rFonts w:eastAsia="Comic Sans MS"/>
          <w:szCs w:val="20"/>
        </w:rPr>
        <w:t>incelenir</w:t>
      </w:r>
      <w:proofErr w:type="spellEnd"/>
      <w:r w:rsidR="00CC4454" w:rsidRPr="00AC5ABD">
        <w:rPr>
          <w:rFonts w:eastAsia="Comic Sans MS"/>
          <w:szCs w:val="20"/>
        </w:rPr>
        <w:t xml:space="preserve">; </w:t>
      </w:r>
      <w:proofErr w:type="spellStart"/>
      <w:r w:rsidR="00CC4454" w:rsidRPr="00AC5ABD">
        <w:rPr>
          <w:rFonts w:eastAsia="Comic Sans MS"/>
          <w:szCs w:val="20"/>
        </w:rPr>
        <w:t>öğretmen</w:t>
      </w:r>
      <w:proofErr w:type="spellEnd"/>
      <w:r w:rsidR="00CC4454" w:rsidRPr="00AC5ABD">
        <w:rPr>
          <w:rFonts w:eastAsia="Comic Sans MS"/>
          <w:szCs w:val="20"/>
        </w:rPr>
        <w:t xml:space="preserve"> “</w:t>
      </w:r>
      <w:proofErr w:type="spellStart"/>
      <w:r w:rsidR="00CC4454" w:rsidRPr="00AC5ABD">
        <w:rPr>
          <w:rFonts w:eastAsia="Comic Sans MS"/>
          <w:szCs w:val="20"/>
        </w:rPr>
        <w:t>Kâğıdın</w:t>
      </w:r>
      <w:proofErr w:type="spellEnd"/>
      <w:r w:rsidR="00CC4454" w:rsidRPr="00AC5ABD">
        <w:rPr>
          <w:rFonts w:eastAsia="Comic Sans MS"/>
          <w:szCs w:val="20"/>
        </w:rPr>
        <w:t xml:space="preserve"> </w:t>
      </w:r>
      <w:proofErr w:type="spellStart"/>
      <w:r w:rsidR="00CC4454" w:rsidRPr="00AC5ABD">
        <w:rPr>
          <w:rFonts w:eastAsia="Comic Sans MS"/>
          <w:szCs w:val="20"/>
        </w:rPr>
        <w:t>suya</w:t>
      </w:r>
      <w:proofErr w:type="spellEnd"/>
      <w:r w:rsidR="00CC4454" w:rsidRPr="00AC5ABD">
        <w:rPr>
          <w:rFonts w:eastAsia="Comic Sans MS"/>
          <w:szCs w:val="20"/>
        </w:rPr>
        <w:t xml:space="preserve"> </w:t>
      </w:r>
      <w:proofErr w:type="spellStart"/>
      <w:r w:rsidR="00CC4454" w:rsidRPr="00AC5ABD">
        <w:rPr>
          <w:rFonts w:eastAsia="Comic Sans MS"/>
          <w:szCs w:val="20"/>
        </w:rPr>
        <w:t>değince</w:t>
      </w:r>
      <w:proofErr w:type="spellEnd"/>
      <w:r w:rsidR="00CC4454" w:rsidRPr="00AC5ABD">
        <w:rPr>
          <w:rFonts w:eastAsia="Comic Sans MS"/>
          <w:szCs w:val="20"/>
        </w:rPr>
        <w:t xml:space="preserve"> ne </w:t>
      </w:r>
      <w:proofErr w:type="spellStart"/>
      <w:r w:rsidR="00CC4454" w:rsidRPr="00AC5ABD">
        <w:rPr>
          <w:rFonts w:eastAsia="Comic Sans MS"/>
          <w:szCs w:val="20"/>
        </w:rPr>
        <w:t>yaptığını</w:t>
      </w:r>
      <w:proofErr w:type="spellEnd"/>
      <w:r w:rsidR="00CC4454" w:rsidRPr="00AC5ABD">
        <w:rPr>
          <w:rFonts w:eastAsia="Comic Sans MS"/>
          <w:szCs w:val="20"/>
        </w:rPr>
        <w:t xml:space="preserve"> </w:t>
      </w:r>
      <w:proofErr w:type="spellStart"/>
      <w:r w:rsidR="00CC4454" w:rsidRPr="00AC5ABD">
        <w:rPr>
          <w:rFonts w:eastAsia="Comic Sans MS"/>
          <w:szCs w:val="20"/>
        </w:rPr>
        <w:t>görmek</w:t>
      </w:r>
      <w:proofErr w:type="spellEnd"/>
      <w:r w:rsidR="00CC4454" w:rsidRPr="00AC5ABD">
        <w:rPr>
          <w:rFonts w:eastAsia="Comic Sans MS"/>
          <w:szCs w:val="20"/>
        </w:rPr>
        <w:t xml:space="preserve"> </w:t>
      </w:r>
      <w:proofErr w:type="spellStart"/>
      <w:r w:rsidR="00CC4454" w:rsidRPr="00AC5ABD">
        <w:rPr>
          <w:rFonts w:eastAsia="Comic Sans MS"/>
          <w:szCs w:val="20"/>
        </w:rPr>
        <w:t>için</w:t>
      </w:r>
      <w:proofErr w:type="spellEnd"/>
      <w:r w:rsidR="00CC4454" w:rsidRPr="00AC5ABD">
        <w:rPr>
          <w:rFonts w:eastAsia="Comic Sans MS"/>
          <w:szCs w:val="20"/>
        </w:rPr>
        <w:t xml:space="preserve"> </w:t>
      </w:r>
      <w:proofErr w:type="spellStart"/>
      <w:r w:rsidR="00CC4454" w:rsidRPr="00AC5ABD">
        <w:rPr>
          <w:rFonts w:eastAsia="Comic Sans MS"/>
          <w:szCs w:val="20"/>
        </w:rPr>
        <w:t>hangilerine</w:t>
      </w:r>
      <w:proofErr w:type="spellEnd"/>
      <w:r w:rsidR="00CC4454" w:rsidRPr="00AC5ABD">
        <w:rPr>
          <w:rFonts w:eastAsia="Comic Sans MS"/>
          <w:szCs w:val="20"/>
        </w:rPr>
        <w:t xml:space="preserve"> </w:t>
      </w:r>
      <w:proofErr w:type="spellStart"/>
      <w:r w:rsidR="00CC4454" w:rsidRPr="00AC5ABD">
        <w:rPr>
          <w:rFonts w:eastAsia="Comic Sans MS"/>
          <w:szCs w:val="20"/>
        </w:rPr>
        <w:t>ihtiyacımız</w:t>
      </w:r>
      <w:proofErr w:type="spellEnd"/>
      <w:r w:rsidR="00CC4454" w:rsidRPr="00AC5ABD">
        <w:rPr>
          <w:rFonts w:eastAsia="Comic Sans MS"/>
          <w:szCs w:val="20"/>
        </w:rPr>
        <w:t xml:space="preserve"> var?” </w:t>
      </w:r>
      <w:proofErr w:type="spellStart"/>
      <w:r w:rsidR="00CC4454" w:rsidRPr="00AC5ABD">
        <w:rPr>
          <w:rFonts w:eastAsia="Comic Sans MS"/>
          <w:szCs w:val="20"/>
        </w:rPr>
        <w:t>diye</w:t>
      </w:r>
      <w:proofErr w:type="spellEnd"/>
      <w:r w:rsidR="00CC4454" w:rsidRPr="00AC5ABD">
        <w:rPr>
          <w:rFonts w:eastAsia="Comic Sans MS"/>
          <w:szCs w:val="20"/>
        </w:rPr>
        <w:t xml:space="preserve"> </w:t>
      </w:r>
      <w:proofErr w:type="spellStart"/>
      <w:r w:rsidR="00CC4454" w:rsidRPr="00AC5ABD">
        <w:rPr>
          <w:rFonts w:eastAsia="Comic Sans MS"/>
          <w:szCs w:val="20"/>
        </w:rPr>
        <w:t>sorar</w:t>
      </w:r>
      <w:proofErr w:type="spellEnd"/>
      <w:r w:rsidR="00CC4454" w:rsidRPr="00AC5ABD">
        <w:rPr>
          <w:rFonts w:eastAsia="Comic Sans MS"/>
          <w:szCs w:val="20"/>
        </w:rPr>
        <w:t xml:space="preserve">. </w:t>
      </w:r>
      <w:proofErr w:type="spellStart"/>
      <w:r w:rsidR="00CC4454" w:rsidRPr="00AC5ABD">
        <w:rPr>
          <w:rFonts w:eastAsia="Comic Sans MS"/>
          <w:szCs w:val="20"/>
        </w:rPr>
        <w:t>Çocuklar</w:t>
      </w:r>
      <w:proofErr w:type="spellEnd"/>
      <w:r w:rsidR="00CC4454" w:rsidRPr="00AC5ABD">
        <w:rPr>
          <w:rFonts w:eastAsia="Comic Sans MS"/>
          <w:szCs w:val="20"/>
        </w:rPr>
        <w:t xml:space="preserve"> (FAB.7.a) </w:t>
      </w:r>
      <w:proofErr w:type="spellStart"/>
      <w:r w:rsidR="00CC4454" w:rsidRPr="00AC5ABD">
        <w:rPr>
          <w:rFonts w:eastAsia="Comic Sans MS"/>
          <w:szCs w:val="20"/>
        </w:rPr>
        <w:t>geniş</w:t>
      </w:r>
      <w:proofErr w:type="spellEnd"/>
      <w:r w:rsidR="00CC4454" w:rsidRPr="00AC5ABD">
        <w:rPr>
          <w:rFonts w:eastAsia="Comic Sans MS"/>
          <w:szCs w:val="20"/>
        </w:rPr>
        <w:t xml:space="preserve"> </w:t>
      </w:r>
      <w:proofErr w:type="spellStart"/>
      <w:r w:rsidR="00CC4454" w:rsidRPr="00AC5ABD">
        <w:rPr>
          <w:rFonts w:eastAsia="Comic Sans MS"/>
          <w:szCs w:val="20"/>
        </w:rPr>
        <w:t>kırılmaz</w:t>
      </w:r>
      <w:proofErr w:type="spellEnd"/>
      <w:r w:rsidR="00CC4454" w:rsidRPr="00AC5ABD">
        <w:rPr>
          <w:rFonts w:eastAsia="Comic Sans MS"/>
          <w:szCs w:val="20"/>
        </w:rPr>
        <w:t xml:space="preserve"> </w:t>
      </w:r>
      <w:proofErr w:type="spellStart"/>
      <w:r w:rsidR="00CC4454" w:rsidRPr="00AC5ABD">
        <w:rPr>
          <w:rFonts w:eastAsia="Comic Sans MS"/>
          <w:szCs w:val="20"/>
        </w:rPr>
        <w:t>kap</w:t>
      </w:r>
      <w:proofErr w:type="spellEnd"/>
      <w:r w:rsidR="00CC4454" w:rsidRPr="00AC5ABD">
        <w:rPr>
          <w:rFonts w:eastAsia="Comic Sans MS"/>
          <w:szCs w:val="20"/>
        </w:rPr>
        <w:t xml:space="preserve">, </w:t>
      </w:r>
      <w:proofErr w:type="spellStart"/>
      <w:r w:rsidR="00CC4454" w:rsidRPr="00AC5ABD">
        <w:rPr>
          <w:rFonts w:eastAsia="Comic Sans MS"/>
          <w:szCs w:val="20"/>
        </w:rPr>
        <w:t>su</w:t>
      </w:r>
      <w:proofErr w:type="spellEnd"/>
      <w:r w:rsidR="00CC4454" w:rsidRPr="00AC5ABD">
        <w:rPr>
          <w:rFonts w:eastAsia="Comic Sans MS"/>
          <w:szCs w:val="20"/>
        </w:rPr>
        <w:t xml:space="preserve"> </w:t>
      </w:r>
      <w:proofErr w:type="spellStart"/>
      <w:r w:rsidR="00CC4454" w:rsidRPr="00AC5ABD">
        <w:rPr>
          <w:rFonts w:eastAsia="Comic Sans MS"/>
          <w:szCs w:val="20"/>
        </w:rPr>
        <w:t>ve</w:t>
      </w:r>
      <w:proofErr w:type="spellEnd"/>
      <w:r w:rsidR="00CC4454" w:rsidRPr="00AC5ABD">
        <w:rPr>
          <w:rFonts w:eastAsia="Comic Sans MS"/>
          <w:szCs w:val="20"/>
        </w:rPr>
        <w:t xml:space="preserve"> </w:t>
      </w:r>
      <w:proofErr w:type="spellStart"/>
      <w:r w:rsidR="00CC4454" w:rsidRPr="00AC5ABD">
        <w:rPr>
          <w:rFonts w:eastAsia="Comic Sans MS"/>
          <w:szCs w:val="20"/>
        </w:rPr>
        <w:t>kâğıt</w:t>
      </w:r>
      <w:proofErr w:type="spellEnd"/>
      <w:r w:rsidR="00CC4454" w:rsidRPr="00AC5ABD">
        <w:rPr>
          <w:rFonts w:eastAsia="Comic Sans MS"/>
          <w:szCs w:val="20"/>
        </w:rPr>
        <w:t xml:space="preserve"> </w:t>
      </w:r>
      <w:proofErr w:type="spellStart"/>
      <w:r w:rsidR="00CC4454" w:rsidRPr="00AC5ABD">
        <w:rPr>
          <w:rFonts w:eastAsia="Comic Sans MS"/>
          <w:szCs w:val="20"/>
        </w:rPr>
        <w:t>yıldızı</w:t>
      </w:r>
      <w:proofErr w:type="spellEnd"/>
      <w:r w:rsidR="00CC4454" w:rsidRPr="00AC5ABD">
        <w:rPr>
          <w:rFonts w:eastAsia="Comic Sans MS"/>
          <w:szCs w:val="20"/>
        </w:rPr>
        <w:t xml:space="preserve"> </w:t>
      </w:r>
      <w:proofErr w:type="spellStart"/>
      <w:r w:rsidR="00CC4454" w:rsidRPr="00AC5ABD">
        <w:rPr>
          <w:rFonts w:eastAsia="Comic Sans MS"/>
          <w:szCs w:val="20"/>
        </w:rPr>
        <w:t>göstererek</w:t>
      </w:r>
      <w:proofErr w:type="spellEnd"/>
      <w:r w:rsidR="00CC4454" w:rsidRPr="00AC5ABD">
        <w:rPr>
          <w:rFonts w:eastAsia="Comic Sans MS"/>
          <w:szCs w:val="20"/>
        </w:rPr>
        <w:t xml:space="preserve"> </w:t>
      </w:r>
      <w:proofErr w:type="spellStart"/>
      <w:r w:rsidR="00CC4454" w:rsidRPr="00AC5ABD">
        <w:rPr>
          <w:rFonts w:eastAsia="Comic Sans MS"/>
          <w:szCs w:val="20"/>
        </w:rPr>
        <w:t>seçer</w:t>
      </w:r>
      <w:proofErr w:type="spellEnd"/>
      <w:r w:rsidR="00CC4454" w:rsidRPr="00AC5ABD">
        <w:rPr>
          <w:rFonts w:eastAsia="Comic Sans MS"/>
          <w:szCs w:val="20"/>
        </w:rPr>
        <w:t xml:space="preserve">. </w:t>
      </w:r>
      <w:proofErr w:type="spellStart"/>
      <w:r w:rsidR="00797345" w:rsidRPr="00AC5ABD">
        <w:rPr>
          <w:szCs w:val="20"/>
        </w:rPr>
        <w:t>Öğretmen</w:t>
      </w:r>
      <w:proofErr w:type="spellEnd"/>
      <w:r w:rsidR="00797345" w:rsidRPr="00AC5ABD">
        <w:rPr>
          <w:szCs w:val="20"/>
        </w:rPr>
        <w:t xml:space="preserve"> </w:t>
      </w:r>
      <w:proofErr w:type="spellStart"/>
      <w:r w:rsidR="00797345" w:rsidRPr="00AC5ABD">
        <w:rPr>
          <w:szCs w:val="20"/>
        </w:rPr>
        <w:t>sığ</w:t>
      </w:r>
      <w:proofErr w:type="spellEnd"/>
      <w:r w:rsidR="00797345" w:rsidRPr="00AC5ABD">
        <w:rPr>
          <w:szCs w:val="20"/>
        </w:rPr>
        <w:t xml:space="preserve"> </w:t>
      </w:r>
      <w:proofErr w:type="spellStart"/>
      <w:r w:rsidR="00797345" w:rsidRPr="00AC5ABD">
        <w:rPr>
          <w:szCs w:val="20"/>
        </w:rPr>
        <w:t>kabı</w:t>
      </w:r>
      <w:proofErr w:type="spellEnd"/>
      <w:r w:rsidR="00797345" w:rsidRPr="00AC5ABD">
        <w:rPr>
          <w:szCs w:val="20"/>
        </w:rPr>
        <w:t xml:space="preserve"> </w:t>
      </w:r>
      <w:proofErr w:type="spellStart"/>
      <w:r w:rsidR="00797345" w:rsidRPr="00AC5ABD">
        <w:rPr>
          <w:szCs w:val="20"/>
        </w:rPr>
        <w:t>tepsiye</w:t>
      </w:r>
      <w:proofErr w:type="spellEnd"/>
      <w:r w:rsidR="00797345" w:rsidRPr="00AC5ABD">
        <w:rPr>
          <w:szCs w:val="20"/>
        </w:rPr>
        <w:t xml:space="preserve"> </w:t>
      </w:r>
      <w:proofErr w:type="spellStart"/>
      <w:r w:rsidR="00797345" w:rsidRPr="00AC5ABD">
        <w:rPr>
          <w:szCs w:val="20"/>
        </w:rPr>
        <w:t>yerleştirip</w:t>
      </w:r>
      <w:proofErr w:type="spellEnd"/>
      <w:r w:rsidR="00797345" w:rsidRPr="00AC5ABD">
        <w:rPr>
          <w:szCs w:val="20"/>
        </w:rPr>
        <w:t xml:space="preserve"> </w:t>
      </w:r>
      <w:proofErr w:type="spellStart"/>
      <w:r w:rsidR="00797345" w:rsidRPr="00AC5ABD">
        <w:rPr>
          <w:szCs w:val="20"/>
        </w:rPr>
        <w:t>içine</w:t>
      </w:r>
      <w:proofErr w:type="spellEnd"/>
      <w:r w:rsidR="00797345" w:rsidRPr="00AC5ABD">
        <w:rPr>
          <w:szCs w:val="20"/>
        </w:rPr>
        <w:t xml:space="preserve"> </w:t>
      </w:r>
      <w:proofErr w:type="spellStart"/>
      <w:r w:rsidR="00797345" w:rsidRPr="00AC5ABD">
        <w:rPr>
          <w:szCs w:val="20"/>
        </w:rPr>
        <w:t>az</w:t>
      </w:r>
      <w:proofErr w:type="spellEnd"/>
      <w:r w:rsidR="00797345" w:rsidRPr="00AC5ABD">
        <w:rPr>
          <w:szCs w:val="20"/>
        </w:rPr>
        <w:t xml:space="preserve"> </w:t>
      </w:r>
      <w:proofErr w:type="spellStart"/>
      <w:r w:rsidR="00797345" w:rsidRPr="00AC5ABD">
        <w:rPr>
          <w:szCs w:val="20"/>
        </w:rPr>
        <w:t>miktarda</w:t>
      </w:r>
      <w:proofErr w:type="spellEnd"/>
      <w:r w:rsidR="00797345" w:rsidRPr="00AC5ABD">
        <w:rPr>
          <w:szCs w:val="20"/>
        </w:rPr>
        <w:t xml:space="preserve"> </w:t>
      </w:r>
      <w:proofErr w:type="spellStart"/>
      <w:r w:rsidR="00797345" w:rsidRPr="00AC5ABD">
        <w:rPr>
          <w:szCs w:val="20"/>
        </w:rPr>
        <w:t>su</w:t>
      </w:r>
      <w:proofErr w:type="spellEnd"/>
      <w:r w:rsidR="00797345" w:rsidRPr="00AC5ABD">
        <w:rPr>
          <w:szCs w:val="20"/>
        </w:rPr>
        <w:t xml:space="preserve"> </w:t>
      </w:r>
      <w:proofErr w:type="spellStart"/>
      <w:r w:rsidR="00797345" w:rsidRPr="00AC5ABD">
        <w:rPr>
          <w:szCs w:val="20"/>
        </w:rPr>
        <w:t>koyar</w:t>
      </w:r>
      <w:proofErr w:type="spellEnd"/>
      <w:r w:rsidR="00797345" w:rsidRPr="00AC5ABD">
        <w:rPr>
          <w:szCs w:val="20"/>
        </w:rPr>
        <w:t xml:space="preserve">. </w:t>
      </w:r>
      <w:proofErr w:type="spellStart"/>
      <w:r w:rsidR="00797345" w:rsidRPr="00AC5ABD">
        <w:rPr>
          <w:szCs w:val="20"/>
        </w:rPr>
        <w:t>Fırçayla</w:t>
      </w:r>
      <w:proofErr w:type="spellEnd"/>
      <w:r w:rsidR="00797345" w:rsidRPr="00AC5ABD">
        <w:rPr>
          <w:szCs w:val="20"/>
        </w:rPr>
        <w:t xml:space="preserve"> </w:t>
      </w:r>
      <w:proofErr w:type="spellStart"/>
      <w:r w:rsidR="00797345" w:rsidRPr="00AC5ABD">
        <w:rPr>
          <w:szCs w:val="20"/>
        </w:rPr>
        <w:t>biraz</w:t>
      </w:r>
      <w:proofErr w:type="spellEnd"/>
      <w:r w:rsidR="00797345" w:rsidRPr="00AC5ABD">
        <w:rPr>
          <w:szCs w:val="20"/>
        </w:rPr>
        <w:t xml:space="preserve"> </w:t>
      </w:r>
      <w:proofErr w:type="spellStart"/>
      <w:r w:rsidR="00797345" w:rsidRPr="00AC5ABD">
        <w:rPr>
          <w:szCs w:val="20"/>
        </w:rPr>
        <w:t>kırmızı</w:t>
      </w:r>
      <w:proofErr w:type="spellEnd"/>
      <w:r w:rsidR="00797345" w:rsidRPr="00AC5ABD">
        <w:rPr>
          <w:szCs w:val="20"/>
        </w:rPr>
        <w:t xml:space="preserve"> </w:t>
      </w:r>
      <w:proofErr w:type="spellStart"/>
      <w:r w:rsidR="00797345" w:rsidRPr="00AC5ABD">
        <w:rPr>
          <w:szCs w:val="20"/>
        </w:rPr>
        <w:t>suluboya</w:t>
      </w:r>
      <w:proofErr w:type="spellEnd"/>
      <w:r w:rsidR="00797345" w:rsidRPr="00AC5ABD">
        <w:rPr>
          <w:szCs w:val="20"/>
        </w:rPr>
        <w:t xml:space="preserve"> </w:t>
      </w:r>
      <w:proofErr w:type="spellStart"/>
      <w:r w:rsidR="00797345" w:rsidRPr="00AC5ABD">
        <w:rPr>
          <w:szCs w:val="20"/>
        </w:rPr>
        <w:t>ekleyerek</w:t>
      </w:r>
      <w:proofErr w:type="spellEnd"/>
      <w:r w:rsidR="00797345" w:rsidRPr="00AC5ABD">
        <w:rPr>
          <w:szCs w:val="20"/>
        </w:rPr>
        <w:t xml:space="preserve"> </w:t>
      </w:r>
      <w:proofErr w:type="spellStart"/>
      <w:r w:rsidR="00797345" w:rsidRPr="00AC5ABD">
        <w:rPr>
          <w:szCs w:val="20"/>
        </w:rPr>
        <w:t>suyu</w:t>
      </w:r>
      <w:proofErr w:type="spellEnd"/>
      <w:r w:rsidR="00797345" w:rsidRPr="00AC5ABD">
        <w:rPr>
          <w:szCs w:val="20"/>
        </w:rPr>
        <w:t xml:space="preserve"> </w:t>
      </w:r>
      <w:proofErr w:type="spellStart"/>
      <w:r w:rsidR="00797345" w:rsidRPr="00AC5ABD">
        <w:rPr>
          <w:szCs w:val="20"/>
        </w:rPr>
        <w:t>renklendirir</w:t>
      </w:r>
      <w:proofErr w:type="spellEnd"/>
      <w:r w:rsidR="00797345" w:rsidRPr="00AC5ABD">
        <w:rPr>
          <w:szCs w:val="20"/>
        </w:rPr>
        <w:t>.</w:t>
      </w:r>
    </w:p>
    <w:p w14:paraId="652B43B7" w14:textId="0F30A70D" w:rsidR="00F627DB" w:rsidRPr="00AC5ABD" w:rsidRDefault="00CC4454">
      <w:pPr>
        <w:rPr>
          <w:szCs w:val="20"/>
        </w:rPr>
      </w:pPr>
      <w:proofErr w:type="spellStart"/>
      <w:r w:rsidRPr="00AC5ABD">
        <w:rPr>
          <w:rFonts w:eastAsia="Comic Sans MS"/>
          <w:szCs w:val="20"/>
        </w:rPr>
        <w:t>Çocuklara</w:t>
      </w:r>
      <w:proofErr w:type="spellEnd"/>
      <w:r w:rsidRPr="00AC5ABD">
        <w:rPr>
          <w:rFonts w:eastAsia="Comic Sans MS"/>
          <w:szCs w:val="20"/>
        </w:rPr>
        <w:t xml:space="preserve"> </w:t>
      </w:r>
      <w:proofErr w:type="spellStart"/>
      <w:r w:rsidRPr="00AC5ABD">
        <w:rPr>
          <w:rFonts w:eastAsia="Comic Sans MS"/>
          <w:szCs w:val="20"/>
        </w:rPr>
        <w:t>ince</w:t>
      </w:r>
      <w:proofErr w:type="spellEnd"/>
      <w:r w:rsidRPr="00AC5ABD">
        <w:rPr>
          <w:rFonts w:eastAsia="Comic Sans MS"/>
          <w:szCs w:val="20"/>
        </w:rPr>
        <w:t xml:space="preserve"> </w:t>
      </w:r>
      <w:proofErr w:type="spellStart"/>
      <w:r w:rsidRPr="00AC5ABD">
        <w:rPr>
          <w:rFonts w:eastAsia="Comic Sans MS"/>
          <w:szCs w:val="20"/>
        </w:rPr>
        <w:t>beyaz</w:t>
      </w:r>
      <w:proofErr w:type="spellEnd"/>
      <w:r w:rsidRPr="00AC5ABD">
        <w:rPr>
          <w:rFonts w:eastAsia="Comic Sans MS"/>
          <w:szCs w:val="20"/>
        </w:rPr>
        <w:t xml:space="preserve"> </w:t>
      </w:r>
      <w:proofErr w:type="spellStart"/>
      <w:r w:rsidRPr="00AC5ABD">
        <w:rPr>
          <w:rFonts w:eastAsia="Comic Sans MS"/>
          <w:szCs w:val="20"/>
        </w:rPr>
        <w:t>kâğıttan</w:t>
      </w:r>
      <w:proofErr w:type="spellEnd"/>
      <w:r w:rsidRPr="00AC5ABD">
        <w:rPr>
          <w:rFonts w:eastAsia="Comic Sans MS"/>
          <w:szCs w:val="20"/>
        </w:rPr>
        <w:t xml:space="preserve"> </w:t>
      </w:r>
      <w:proofErr w:type="spellStart"/>
      <w:r w:rsidRPr="00AC5ABD">
        <w:rPr>
          <w:rFonts w:eastAsia="Comic Sans MS"/>
          <w:szCs w:val="20"/>
        </w:rPr>
        <w:t>önceden</w:t>
      </w:r>
      <w:proofErr w:type="spellEnd"/>
      <w:r w:rsidRPr="00AC5ABD">
        <w:rPr>
          <w:rFonts w:eastAsia="Comic Sans MS"/>
          <w:szCs w:val="20"/>
        </w:rPr>
        <w:t xml:space="preserve"> </w:t>
      </w:r>
      <w:proofErr w:type="spellStart"/>
      <w:r w:rsidRPr="00AC5ABD">
        <w:rPr>
          <w:rFonts w:eastAsia="Comic Sans MS"/>
          <w:szCs w:val="20"/>
        </w:rPr>
        <w:t>kesilmiş</w:t>
      </w:r>
      <w:proofErr w:type="spellEnd"/>
      <w:r w:rsidRPr="00AC5ABD">
        <w:rPr>
          <w:rFonts w:eastAsia="Comic Sans MS"/>
          <w:szCs w:val="20"/>
        </w:rPr>
        <w:t xml:space="preserve"> </w:t>
      </w:r>
      <w:proofErr w:type="spellStart"/>
      <w:r w:rsidRPr="00AC5ABD">
        <w:rPr>
          <w:rFonts w:eastAsia="Comic Sans MS"/>
          <w:szCs w:val="20"/>
        </w:rPr>
        <w:t>büyük</w:t>
      </w:r>
      <w:proofErr w:type="spellEnd"/>
      <w:r w:rsidRPr="00AC5ABD">
        <w:rPr>
          <w:rFonts w:eastAsia="Comic Sans MS"/>
          <w:szCs w:val="20"/>
        </w:rPr>
        <w:t xml:space="preserve"> </w:t>
      </w:r>
      <w:proofErr w:type="spellStart"/>
      <w:r w:rsidRPr="00AC5ABD">
        <w:rPr>
          <w:rFonts w:eastAsia="Comic Sans MS"/>
          <w:szCs w:val="20"/>
        </w:rPr>
        <w:t>yıldızlar</w:t>
      </w:r>
      <w:proofErr w:type="spellEnd"/>
      <w:r w:rsidRPr="00AC5ABD">
        <w:rPr>
          <w:rFonts w:eastAsia="Comic Sans MS"/>
          <w:szCs w:val="20"/>
        </w:rPr>
        <w:t xml:space="preserve"> </w:t>
      </w:r>
      <w:proofErr w:type="spellStart"/>
      <w:r w:rsidRPr="00AC5ABD">
        <w:rPr>
          <w:rFonts w:eastAsia="Comic Sans MS"/>
          <w:szCs w:val="20"/>
        </w:rPr>
        <w:t>verilir</w:t>
      </w:r>
      <w:proofErr w:type="spellEnd"/>
      <w:r w:rsidRPr="00AC5ABD">
        <w:rPr>
          <w:rFonts w:eastAsia="Comic Sans MS"/>
          <w:szCs w:val="20"/>
        </w:rPr>
        <w:t xml:space="preserve">. </w:t>
      </w:r>
      <w:proofErr w:type="spellStart"/>
      <w:r w:rsidRPr="00AC5ABD">
        <w:rPr>
          <w:rFonts w:eastAsia="Comic Sans MS"/>
          <w:szCs w:val="20"/>
        </w:rPr>
        <w:t>Öğretmen</w:t>
      </w:r>
      <w:proofErr w:type="spellEnd"/>
      <w:r w:rsidRPr="00AC5ABD">
        <w:rPr>
          <w:rFonts w:eastAsia="Comic Sans MS"/>
          <w:szCs w:val="20"/>
        </w:rPr>
        <w:t xml:space="preserve"> </w:t>
      </w:r>
      <w:proofErr w:type="spellStart"/>
      <w:r w:rsidRPr="00AC5ABD">
        <w:rPr>
          <w:rFonts w:eastAsia="Comic Sans MS"/>
          <w:szCs w:val="20"/>
        </w:rPr>
        <w:t>bir</w:t>
      </w:r>
      <w:proofErr w:type="spellEnd"/>
      <w:r w:rsidRPr="00AC5ABD">
        <w:rPr>
          <w:rFonts w:eastAsia="Comic Sans MS"/>
          <w:szCs w:val="20"/>
        </w:rPr>
        <w:t xml:space="preserve"> </w:t>
      </w:r>
      <w:proofErr w:type="spellStart"/>
      <w:r w:rsidRPr="00AC5ABD">
        <w:rPr>
          <w:rFonts w:eastAsia="Comic Sans MS"/>
          <w:szCs w:val="20"/>
        </w:rPr>
        <w:t>yıldızın</w:t>
      </w:r>
      <w:proofErr w:type="spellEnd"/>
      <w:r w:rsidRPr="00AC5ABD">
        <w:rPr>
          <w:rFonts w:eastAsia="Comic Sans MS"/>
          <w:szCs w:val="20"/>
        </w:rPr>
        <w:t xml:space="preserve"> </w:t>
      </w:r>
      <w:proofErr w:type="spellStart"/>
      <w:r w:rsidRPr="00AC5ABD">
        <w:rPr>
          <w:rFonts w:eastAsia="Comic Sans MS"/>
          <w:szCs w:val="20"/>
        </w:rPr>
        <w:t>uçlarını</w:t>
      </w:r>
      <w:proofErr w:type="spellEnd"/>
      <w:r w:rsidRPr="00AC5ABD">
        <w:rPr>
          <w:rFonts w:eastAsia="Comic Sans MS"/>
          <w:szCs w:val="20"/>
        </w:rPr>
        <w:t xml:space="preserve"> </w:t>
      </w:r>
      <w:proofErr w:type="spellStart"/>
      <w:r w:rsidRPr="00AC5ABD">
        <w:rPr>
          <w:rFonts w:eastAsia="Comic Sans MS"/>
          <w:szCs w:val="20"/>
        </w:rPr>
        <w:t>merkeze</w:t>
      </w:r>
      <w:proofErr w:type="spellEnd"/>
      <w:r w:rsidRPr="00AC5ABD">
        <w:rPr>
          <w:rFonts w:eastAsia="Comic Sans MS"/>
          <w:szCs w:val="20"/>
        </w:rPr>
        <w:t xml:space="preserve"> </w:t>
      </w:r>
      <w:proofErr w:type="spellStart"/>
      <w:r w:rsidRPr="00AC5ABD">
        <w:rPr>
          <w:rFonts w:eastAsia="Comic Sans MS"/>
          <w:szCs w:val="20"/>
        </w:rPr>
        <w:t>doğru</w:t>
      </w:r>
      <w:proofErr w:type="spellEnd"/>
      <w:r w:rsidRPr="00AC5ABD">
        <w:rPr>
          <w:rFonts w:eastAsia="Comic Sans MS"/>
          <w:szCs w:val="20"/>
        </w:rPr>
        <w:t xml:space="preserve"> </w:t>
      </w:r>
      <w:proofErr w:type="spellStart"/>
      <w:r w:rsidRPr="00AC5ABD">
        <w:rPr>
          <w:rFonts w:eastAsia="Comic Sans MS"/>
          <w:szCs w:val="20"/>
        </w:rPr>
        <w:t>gevşekçe</w:t>
      </w:r>
      <w:proofErr w:type="spellEnd"/>
      <w:r w:rsidRPr="00AC5ABD">
        <w:rPr>
          <w:rFonts w:eastAsia="Comic Sans MS"/>
          <w:szCs w:val="20"/>
        </w:rPr>
        <w:t xml:space="preserve"> </w:t>
      </w:r>
      <w:proofErr w:type="spellStart"/>
      <w:r w:rsidRPr="00AC5ABD">
        <w:rPr>
          <w:rFonts w:eastAsia="Comic Sans MS"/>
          <w:szCs w:val="20"/>
        </w:rPr>
        <w:t>katlayarak</w:t>
      </w:r>
      <w:proofErr w:type="spellEnd"/>
      <w:r w:rsidRPr="00AC5ABD">
        <w:rPr>
          <w:rFonts w:eastAsia="Comic Sans MS"/>
          <w:szCs w:val="20"/>
        </w:rPr>
        <w:t xml:space="preserve"> </w:t>
      </w:r>
      <w:proofErr w:type="spellStart"/>
      <w:r w:rsidRPr="00AC5ABD">
        <w:rPr>
          <w:rFonts w:eastAsia="Comic Sans MS"/>
          <w:szCs w:val="20"/>
        </w:rPr>
        <w:t>gösterir</w:t>
      </w:r>
      <w:proofErr w:type="spellEnd"/>
      <w:r w:rsidRPr="00AC5ABD">
        <w:rPr>
          <w:rFonts w:eastAsia="Comic Sans MS"/>
          <w:szCs w:val="20"/>
        </w:rPr>
        <w:t xml:space="preserve">. </w:t>
      </w:r>
      <w:proofErr w:type="spellStart"/>
      <w:r w:rsidRPr="00AC5ABD">
        <w:rPr>
          <w:rFonts w:eastAsia="Comic Sans MS"/>
          <w:szCs w:val="20"/>
        </w:rPr>
        <w:t>Çocuklar</w:t>
      </w:r>
      <w:proofErr w:type="spellEnd"/>
      <w:r w:rsidRPr="00AC5ABD">
        <w:rPr>
          <w:rFonts w:eastAsia="Comic Sans MS"/>
          <w:szCs w:val="20"/>
        </w:rPr>
        <w:t xml:space="preserve"> (FAB.7.b) </w:t>
      </w:r>
      <w:proofErr w:type="spellStart"/>
      <w:r w:rsidRPr="00AC5ABD">
        <w:rPr>
          <w:rFonts w:eastAsia="Comic Sans MS"/>
          <w:szCs w:val="20"/>
        </w:rPr>
        <w:t>kendi</w:t>
      </w:r>
      <w:proofErr w:type="spellEnd"/>
      <w:r w:rsidRPr="00AC5ABD">
        <w:rPr>
          <w:rFonts w:eastAsia="Comic Sans MS"/>
          <w:szCs w:val="20"/>
        </w:rPr>
        <w:t xml:space="preserve"> </w:t>
      </w:r>
      <w:proofErr w:type="spellStart"/>
      <w:r w:rsidRPr="00AC5ABD">
        <w:rPr>
          <w:rFonts w:eastAsia="Comic Sans MS"/>
          <w:szCs w:val="20"/>
        </w:rPr>
        <w:t>yıldızlarının</w:t>
      </w:r>
      <w:proofErr w:type="spellEnd"/>
      <w:r w:rsidRPr="00AC5ABD">
        <w:rPr>
          <w:rFonts w:eastAsia="Comic Sans MS"/>
          <w:szCs w:val="20"/>
        </w:rPr>
        <w:t xml:space="preserve"> </w:t>
      </w:r>
      <w:proofErr w:type="spellStart"/>
      <w:r w:rsidRPr="00AC5ABD">
        <w:rPr>
          <w:rFonts w:eastAsia="Comic Sans MS"/>
          <w:szCs w:val="20"/>
        </w:rPr>
        <w:t>uçlarını</w:t>
      </w:r>
      <w:proofErr w:type="spellEnd"/>
      <w:r w:rsidRPr="00AC5ABD">
        <w:rPr>
          <w:rFonts w:eastAsia="Comic Sans MS"/>
          <w:szCs w:val="20"/>
        </w:rPr>
        <w:t xml:space="preserve"> </w:t>
      </w:r>
      <w:proofErr w:type="spellStart"/>
      <w:r w:rsidRPr="00AC5ABD">
        <w:rPr>
          <w:rFonts w:eastAsia="Comic Sans MS"/>
          <w:szCs w:val="20"/>
        </w:rPr>
        <w:t>destekle</w:t>
      </w:r>
      <w:proofErr w:type="spellEnd"/>
      <w:r w:rsidRPr="00AC5ABD">
        <w:rPr>
          <w:rFonts w:eastAsia="Comic Sans MS"/>
          <w:szCs w:val="20"/>
        </w:rPr>
        <w:t xml:space="preserve"> </w:t>
      </w:r>
      <w:proofErr w:type="spellStart"/>
      <w:r w:rsidRPr="00AC5ABD">
        <w:rPr>
          <w:rFonts w:eastAsia="Comic Sans MS"/>
          <w:szCs w:val="20"/>
        </w:rPr>
        <w:t>katlar</w:t>
      </w:r>
      <w:proofErr w:type="spellEnd"/>
      <w:r w:rsidRPr="00AC5ABD">
        <w:rPr>
          <w:rFonts w:eastAsia="Comic Sans MS"/>
          <w:szCs w:val="20"/>
        </w:rPr>
        <w:t xml:space="preserve"> </w:t>
      </w:r>
      <w:proofErr w:type="spellStart"/>
      <w:r w:rsidRPr="00AC5ABD">
        <w:rPr>
          <w:rFonts w:eastAsia="Comic Sans MS"/>
          <w:szCs w:val="20"/>
        </w:rPr>
        <w:t>ve</w:t>
      </w:r>
      <w:proofErr w:type="spellEnd"/>
      <w:r w:rsidRPr="00AC5ABD">
        <w:rPr>
          <w:rFonts w:eastAsia="Comic Sans MS"/>
          <w:szCs w:val="20"/>
        </w:rPr>
        <w:t xml:space="preserve"> </w:t>
      </w:r>
      <w:proofErr w:type="spellStart"/>
      <w:r w:rsidRPr="00AC5ABD">
        <w:rPr>
          <w:rFonts w:eastAsia="Comic Sans MS"/>
          <w:szCs w:val="20"/>
        </w:rPr>
        <w:t>katlı</w:t>
      </w:r>
      <w:proofErr w:type="spellEnd"/>
      <w:r w:rsidRPr="00AC5ABD">
        <w:rPr>
          <w:rFonts w:eastAsia="Comic Sans MS"/>
          <w:szCs w:val="20"/>
        </w:rPr>
        <w:t xml:space="preserve"> </w:t>
      </w:r>
      <w:proofErr w:type="spellStart"/>
      <w:r w:rsidRPr="00AC5ABD">
        <w:rPr>
          <w:rFonts w:eastAsia="Comic Sans MS"/>
          <w:szCs w:val="20"/>
        </w:rPr>
        <w:t>yüzü</w:t>
      </w:r>
      <w:proofErr w:type="spellEnd"/>
      <w:r w:rsidRPr="00AC5ABD">
        <w:rPr>
          <w:rFonts w:eastAsia="Comic Sans MS"/>
          <w:szCs w:val="20"/>
        </w:rPr>
        <w:t xml:space="preserve"> </w:t>
      </w:r>
      <w:proofErr w:type="spellStart"/>
      <w:r w:rsidRPr="00AC5ABD">
        <w:rPr>
          <w:rFonts w:eastAsia="Comic Sans MS"/>
          <w:szCs w:val="20"/>
        </w:rPr>
        <w:t>yukarıda</w:t>
      </w:r>
      <w:proofErr w:type="spellEnd"/>
      <w:r w:rsidRPr="00AC5ABD">
        <w:rPr>
          <w:rFonts w:eastAsia="Comic Sans MS"/>
          <w:szCs w:val="20"/>
        </w:rPr>
        <w:t xml:space="preserve"> </w:t>
      </w:r>
      <w:proofErr w:type="spellStart"/>
      <w:r w:rsidRPr="00AC5ABD">
        <w:rPr>
          <w:rFonts w:eastAsia="Comic Sans MS"/>
          <w:szCs w:val="20"/>
        </w:rPr>
        <w:t>kalacak</w:t>
      </w:r>
      <w:proofErr w:type="spellEnd"/>
      <w:r w:rsidRPr="00AC5ABD">
        <w:rPr>
          <w:rFonts w:eastAsia="Comic Sans MS"/>
          <w:szCs w:val="20"/>
        </w:rPr>
        <w:t xml:space="preserve"> </w:t>
      </w:r>
      <w:proofErr w:type="spellStart"/>
      <w:r w:rsidRPr="00AC5ABD">
        <w:rPr>
          <w:rFonts w:eastAsia="Comic Sans MS"/>
          <w:szCs w:val="20"/>
        </w:rPr>
        <w:t>biçimde</w:t>
      </w:r>
      <w:proofErr w:type="spellEnd"/>
      <w:r w:rsidRPr="00AC5ABD">
        <w:rPr>
          <w:rFonts w:eastAsia="Comic Sans MS"/>
          <w:szCs w:val="20"/>
        </w:rPr>
        <w:t xml:space="preserve"> </w:t>
      </w:r>
      <w:proofErr w:type="spellStart"/>
      <w:r w:rsidRPr="00AC5ABD">
        <w:rPr>
          <w:rFonts w:eastAsia="Comic Sans MS"/>
          <w:szCs w:val="20"/>
        </w:rPr>
        <w:t>suyun</w:t>
      </w:r>
      <w:proofErr w:type="spellEnd"/>
      <w:r w:rsidRPr="00AC5ABD">
        <w:rPr>
          <w:rFonts w:eastAsia="Comic Sans MS"/>
          <w:szCs w:val="20"/>
        </w:rPr>
        <w:t xml:space="preserve"> </w:t>
      </w:r>
      <w:proofErr w:type="spellStart"/>
      <w:r w:rsidRPr="00AC5ABD">
        <w:rPr>
          <w:rFonts w:eastAsia="Comic Sans MS"/>
          <w:szCs w:val="20"/>
        </w:rPr>
        <w:t>yüzeyine</w:t>
      </w:r>
      <w:proofErr w:type="spellEnd"/>
      <w:r w:rsidRPr="00AC5ABD">
        <w:rPr>
          <w:rFonts w:eastAsia="Comic Sans MS"/>
          <w:szCs w:val="20"/>
        </w:rPr>
        <w:t xml:space="preserve"> </w:t>
      </w:r>
      <w:proofErr w:type="spellStart"/>
      <w:r w:rsidRPr="00AC5ABD">
        <w:rPr>
          <w:rFonts w:eastAsia="Comic Sans MS"/>
          <w:szCs w:val="20"/>
        </w:rPr>
        <w:t>bırakır</w:t>
      </w:r>
      <w:proofErr w:type="spellEnd"/>
      <w:r w:rsidRPr="00AC5ABD">
        <w:rPr>
          <w:rFonts w:eastAsia="Comic Sans MS"/>
          <w:szCs w:val="20"/>
        </w:rPr>
        <w:t xml:space="preserve">. Bir </w:t>
      </w:r>
      <w:proofErr w:type="spellStart"/>
      <w:r w:rsidRPr="00AC5ABD">
        <w:rPr>
          <w:rFonts w:eastAsia="Comic Sans MS"/>
          <w:szCs w:val="20"/>
        </w:rPr>
        <w:t>çocuk</w:t>
      </w:r>
      <w:proofErr w:type="spellEnd"/>
      <w:r w:rsidRPr="00AC5ABD">
        <w:rPr>
          <w:rFonts w:eastAsia="Comic Sans MS"/>
          <w:szCs w:val="20"/>
        </w:rPr>
        <w:t xml:space="preserve"> </w:t>
      </w:r>
      <w:proofErr w:type="spellStart"/>
      <w:r w:rsidRPr="00AC5ABD">
        <w:rPr>
          <w:rFonts w:eastAsia="Comic Sans MS"/>
          <w:szCs w:val="20"/>
        </w:rPr>
        <w:t>figürü</w:t>
      </w:r>
      <w:proofErr w:type="spellEnd"/>
      <w:r w:rsidRPr="00AC5ABD">
        <w:rPr>
          <w:rFonts w:eastAsia="Comic Sans MS"/>
          <w:szCs w:val="20"/>
        </w:rPr>
        <w:t xml:space="preserve"> </w:t>
      </w:r>
      <w:proofErr w:type="spellStart"/>
      <w:r w:rsidRPr="00AC5ABD">
        <w:rPr>
          <w:rFonts w:eastAsia="Comic Sans MS"/>
          <w:szCs w:val="20"/>
        </w:rPr>
        <w:t>bırakırken</w:t>
      </w:r>
      <w:proofErr w:type="spellEnd"/>
      <w:r w:rsidRPr="00AC5ABD">
        <w:rPr>
          <w:rFonts w:eastAsia="Comic Sans MS"/>
          <w:szCs w:val="20"/>
        </w:rPr>
        <w:t xml:space="preserve"> </w:t>
      </w:r>
      <w:proofErr w:type="spellStart"/>
      <w:r w:rsidRPr="00AC5ABD">
        <w:rPr>
          <w:rFonts w:eastAsia="Comic Sans MS"/>
          <w:szCs w:val="20"/>
        </w:rPr>
        <w:t>diğerleri</w:t>
      </w:r>
      <w:proofErr w:type="spellEnd"/>
      <w:r w:rsidRPr="00AC5ABD">
        <w:rPr>
          <w:rFonts w:eastAsia="Comic Sans MS"/>
          <w:szCs w:val="20"/>
        </w:rPr>
        <w:t xml:space="preserve"> </w:t>
      </w:r>
      <w:proofErr w:type="spellStart"/>
      <w:r w:rsidRPr="00AC5ABD">
        <w:rPr>
          <w:rFonts w:eastAsia="Comic Sans MS"/>
          <w:szCs w:val="20"/>
        </w:rPr>
        <w:t>yakından</w:t>
      </w:r>
      <w:proofErr w:type="spellEnd"/>
      <w:r w:rsidRPr="00AC5ABD">
        <w:rPr>
          <w:rFonts w:eastAsia="Comic Sans MS"/>
          <w:szCs w:val="20"/>
        </w:rPr>
        <w:t xml:space="preserve"> </w:t>
      </w:r>
      <w:proofErr w:type="spellStart"/>
      <w:r w:rsidRPr="00AC5ABD">
        <w:rPr>
          <w:rFonts w:eastAsia="Comic Sans MS"/>
          <w:szCs w:val="20"/>
        </w:rPr>
        <w:t>gözlemler</w:t>
      </w:r>
      <w:proofErr w:type="spellEnd"/>
      <w:r w:rsidRPr="00AC5ABD">
        <w:rPr>
          <w:rFonts w:eastAsia="Comic Sans MS"/>
          <w:szCs w:val="20"/>
        </w:rPr>
        <w:t xml:space="preserve">; </w:t>
      </w:r>
      <w:proofErr w:type="spellStart"/>
      <w:r w:rsidRPr="00AC5ABD">
        <w:rPr>
          <w:rFonts w:eastAsia="Comic Sans MS"/>
          <w:szCs w:val="20"/>
        </w:rPr>
        <w:t>sonra</w:t>
      </w:r>
      <w:proofErr w:type="spellEnd"/>
      <w:r w:rsidRPr="00AC5ABD">
        <w:rPr>
          <w:rFonts w:eastAsia="Comic Sans MS"/>
          <w:szCs w:val="20"/>
        </w:rPr>
        <w:t xml:space="preserve"> </w:t>
      </w:r>
      <w:proofErr w:type="spellStart"/>
      <w:r w:rsidRPr="00AC5ABD">
        <w:rPr>
          <w:rFonts w:eastAsia="Comic Sans MS"/>
          <w:szCs w:val="20"/>
        </w:rPr>
        <w:t>sıra</w:t>
      </w:r>
      <w:proofErr w:type="spellEnd"/>
      <w:r w:rsidRPr="00AC5ABD">
        <w:rPr>
          <w:rFonts w:eastAsia="Comic Sans MS"/>
          <w:szCs w:val="20"/>
        </w:rPr>
        <w:t xml:space="preserve"> </w:t>
      </w:r>
      <w:proofErr w:type="spellStart"/>
      <w:r w:rsidRPr="00AC5ABD">
        <w:rPr>
          <w:rFonts w:eastAsia="Comic Sans MS"/>
          <w:szCs w:val="20"/>
        </w:rPr>
        <w:t>değişir</w:t>
      </w:r>
      <w:proofErr w:type="spellEnd"/>
      <w:r w:rsidRPr="00AC5ABD">
        <w:rPr>
          <w:rFonts w:eastAsia="Comic Sans MS"/>
          <w:szCs w:val="20"/>
        </w:rPr>
        <w:t xml:space="preserve">. İlk </w:t>
      </w:r>
      <w:proofErr w:type="spellStart"/>
      <w:r w:rsidRPr="00AC5ABD">
        <w:rPr>
          <w:rFonts w:eastAsia="Comic Sans MS"/>
          <w:szCs w:val="20"/>
        </w:rPr>
        <w:t>denemeden</w:t>
      </w:r>
      <w:proofErr w:type="spellEnd"/>
      <w:r w:rsidRPr="00AC5ABD">
        <w:rPr>
          <w:rFonts w:eastAsia="Comic Sans MS"/>
          <w:szCs w:val="20"/>
        </w:rPr>
        <w:t xml:space="preserve"> </w:t>
      </w:r>
      <w:proofErr w:type="spellStart"/>
      <w:r w:rsidRPr="00AC5ABD">
        <w:rPr>
          <w:rFonts w:eastAsia="Comic Sans MS"/>
          <w:szCs w:val="20"/>
        </w:rPr>
        <w:t>sonra</w:t>
      </w:r>
      <w:proofErr w:type="spellEnd"/>
      <w:r w:rsidRPr="00AC5ABD">
        <w:rPr>
          <w:rFonts w:eastAsia="Comic Sans MS"/>
          <w:szCs w:val="20"/>
        </w:rPr>
        <w:t xml:space="preserve"> </w:t>
      </w:r>
      <w:proofErr w:type="spellStart"/>
      <w:r w:rsidRPr="00AC5ABD">
        <w:rPr>
          <w:rFonts w:eastAsia="Comic Sans MS"/>
          <w:szCs w:val="20"/>
        </w:rPr>
        <w:t>ilgisi</w:t>
      </w:r>
      <w:proofErr w:type="spellEnd"/>
      <w:r w:rsidRPr="00AC5ABD">
        <w:rPr>
          <w:rFonts w:eastAsia="Comic Sans MS"/>
          <w:szCs w:val="20"/>
        </w:rPr>
        <w:t xml:space="preserve"> </w:t>
      </w:r>
      <w:proofErr w:type="spellStart"/>
      <w:r w:rsidRPr="00AC5ABD">
        <w:rPr>
          <w:rFonts w:eastAsia="Comic Sans MS"/>
          <w:szCs w:val="20"/>
        </w:rPr>
        <w:t>devam</w:t>
      </w:r>
      <w:proofErr w:type="spellEnd"/>
      <w:r w:rsidRPr="00AC5ABD">
        <w:rPr>
          <w:rFonts w:eastAsia="Comic Sans MS"/>
          <w:szCs w:val="20"/>
        </w:rPr>
        <w:t xml:space="preserve"> </w:t>
      </w:r>
      <w:proofErr w:type="spellStart"/>
      <w:r w:rsidRPr="00AC5ABD">
        <w:rPr>
          <w:rFonts w:eastAsia="Comic Sans MS"/>
          <w:szCs w:val="20"/>
        </w:rPr>
        <w:t>eden</w:t>
      </w:r>
      <w:proofErr w:type="spellEnd"/>
      <w:r w:rsidRPr="00AC5ABD">
        <w:rPr>
          <w:rFonts w:eastAsia="Comic Sans MS"/>
          <w:szCs w:val="20"/>
        </w:rPr>
        <w:t xml:space="preserve"> </w:t>
      </w:r>
      <w:proofErr w:type="spellStart"/>
      <w:r w:rsidRPr="00AC5ABD">
        <w:rPr>
          <w:rFonts w:eastAsia="Comic Sans MS"/>
          <w:szCs w:val="20"/>
        </w:rPr>
        <w:t>çocuk</w:t>
      </w:r>
      <w:proofErr w:type="spellEnd"/>
      <w:r w:rsidRPr="00AC5ABD">
        <w:rPr>
          <w:rFonts w:eastAsia="Comic Sans MS"/>
          <w:szCs w:val="20"/>
        </w:rPr>
        <w:t xml:space="preserve">, </w:t>
      </w:r>
      <w:proofErr w:type="spellStart"/>
      <w:r w:rsidRPr="00AC5ABD">
        <w:rPr>
          <w:rFonts w:eastAsia="Comic Sans MS"/>
          <w:szCs w:val="20"/>
        </w:rPr>
        <w:t>büyük</w:t>
      </w:r>
      <w:proofErr w:type="spellEnd"/>
      <w:r w:rsidRPr="00AC5ABD">
        <w:rPr>
          <w:rFonts w:eastAsia="Comic Sans MS"/>
          <w:szCs w:val="20"/>
        </w:rPr>
        <w:t xml:space="preserve"> ay </w:t>
      </w:r>
      <w:proofErr w:type="spellStart"/>
      <w:r w:rsidRPr="00AC5ABD">
        <w:rPr>
          <w:rFonts w:eastAsia="Comic Sans MS"/>
          <w:szCs w:val="20"/>
        </w:rPr>
        <w:t>parçasının</w:t>
      </w:r>
      <w:proofErr w:type="spellEnd"/>
      <w:r w:rsidRPr="00AC5ABD">
        <w:rPr>
          <w:rFonts w:eastAsia="Comic Sans MS"/>
          <w:szCs w:val="20"/>
        </w:rPr>
        <w:t xml:space="preserve"> </w:t>
      </w:r>
      <w:proofErr w:type="spellStart"/>
      <w:r w:rsidRPr="00AC5ABD">
        <w:rPr>
          <w:rFonts w:eastAsia="Comic Sans MS"/>
          <w:szCs w:val="20"/>
        </w:rPr>
        <w:t>uçlarını</w:t>
      </w:r>
      <w:proofErr w:type="spellEnd"/>
      <w:r w:rsidRPr="00AC5ABD">
        <w:rPr>
          <w:rFonts w:eastAsia="Comic Sans MS"/>
          <w:szCs w:val="20"/>
        </w:rPr>
        <w:t xml:space="preserve"> da </w:t>
      </w:r>
      <w:proofErr w:type="spellStart"/>
      <w:r w:rsidRPr="00AC5ABD">
        <w:rPr>
          <w:rFonts w:eastAsia="Comic Sans MS"/>
          <w:szCs w:val="20"/>
        </w:rPr>
        <w:t>hafifçe</w:t>
      </w:r>
      <w:proofErr w:type="spellEnd"/>
      <w:r w:rsidRPr="00AC5ABD">
        <w:rPr>
          <w:rFonts w:eastAsia="Comic Sans MS"/>
          <w:szCs w:val="20"/>
        </w:rPr>
        <w:t xml:space="preserve"> </w:t>
      </w:r>
      <w:proofErr w:type="spellStart"/>
      <w:r w:rsidRPr="00AC5ABD">
        <w:rPr>
          <w:rFonts w:eastAsia="Comic Sans MS"/>
          <w:szCs w:val="20"/>
        </w:rPr>
        <w:t>katlayarak</w:t>
      </w:r>
      <w:proofErr w:type="spellEnd"/>
      <w:r w:rsidRPr="00AC5ABD">
        <w:rPr>
          <w:rFonts w:eastAsia="Comic Sans MS"/>
          <w:szCs w:val="20"/>
        </w:rPr>
        <w:t xml:space="preserve"> </w:t>
      </w:r>
      <w:proofErr w:type="spellStart"/>
      <w:r w:rsidRPr="00AC5ABD">
        <w:rPr>
          <w:rFonts w:eastAsia="Comic Sans MS"/>
          <w:szCs w:val="20"/>
        </w:rPr>
        <w:t>dener</w:t>
      </w:r>
      <w:proofErr w:type="spellEnd"/>
      <w:r w:rsidRPr="00AC5ABD">
        <w:rPr>
          <w:rFonts w:eastAsia="Comic Sans MS"/>
          <w:szCs w:val="20"/>
        </w:rPr>
        <w:t xml:space="preserve">. </w:t>
      </w:r>
    </w:p>
    <w:p w14:paraId="47D1BC0A" w14:textId="028FB165" w:rsidR="00F627DB" w:rsidRPr="00AC5ABD" w:rsidRDefault="00CC4454">
      <w:pPr>
        <w:rPr>
          <w:szCs w:val="20"/>
        </w:rPr>
      </w:pPr>
      <w:proofErr w:type="spellStart"/>
      <w:r w:rsidRPr="00AC5ABD">
        <w:rPr>
          <w:rFonts w:eastAsia="Comic Sans MS"/>
          <w:szCs w:val="20"/>
        </w:rPr>
        <w:t>Çocuklar</w:t>
      </w:r>
      <w:proofErr w:type="spellEnd"/>
      <w:r w:rsidRPr="00AC5ABD">
        <w:rPr>
          <w:rFonts w:eastAsia="Comic Sans MS"/>
          <w:szCs w:val="20"/>
        </w:rPr>
        <w:t xml:space="preserve"> (FAB.7.c) </w:t>
      </w:r>
      <w:proofErr w:type="spellStart"/>
      <w:r w:rsidRPr="00AC5ABD">
        <w:rPr>
          <w:rFonts w:eastAsia="Comic Sans MS"/>
          <w:szCs w:val="20"/>
        </w:rPr>
        <w:t>kâğıdın</w:t>
      </w:r>
      <w:proofErr w:type="spellEnd"/>
      <w:r w:rsidRPr="00AC5ABD">
        <w:rPr>
          <w:rFonts w:eastAsia="Comic Sans MS"/>
          <w:szCs w:val="20"/>
        </w:rPr>
        <w:t xml:space="preserve"> </w:t>
      </w:r>
      <w:proofErr w:type="spellStart"/>
      <w:r w:rsidRPr="00AC5ABD">
        <w:rPr>
          <w:rFonts w:eastAsia="Comic Sans MS"/>
          <w:szCs w:val="20"/>
        </w:rPr>
        <w:t>ıslanmasını</w:t>
      </w:r>
      <w:proofErr w:type="spellEnd"/>
      <w:r w:rsidRPr="00AC5ABD">
        <w:rPr>
          <w:rFonts w:eastAsia="Comic Sans MS"/>
          <w:szCs w:val="20"/>
        </w:rPr>
        <w:t xml:space="preserve"> </w:t>
      </w:r>
      <w:proofErr w:type="spellStart"/>
      <w:r w:rsidRPr="00AC5ABD">
        <w:rPr>
          <w:rFonts w:eastAsia="Comic Sans MS"/>
          <w:szCs w:val="20"/>
        </w:rPr>
        <w:t>ve</w:t>
      </w:r>
      <w:proofErr w:type="spellEnd"/>
      <w:r w:rsidRPr="00AC5ABD">
        <w:rPr>
          <w:rFonts w:eastAsia="Comic Sans MS"/>
          <w:szCs w:val="20"/>
        </w:rPr>
        <w:t xml:space="preserve"> </w:t>
      </w:r>
      <w:proofErr w:type="spellStart"/>
      <w:r w:rsidRPr="00AC5ABD">
        <w:rPr>
          <w:rFonts w:eastAsia="Comic Sans MS"/>
          <w:szCs w:val="20"/>
        </w:rPr>
        <w:t>katlı</w:t>
      </w:r>
      <w:proofErr w:type="spellEnd"/>
      <w:r w:rsidRPr="00AC5ABD">
        <w:rPr>
          <w:rFonts w:eastAsia="Comic Sans MS"/>
          <w:szCs w:val="20"/>
        </w:rPr>
        <w:t xml:space="preserve"> </w:t>
      </w:r>
      <w:proofErr w:type="spellStart"/>
      <w:r w:rsidRPr="00AC5ABD">
        <w:rPr>
          <w:rFonts w:eastAsia="Comic Sans MS"/>
          <w:szCs w:val="20"/>
        </w:rPr>
        <w:t>bölümlerde</w:t>
      </w:r>
      <w:proofErr w:type="spellEnd"/>
      <w:r w:rsidRPr="00AC5ABD">
        <w:rPr>
          <w:rFonts w:eastAsia="Comic Sans MS"/>
          <w:szCs w:val="20"/>
        </w:rPr>
        <w:t xml:space="preserve"> </w:t>
      </w:r>
      <w:proofErr w:type="spellStart"/>
      <w:r w:rsidRPr="00AC5ABD">
        <w:rPr>
          <w:rFonts w:eastAsia="Comic Sans MS"/>
          <w:szCs w:val="20"/>
        </w:rPr>
        <w:t>oluşan</w:t>
      </w:r>
      <w:proofErr w:type="spellEnd"/>
      <w:r w:rsidRPr="00AC5ABD">
        <w:rPr>
          <w:rFonts w:eastAsia="Comic Sans MS"/>
          <w:szCs w:val="20"/>
        </w:rPr>
        <w:t xml:space="preserve"> </w:t>
      </w:r>
      <w:proofErr w:type="spellStart"/>
      <w:r w:rsidRPr="00AC5ABD">
        <w:rPr>
          <w:rFonts w:eastAsia="Comic Sans MS"/>
          <w:szCs w:val="20"/>
        </w:rPr>
        <w:t>değişimi</w:t>
      </w:r>
      <w:proofErr w:type="spellEnd"/>
      <w:r w:rsidRPr="00AC5ABD">
        <w:rPr>
          <w:rFonts w:eastAsia="Comic Sans MS"/>
          <w:szCs w:val="20"/>
        </w:rPr>
        <w:t xml:space="preserve"> </w:t>
      </w:r>
      <w:proofErr w:type="spellStart"/>
      <w:r w:rsidRPr="00AC5ABD">
        <w:rPr>
          <w:rFonts w:eastAsia="Comic Sans MS"/>
          <w:szCs w:val="20"/>
        </w:rPr>
        <w:t>gözlemler</w:t>
      </w:r>
      <w:proofErr w:type="spellEnd"/>
      <w:r w:rsidRPr="00AC5ABD">
        <w:rPr>
          <w:rFonts w:eastAsia="Comic Sans MS"/>
          <w:szCs w:val="20"/>
        </w:rPr>
        <w:t>. “</w:t>
      </w:r>
      <w:proofErr w:type="spellStart"/>
      <w:r w:rsidRPr="00AC5ABD">
        <w:rPr>
          <w:rFonts w:eastAsia="Comic Sans MS"/>
          <w:szCs w:val="20"/>
        </w:rPr>
        <w:t>Uçlar</w:t>
      </w:r>
      <w:proofErr w:type="spellEnd"/>
      <w:r w:rsidRPr="00AC5ABD">
        <w:rPr>
          <w:rFonts w:eastAsia="Comic Sans MS"/>
          <w:szCs w:val="20"/>
        </w:rPr>
        <w:t xml:space="preserve"> </w:t>
      </w:r>
      <w:proofErr w:type="spellStart"/>
      <w:r w:rsidRPr="00AC5ABD">
        <w:rPr>
          <w:rFonts w:eastAsia="Comic Sans MS"/>
          <w:szCs w:val="20"/>
        </w:rPr>
        <w:t>aynı</w:t>
      </w:r>
      <w:proofErr w:type="spellEnd"/>
      <w:r w:rsidRPr="00AC5ABD">
        <w:rPr>
          <w:rFonts w:eastAsia="Comic Sans MS"/>
          <w:szCs w:val="20"/>
        </w:rPr>
        <w:t xml:space="preserve"> </w:t>
      </w:r>
      <w:proofErr w:type="spellStart"/>
      <w:r w:rsidRPr="00AC5ABD">
        <w:rPr>
          <w:rFonts w:eastAsia="Comic Sans MS"/>
          <w:szCs w:val="20"/>
        </w:rPr>
        <w:t>mı</w:t>
      </w:r>
      <w:proofErr w:type="spellEnd"/>
      <w:r w:rsidRPr="00AC5ABD">
        <w:rPr>
          <w:rFonts w:eastAsia="Comic Sans MS"/>
          <w:szCs w:val="20"/>
        </w:rPr>
        <w:t xml:space="preserve"> </w:t>
      </w:r>
      <w:proofErr w:type="spellStart"/>
      <w:r w:rsidRPr="00AC5ABD">
        <w:rPr>
          <w:rFonts w:eastAsia="Comic Sans MS"/>
          <w:szCs w:val="20"/>
        </w:rPr>
        <w:t>kaldı</w:t>
      </w:r>
      <w:proofErr w:type="spellEnd"/>
      <w:r w:rsidRPr="00AC5ABD">
        <w:rPr>
          <w:rFonts w:eastAsia="Comic Sans MS"/>
          <w:szCs w:val="20"/>
        </w:rPr>
        <w:t xml:space="preserve">? </w:t>
      </w:r>
      <w:proofErr w:type="spellStart"/>
      <w:r w:rsidRPr="00AC5ABD">
        <w:rPr>
          <w:rFonts w:eastAsia="Comic Sans MS"/>
          <w:szCs w:val="20"/>
        </w:rPr>
        <w:t>Neresi</w:t>
      </w:r>
      <w:proofErr w:type="spellEnd"/>
      <w:r w:rsidRPr="00AC5ABD">
        <w:rPr>
          <w:rFonts w:eastAsia="Comic Sans MS"/>
          <w:szCs w:val="20"/>
        </w:rPr>
        <w:t xml:space="preserve"> </w:t>
      </w:r>
      <w:proofErr w:type="spellStart"/>
      <w:r w:rsidRPr="00AC5ABD">
        <w:rPr>
          <w:rFonts w:eastAsia="Comic Sans MS"/>
          <w:szCs w:val="20"/>
        </w:rPr>
        <w:t>açıldı</w:t>
      </w:r>
      <w:proofErr w:type="spellEnd"/>
      <w:r w:rsidRPr="00AC5ABD">
        <w:rPr>
          <w:rFonts w:eastAsia="Comic Sans MS"/>
          <w:szCs w:val="20"/>
        </w:rPr>
        <w:t xml:space="preserve">?” </w:t>
      </w:r>
      <w:proofErr w:type="spellStart"/>
      <w:r w:rsidRPr="00AC5ABD">
        <w:rPr>
          <w:rFonts w:eastAsia="Comic Sans MS"/>
          <w:szCs w:val="20"/>
        </w:rPr>
        <w:t>sorularına</w:t>
      </w:r>
      <w:proofErr w:type="spellEnd"/>
      <w:r w:rsidRPr="00AC5ABD">
        <w:rPr>
          <w:rFonts w:eastAsia="Comic Sans MS"/>
          <w:szCs w:val="20"/>
        </w:rPr>
        <w:t xml:space="preserve"> </w:t>
      </w:r>
      <w:proofErr w:type="spellStart"/>
      <w:r w:rsidRPr="00AC5ABD">
        <w:rPr>
          <w:rFonts w:eastAsia="Comic Sans MS"/>
          <w:szCs w:val="20"/>
        </w:rPr>
        <w:t>gördüklerini</w:t>
      </w:r>
      <w:proofErr w:type="spellEnd"/>
      <w:r w:rsidRPr="00AC5ABD">
        <w:rPr>
          <w:rFonts w:eastAsia="Comic Sans MS"/>
          <w:szCs w:val="20"/>
        </w:rPr>
        <w:t xml:space="preserve"> </w:t>
      </w:r>
      <w:proofErr w:type="spellStart"/>
      <w:r w:rsidRPr="00AC5ABD">
        <w:rPr>
          <w:rFonts w:eastAsia="Comic Sans MS"/>
          <w:szCs w:val="20"/>
        </w:rPr>
        <w:t>göstererek</w:t>
      </w:r>
      <w:proofErr w:type="spellEnd"/>
      <w:r w:rsidRPr="00AC5ABD">
        <w:rPr>
          <w:rFonts w:eastAsia="Comic Sans MS"/>
          <w:szCs w:val="20"/>
        </w:rPr>
        <w:t xml:space="preserve"> </w:t>
      </w:r>
      <w:proofErr w:type="spellStart"/>
      <w:r w:rsidRPr="00AC5ABD">
        <w:rPr>
          <w:rFonts w:eastAsia="Comic Sans MS"/>
          <w:szCs w:val="20"/>
        </w:rPr>
        <w:t>veya</w:t>
      </w:r>
      <w:proofErr w:type="spellEnd"/>
      <w:r w:rsidRPr="00AC5ABD">
        <w:rPr>
          <w:rFonts w:eastAsia="Comic Sans MS"/>
          <w:szCs w:val="20"/>
        </w:rPr>
        <w:t xml:space="preserve"> </w:t>
      </w:r>
      <w:proofErr w:type="spellStart"/>
      <w:r w:rsidRPr="00AC5ABD">
        <w:rPr>
          <w:rFonts w:eastAsia="Comic Sans MS"/>
          <w:szCs w:val="20"/>
        </w:rPr>
        <w:t>söyleyerek</w:t>
      </w:r>
      <w:proofErr w:type="spellEnd"/>
      <w:r w:rsidRPr="00AC5ABD">
        <w:rPr>
          <w:rFonts w:eastAsia="Comic Sans MS"/>
          <w:szCs w:val="20"/>
        </w:rPr>
        <w:t xml:space="preserve"> </w:t>
      </w:r>
      <w:proofErr w:type="spellStart"/>
      <w:r w:rsidRPr="00AC5ABD">
        <w:rPr>
          <w:rFonts w:eastAsia="Comic Sans MS"/>
          <w:szCs w:val="20"/>
        </w:rPr>
        <w:t>yanıt</w:t>
      </w:r>
      <w:proofErr w:type="spellEnd"/>
      <w:r w:rsidRPr="00AC5ABD">
        <w:rPr>
          <w:rFonts w:eastAsia="Comic Sans MS"/>
          <w:szCs w:val="20"/>
        </w:rPr>
        <w:t xml:space="preserve"> </w:t>
      </w:r>
      <w:proofErr w:type="spellStart"/>
      <w:r w:rsidRPr="00AC5ABD">
        <w:rPr>
          <w:rFonts w:eastAsia="Comic Sans MS"/>
          <w:szCs w:val="20"/>
        </w:rPr>
        <w:t>verir</w:t>
      </w:r>
      <w:proofErr w:type="spellEnd"/>
      <w:r w:rsidRPr="00AC5ABD">
        <w:rPr>
          <w:rFonts w:eastAsia="Comic Sans MS"/>
          <w:szCs w:val="20"/>
        </w:rPr>
        <w:t xml:space="preserve">. </w:t>
      </w:r>
    </w:p>
    <w:p w14:paraId="4AFBD156" w14:textId="77777777" w:rsidR="00F627DB" w:rsidRPr="00AC5ABD" w:rsidRDefault="00CC4454">
      <w:pPr>
        <w:keepNext/>
        <w:rPr>
          <w:szCs w:val="20"/>
        </w:rPr>
      </w:pPr>
      <w:proofErr w:type="spellStart"/>
      <w:r w:rsidRPr="00AC5ABD">
        <w:rPr>
          <w:rFonts w:eastAsia="Comic Sans MS"/>
          <w:b/>
          <w:color w:val="002060"/>
          <w:szCs w:val="20"/>
        </w:rPr>
        <w:t>Hareket</w:t>
      </w:r>
      <w:proofErr w:type="spellEnd"/>
      <w:r w:rsidRPr="00AC5ABD">
        <w:rPr>
          <w:rFonts w:eastAsia="Comic Sans MS"/>
          <w:b/>
          <w:color w:val="002060"/>
          <w:szCs w:val="20"/>
        </w:rPr>
        <w:t xml:space="preserve"> </w:t>
      </w:r>
      <w:proofErr w:type="spellStart"/>
      <w:r w:rsidRPr="00AC5ABD">
        <w:rPr>
          <w:rFonts w:eastAsia="Comic Sans MS"/>
          <w:b/>
          <w:color w:val="002060"/>
          <w:szCs w:val="20"/>
        </w:rPr>
        <w:t>ve</w:t>
      </w:r>
      <w:proofErr w:type="spellEnd"/>
      <w:r w:rsidRPr="00AC5ABD">
        <w:rPr>
          <w:rFonts w:eastAsia="Comic Sans MS"/>
          <w:b/>
          <w:color w:val="002060"/>
          <w:szCs w:val="20"/>
        </w:rPr>
        <w:t xml:space="preserve"> </w:t>
      </w:r>
      <w:proofErr w:type="spellStart"/>
      <w:r w:rsidRPr="00AC5ABD">
        <w:rPr>
          <w:rFonts w:eastAsia="Comic Sans MS"/>
          <w:b/>
          <w:color w:val="002060"/>
          <w:szCs w:val="20"/>
        </w:rPr>
        <w:t>Sağlık</w:t>
      </w:r>
      <w:proofErr w:type="spellEnd"/>
      <w:r w:rsidRPr="00AC5ABD">
        <w:rPr>
          <w:rFonts w:eastAsia="Comic Sans MS"/>
          <w:b/>
          <w:color w:val="002060"/>
          <w:szCs w:val="20"/>
        </w:rPr>
        <w:t xml:space="preserve"> (</w:t>
      </w:r>
      <w:proofErr w:type="spellStart"/>
      <w:r w:rsidRPr="00AC5ABD">
        <w:rPr>
          <w:rFonts w:eastAsia="Comic Sans MS"/>
          <w:b/>
          <w:color w:val="002060"/>
          <w:szCs w:val="20"/>
        </w:rPr>
        <w:t>Küçük</w:t>
      </w:r>
      <w:proofErr w:type="spellEnd"/>
      <w:r w:rsidRPr="00AC5ABD">
        <w:rPr>
          <w:rFonts w:eastAsia="Comic Sans MS"/>
          <w:b/>
          <w:color w:val="002060"/>
          <w:szCs w:val="20"/>
        </w:rPr>
        <w:t xml:space="preserve"> </w:t>
      </w:r>
      <w:proofErr w:type="spellStart"/>
      <w:r w:rsidRPr="00AC5ABD">
        <w:rPr>
          <w:rFonts w:eastAsia="Comic Sans MS"/>
          <w:b/>
          <w:color w:val="002060"/>
          <w:szCs w:val="20"/>
        </w:rPr>
        <w:t>Grup</w:t>
      </w:r>
      <w:proofErr w:type="spellEnd"/>
      <w:r w:rsidRPr="00AC5ABD">
        <w:rPr>
          <w:rFonts w:eastAsia="Comic Sans MS"/>
          <w:b/>
          <w:color w:val="002060"/>
          <w:szCs w:val="20"/>
        </w:rPr>
        <w:t xml:space="preserve"> </w:t>
      </w:r>
      <w:proofErr w:type="spellStart"/>
      <w:r w:rsidRPr="00AC5ABD">
        <w:rPr>
          <w:rFonts w:eastAsia="Comic Sans MS"/>
          <w:b/>
          <w:color w:val="002060"/>
          <w:szCs w:val="20"/>
        </w:rPr>
        <w:t>Etkinliği</w:t>
      </w:r>
      <w:proofErr w:type="spellEnd"/>
      <w:r w:rsidRPr="00AC5ABD">
        <w:rPr>
          <w:rFonts w:eastAsia="Comic Sans MS"/>
          <w:b/>
          <w:color w:val="002060"/>
          <w:szCs w:val="20"/>
        </w:rPr>
        <w:t>)</w:t>
      </w:r>
    </w:p>
    <w:p w14:paraId="399AA9EF" w14:textId="24F98697" w:rsidR="00F627DB" w:rsidRPr="00AC5ABD" w:rsidRDefault="001C145E">
      <w:pPr>
        <w:rPr>
          <w:szCs w:val="20"/>
        </w:rPr>
      </w:pPr>
      <w:hyperlink r:id="rId13">
        <w:r w:rsidR="00CC4454" w:rsidRPr="00AC5ABD">
          <w:rPr>
            <w:rFonts w:eastAsia="Comic Sans MS"/>
            <w:color w:val="0563C1"/>
            <w:szCs w:val="20"/>
            <w:u w:val="single"/>
          </w:rPr>
          <w:t>“</w:t>
        </w:r>
        <w:proofErr w:type="spellStart"/>
        <w:r w:rsidR="00CC4454" w:rsidRPr="00AC5ABD">
          <w:rPr>
            <w:rFonts w:eastAsia="Comic Sans MS"/>
            <w:color w:val="0563C1"/>
            <w:szCs w:val="20"/>
            <w:u w:val="single"/>
          </w:rPr>
          <w:t>Dairesel</w:t>
        </w:r>
        <w:proofErr w:type="spellEnd"/>
        <w:r w:rsidR="00CC4454" w:rsidRPr="00AC5ABD">
          <w:rPr>
            <w:rFonts w:eastAsia="Comic Sans MS"/>
            <w:color w:val="0563C1"/>
            <w:szCs w:val="20"/>
            <w:u w:val="single"/>
          </w:rPr>
          <w:t xml:space="preserve"> Bayrak </w:t>
        </w:r>
        <w:proofErr w:type="spellStart"/>
        <w:r w:rsidR="00CC4454" w:rsidRPr="00AC5ABD">
          <w:rPr>
            <w:rFonts w:eastAsia="Comic Sans MS"/>
            <w:color w:val="0563C1"/>
            <w:szCs w:val="20"/>
            <w:u w:val="single"/>
          </w:rPr>
          <w:t>Oyunu</w:t>
        </w:r>
        <w:proofErr w:type="spellEnd"/>
        <w:r w:rsidR="00CC4454" w:rsidRPr="00AC5ABD">
          <w:rPr>
            <w:rFonts w:eastAsia="Comic Sans MS"/>
            <w:color w:val="0563C1"/>
            <w:szCs w:val="20"/>
            <w:u w:val="single"/>
          </w:rPr>
          <w:t>”</w:t>
        </w:r>
      </w:hyperlink>
      <w:r w:rsidR="00CC4454" w:rsidRPr="00AC5ABD">
        <w:rPr>
          <w:rFonts w:eastAsia="Comic Sans MS"/>
          <w:szCs w:val="20"/>
        </w:rPr>
        <w:t xml:space="preserve"> yere </w:t>
      </w:r>
      <w:proofErr w:type="spellStart"/>
      <w:r w:rsidR="00CC4454" w:rsidRPr="00AC5ABD">
        <w:rPr>
          <w:rFonts w:eastAsia="Comic Sans MS"/>
          <w:szCs w:val="20"/>
        </w:rPr>
        <w:t>yerleştirilen</w:t>
      </w:r>
      <w:proofErr w:type="spellEnd"/>
      <w:r w:rsidR="00CC4454" w:rsidRPr="00AC5ABD">
        <w:rPr>
          <w:rFonts w:eastAsia="Comic Sans MS"/>
          <w:szCs w:val="20"/>
        </w:rPr>
        <w:t xml:space="preserve"> </w:t>
      </w:r>
      <w:proofErr w:type="spellStart"/>
      <w:r w:rsidR="00CC4454" w:rsidRPr="00AC5ABD">
        <w:rPr>
          <w:rFonts w:eastAsia="Comic Sans MS"/>
          <w:szCs w:val="20"/>
        </w:rPr>
        <w:t>işaretlerin</w:t>
      </w:r>
      <w:proofErr w:type="spellEnd"/>
      <w:r w:rsidR="00CC4454" w:rsidRPr="00AC5ABD">
        <w:rPr>
          <w:rFonts w:eastAsia="Comic Sans MS"/>
          <w:szCs w:val="20"/>
        </w:rPr>
        <w:t xml:space="preserve"> </w:t>
      </w:r>
      <w:proofErr w:type="spellStart"/>
      <w:r w:rsidR="00CC4454" w:rsidRPr="00AC5ABD">
        <w:rPr>
          <w:rFonts w:eastAsia="Comic Sans MS"/>
          <w:szCs w:val="20"/>
        </w:rPr>
        <w:t>oluşturduğu</w:t>
      </w:r>
      <w:proofErr w:type="spellEnd"/>
      <w:r w:rsidR="00CC4454" w:rsidRPr="00AC5ABD">
        <w:rPr>
          <w:rFonts w:eastAsia="Comic Sans MS"/>
          <w:szCs w:val="20"/>
        </w:rPr>
        <w:t xml:space="preserve"> </w:t>
      </w:r>
      <w:proofErr w:type="spellStart"/>
      <w:r w:rsidR="00CC4454" w:rsidRPr="00AC5ABD">
        <w:rPr>
          <w:rFonts w:eastAsia="Comic Sans MS"/>
          <w:szCs w:val="20"/>
        </w:rPr>
        <w:t>kısa</w:t>
      </w:r>
      <w:proofErr w:type="spellEnd"/>
      <w:r w:rsidR="00CC4454" w:rsidRPr="00AC5ABD">
        <w:rPr>
          <w:rFonts w:eastAsia="Comic Sans MS"/>
          <w:szCs w:val="20"/>
        </w:rPr>
        <w:t xml:space="preserve"> </w:t>
      </w:r>
      <w:proofErr w:type="spellStart"/>
      <w:r w:rsidR="00CC4454" w:rsidRPr="00AC5ABD">
        <w:rPr>
          <w:rFonts w:eastAsia="Comic Sans MS"/>
          <w:szCs w:val="20"/>
        </w:rPr>
        <w:t>bir</w:t>
      </w:r>
      <w:proofErr w:type="spellEnd"/>
      <w:r w:rsidR="00CC4454" w:rsidRPr="00AC5ABD">
        <w:rPr>
          <w:rFonts w:eastAsia="Comic Sans MS"/>
          <w:szCs w:val="20"/>
        </w:rPr>
        <w:t xml:space="preserve"> </w:t>
      </w:r>
      <w:proofErr w:type="spellStart"/>
      <w:r w:rsidR="00CC4454" w:rsidRPr="00AC5ABD">
        <w:rPr>
          <w:rFonts w:eastAsia="Comic Sans MS"/>
          <w:szCs w:val="20"/>
        </w:rPr>
        <w:t>dairesel</w:t>
      </w:r>
      <w:proofErr w:type="spellEnd"/>
      <w:r w:rsidR="00CC4454" w:rsidRPr="00AC5ABD">
        <w:rPr>
          <w:rFonts w:eastAsia="Comic Sans MS"/>
          <w:szCs w:val="20"/>
        </w:rPr>
        <w:t xml:space="preserve"> </w:t>
      </w:r>
      <w:proofErr w:type="spellStart"/>
      <w:r w:rsidR="00CC4454" w:rsidRPr="00AC5ABD">
        <w:rPr>
          <w:rFonts w:eastAsia="Comic Sans MS"/>
          <w:szCs w:val="20"/>
        </w:rPr>
        <w:t>yolda</w:t>
      </w:r>
      <w:proofErr w:type="spellEnd"/>
      <w:r w:rsidR="00CC4454" w:rsidRPr="00AC5ABD">
        <w:rPr>
          <w:rFonts w:eastAsia="Comic Sans MS"/>
          <w:szCs w:val="20"/>
        </w:rPr>
        <w:t xml:space="preserve"> </w:t>
      </w:r>
      <w:proofErr w:type="spellStart"/>
      <w:r w:rsidR="00CC4454" w:rsidRPr="00AC5ABD">
        <w:rPr>
          <w:rFonts w:eastAsia="Comic Sans MS"/>
          <w:szCs w:val="20"/>
        </w:rPr>
        <w:t>oynanır</w:t>
      </w:r>
      <w:proofErr w:type="spellEnd"/>
      <w:r w:rsidR="00CC4454" w:rsidRPr="00AC5ABD">
        <w:rPr>
          <w:rFonts w:eastAsia="Comic Sans MS"/>
          <w:szCs w:val="20"/>
        </w:rPr>
        <w:t xml:space="preserve">. </w:t>
      </w:r>
      <w:proofErr w:type="spellStart"/>
      <w:r w:rsidR="00CC4454" w:rsidRPr="00AC5ABD">
        <w:rPr>
          <w:rFonts w:eastAsia="Comic Sans MS"/>
          <w:szCs w:val="20"/>
        </w:rPr>
        <w:t>Çocuklar</w:t>
      </w:r>
      <w:proofErr w:type="spellEnd"/>
      <w:r w:rsidR="00CC4454" w:rsidRPr="00AC5ABD">
        <w:rPr>
          <w:rFonts w:eastAsia="Comic Sans MS"/>
          <w:szCs w:val="20"/>
        </w:rPr>
        <w:t xml:space="preserve"> </w:t>
      </w:r>
      <w:proofErr w:type="spellStart"/>
      <w:r w:rsidR="00CC4454" w:rsidRPr="00AC5ABD">
        <w:rPr>
          <w:rFonts w:eastAsia="Comic Sans MS"/>
          <w:szCs w:val="20"/>
        </w:rPr>
        <w:t>üç</w:t>
      </w:r>
      <w:proofErr w:type="spellEnd"/>
      <w:r w:rsidR="00CC4454" w:rsidRPr="00AC5ABD">
        <w:rPr>
          <w:rFonts w:eastAsia="Comic Sans MS"/>
          <w:szCs w:val="20"/>
        </w:rPr>
        <w:t>–</w:t>
      </w:r>
      <w:proofErr w:type="spellStart"/>
      <w:r w:rsidR="00CC4454" w:rsidRPr="00AC5ABD">
        <w:rPr>
          <w:rFonts w:eastAsia="Comic Sans MS"/>
          <w:szCs w:val="20"/>
        </w:rPr>
        <w:t>dört</w:t>
      </w:r>
      <w:proofErr w:type="spellEnd"/>
      <w:r w:rsidR="00CC4454" w:rsidRPr="00AC5ABD">
        <w:rPr>
          <w:rFonts w:eastAsia="Comic Sans MS"/>
          <w:szCs w:val="20"/>
        </w:rPr>
        <w:t xml:space="preserve"> </w:t>
      </w:r>
      <w:proofErr w:type="spellStart"/>
      <w:r w:rsidR="00CC4454" w:rsidRPr="00AC5ABD">
        <w:rPr>
          <w:rFonts w:eastAsia="Comic Sans MS"/>
          <w:szCs w:val="20"/>
        </w:rPr>
        <w:t>kişilik</w:t>
      </w:r>
      <w:proofErr w:type="spellEnd"/>
      <w:r w:rsidR="00CC4454" w:rsidRPr="00AC5ABD">
        <w:rPr>
          <w:rFonts w:eastAsia="Comic Sans MS"/>
          <w:szCs w:val="20"/>
        </w:rPr>
        <w:t xml:space="preserve"> </w:t>
      </w:r>
      <w:proofErr w:type="spellStart"/>
      <w:r w:rsidR="00CC4454" w:rsidRPr="00AC5ABD">
        <w:rPr>
          <w:rFonts w:eastAsia="Comic Sans MS"/>
          <w:szCs w:val="20"/>
        </w:rPr>
        <w:t>küçük</w:t>
      </w:r>
      <w:proofErr w:type="spellEnd"/>
      <w:r w:rsidR="00CC4454" w:rsidRPr="00AC5ABD">
        <w:rPr>
          <w:rFonts w:eastAsia="Comic Sans MS"/>
          <w:szCs w:val="20"/>
        </w:rPr>
        <w:t xml:space="preserve"> </w:t>
      </w:r>
      <w:proofErr w:type="spellStart"/>
      <w:r w:rsidR="00CC4454" w:rsidRPr="00AC5ABD">
        <w:rPr>
          <w:rFonts w:eastAsia="Comic Sans MS"/>
          <w:szCs w:val="20"/>
        </w:rPr>
        <w:t>gruplarla</w:t>
      </w:r>
      <w:proofErr w:type="spellEnd"/>
      <w:r w:rsidR="00CC4454" w:rsidRPr="00AC5ABD">
        <w:rPr>
          <w:rFonts w:eastAsia="Comic Sans MS"/>
          <w:szCs w:val="20"/>
        </w:rPr>
        <w:t xml:space="preserve"> </w:t>
      </w:r>
      <w:proofErr w:type="spellStart"/>
      <w:r w:rsidR="00CC4454" w:rsidRPr="00AC5ABD">
        <w:rPr>
          <w:rFonts w:eastAsia="Comic Sans MS"/>
          <w:szCs w:val="20"/>
        </w:rPr>
        <w:t>oynar</w:t>
      </w:r>
      <w:proofErr w:type="spellEnd"/>
      <w:r w:rsidR="00CC4454" w:rsidRPr="00AC5ABD">
        <w:rPr>
          <w:rFonts w:eastAsia="Comic Sans MS"/>
          <w:szCs w:val="20"/>
        </w:rPr>
        <w:t xml:space="preserve">. </w:t>
      </w:r>
      <w:proofErr w:type="spellStart"/>
      <w:r w:rsidR="00CC4454" w:rsidRPr="00AC5ABD">
        <w:rPr>
          <w:rFonts w:eastAsia="Comic Sans MS"/>
          <w:szCs w:val="20"/>
        </w:rPr>
        <w:t>Öğretmen</w:t>
      </w:r>
      <w:proofErr w:type="spellEnd"/>
      <w:r w:rsidR="00CC4454" w:rsidRPr="00AC5ABD">
        <w:rPr>
          <w:rFonts w:eastAsia="Comic Sans MS"/>
          <w:szCs w:val="20"/>
        </w:rPr>
        <w:t xml:space="preserve"> </w:t>
      </w:r>
      <w:proofErr w:type="spellStart"/>
      <w:r w:rsidR="00CC4454" w:rsidRPr="00AC5ABD">
        <w:rPr>
          <w:rFonts w:eastAsia="Comic Sans MS"/>
          <w:szCs w:val="20"/>
        </w:rPr>
        <w:t>başlangıcı</w:t>
      </w:r>
      <w:proofErr w:type="spellEnd"/>
      <w:r w:rsidR="00CC4454" w:rsidRPr="00AC5ABD">
        <w:rPr>
          <w:rFonts w:eastAsia="Comic Sans MS"/>
          <w:szCs w:val="20"/>
        </w:rPr>
        <w:t xml:space="preserve"> </w:t>
      </w:r>
      <w:proofErr w:type="spellStart"/>
      <w:r w:rsidR="00CC4454" w:rsidRPr="00AC5ABD">
        <w:rPr>
          <w:rFonts w:eastAsia="Comic Sans MS"/>
          <w:szCs w:val="20"/>
        </w:rPr>
        <w:t>ve</w:t>
      </w:r>
      <w:proofErr w:type="spellEnd"/>
      <w:r w:rsidR="00CC4454" w:rsidRPr="00AC5ABD">
        <w:rPr>
          <w:rFonts w:eastAsia="Comic Sans MS"/>
          <w:szCs w:val="20"/>
        </w:rPr>
        <w:t xml:space="preserve"> </w:t>
      </w:r>
      <w:proofErr w:type="spellStart"/>
      <w:r w:rsidR="00CC4454" w:rsidRPr="00AC5ABD">
        <w:rPr>
          <w:rFonts w:eastAsia="Comic Sans MS"/>
          <w:szCs w:val="20"/>
        </w:rPr>
        <w:t>yolu</w:t>
      </w:r>
      <w:proofErr w:type="spellEnd"/>
      <w:r w:rsidR="00CC4454" w:rsidRPr="00AC5ABD">
        <w:rPr>
          <w:rFonts w:eastAsia="Comic Sans MS"/>
          <w:szCs w:val="20"/>
        </w:rPr>
        <w:t xml:space="preserve"> </w:t>
      </w:r>
      <w:proofErr w:type="spellStart"/>
      <w:r w:rsidR="00CC4454" w:rsidRPr="00AC5ABD">
        <w:rPr>
          <w:rFonts w:eastAsia="Comic Sans MS"/>
          <w:szCs w:val="20"/>
        </w:rPr>
        <w:t>göstererek</w:t>
      </w:r>
      <w:proofErr w:type="spellEnd"/>
      <w:r w:rsidR="00CC4454" w:rsidRPr="00AC5ABD">
        <w:rPr>
          <w:rFonts w:eastAsia="Comic Sans MS"/>
          <w:szCs w:val="20"/>
        </w:rPr>
        <w:t xml:space="preserve"> </w:t>
      </w:r>
      <w:proofErr w:type="spellStart"/>
      <w:r w:rsidR="00CC4454" w:rsidRPr="00AC5ABD">
        <w:rPr>
          <w:rFonts w:eastAsia="Comic Sans MS"/>
          <w:szCs w:val="20"/>
        </w:rPr>
        <w:t>bir</w:t>
      </w:r>
      <w:proofErr w:type="spellEnd"/>
      <w:r w:rsidR="00CC4454" w:rsidRPr="00AC5ABD">
        <w:rPr>
          <w:rFonts w:eastAsia="Comic Sans MS"/>
          <w:szCs w:val="20"/>
        </w:rPr>
        <w:t xml:space="preserve"> tur </w:t>
      </w:r>
      <w:proofErr w:type="spellStart"/>
      <w:r w:rsidR="00CC4454" w:rsidRPr="00AC5ABD">
        <w:rPr>
          <w:rFonts w:eastAsia="Comic Sans MS"/>
          <w:szCs w:val="20"/>
        </w:rPr>
        <w:t>yürür</w:t>
      </w:r>
      <w:proofErr w:type="spellEnd"/>
      <w:r w:rsidR="00CC4454" w:rsidRPr="00AC5ABD">
        <w:rPr>
          <w:rFonts w:eastAsia="Comic Sans MS"/>
          <w:szCs w:val="20"/>
        </w:rPr>
        <w:t>.</w:t>
      </w:r>
    </w:p>
    <w:p w14:paraId="6FC955AD" w14:textId="6E78681B" w:rsidR="00F627DB" w:rsidRPr="00AC5ABD" w:rsidRDefault="00CC4454">
      <w:pPr>
        <w:rPr>
          <w:szCs w:val="20"/>
        </w:rPr>
      </w:pPr>
      <w:proofErr w:type="spellStart"/>
      <w:r w:rsidRPr="00AC5ABD">
        <w:rPr>
          <w:rFonts w:eastAsia="Comic Sans MS"/>
          <w:szCs w:val="20"/>
        </w:rPr>
        <w:t>Çocuk</w:t>
      </w:r>
      <w:proofErr w:type="spellEnd"/>
      <w:r w:rsidRPr="00AC5ABD">
        <w:rPr>
          <w:rFonts w:eastAsia="Comic Sans MS"/>
          <w:szCs w:val="20"/>
        </w:rPr>
        <w:t xml:space="preserve"> (HSAB.1.a) “</w:t>
      </w:r>
      <w:proofErr w:type="spellStart"/>
      <w:r w:rsidRPr="00AC5ABD">
        <w:rPr>
          <w:rFonts w:eastAsia="Comic Sans MS"/>
          <w:szCs w:val="20"/>
        </w:rPr>
        <w:t>İşaretleri</w:t>
      </w:r>
      <w:proofErr w:type="spellEnd"/>
      <w:r w:rsidRPr="00AC5ABD">
        <w:rPr>
          <w:rFonts w:eastAsia="Comic Sans MS"/>
          <w:szCs w:val="20"/>
        </w:rPr>
        <w:t xml:space="preserve"> </w:t>
      </w:r>
      <w:proofErr w:type="spellStart"/>
      <w:r w:rsidRPr="00AC5ABD">
        <w:rPr>
          <w:rFonts w:eastAsia="Comic Sans MS"/>
          <w:szCs w:val="20"/>
        </w:rPr>
        <w:t>izleyerek</w:t>
      </w:r>
      <w:proofErr w:type="spellEnd"/>
      <w:r w:rsidRPr="00AC5ABD">
        <w:rPr>
          <w:rFonts w:eastAsia="Comic Sans MS"/>
          <w:szCs w:val="20"/>
        </w:rPr>
        <w:t xml:space="preserve"> </w:t>
      </w:r>
      <w:proofErr w:type="spellStart"/>
      <w:r w:rsidRPr="00AC5ABD">
        <w:rPr>
          <w:rFonts w:eastAsia="Comic Sans MS"/>
          <w:szCs w:val="20"/>
        </w:rPr>
        <w:t>yürü</w:t>
      </w:r>
      <w:proofErr w:type="spellEnd"/>
      <w:r w:rsidRPr="00AC5ABD">
        <w:rPr>
          <w:rFonts w:eastAsia="Comic Sans MS"/>
          <w:szCs w:val="20"/>
        </w:rPr>
        <w:t xml:space="preserve">.” </w:t>
      </w:r>
      <w:proofErr w:type="spellStart"/>
      <w:r w:rsidRPr="00AC5ABD">
        <w:rPr>
          <w:rFonts w:eastAsia="Comic Sans MS"/>
          <w:szCs w:val="20"/>
        </w:rPr>
        <w:t>yönergesiyle</w:t>
      </w:r>
      <w:proofErr w:type="spellEnd"/>
      <w:r w:rsidRPr="00AC5ABD">
        <w:rPr>
          <w:rFonts w:eastAsia="Comic Sans MS"/>
          <w:szCs w:val="20"/>
        </w:rPr>
        <w:t xml:space="preserve"> </w:t>
      </w:r>
      <w:proofErr w:type="spellStart"/>
      <w:r w:rsidRPr="00AC5ABD">
        <w:rPr>
          <w:rFonts w:eastAsia="Comic Sans MS"/>
          <w:szCs w:val="20"/>
        </w:rPr>
        <w:t>ilerler</w:t>
      </w:r>
      <w:proofErr w:type="spellEnd"/>
      <w:r w:rsidRPr="00AC5ABD">
        <w:rPr>
          <w:rFonts w:eastAsia="Comic Sans MS"/>
          <w:szCs w:val="20"/>
        </w:rPr>
        <w:t xml:space="preserve">. </w:t>
      </w:r>
      <w:proofErr w:type="spellStart"/>
      <w:r w:rsidRPr="00AC5ABD">
        <w:rPr>
          <w:rFonts w:eastAsia="Comic Sans MS"/>
          <w:szCs w:val="20"/>
        </w:rPr>
        <w:t>Yolun</w:t>
      </w:r>
      <w:proofErr w:type="spellEnd"/>
      <w:r w:rsidRPr="00AC5ABD">
        <w:rPr>
          <w:rFonts w:eastAsia="Comic Sans MS"/>
          <w:szCs w:val="20"/>
        </w:rPr>
        <w:t xml:space="preserve"> </w:t>
      </w:r>
      <w:proofErr w:type="spellStart"/>
      <w:r w:rsidRPr="00AC5ABD">
        <w:rPr>
          <w:rFonts w:eastAsia="Comic Sans MS"/>
          <w:szCs w:val="20"/>
        </w:rPr>
        <w:t>sonundaki</w:t>
      </w:r>
      <w:proofErr w:type="spellEnd"/>
      <w:r w:rsidRPr="00AC5ABD">
        <w:rPr>
          <w:rFonts w:eastAsia="Comic Sans MS"/>
          <w:szCs w:val="20"/>
        </w:rPr>
        <w:t xml:space="preserve"> </w:t>
      </w:r>
      <w:proofErr w:type="spellStart"/>
      <w:r w:rsidRPr="00AC5ABD">
        <w:rPr>
          <w:rFonts w:eastAsia="Comic Sans MS"/>
          <w:szCs w:val="20"/>
        </w:rPr>
        <w:t>arkadaşına</w:t>
      </w:r>
      <w:proofErr w:type="spellEnd"/>
      <w:r w:rsidRPr="00AC5ABD">
        <w:rPr>
          <w:rFonts w:eastAsia="Comic Sans MS"/>
          <w:szCs w:val="20"/>
        </w:rPr>
        <w:t xml:space="preserve"> </w:t>
      </w:r>
      <w:proofErr w:type="spellStart"/>
      <w:r w:rsidRPr="00AC5ABD">
        <w:rPr>
          <w:rFonts w:eastAsia="Comic Sans MS"/>
          <w:szCs w:val="20"/>
        </w:rPr>
        <w:t>el</w:t>
      </w:r>
      <w:proofErr w:type="spellEnd"/>
      <w:r w:rsidRPr="00AC5ABD">
        <w:rPr>
          <w:rFonts w:eastAsia="Comic Sans MS"/>
          <w:szCs w:val="20"/>
        </w:rPr>
        <w:t xml:space="preserve"> </w:t>
      </w:r>
      <w:proofErr w:type="spellStart"/>
      <w:r w:rsidRPr="00AC5ABD">
        <w:rPr>
          <w:rFonts w:eastAsia="Comic Sans MS"/>
          <w:szCs w:val="20"/>
        </w:rPr>
        <w:t>sallayıp</w:t>
      </w:r>
      <w:proofErr w:type="spellEnd"/>
      <w:r w:rsidRPr="00AC5ABD">
        <w:rPr>
          <w:rFonts w:eastAsia="Comic Sans MS"/>
          <w:szCs w:val="20"/>
        </w:rPr>
        <w:t xml:space="preserve"> “</w:t>
      </w:r>
      <w:proofErr w:type="spellStart"/>
      <w:r w:rsidRPr="00AC5ABD">
        <w:rPr>
          <w:rFonts w:eastAsia="Comic Sans MS"/>
          <w:szCs w:val="20"/>
        </w:rPr>
        <w:t>Sıra</w:t>
      </w:r>
      <w:proofErr w:type="spellEnd"/>
      <w:r w:rsidRPr="00AC5ABD">
        <w:rPr>
          <w:rFonts w:eastAsia="Comic Sans MS"/>
          <w:szCs w:val="20"/>
        </w:rPr>
        <w:t xml:space="preserve"> </w:t>
      </w:r>
      <w:proofErr w:type="spellStart"/>
      <w:r w:rsidRPr="00AC5ABD">
        <w:rPr>
          <w:rFonts w:eastAsia="Comic Sans MS"/>
          <w:szCs w:val="20"/>
        </w:rPr>
        <w:t>sende</w:t>
      </w:r>
      <w:proofErr w:type="spellEnd"/>
      <w:r w:rsidRPr="00AC5ABD">
        <w:rPr>
          <w:rFonts w:eastAsia="Comic Sans MS"/>
          <w:szCs w:val="20"/>
        </w:rPr>
        <w:t xml:space="preserve">.” der; </w:t>
      </w:r>
      <w:proofErr w:type="spellStart"/>
      <w:r w:rsidRPr="00AC5ABD">
        <w:rPr>
          <w:rFonts w:eastAsia="Comic Sans MS"/>
          <w:szCs w:val="20"/>
        </w:rPr>
        <w:t>ardından</w:t>
      </w:r>
      <w:proofErr w:type="spellEnd"/>
      <w:r w:rsidRPr="00AC5ABD">
        <w:rPr>
          <w:rFonts w:eastAsia="Comic Sans MS"/>
          <w:szCs w:val="20"/>
        </w:rPr>
        <w:t xml:space="preserve"> </w:t>
      </w:r>
      <w:proofErr w:type="spellStart"/>
      <w:r w:rsidRPr="00AC5ABD">
        <w:rPr>
          <w:rFonts w:eastAsia="Comic Sans MS"/>
          <w:szCs w:val="20"/>
        </w:rPr>
        <w:t>bekleme</w:t>
      </w:r>
      <w:proofErr w:type="spellEnd"/>
      <w:r w:rsidRPr="00AC5ABD">
        <w:rPr>
          <w:rFonts w:eastAsia="Comic Sans MS"/>
          <w:szCs w:val="20"/>
        </w:rPr>
        <w:t xml:space="preserve"> </w:t>
      </w:r>
      <w:proofErr w:type="spellStart"/>
      <w:r w:rsidRPr="00AC5ABD">
        <w:rPr>
          <w:rFonts w:eastAsia="Comic Sans MS"/>
          <w:szCs w:val="20"/>
        </w:rPr>
        <w:t>yerine</w:t>
      </w:r>
      <w:proofErr w:type="spellEnd"/>
      <w:r w:rsidRPr="00AC5ABD">
        <w:rPr>
          <w:rFonts w:eastAsia="Comic Sans MS"/>
          <w:szCs w:val="20"/>
        </w:rPr>
        <w:t xml:space="preserve"> </w:t>
      </w:r>
      <w:proofErr w:type="spellStart"/>
      <w:r w:rsidRPr="00AC5ABD">
        <w:rPr>
          <w:rFonts w:eastAsia="Comic Sans MS"/>
          <w:szCs w:val="20"/>
        </w:rPr>
        <w:t>geçer</w:t>
      </w:r>
      <w:proofErr w:type="spellEnd"/>
      <w:r w:rsidRPr="00AC5ABD">
        <w:rPr>
          <w:rFonts w:eastAsia="Comic Sans MS"/>
          <w:szCs w:val="20"/>
        </w:rPr>
        <w:t xml:space="preserve">. </w:t>
      </w:r>
      <w:proofErr w:type="spellStart"/>
      <w:r w:rsidRPr="00AC5ABD">
        <w:rPr>
          <w:rFonts w:eastAsia="Comic Sans MS"/>
          <w:szCs w:val="20"/>
        </w:rPr>
        <w:t>Diğer</w:t>
      </w:r>
      <w:proofErr w:type="spellEnd"/>
      <w:r w:rsidRPr="00AC5ABD">
        <w:rPr>
          <w:rFonts w:eastAsia="Comic Sans MS"/>
          <w:szCs w:val="20"/>
        </w:rPr>
        <w:t xml:space="preserve"> </w:t>
      </w:r>
      <w:proofErr w:type="spellStart"/>
      <w:r w:rsidRPr="00AC5ABD">
        <w:rPr>
          <w:rFonts w:eastAsia="Comic Sans MS"/>
          <w:szCs w:val="20"/>
        </w:rPr>
        <w:t>çocuk</w:t>
      </w:r>
      <w:proofErr w:type="spellEnd"/>
      <w:r w:rsidRPr="00AC5ABD">
        <w:rPr>
          <w:rFonts w:eastAsia="Comic Sans MS"/>
          <w:szCs w:val="20"/>
        </w:rPr>
        <w:t xml:space="preserve"> </w:t>
      </w:r>
      <w:proofErr w:type="spellStart"/>
      <w:r w:rsidRPr="00AC5ABD">
        <w:rPr>
          <w:rFonts w:eastAsia="Comic Sans MS"/>
          <w:szCs w:val="20"/>
        </w:rPr>
        <w:t>yol</w:t>
      </w:r>
      <w:proofErr w:type="spellEnd"/>
      <w:r w:rsidRPr="00AC5ABD">
        <w:rPr>
          <w:rFonts w:eastAsia="Comic Sans MS"/>
          <w:szCs w:val="20"/>
        </w:rPr>
        <w:t xml:space="preserve"> </w:t>
      </w:r>
      <w:proofErr w:type="spellStart"/>
      <w:r w:rsidRPr="00AC5ABD">
        <w:rPr>
          <w:rFonts w:eastAsia="Comic Sans MS"/>
          <w:szCs w:val="20"/>
        </w:rPr>
        <w:t>boşaldığında</w:t>
      </w:r>
      <w:proofErr w:type="spellEnd"/>
      <w:r w:rsidRPr="00AC5ABD">
        <w:rPr>
          <w:rFonts w:eastAsia="Comic Sans MS"/>
          <w:szCs w:val="20"/>
        </w:rPr>
        <w:t xml:space="preserve"> </w:t>
      </w:r>
      <w:proofErr w:type="spellStart"/>
      <w:r w:rsidRPr="00AC5ABD">
        <w:rPr>
          <w:rFonts w:eastAsia="Comic Sans MS"/>
          <w:szCs w:val="20"/>
        </w:rPr>
        <w:t>başlar</w:t>
      </w:r>
      <w:proofErr w:type="spellEnd"/>
      <w:r w:rsidRPr="00AC5ABD">
        <w:rPr>
          <w:rFonts w:eastAsia="Comic Sans MS"/>
          <w:szCs w:val="20"/>
        </w:rPr>
        <w:t xml:space="preserve">. </w:t>
      </w:r>
      <w:proofErr w:type="spellStart"/>
      <w:r w:rsidRPr="00AC5ABD">
        <w:rPr>
          <w:rFonts w:eastAsia="Comic Sans MS"/>
          <w:szCs w:val="20"/>
        </w:rPr>
        <w:t>Çocuklar</w:t>
      </w:r>
      <w:proofErr w:type="spellEnd"/>
      <w:r w:rsidRPr="00AC5ABD">
        <w:rPr>
          <w:rFonts w:eastAsia="Comic Sans MS"/>
          <w:szCs w:val="20"/>
        </w:rPr>
        <w:t xml:space="preserve"> (HSAB.5.b) </w:t>
      </w:r>
      <w:proofErr w:type="spellStart"/>
      <w:r w:rsidRPr="00AC5ABD">
        <w:rPr>
          <w:rFonts w:eastAsia="Comic Sans MS"/>
          <w:szCs w:val="20"/>
        </w:rPr>
        <w:t>arkadaşlarına</w:t>
      </w:r>
      <w:proofErr w:type="spellEnd"/>
      <w:r w:rsidRPr="00AC5ABD">
        <w:rPr>
          <w:rFonts w:eastAsia="Comic Sans MS"/>
          <w:szCs w:val="20"/>
        </w:rPr>
        <w:t xml:space="preserve"> </w:t>
      </w:r>
      <w:proofErr w:type="spellStart"/>
      <w:r w:rsidRPr="00AC5ABD">
        <w:rPr>
          <w:rFonts w:eastAsia="Comic Sans MS"/>
          <w:szCs w:val="20"/>
        </w:rPr>
        <w:t>çarpmadan</w:t>
      </w:r>
      <w:proofErr w:type="spellEnd"/>
      <w:r w:rsidRPr="00AC5ABD">
        <w:rPr>
          <w:rFonts w:eastAsia="Comic Sans MS"/>
          <w:szCs w:val="20"/>
        </w:rPr>
        <w:t xml:space="preserve"> </w:t>
      </w:r>
      <w:proofErr w:type="spellStart"/>
      <w:r w:rsidRPr="00AC5ABD">
        <w:rPr>
          <w:rFonts w:eastAsia="Comic Sans MS"/>
          <w:szCs w:val="20"/>
        </w:rPr>
        <w:t>ve</w:t>
      </w:r>
      <w:proofErr w:type="spellEnd"/>
      <w:r w:rsidRPr="00AC5ABD">
        <w:rPr>
          <w:rFonts w:eastAsia="Comic Sans MS"/>
          <w:szCs w:val="20"/>
        </w:rPr>
        <w:t xml:space="preserve"> </w:t>
      </w:r>
      <w:proofErr w:type="spellStart"/>
      <w:r w:rsidRPr="00AC5ABD">
        <w:rPr>
          <w:rFonts w:eastAsia="Comic Sans MS"/>
          <w:szCs w:val="20"/>
        </w:rPr>
        <w:t>kişisel</w:t>
      </w:r>
      <w:proofErr w:type="spellEnd"/>
      <w:r w:rsidRPr="00AC5ABD">
        <w:rPr>
          <w:rFonts w:eastAsia="Comic Sans MS"/>
          <w:szCs w:val="20"/>
        </w:rPr>
        <w:t xml:space="preserve"> </w:t>
      </w:r>
      <w:proofErr w:type="spellStart"/>
      <w:r w:rsidRPr="00AC5ABD">
        <w:rPr>
          <w:rFonts w:eastAsia="Comic Sans MS"/>
          <w:szCs w:val="20"/>
        </w:rPr>
        <w:t>alanlarını</w:t>
      </w:r>
      <w:proofErr w:type="spellEnd"/>
      <w:r w:rsidRPr="00AC5ABD">
        <w:rPr>
          <w:rFonts w:eastAsia="Comic Sans MS"/>
          <w:szCs w:val="20"/>
        </w:rPr>
        <w:t xml:space="preserve"> </w:t>
      </w:r>
      <w:proofErr w:type="spellStart"/>
      <w:r w:rsidRPr="00AC5ABD">
        <w:rPr>
          <w:rFonts w:eastAsia="Comic Sans MS"/>
          <w:szCs w:val="20"/>
        </w:rPr>
        <w:t>koruyarak</w:t>
      </w:r>
      <w:proofErr w:type="spellEnd"/>
      <w:r w:rsidRPr="00AC5ABD">
        <w:rPr>
          <w:rFonts w:eastAsia="Comic Sans MS"/>
          <w:szCs w:val="20"/>
        </w:rPr>
        <w:t xml:space="preserve"> </w:t>
      </w:r>
      <w:proofErr w:type="spellStart"/>
      <w:r w:rsidRPr="00AC5ABD">
        <w:rPr>
          <w:rFonts w:eastAsia="Comic Sans MS"/>
          <w:szCs w:val="20"/>
        </w:rPr>
        <w:t>hareket</w:t>
      </w:r>
      <w:proofErr w:type="spellEnd"/>
      <w:r w:rsidRPr="00AC5ABD">
        <w:rPr>
          <w:rFonts w:eastAsia="Comic Sans MS"/>
          <w:szCs w:val="20"/>
        </w:rPr>
        <w:t xml:space="preserve"> </w:t>
      </w:r>
      <w:proofErr w:type="spellStart"/>
      <w:r w:rsidRPr="00AC5ABD">
        <w:rPr>
          <w:rFonts w:eastAsia="Comic Sans MS"/>
          <w:szCs w:val="20"/>
        </w:rPr>
        <w:t>eder</w:t>
      </w:r>
      <w:proofErr w:type="spellEnd"/>
      <w:r w:rsidRPr="00AC5ABD">
        <w:rPr>
          <w:rFonts w:eastAsia="Comic Sans MS"/>
          <w:szCs w:val="20"/>
        </w:rPr>
        <w:t xml:space="preserve">. </w:t>
      </w:r>
      <w:proofErr w:type="spellStart"/>
      <w:r w:rsidRPr="00AC5ABD">
        <w:rPr>
          <w:rFonts w:eastAsia="Comic Sans MS"/>
          <w:szCs w:val="20"/>
        </w:rPr>
        <w:t>Öğretmen</w:t>
      </w:r>
      <w:proofErr w:type="spellEnd"/>
      <w:r w:rsidRPr="00AC5ABD">
        <w:rPr>
          <w:rFonts w:eastAsia="Comic Sans MS"/>
          <w:szCs w:val="20"/>
        </w:rPr>
        <w:t xml:space="preserve"> </w:t>
      </w:r>
      <w:proofErr w:type="spellStart"/>
      <w:r w:rsidRPr="00AC5ABD">
        <w:rPr>
          <w:rFonts w:eastAsia="Comic Sans MS"/>
          <w:szCs w:val="20"/>
        </w:rPr>
        <w:t>gerektiğinde</w:t>
      </w:r>
      <w:proofErr w:type="spellEnd"/>
      <w:r w:rsidRPr="00AC5ABD">
        <w:rPr>
          <w:rFonts w:eastAsia="Comic Sans MS"/>
          <w:szCs w:val="20"/>
        </w:rPr>
        <w:t xml:space="preserve"> </w:t>
      </w:r>
      <w:proofErr w:type="spellStart"/>
      <w:r w:rsidRPr="00AC5ABD">
        <w:rPr>
          <w:rFonts w:eastAsia="Comic Sans MS"/>
          <w:szCs w:val="20"/>
        </w:rPr>
        <w:t>çocuğa</w:t>
      </w:r>
      <w:proofErr w:type="spellEnd"/>
      <w:r w:rsidRPr="00AC5ABD">
        <w:rPr>
          <w:rFonts w:eastAsia="Comic Sans MS"/>
          <w:szCs w:val="20"/>
        </w:rPr>
        <w:t xml:space="preserve"> </w:t>
      </w:r>
      <w:proofErr w:type="spellStart"/>
      <w:r w:rsidRPr="00AC5ABD">
        <w:rPr>
          <w:rFonts w:eastAsia="Comic Sans MS"/>
          <w:szCs w:val="20"/>
        </w:rPr>
        <w:t>eşlik</w:t>
      </w:r>
      <w:proofErr w:type="spellEnd"/>
      <w:r w:rsidRPr="00AC5ABD">
        <w:rPr>
          <w:rFonts w:eastAsia="Comic Sans MS"/>
          <w:szCs w:val="20"/>
        </w:rPr>
        <w:t xml:space="preserve"> </w:t>
      </w:r>
      <w:proofErr w:type="spellStart"/>
      <w:r w:rsidRPr="00AC5ABD">
        <w:rPr>
          <w:rFonts w:eastAsia="Comic Sans MS"/>
          <w:szCs w:val="20"/>
        </w:rPr>
        <w:t>eder</w:t>
      </w:r>
      <w:proofErr w:type="spellEnd"/>
      <w:r w:rsidRPr="00AC5ABD">
        <w:rPr>
          <w:rFonts w:eastAsia="Comic Sans MS"/>
          <w:szCs w:val="20"/>
        </w:rPr>
        <w:t xml:space="preserve">. </w:t>
      </w:r>
      <w:proofErr w:type="spellStart"/>
      <w:r w:rsidRPr="00AC5ABD">
        <w:rPr>
          <w:rFonts w:eastAsia="Comic Sans MS"/>
          <w:szCs w:val="20"/>
        </w:rPr>
        <w:t>Çocuklar</w:t>
      </w:r>
      <w:proofErr w:type="spellEnd"/>
      <w:r w:rsidRPr="00AC5ABD">
        <w:rPr>
          <w:rFonts w:eastAsia="Comic Sans MS"/>
          <w:szCs w:val="20"/>
        </w:rPr>
        <w:t xml:space="preserve"> (E2.5) </w:t>
      </w:r>
      <w:proofErr w:type="spellStart"/>
      <w:r w:rsidRPr="00AC5ABD">
        <w:rPr>
          <w:rFonts w:eastAsia="Comic Sans MS"/>
          <w:szCs w:val="20"/>
        </w:rPr>
        <w:t>oyunu</w:t>
      </w:r>
      <w:proofErr w:type="spellEnd"/>
      <w:r w:rsidRPr="00AC5ABD">
        <w:rPr>
          <w:rFonts w:eastAsia="Comic Sans MS"/>
          <w:szCs w:val="20"/>
        </w:rPr>
        <w:t xml:space="preserve"> </w:t>
      </w:r>
      <w:proofErr w:type="spellStart"/>
      <w:r w:rsidRPr="00AC5ABD">
        <w:rPr>
          <w:rFonts w:eastAsia="Comic Sans MS"/>
          <w:szCs w:val="20"/>
        </w:rPr>
        <w:t>birkaç</w:t>
      </w:r>
      <w:proofErr w:type="spellEnd"/>
      <w:r w:rsidRPr="00AC5ABD">
        <w:rPr>
          <w:rFonts w:eastAsia="Comic Sans MS"/>
          <w:szCs w:val="20"/>
        </w:rPr>
        <w:t xml:space="preserve"> tur </w:t>
      </w:r>
      <w:proofErr w:type="spellStart"/>
      <w:r w:rsidRPr="00AC5ABD">
        <w:rPr>
          <w:rFonts w:eastAsia="Comic Sans MS"/>
          <w:szCs w:val="20"/>
        </w:rPr>
        <w:t>tekrarlar</w:t>
      </w:r>
      <w:proofErr w:type="spellEnd"/>
      <w:r w:rsidRPr="00AC5ABD">
        <w:rPr>
          <w:rFonts w:eastAsia="Comic Sans MS"/>
          <w:szCs w:val="20"/>
        </w:rPr>
        <w:t xml:space="preserve">. Oyun </w:t>
      </w:r>
      <w:proofErr w:type="spellStart"/>
      <w:r w:rsidRPr="00AC5ABD">
        <w:rPr>
          <w:rFonts w:eastAsia="Comic Sans MS"/>
          <w:szCs w:val="20"/>
        </w:rPr>
        <w:t>sonunda</w:t>
      </w:r>
      <w:proofErr w:type="spellEnd"/>
      <w:r w:rsidRPr="00AC5ABD">
        <w:rPr>
          <w:rFonts w:eastAsia="Comic Sans MS"/>
          <w:szCs w:val="20"/>
        </w:rPr>
        <w:t xml:space="preserve"> </w:t>
      </w:r>
      <w:proofErr w:type="spellStart"/>
      <w:r w:rsidRPr="00AC5ABD">
        <w:rPr>
          <w:rFonts w:eastAsia="Comic Sans MS"/>
          <w:szCs w:val="20"/>
        </w:rPr>
        <w:t>kollar</w:t>
      </w:r>
      <w:proofErr w:type="spellEnd"/>
      <w:r w:rsidRPr="00AC5ABD">
        <w:rPr>
          <w:rFonts w:eastAsia="Comic Sans MS"/>
          <w:szCs w:val="20"/>
        </w:rPr>
        <w:t xml:space="preserve"> </w:t>
      </w:r>
      <w:proofErr w:type="spellStart"/>
      <w:r w:rsidRPr="00AC5ABD">
        <w:rPr>
          <w:rFonts w:eastAsia="Comic Sans MS"/>
          <w:szCs w:val="20"/>
        </w:rPr>
        <w:t>yukarı</w:t>
      </w:r>
      <w:proofErr w:type="spellEnd"/>
      <w:r w:rsidRPr="00AC5ABD">
        <w:rPr>
          <w:rFonts w:eastAsia="Comic Sans MS"/>
          <w:szCs w:val="20"/>
        </w:rPr>
        <w:t xml:space="preserve"> </w:t>
      </w:r>
      <w:proofErr w:type="spellStart"/>
      <w:r w:rsidRPr="00AC5ABD">
        <w:rPr>
          <w:rFonts w:eastAsia="Comic Sans MS"/>
          <w:szCs w:val="20"/>
        </w:rPr>
        <w:t>uzatılıp</w:t>
      </w:r>
      <w:proofErr w:type="spellEnd"/>
      <w:r w:rsidRPr="00AC5ABD">
        <w:rPr>
          <w:rFonts w:eastAsia="Comic Sans MS"/>
          <w:szCs w:val="20"/>
        </w:rPr>
        <w:t xml:space="preserve"> </w:t>
      </w:r>
      <w:proofErr w:type="spellStart"/>
      <w:r w:rsidRPr="00AC5ABD">
        <w:rPr>
          <w:rFonts w:eastAsia="Comic Sans MS"/>
          <w:szCs w:val="20"/>
        </w:rPr>
        <w:t>gevşetilir</w:t>
      </w:r>
      <w:proofErr w:type="spellEnd"/>
      <w:r w:rsidRPr="00AC5ABD">
        <w:rPr>
          <w:rFonts w:eastAsia="Comic Sans MS"/>
          <w:szCs w:val="20"/>
        </w:rPr>
        <w:t xml:space="preserve">; </w:t>
      </w:r>
      <w:proofErr w:type="spellStart"/>
      <w:r w:rsidRPr="00AC5ABD">
        <w:rPr>
          <w:rFonts w:eastAsia="Comic Sans MS"/>
          <w:szCs w:val="20"/>
        </w:rPr>
        <w:t>çocuklar</w:t>
      </w:r>
      <w:proofErr w:type="spellEnd"/>
      <w:r w:rsidRPr="00AC5ABD">
        <w:rPr>
          <w:rFonts w:eastAsia="Comic Sans MS"/>
          <w:szCs w:val="20"/>
        </w:rPr>
        <w:t xml:space="preserve"> </w:t>
      </w:r>
      <w:proofErr w:type="spellStart"/>
      <w:r w:rsidRPr="00AC5ABD">
        <w:rPr>
          <w:rFonts w:eastAsia="Comic Sans MS"/>
          <w:szCs w:val="20"/>
        </w:rPr>
        <w:t>sakin</w:t>
      </w:r>
      <w:proofErr w:type="spellEnd"/>
      <w:r w:rsidRPr="00AC5ABD">
        <w:rPr>
          <w:rFonts w:eastAsia="Comic Sans MS"/>
          <w:szCs w:val="20"/>
        </w:rPr>
        <w:t xml:space="preserve"> </w:t>
      </w:r>
      <w:proofErr w:type="spellStart"/>
      <w:r w:rsidRPr="00AC5ABD">
        <w:rPr>
          <w:rFonts w:eastAsia="Comic Sans MS"/>
          <w:szCs w:val="20"/>
        </w:rPr>
        <w:t>adımlarla</w:t>
      </w:r>
      <w:proofErr w:type="spellEnd"/>
      <w:r w:rsidRPr="00AC5ABD">
        <w:rPr>
          <w:rFonts w:eastAsia="Comic Sans MS"/>
          <w:szCs w:val="20"/>
        </w:rPr>
        <w:t xml:space="preserve"> </w:t>
      </w:r>
      <w:proofErr w:type="spellStart"/>
      <w:r w:rsidRPr="00AC5ABD">
        <w:rPr>
          <w:rFonts w:eastAsia="Comic Sans MS"/>
          <w:szCs w:val="20"/>
        </w:rPr>
        <w:t>minderlerine</w:t>
      </w:r>
      <w:proofErr w:type="spellEnd"/>
      <w:r w:rsidRPr="00AC5ABD">
        <w:rPr>
          <w:rFonts w:eastAsia="Comic Sans MS"/>
          <w:szCs w:val="20"/>
        </w:rPr>
        <w:t xml:space="preserve"> </w:t>
      </w:r>
      <w:proofErr w:type="spellStart"/>
      <w:r w:rsidRPr="00AC5ABD">
        <w:rPr>
          <w:rFonts w:eastAsia="Comic Sans MS"/>
          <w:szCs w:val="20"/>
        </w:rPr>
        <w:t>geçer</w:t>
      </w:r>
      <w:proofErr w:type="spellEnd"/>
      <w:r w:rsidRPr="00AC5ABD">
        <w:rPr>
          <w:rFonts w:eastAsia="Comic Sans MS"/>
          <w:szCs w:val="20"/>
        </w:rPr>
        <w:t>.</w:t>
      </w:r>
    </w:p>
    <w:p w14:paraId="19E8CDFA" w14:textId="77777777" w:rsidR="00F627DB" w:rsidRPr="00AC5ABD" w:rsidRDefault="00CC4454">
      <w:pPr>
        <w:keepNext/>
        <w:spacing w:before="160"/>
        <w:rPr>
          <w:szCs w:val="20"/>
        </w:rPr>
      </w:pPr>
      <w:proofErr w:type="spellStart"/>
      <w:r w:rsidRPr="00AC5ABD">
        <w:rPr>
          <w:rFonts w:eastAsia="Comic Sans MS"/>
          <w:b/>
          <w:color w:val="002060"/>
          <w:szCs w:val="20"/>
        </w:rPr>
        <w:lastRenderedPageBreak/>
        <w:t>Çekirdek</w:t>
      </w:r>
      <w:proofErr w:type="spellEnd"/>
      <w:r w:rsidRPr="00AC5ABD">
        <w:rPr>
          <w:rFonts w:eastAsia="Comic Sans MS"/>
          <w:b/>
          <w:color w:val="002060"/>
          <w:szCs w:val="20"/>
        </w:rPr>
        <w:t xml:space="preserve"> Kitap </w:t>
      </w:r>
      <w:proofErr w:type="spellStart"/>
      <w:r w:rsidRPr="00AC5ABD">
        <w:rPr>
          <w:rFonts w:eastAsia="Comic Sans MS"/>
          <w:b/>
          <w:color w:val="002060"/>
          <w:szCs w:val="20"/>
        </w:rPr>
        <w:t>Çalışması</w:t>
      </w:r>
      <w:proofErr w:type="spellEnd"/>
    </w:p>
    <w:p w14:paraId="1332BAAD" w14:textId="0F4E5E20" w:rsidR="00F627DB" w:rsidRPr="00AC5ABD" w:rsidRDefault="00CC4454">
      <w:pPr>
        <w:rPr>
          <w:rFonts w:eastAsia="Comic Sans MS"/>
          <w:szCs w:val="20"/>
        </w:rPr>
      </w:pPr>
      <w:r w:rsidRPr="00AC5ABD">
        <w:rPr>
          <w:rFonts w:eastAsia="Comic Sans MS"/>
          <w:b/>
          <w:bCs/>
          <w:szCs w:val="20"/>
        </w:rPr>
        <w:t xml:space="preserve">4 </w:t>
      </w:r>
      <w:proofErr w:type="spellStart"/>
      <w:r w:rsidRPr="00AC5ABD">
        <w:rPr>
          <w:rFonts w:eastAsia="Comic Sans MS"/>
          <w:b/>
          <w:bCs/>
          <w:szCs w:val="20"/>
        </w:rPr>
        <w:t>Yaş</w:t>
      </w:r>
      <w:proofErr w:type="spellEnd"/>
      <w:r w:rsidRPr="00AC5ABD">
        <w:rPr>
          <w:rFonts w:eastAsia="Comic Sans MS"/>
          <w:b/>
          <w:bCs/>
          <w:szCs w:val="20"/>
        </w:rPr>
        <w:t xml:space="preserve"> </w:t>
      </w:r>
      <w:proofErr w:type="spellStart"/>
      <w:r w:rsidRPr="00AC5ABD">
        <w:rPr>
          <w:rFonts w:eastAsia="Comic Sans MS"/>
          <w:b/>
          <w:bCs/>
          <w:szCs w:val="20"/>
        </w:rPr>
        <w:t>Çekirdek</w:t>
      </w:r>
      <w:proofErr w:type="spellEnd"/>
      <w:r w:rsidRPr="00AC5ABD">
        <w:rPr>
          <w:rFonts w:eastAsia="Comic Sans MS"/>
          <w:b/>
          <w:bCs/>
          <w:szCs w:val="20"/>
        </w:rPr>
        <w:t xml:space="preserve"> 1 </w:t>
      </w:r>
      <w:proofErr w:type="spellStart"/>
      <w:r w:rsidRPr="00AC5ABD">
        <w:rPr>
          <w:rFonts w:eastAsia="Comic Sans MS"/>
          <w:b/>
          <w:bCs/>
          <w:szCs w:val="20"/>
        </w:rPr>
        <w:t>kitabında</w:t>
      </w:r>
      <w:proofErr w:type="spellEnd"/>
      <w:r w:rsidRPr="00AC5ABD">
        <w:rPr>
          <w:rFonts w:eastAsia="Comic Sans MS"/>
          <w:b/>
          <w:bCs/>
          <w:szCs w:val="20"/>
        </w:rPr>
        <w:t xml:space="preserve"> Türk </w:t>
      </w:r>
      <w:proofErr w:type="spellStart"/>
      <w:r w:rsidRPr="00AC5ABD">
        <w:rPr>
          <w:rFonts w:eastAsia="Comic Sans MS"/>
          <w:b/>
          <w:bCs/>
          <w:szCs w:val="20"/>
        </w:rPr>
        <w:t>bayrağı</w:t>
      </w:r>
      <w:proofErr w:type="spellEnd"/>
      <w:r w:rsidRPr="00AC5ABD">
        <w:rPr>
          <w:rFonts w:eastAsia="Comic Sans MS"/>
          <w:b/>
          <w:bCs/>
          <w:szCs w:val="20"/>
        </w:rPr>
        <w:t xml:space="preserve"> </w:t>
      </w:r>
      <w:proofErr w:type="spellStart"/>
      <w:r w:rsidRPr="00AC5ABD">
        <w:rPr>
          <w:rFonts w:eastAsia="Comic Sans MS"/>
          <w:b/>
          <w:bCs/>
          <w:szCs w:val="20"/>
        </w:rPr>
        <w:t>çalışması</w:t>
      </w:r>
      <w:proofErr w:type="spellEnd"/>
      <w:r w:rsidRPr="00AC5ABD">
        <w:rPr>
          <w:rFonts w:eastAsia="Comic Sans MS"/>
          <w:szCs w:val="20"/>
        </w:rPr>
        <w:t xml:space="preserve"> </w:t>
      </w:r>
      <w:proofErr w:type="spellStart"/>
      <w:r w:rsidRPr="00AC5ABD">
        <w:rPr>
          <w:rFonts w:eastAsia="Comic Sans MS"/>
          <w:szCs w:val="20"/>
        </w:rPr>
        <w:t>kullanılır</w:t>
      </w:r>
      <w:proofErr w:type="spellEnd"/>
      <w:r w:rsidRPr="00AC5ABD">
        <w:rPr>
          <w:rFonts w:eastAsia="Comic Sans MS"/>
          <w:szCs w:val="20"/>
        </w:rPr>
        <w:t xml:space="preserve">. </w:t>
      </w:r>
      <w:proofErr w:type="spellStart"/>
      <w:r w:rsidRPr="00AC5ABD">
        <w:rPr>
          <w:rFonts w:eastAsia="Comic Sans MS"/>
          <w:szCs w:val="20"/>
        </w:rPr>
        <w:t>Çocuklar</w:t>
      </w:r>
      <w:proofErr w:type="spellEnd"/>
      <w:r w:rsidRPr="00AC5ABD">
        <w:rPr>
          <w:rFonts w:eastAsia="Comic Sans MS"/>
          <w:szCs w:val="20"/>
        </w:rPr>
        <w:t xml:space="preserve"> (OB4) </w:t>
      </w:r>
      <w:proofErr w:type="spellStart"/>
      <w:r w:rsidRPr="00AC5ABD">
        <w:rPr>
          <w:rFonts w:eastAsia="Comic Sans MS"/>
          <w:szCs w:val="20"/>
        </w:rPr>
        <w:t>sayfadaki</w:t>
      </w:r>
      <w:proofErr w:type="spellEnd"/>
      <w:r w:rsidRPr="00AC5ABD">
        <w:rPr>
          <w:rFonts w:eastAsia="Comic Sans MS"/>
          <w:szCs w:val="20"/>
        </w:rPr>
        <w:t xml:space="preserve"> </w:t>
      </w:r>
      <w:proofErr w:type="spellStart"/>
      <w:r w:rsidRPr="00AC5ABD">
        <w:rPr>
          <w:rFonts w:eastAsia="Comic Sans MS"/>
          <w:szCs w:val="20"/>
        </w:rPr>
        <w:t>bayrağın</w:t>
      </w:r>
      <w:proofErr w:type="spellEnd"/>
      <w:r w:rsidRPr="00AC5ABD">
        <w:rPr>
          <w:rFonts w:eastAsia="Comic Sans MS"/>
          <w:szCs w:val="20"/>
        </w:rPr>
        <w:t xml:space="preserve"> </w:t>
      </w:r>
      <w:proofErr w:type="spellStart"/>
      <w:r w:rsidRPr="00AC5ABD">
        <w:rPr>
          <w:rFonts w:eastAsia="Comic Sans MS"/>
          <w:szCs w:val="20"/>
        </w:rPr>
        <w:t>renk</w:t>
      </w:r>
      <w:proofErr w:type="spellEnd"/>
      <w:r w:rsidRPr="00AC5ABD">
        <w:rPr>
          <w:rFonts w:eastAsia="Comic Sans MS"/>
          <w:szCs w:val="20"/>
        </w:rPr>
        <w:t xml:space="preserve"> </w:t>
      </w:r>
      <w:proofErr w:type="spellStart"/>
      <w:r w:rsidRPr="00AC5ABD">
        <w:rPr>
          <w:rFonts w:eastAsia="Comic Sans MS"/>
          <w:szCs w:val="20"/>
        </w:rPr>
        <w:t>ve</w:t>
      </w:r>
      <w:proofErr w:type="spellEnd"/>
      <w:r w:rsidRPr="00AC5ABD">
        <w:rPr>
          <w:rFonts w:eastAsia="Comic Sans MS"/>
          <w:szCs w:val="20"/>
        </w:rPr>
        <w:t xml:space="preserve"> </w:t>
      </w:r>
      <w:proofErr w:type="spellStart"/>
      <w:r w:rsidRPr="00AC5ABD">
        <w:rPr>
          <w:rFonts w:eastAsia="Comic Sans MS"/>
          <w:szCs w:val="20"/>
        </w:rPr>
        <w:t>sembollerini</w:t>
      </w:r>
      <w:proofErr w:type="spellEnd"/>
      <w:r w:rsidRPr="00AC5ABD">
        <w:rPr>
          <w:rFonts w:eastAsia="Comic Sans MS"/>
          <w:szCs w:val="20"/>
        </w:rPr>
        <w:t xml:space="preserve"> </w:t>
      </w:r>
      <w:proofErr w:type="spellStart"/>
      <w:r w:rsidRPr="00AC5ABD">
        <w:rPr>
          <w:rFonts w:eastAsia="Comic Sans MS"/>
          <w:szCs w:val="20"/>
        </w:rPr>
        <w:t>gerçek</w:t>
      </w:r>
      <w:proofErr w:type="spellEnd"/>
      <w:r w:rsidRPr="00AC5ABD">
        <w:rPr>
          <w:rFonts w:eastAsia="Comic Sans MS"/>
          <w:szCs w:val="20"/>
        </w:rPr>
        <w:t xml:space="preserve"> </w:t>
      </w:r>
      <w:proofErr w:type="spellStart"/>
      <w:r w:rsidRPr="00AC5ABD">
        <w:rPr>
          <w:rFonts w:eastAsia="Comic Sans MS"/>
          <w:szCs w:val="20"/>
        </w:rPr>
        <w:t>bayrakla</w:t>
      </w:r>
      <w:proofErr w:type="spellEnd"/>
      <w:r w:rsidRPr="00AC5ABD">
        <w:rPr>
          <w:rFonts w:eastAsia="Comic Sans MS"/>
          <w:szCs w:val="20"/>
        </w:rPr>
        <w:t xml:space="preserve"> </w:t>
      </w:r>
      <w:proofErr w:type="spellStart"/>
      <w:r w:rsidRPr="00AC5ABD">
        <w:rPr>
          <w:rFonts w:eastAsia="Comic Sans MS"/>
          <w:szCs w:val="20"/>
        </w:rPr>
        <w:t>karşılaştırır</w:t>
      </w:r>
      <w:proofErr w:type="spellEnd"/>
      <w:r w:rsidRPr="00AC5ABD">
        <w:rPr>
          <w:rFonts w:eastAsia="Comic Sans MS"/>
          <w:szCs w:val="20"/>
        </w:rPr>
        <w:t xml:space="preserve">; </w:t>
      </w:r>
      <w:proofErr w:type="spellStart"/>
      <w:r w:rsidRPr="00AC5ABD">
        <w:rPr>
          <w:rFonts w:eastAsia="Comic Sans MS"/>
          <w:szCs w:val="20"/>
        </w:rPr>
        <w:t>önce</w:t>
      </w:r>
      <w:proofErr w:type="spellEnd"/>
      <w:r w:rsidRPr="00AC5ABD">
        <w:rPr>
          <w:rFonts w:eastAsia="Comic Sans MS"/>
          <w:szCs w:val="20"/>
        </w:rPr>
        <w:t xml:space="preserve"> </w:t>
      </w:r>
      <w:proofErr w:type="spellStart"/>
      <w:r w:rsidRPr="00AC5ABD">
        <w:rPr>
          <w:rFonts w:eastAsia="Comic Sans MS"/>
          <w:szCs w:val="20"/>
        </w:rPr>
        <w:t>parmağıyla</w:t>
      </w:r>
      <w:proofErr w:type="spellEnd"/>
      <w:r w:rsidRPr="00AC5ABD">
        <w:rPr>
          <w:rFonts w:eastAsia="Comic Sans MS"/>
          <w:szCs w:val="20"/>
        </w:rPr>
        <w:t xml:space="preserve"> </w:t>
      </w:r>
      <w:proofErr w:type="spellStart"/>
      <w:r w:rsidRPr="00AC5ABD">
        <w:rPr>
          <w:rFonts w:eastAsia="Comic Sans MS"/>
          <w:szCs w:val="20"/>
        </w:rPr>
        <w:t>gösterir</w:t>
      </w:r>
      <w:proofErr w:type="spellEnd"/>
      <w:r w:rsidRPr="00AC5ABD">
        <w:rPr>
          <w:rFonts w:eastAsia="Comic Sans MS"/>
          <w:szCs w:val="20"/>
        </w:rPr>
        <w:t xml:space="preserve">. </w:t>
      </w:r>
      <w:proofErr w:type="spellStart"/>
      <w:r w:rsidR="007D7AEC" w:rsidRPr="00AC5ABD">
        <w:rPr>
          <w:szCs w:val="20"/>
        </w:rPr>
        <w:t>Öğretmen</w:t>
      </w:r>
      <w:proofErr w:type="spellEnd"/>
      <w:r w:rsidR="007D7AEC" w:rsidRPr="00AC5ABD">
        <w:rPr>
          <w:szCs w:val="20"/>
        </w:rPr>
        <w:t xml:space="preserve"> </w:t>
      </w:r>
      <w:proofErr w:type="spellStart"/>
      <w:r w:rsidR="007D7AEC" w:rsidRPr="00AC5ABD">
        <w:rPr>
          <w:szCs w:val="20"/>
        </w:rPr>
        <w:t>çalışma</w:t>
      </w:r>
      <w:proofErr w:type="spellEnd"/>
      <w:r w:rsidR="007D7AEC" w:rsidRPr="00AC5ABD">
        <w:rPr>
          <w:szCs w:val="20"/>
        </w:rPr>
        <w:t xml:space="preserve"> </w:t>
      </w:r>
      <w:proofErr w:type="spellStart"/>
      <w:r w:rsidR="007D7AEC" w:rsidRPr="00AC5ABD">
        <w:rPr>
          <w:szCs w:val="20"/>
        </w:rPr>
        <w:t>sayfasının</w:t>
      </w:r>
      <w:proofErr w:type="spellEnd"/>
      <w:r w:rsidR="007D7AEC" w:rsidRPr="00AC5ABD">
        <w:rPr>
          <w:szCs w:val="20"/>
        </w:rPr>
        <w:t xml:space="preserve"> </w:t>
      </w:r>
      <w:proofErr w:type="spellStart"/>
      <w:r w:rsidR="007D7AEC" w:rsidRPr="00AC5ABD">
        <w:rPr>
          <w:szCs w:val="20"/>
        </w:rPr>
        <w:t>yönergelerini</w:t>
      </w:r>
      <w:proofErr w:type="spellEnd"/>
      <w:r w:rsidR="007D7AEC" w:rsidRPr="00AC5ABD">
        <w:rPr>
          <w:szCs w:val="20"/>
        </w:rPr>
        <w:t xml:space="preserve"> </w:t>
      </w:r>
      <w:proofErr w:type="spellStart"/>
      <w:r w:rsidR="007D7AEC" w:rsidRPr="00AC5ABD">
        <w:rPr>
          <w:szCs w:val="20"/>
        </w:rPr>
        <w:t>sırayla</w:t>
      </w:r>
      <w:proofErr w:type="spellEnd"/>
      <w:r w:rsidR="007D7AEC" w:rsidRPr="00AC5ABD">
        <w:rPr>
          <w:szCs w:val="20"/>
        </w:rPr>
        <w:t xml:space="preserve"> </w:t>
      </w:r>
      <w:proofErr w:type="spellStart"/>
      <w:r w:rsidR="007D7AEC" w:rsidRPr="00AC5ABD">
        <w:rPr>
          <w:szCs w:val="20"/>
        </w:rPr>
        <w:t>açıklar</w:t>
      </w:r>
      <w:proofErr w:type="spellEnd"/>
      <w:r w:rsidR="007D7AEC" w:rsidRPr="00AC5ABD">
        <w:rPr>
          <w:szCs w:val="20"/>
        </w:rPr>
        <w:t xml:space="preserve">. </w:t>
      </w:r>
      <w:r w:rsidRPr="00AC5ABD">
        <w:rPr>
          <w:rFonts w:eastAsia="Comic Sans MS"/>
          <w:szCs w:val="20"/>
        </w:rPr>
        <w:t xml:space="preserve">Kalem </w:t>
      </w:r>
      <w:proofErr w:type="spellStart"/>
      <w:r w:rsidRPr="00AC5ABD">
        <w:rPr>
          <w:rFonts w:eastAsia="Comic Sans MS"/>
          <w:szCs w:val="20"/>
        </w:rPr>
        <w:t>kullanmakta</w:t>
      </w:r>
      <w:proofErr w:type="spellEnd"/>
      <w:r w:rsidRPr="00AC5ABD">
        <w:rPr>
          <w:rFonts w:eastAsia="Comic Sans MS"/>
          <w:szCs w:val="20"/>
        </w:rPr>
        <w:t xml:space="preserve"> </w:t>
      </w:r>
      <w:proofErr w:type="spellStart"/>
      <w:r w:rsidRPr="00AC5ABD">
        <w:rPr>
          <w:rFonts w:eastAsia="Comic Sans MS"/>
          <w:szCs w:val="20"/>
        </w:rPr>
        <w:t>zorlanan</w:t>
      </w:r>
      <w:proofErr w:type="spellEnd"/>
      <w:r w:rsidRPr="00AC5ABD">
        <w:rPr>
          <w:rFonts w:eastAsia="Comic Sans MS"/>
          <w:szCs w:val="20"/>
        </w:rPr>
        <w:t xml:space="preserve"> </w:t>
      </w:r>
      <w:proofErr w:type="spellStart"/>
      <w:r w:rsidRPr="00AC5ABD">
        <w:rPr>
          <w:rFonts w:eastAsia="Comic Sans MS"/>
          <w:szCs w:val="20"/>
        </w:rPr>
        <w:t>çocuğun</w:t>
      </w:r>
      <w:proofErr w:type="spellEnd"/>
      <w:r w:rsidRPr="00AC5ABD">
        <w:rPr>
          <w:rFonts w:eastAsia="Comic Sans MS"/>
          <w:szCs w:val="20"/>
        </w:rPr>
        <w:t xml:space="preserve"> </w:t>
      </w:r>
      <w:proofErr w:type="spellStart"/>
      <w:r w:rsidRPr="00AC5ABD">
        <w:rPr>
          <w:rFonts w:eastAsia="Comic Sans MS"/>
          <w:szCs w:val="20"/>
        </w:rPr>
        <w:t>göstererek</w:t>
      </w:r>
      <w:proofErr w:type="spellEnd"/>
      <w:r w:rsidRPr="00AC5ABD">
        <w:rPr>
          <w:rFonts w:eastAsia="Comic Sans MS"/>
          <w:szCs w:val="20"/>
        </w:rPr>
        <w:t xml:space="preserve"> </w:t>
      </w:r>
      <w:proofErr w:type="spellStart"/>
      <w:r w:rsidRPr="00AC5ABD">
        <w:rPr>
          <w:rFonts w:eastAsia="Comic Sans MS"/>
          <w:szCs w:val="20"/>
        </w:rPr>
        <w:t>yanıt</w:t>
      </w:r>
      <w:proofErr w:type="spellEnd"/>
      <w:r w:rsidRPr="00AC5ABD">
        <w:rPr>
          <w:rFonts w:eastAsia="Comic Sans MS"/>
          <w:szCs w:val="20"/>
        </w:rPr>
        <w:t xml:space="preserve"> </w:t>
      </w:r>
      <w:proofErr w:type="spellStart"/>
      <w:r w:rsidRPr="00AC5ABD">
        <w:rPr>
          <w:rFonts w:eastAsia="Comic Sans MS"/>
          <w:szCs w:val="20"/>
        </w:rPr>
        <w:t>vermesi</w:t>
      </w:r>
      <w:proofErr w:type="spellEnd"/>
      <w:r w:rsidRPr="00AC5ABD">
        <w:rPr>
          <w:rFonts w:eastAsia="Comic Sans MS"/>
          <w:szCs w:val="20"/>
        </w:rPr>
        <w:t xml:space="preserve"> </w:t>
      </w:r>
      <w:proofErr w:type="spellStart"/>
      <w:r w:rsidRPr="00AC5ABD">
        <w:rPr>
          <w:rFonts w:eastAsia="Comic Sans MS"/>
          <w:szCs w:val="20"/>
        </w:rPr>
        <w:t>yeterlidir</w:t>
      </w:r>
      <w:proofErr w:type="spellEnd"/>
      <w:r w:rsidRPr="00AC5ABD">
        <w:rPr>
          <w:rFonts w:eastAsia="Comic Sans MS"/>
          <w:szCs w:val="20"/>
        </w:rPr>
        <w:t xml:space="preserve">. </w:t>
      </w:r>
    </w:p>
    <w:p w14:paraId="74064A29" w14:textId="77777777" w:rsidR="00AC5ABD" w:rsidRPr="00AC5ABD" w:rsidRDefault="00AC5ABD" w:rsidP="00AC5ABD">
      <w:pPr>
        <w:keepNext/>
        <w:spacing w:after="60" w:line="240" w:lineRule="auto"/>
        <w:rPr>
          <w:szCs w:val="20"/>
        </w:rPr>
      </w:pPr>
      <w:proofErr w:type="spellStart"/>
      <w:r w:rsidRPr="00AC5ABD">
        <w:rPr>
          <w:szCs w:val="20"/>
        </w:rPr>
        <w:t>Çocuklar</w:t>
      </w:r>
      <w:proofErr w:type="spellEnd"/>
      <w:r w:rsidRPr="00AC5ABD">
        <w:rPr>
          <w:szCs w:val="20"/>
        </w:rPr>
        <w:t xml:space="preserve"> </w:t>
      </w:r>
      <w:proofErr w:type="spellStart"/>
      <w:r w:rsidRPr="00AC5ABD">
        <w:rPr>
          <w:szCs w:val="20"/>
        </w:rPr>
        <w:t>kişisel</w:t>
      </w:r>
      <w:proofErr w:type="spellEnd"/>
      <w:r w:rsidRPr="00AC5ABD">
        <w:rPr>
          <w:szCs w:val="20"/>
        </w:rPr>
        <w:t xml:space="preserve"> </w:t>
      </w:r>
      <w:proofErr w:type="spellStart"/>
      <w:r w:rsidRPr="00AC5ABD">
        <w:rPr>
          <w:szCs w:val="20"/>
        </w:rPr>
        <w:t>eşyalarını</w:t>
      </w:r>
      <w:proofErr w:type="spellEnd"/>
      <w:r w:rsidRPr="00AC5ABD">
        <w:rPr>
          <w:szCs w:val="20"/>
        </w:rPr>
        <w:t xml:space="preserve"> </w:t>
      </w:r>
      <w:proofErr w:type="spellStart"/>
      <w:r w:rsidRPr="00AC5ABD">
        <w:rPr>
          <w:szCs w:val="20"/>
        </w:rPr>
        <w:t>toplar</w:t>
      </w:r>
      <w:proofErr w:type="spellEnd"/>
      <w:r w:rsidRPr="00AC5ABD">
        <w:rPr>
          <w:szCs w:val="20"/>
        </w:rPr>
        <w:t xml:space="preserve">; </w:t>
      </w:r>
      <w:proofErr w:type="spellStart"/>
      <w:r w:rsidRPr="00AC5ABD">
        <w:rPr>
          <w:szCs w:val="20"/>
        </w:rPr>
        <w:t>arkadaşlarıyla</w:t>
      </w:r>
      <w:proofErr w:type="spellEnd"/>
      <w:r w:rsidRPr="00AC5ABD">
        <w:rPr>
          <w:szCs w:val="20"/>
        </w:rPr>
        <w:t xml:space="preserve"> </w:t>
      </w:r>
      <w:proofErr w:type="spellStart"/>
      <w:r w:rsidRPr="00AC5ABD">
        <w:rPr>
          <w:szCs w:val="20"/>
        </w:rPr>
        <w:t>vedalaşarak</w:t>
      </w:r>
      <w:proofErr w:type="spellEnd"/>
      <w:r w:rsidRPr="00AC5ABD">
        <w:rPr>
          <w:szCs w:val="20"/>
        </w:rPr>
        <w:t xml:space="preserve"> </w:t>
      </w:r>
      <w:proofErr w:type="spellStart"/>
      <w:r w:rsidRPr="00AC5ABD">
        <w:rPr>
          <w:szCs w:val="20"/>
        </w:rPr>
        <w:t>ailelerine</w:t>
      </w:r>
      <w:proofErr w:type="spellEnd"/>
      <w:r w:rsidRPr="00AC5ABD">
        <w:rPr>
          <w:szCs w:val="20"/>
        </w:rPr>
        <w:t xml:space="preserve"> </w:t>
      </w:r>
      <w:proofErr w:type="spellStart"/>
      <w:r w:rsidRPr="00AC5ABD">
        <w:rPr>
          <w:szCs w:val="20"/>
        </w:rPr>
        <w:t>teslim</w:t>
      </w:r>
      <w:proofErr w:type="spellEnd"/>
      <w:r w:rsidRPr="00AC5ABD">
        <w:rPr>
          <w:szCs w:val="20"/>
        </w:rPr>
        <w:t xml:space="preserve"> </w:t>
      </w:r>
      <w:proofErr w:type="spellStart"/>
      <w:r w:rsidRPr="00AC5ABD">
        <w:rPr>
          <w:szCs w:val="20"/>
        </w:rPr>
        <w:t>edilir</w:t>
      </w:r>
      <w:proofErr w:type="spellEnd"/>
      <w:r w:rsidRPr="00AC5ABD">
        <w:rPr>
          <w:szCs w:val="20"/>
        </w:rPr>
        <w:t>.</w:t>
      </w:r>
    </w:p>
    <w:p w14:paraId="1C3043EF" w14:textId="77777777" w:rsidR="00F627DB" w:rsidRPr="00AC5ABD" w:rsidRDefault="00CC4454">
      <w:pPr>
        <w:keepNext/>
        <w:spacing w:before="160"/>
        <w:rPr>
          <w:szCs w:val="20"/>
        </w:rPr>
      </w:pPr>
      <w:r w:rsidRPr="00AC5ABD">
        <w:rPr>
          <w:rFonts w:eastAsia="Comic Sans MS"/>
          <w:b/>
          <w:color w:val="002060"/>
          <w:szCs w:val="20"/>
        </w:rPr>
        <w:t xml:space="preserve">Aile </w:t>
      </w:r>
      <w:proofErr w:type="spellStart"/>
      <w:r w:rsidRPr="00AC5ABD">
        <w:rPr>
          <w:rFonts w:eastAsia="Comic Sans MS"/>
          <w:b/>
          <w:color w:val="002060"/>
          <w:szCs w:val="20"/>
        </w:rPr>
        <w:t>Buluşmasına</w:t>
      </w:r>
      <w:proofErr w:type="spellEnd"/>
      <w:r w:rsidRPr="00AC5ABD">
        <w:rPr>
          <w:rFonts w:eastAsia="Comic Sans MS"/>
          <w:b/>
          <w:color w:val="002060"/>
          <w:szCs w:val="20"/>
        </w:rPr>
        <w:t xml:space="preserve"> </w:t>
      </w:r>
      <w:proofErr w:type="spellStart"/>
      <w:r w:rsidRPr="00AC5ABD">
        <w:rPr>
          <w:rFonts w:eastAsia="Comic Sans MS"/>
          <w:b/>
          <w:color w:val="002060"/>
          <w:szCs w:val="20"/>
        </w:rPr>
        <w:t>Hazırlık</w:t>
      </w:r>
      <w:proofErr w:type="spellEnd"/>
    </w:p>
    <w:p w14:paraId="02AAED70" w14:textId="13F3D325" w:rsidR="00F627DB" w:rsidRPr="00AC5ABD" w:rsidRDefault="00CC4454">
      <w:pPr>
        <w:rPr>
          <w:rFonts w:eastAsia="Comic Sans MS"/>
          <w:szCs w:val="20"/>
        </w:rPr>
      </w:pPr>
      <w:r w:rsidRPr="00AC5ABD">
        <w:rPr>
          <w:rFonts w:eastAsia="Comic Sans MS"/>
          <w:b/>
          <w:bCs/>
          <w:szCs w:val="20"/>
        </w:rPr>
        <w:t xml:space="preserve">30 </w:t>
      </w:r>
      <w:proofErr w:type="spellStart"/>
      <w:r w:rsidRPr="00AC5ABD">
        <w:rPr>
          <w:rFonts w:eastAsia="Comic Sans MS"/>
          <w:b/>
          <w:bCs/>
          <w:szCs w:val="20"/>
        </w:rPr>
        <w:t>Ekim</w:t>
      </w:r>
      <w:proofErr w:type="spellEnd"/>
      <w:r w:rsidRPr="00AC5ABD">
        <w:rPr>
          <w:rFonts w:eastAsia="Comic Sans MS"/>
          <w:b/>
          <w:bCs/>
          <w:szCs w:val="20"/>
        </w:rPr>
        <w:t xml:space="preserve"> Cuma </w:t>
      </w:r>
      <w:proofErr w:type="spellStart"/>
      <w:r w:rsidRPr="00AC5ABD">
        <w:rPr>
          <w:rFonts w:eastAsia="Comic Sans MS"/>
          <w:b/>
          <w:bCs/>
          <w:szCs w:val="20"/>
        </w:rPr>
        <w:t>günü</w:t>
      </w:r>
      <w:proofErr w:type="spellEnd"/>
      <w:r w:rsidRPr="00AC5ABD">
        <w:rPr>
          <w:rFonts w:eastAsia="Comic Sans MS"/>
          <w:b/>
          <w:bCs/>
          <w:szCs w:val="20"/>
        </w:rPr>
        <w:t xml:space="preserve"> </w:t>
      </w:r>
      <w:proofErr w:type="spellStart"/>
      <w:r w:rsidRPr="00AC5ABD">
        <w:rPr>
          <w:rFonts w:eastAsia="Comic Sans MS"/>
          <w:b/>
          <w:bCs/>
          <w:szCs w:val="20"/>
        </w:rPr>
        <w:t>Dilimizin</w:t>
      </w:r>
      <w:proofErr w:type="spellEnd"/>
      <w:r w:rsidRPr="00AC5ABD">
        <w:rPr>
          <w:rFonts w:eastAsia="Comic Sans MS"/>
          <w:b/>
          <w:bCs/>
          <w:szCs w:val="20"/>
        </w:rPr>
        <w:t xml:space="preserve"> </w:t>
      </w:r>
      <w:proofErr w:type="spellStart"/>
      <w:r w:rsidRPr="00AC5ABD">
        <w:rPr>
          <w:rFonts w:eastAsia="Comic Sans MS"/>
          <w:b/>
          <w:bCs/>
          <w:szCs w:val="20"/>
        </w:rPr>
        <w:t>Zenginlikleri</w:t>
      </w:r>
      <w:proofErr w:type="spellEnd"/>
      <w:r w:rsidRPr="00AC5ABD">
        <w:rPr>
          <w:rFonts w:eastAsia="Comic Sans MS"/>
          <w:b/>
          <w:bCs/>
          <w:szCs w:val="20"/>
        </w:rPr>
        <w:t xml:space="preserve"> </w:t>
      </w:r>
      <w:proofErr w:type="spellStart"/>
      <w:r w:rsidRPr="00AC5ABD">
        <w:rPr>
          <w:rFonts w:eastAsia="Comic Sans MS"/>
          <w:b/>
          <w:bCs/>
          <w:szCs w:val="20"/>
        </w:rPr>
        <w:t>Projesi</w:t>
      </w:r>
      <w:proofErr w:type="spellEnd"/>
      <w:r w:rsidRPr="00AC5ABD">
        <w:rPr>
          <w:rFonts w:eastAsia="Comic Sans MS"/>
          <w:b/>
          <w:bCs/>
          <w:szCs w:val="20"/>
        </w:rPr>
        <w:t xml:space="preserve"> </w:t>
      </w:r>
      <w:proofErr w:type="spellStart"/>
      <w:r w:rsidRPr="00AC5ABD">
        <w:rPr>
          <w:rFonts w:eastAsia="Comic Sans MS"/>
          <w:b/>
          <w:bCs/>
          <w:szCs w:val="20"/>
        </w:rPr>
        <w:t>kapsamında</w:t>
      </w:r>
      <w:proofErr w:type="spellEnd"/>
      <w:r w:rsidRPr="00AC5ABD">
        <w:rPr>
          <w:rFonts w:eastAsia="Comic Sans MS"/>
          <w:b/>
          <w:bCs/>
          <w:szCs w:val="20"/>
        </w:rPr>
        <w:t xml:space="preserve"> </w:t>
      </w:r>
      <w:proofErr w:type="spellStart"/>
      <w:r w:rsidRPr="00AC5ABD">
        <w:rPr>
          <w:rFonts w:eastAsia="Comic Sans MS"/>
          <w:b/>
          <w:bCs/>
          <w:szCs w:val="20"/>
        </w:rPr>
        <w:t>gerçekleştirilecek</w:t>
      </w:r>
      <w:proofErr w:type="spellEnd"/>
      <w:r w:rsidRPr="00AC5ABD">
        <w:rPr>
          <w:rFonts w:eastAsia="Comic Sans MS"/>
          <w:b/>
          <w:bCs/>
          <w:szCs w:val="20"/>
        </w:rPr>
        <w:t xml:space="preserve"> </w:t>
      </w:r>
      <w:proofErr w:type="spellStart"/>
      <w:r w:rsidRPr="00AC5ABD">
        <w:rPr>
          <w:rFonts w:eastAsia="Comic Sans MS"/>
          <w:b/>
          <w:bCs/>
          <w:szCs w:val="20"/>
        </w:rPr>
        <w:t>aile</w:t>
      </w:r>
      <w:proofErr w:type="spellEnd"/>
      <w:r w:rsidRPr="00AC5ABD">
        <w:rPr>
          <w:rFonts w:eastAsia="Comic Sans MS"/>
          <w:b/>
          <w:bCs/>
          <w:szCs w:val="20"/>
        </w:rPr>
        <w:t xml:space="preserve"> </w:t>
      </w:r>
      <w:proofErr w:type="spellStart"/>
      <w:r w:rsidRPr="00AC5ABD">
        <w:rPr>
          <w:rFonts w:eastAsia="Comic Sans MS"/>
          <w:b/>
          <w:bCs/>
          <w:szCs w:val="20"/>
        </w:rPr>
        <w:t>gözlemi</w:t>
      </w:r>
      <w:proofErr w:type="spellEnd"/>
      <w:r w:rsidRPr="00AC5ABD">
        <w:rPr>
          <w:rFonts w:eastAsia="Comic Sans MS"/>
          <w:b/>
          <w:bCs/>
          <w:szCs w:val="20"/>
        </w:rPr>
        <w:t xml:space="preserve"> </w:t>
      </w:r>
      <w:proofErr w:type="spellStart"/>
      <w:r w:rsidRPr="00AC5ABD">
        <w:rPr>
          <w:rFonts w:eastAsia="Comic Sans MS"/>
          <w:b/>
          <w:bCs/>
          <w:szCs w:val="20"/>
        </w:rPr>
        <w:t>için</w:t>
      </w:r>
      <w:proofErr w:type="spellEnd"/>
      <w:r w:rsidRPr="00AC5ABD">
        <w:rPr>
          <w:rFonts w:eastAsia="Comic Sans MS"/>
          <w:b/>
          <w:bCs/>
          <w:szCs w:val="20"/>
        </w:rPr>
        <w:t xml:space="preserve"> </w:t>
      </w:r>
      <w:proofErr w:type="spellStart"/>
      <w:r w:rsidRPr="00AC5ABD">
        <w:rPr>
          <w:rFonts w:eastAsia="Comic Sans MS"/>
          <w:b/>
          <w:bCs/>
          <w:szCs w:val="20"/>
        </w:rPr>
        <w:t>bilgi</w:t>
      </w:r>
      <w:proofErr w:type="spellEnd"/>
      <w:r w:rsidRPr="00AC5ABD">
        <w:rPr>
          <w:rFonts w:eastAsia="Comic Sans MS"/>
          <w:b/>
          <w:bCs/>
          <w:szCs w:val="20"/>
        </w:rPr>
        <w:t xml:space="preserve"> </w:t>
      </w:r>
      <w:proofErr w:type="spellStart"/>
      <w:r w:rsidRPr="00AC5ABD">
        <w:rPr>
          <w:rFonts w:eastAsia="Comic Sans MS"/>
          <w:b/>
          <w:bCs/>
          <w:szCs w:val="20"/>
        </w:rPr>
        <w:t>notu</w:t>
      </w:r>
      <w:proofErr w:type="spellEnd"/>
      <w:r w:rsidRPr="00AC5ABD">
        <w:rPr>
          <w:rFonts w:eastAsia="Comic Sans MS"/>
          <w:b/>
          <w:bCs/>
          <w:szCs w:val="20"/>
        </w:rPr>
        <w:t xml:space="preserve"> </w:t>
      </w:r>
      <w:proofErr w:type="spellStart"/>
      <w:r w:rsidRPr="00AC5ABD">
        <w:rPr>
          <w:rFonts w:eastAsia="Comic Sans MS"/>
          <w:b/>
          <w:bCs/>
          <w:szCs w:val="20"/>
        </w:rPr>
        <w:t>ailelerle</w:t>
      </w:r>
      <w:proofErr w:type="spellEnd"/>
      <w:r w:rsidRPr="00AC5ABD">
        <w:rPr>
          <w:rFonts w:eastAsia="Comic Sans MS"/>
          <w:b/>
          <w:bCs/>
          <w:szCs w:val="20"/>
        </w:rPr>
        <w:t xml:space="preserve"> </w:t>
      </w:r>
      <w:proofErr w:type="spellStart"/>
      <w:r w:rsidRPr="00AC5ABD">
        <w:rPr>
          <w:rFonts w:eastAsia="Comic Sans MS"/>
          <w:b/>
          <w:bCs/>
          <w:szCs w:val="20"/>
        </w:rPr>
        <w:t>paylaşılır</w:t>
      </w:r>
      <w:proofErr w:type="spellEnd"/>
      <w:r w:rsidRPr="00AC5ABD">
        <w:rPr>
          <w:rFonts w:eastAsia="Comic Sans MS"/>
          <w:b/>
          <w:bCs/>
          <w:szCs w:val="20"/>
        </w:rPr>
        <w:t>.</w:t>
      </w:r>
      <w:r w:rsidRPr="00AC5ABD">
        <w:rPr>
          <w:rFonts w:eastAsia="Comic Sans MS"/>
          <w:szCs w:val="20"/>
        </w:rPr>
        <w:t xml:space="preserve"> </w:t>
      </w:r>
      <w:proofErr w:type="spellStart"/>
      <w:r w:rsidRPr="00AC5ABD">
        <w:rPr>
          <w:rFonts w:eastAsia="Comic Sans MS"/>
          <w:szCs w:val="20"/>
        </w:rPr>
        <w:t>Ailelere</w:t>
      </w:r>
      <w:proofErr w:type="spellEnd"/>
      <w:r w:rsidRPr="00AC5ABD">
        <w:rPr>
          <w:rFonts w:eastAsia="Comic Sans MS"/>
          <w:szCs w:val="20"/>
        </w:rPr>
        <w:t xml:space="preserve">, </w:t>
      </w:r>
      <w:proofErr w:type="spellStart"/>
      <w:r w:rsidRPr="00AC5ABD">
        <w:rPr>
          <w:rFonts w:eastAsia="Comic Sans MS"/>
          <w:szCs w:val="20"/>
        </w:rPr>
        <w:t>çocukları</w:t>
      </w:r>
      <w:proofErr w:type="spellEnd"/>
      <w:r w:rsidRPr="00AC5ABD">
        <w:rPr>
          <w:rFonts w:eastAsia="Comic Sans MS"/>
          <w:szCs w:val="20"/>
        </w:rPr>
        <w:t xml:space="preserve"> </w:t>
      </w:r>
      <w:proofErr w:type="spellStart"/>
      <w:r w:rsidRPr="00AC5ABD">
        <w:rPr>
          <w:rFonts w:eastAsia="Comic Sans MS"/>
          <w:szCs w:val="20"/>
        </w:rPr>
        <w:t>sınıftaki</w:t>
      </w:r>
      <w:proofErr w:type="spellEnd"/>
      <w:r w:rsidRPr="00AC5ABD">
        <w:rPr>
          <w:rFonts w:eastAsia="Comic Sans MS"/>
          <w:szCs w:val="20"/>
        </w:rPr>
        <w:t xml:space="preserve"> </w:t>
      </w:r>
      <w:proofErr w:type="spellStart"/>
      <w:r w:rsidRPr="00AC5ABD">
        <w:rPr>
          <w:rFonts w:eastAsia="Comic Sans MS"/>
          <w:szCs w:val="20"/>
        </w:rPr>
        <w:t>dinleme</w:t>
      </w:r>
      <w:proofErr w:type="spellEnd"/>
      <w:r w:rsidRPr="00AC5ABD">
        <w:rPr>
          <w:rFonts w:eastAsia="Comic Sans MS"/>
          <w:szCs w:val="20"/>
        </w:rPr>
        <w:t xml:space="preserve"> </w:t>
      </w:r>
      <w:proofErr w:type="spellStart"/>
      <w:r w:rsidRPr="00AC5ABD">
        <w:rPr>
          <w:rFonts w:eastAsia="Comic Sans MS"/>
          <w:szCs w:val="20"/>
        </w:rPr>
        <w:t>ve</w:t>
      </w:r>
      <w:proofErr w:type="spellEnd"/>
      <w:r w:rsidRPr="00AC5ABD">
        <w:rPr>
          <w:rFonts w:eastAsia="Comic Sans MS"/>
          <w:szCs w:val="20"/>
        </w:rPr>
        <w:t xml:space="preserve"> </w:t>
      </w:r>
      <w:proofErr w:type="spellStart"/>
      <w:r w:rsidRPr="00AC5ABD">
        <w:rPr>
          <w:rFonts w:eastAsia="Comic Sans MS"/>
          <w:szCs w:val="20"/>
        </w:rPr>
        <w:t>anlatma</w:t>
      </w:r>
      <w:proofErr w:type="spellEnd"/>
      <w:r w:rsidRPr="00AC5ABD">
        <w:rPr>
          <w:rFonts w:eastAsia="Comic Sans MS"/>
          <w:szCs w:val="20"/>
        </w:rPr>
        <w:t xml:space="preserve"> </w:t>
      </w:r>
      <w:proofErr w:type="spellStart"/>
      <w:r w:rsidRPr="00AC5ABD">
        <w:rPr>
          <w:rFonts w:eastAsia="Comic Sans MS"/>
          <w:szCs w:val="20"/>
        </w:rPr>
        <w:t>etkinliği</w:t>
      </w:r>
      <w:proofErr w:type="spellEnd"/>
      <w:r w:rsidRPr="00AC5ABD">
        <w:rPr>
          <w:rFonts w:eastAsia="Comic Sans MS"/>
          <w:szCs w:val="20"/>
        </w:rPr>
        <w:t xml:space="preserve"> </w:t>
      </w:r>
      <w:proofErr w:type="spellStart"/>
      <w:r w:rsidRPr="00AC5ABD">
        <w:rPr>
          <w:rFonts w:eastAsia="Comic Sans MS"/>
          <w:szCs w:val="20"/>
        </w:rPr>
        <w:t>sırasında</w:t>
      </w:r>
      <w:proofErr w:type="spellEnd"/>
      <w:r w:rsidRPr="00AC5ABD">
        <w:rPr>
          <w:rFonts w:eastAsia="Comic Sans MS"/>
          <w:szCs w:val="20"/>
        </w:rPr>
        <w:t xml:space="preserve"> </w:t>
      </w:r>
      <w:proofErr w:type="spellStart"/>
      <w:r w:rsidRPr="00AC5ABD">
        <w:rPr>
          <w:rFonts w:eastAsia="Comic Sans MS"/>
          <w:szCs w:val="20"/>
        </w:rPr>
        <w:t>izleyecekleri</w:t>
      </w:r>
      <w:proofErr w:type="spellEnd"/>
      <w:r w:rsidRPr="00AC5ABD">
        <w:rPr>
          <w:rFonts w:eastAsia="Comic Sans MS"/>
          <w:szCs w:val="20"/>
        </w:rPr>
        <w:t xml:space="preserve">, </w:t>
      </w:r>
      <w:proofErr w:type="spellStart"/>
      <w:r w:rsidRPr="00AC5ABD">
        <w:rPr>
          <w:rFonts w:eastAsia="Comic Sans MS"/>
          <w:szCs w:val="20"/>
        </w:rPr>
        <w:t>bunun</w:t>
      </w:r>
      <w:proofErr w:type="spellEnd"/>
      <w:r w:rsidRPr="00AC5ABD">
        <w:rPr>
          <w:rFonts w:eastAsia="Comic Sans MS"/>
          <w:szCs w:val="20"/>
        </w:rPr>
        <w:t xml:space="preserve"> </w:t>
      </w:r>
      <w:proofErr w:type="spellStart"/>
      <w:r w:rsidRPr="00AC5ABD">
        <w:rPr>
          <w:rFonts w:eastAsia="Comic Sans MS"/>
          <w:szCs w:val="20"/>
        </w:rPr>
        <w:t>için</w:t>
      </w:r>
      <w:proofErr w:type="spellEnd"/>
      <w:r w:rsidRPr="00AC5ABD">
        <w:rPr>
          <w:rFonts w:eastAsia="Comic Sans MS"/>
          <w:szCs w:val="20"/>
        </w:rPr>
        <w:t xml:space="preserve"> </w:t>
      </w:r>
      <w:proofErr w:type="spellStart"/>
      <w:r w:rsidRPr="00AC5ABD">
        <w:rPr>
          <w:rFonts w:eastAsia="Comic Sans MS"/>
          <w:szCs w:val="20"/>
        </w:rPr>
        <w:t>evde</w:t>
      </w:r>
      <w:proofErr w:type="spellEnd"/>
      <w:r w:rsidRPr="00AC5ABD">
        <w:rPr>
          <w:rFonts w:eastAsia="Comic Sans MS"/>
          <w:szCs w:val="20"/>
        </w:rPr>
        <w:t xml:space="preserve"> </w:t>
      </w:r>
      <w:proofErr w:type="spellStart"/>
      <w:r w:rsidRPr="00AC5ABD">
        <w:rPr>
          <w:rFonts w:eastAsia="Comic Sans MS"/>
          <w:szCs w:val="20"/>
        </w:rPr>
        <w:t>hazırlık</w:t>
      </w:r>
      <w:proofErr w:type="spellEnd"/>
      <w:r w:rsidRPr="00AC5ABD">
        <w:rPr>
          <w:rFonts w:eastAsia="Comic Sans MS"/>
          <w:szCs w:val="20"/>
        </w:rPr>
        <w:t xml:space="preserve"> </w:t>
      </w:r>
      <w:proofErr w:type="spellStart"/>
      <w:r w:rsidRPr="00AC5ABD">
        <w:rPr>
          <w:rFonts w:eastAsia="Comic Sans MS"/>
          <w:szCs w:val="20"/>
        </w:rPr>
        <w:t>yapmalarına</w:t>
      </w:r>
      <w:proofErr w:type="spellEnd"/>
      <w:r w:rsidRPr="00AC5ABD">
        <w:rPr>
          <w:rFonts w:eastAsia="Comic Sans MS"/>
          <w:szCs w:val="20"/>
        </w:rPr>
        <w:t xml:space="preserve"> </w:t>
      </w:r>
      <w:proofErr w:type="spellStart"/>
      <w:r w:rsidRPr="00AC5ABD">
        <w:rPr>
          <w:rFonts w:eastAsia="Comic Sans MS"/>
          <w:szCs w:val="20"/>
        </w:rPr>
        <w:t>gerek</w:t>
      </w:r>
      <w:proofErr w:type="spellEnd"/>
      <w:r w:rsidRPr="00AC5ABD">
        <w:rPr>
          <w:rFonts w:eastAsia="Comic Sans MS"/>
          <w:szCs w:val="20"/>
        </w:rPr>
        <w:t xml:space="preserve"> </w:t>
      </w:r>
      <w:proofErr w:type="spellStart"/>
      <w:r w:rsidRPr="00AC5ABD">
        <w:rPr>
          <w:rFonts w:eastAsia="Comic Sans MS"/>
          <w:szCs w:val="20"/>
        </w:rPr>
        <w:t>olmadığı</w:t>
      </w:r>
      <w:proofErr w:type="spellEnd"/>
      <w:r w:rsidRPr="00AC5ABD">
        <w:rPr>
          <w:rFonts w:eastAsia="Comic Sans MS"/>
          <w:szCs w:val="20"/>
        </w:rPr>
        <w:t xml:space="preserve"> </w:t>
      </w:r>
      <w:proofErr w:type="spellStart"/>
      <w:r w:rsidRPr="00AC5ABD">
        <w:rPr>
          <w:rFonts w:eastAsia="Comic Sans MS"/>
          <w:szCs w:val="20"/>
        </w:rPr>
        <w:t>belirtilir</w:t>
      </w:r>
      <w:proofErr w:type="spellEnd"/>
      <w:r w:rsidRPr="00AC5ABD">
        <w:rPr>
          <w:rFonts w:eastAsia="Comic Sans MS"/>
          <w:szCs w:val="20"/>
        </w:rPr>
        <w:t>.</w:t>
      </w:r>
    </w:p>
    <w:p w14:paraId="72638B58" w14:textId="77777777" w:rsidR="00F627DB" w:rsidRPr="00AC5ABD" w:rsidRDefault="00CC4454">
      <w:pPr>
        <w:keepNext/>
        <w:spacing w:before="160"/>
        <w:rPr>
          <w:szCs w:val="20"/>
        </w:rPr>
      </w:pPr>
      <w:r w:rsidRPr="00AC5ABD">
        <w:rPr>
          <w:rFonts w:eastAsia="Comic Sans MS"/>
          <w:b/>
          <w:color w:val="F85883"/>
          <w:szCs w:val="20"/>
        </w:rPr>
        <w:t>GÜNÜ DEĞERLENDİRME</w:t>
      </w:r>
    </w:p>
    <w:p w14:paraId="26A27EFF" w14:textId="77777777" w:rsidR="00AC5ABD" w:rsidRPr="00AC5ABD" w:rsidRDefault="00AC5ABD" w:rsidP="00AC5ABD">
      <w:pPr>
        <w:spacing w:after="60" w:line="240" w:lineRule="auto"/>
        <w:rPr>
          <w:szCs w:val="20"/>
        </w:rPr>
      </w:pPr>
      <w:r w:rsidRPr="00AC5ABD">
        <w:rPr>
          <w:szCs w:val="20"/>
        </w:rPr>
        <w:t xml:space="preserve">Gün </w:t>
      </w:r>
      <w:proofErr w:type="spellStart"/>
      <w:r w:rsidRPr="00AC5ABD">
        <w:rPr>
          <w:szCs w:val="20"/>
        </w:rPr>
        <w:t>sonunda</w:t>
      </w:r>
      <w:proofErr w:type="spellEnd"/>
      <w:r w:rsidRPr="00AC5ABD">
        <w:rPr>
          <w:szCs w:val="20"/>
        </w:rPr>
        <w:t xml:space="preserve"> </w:t>
      </w:r>
      <w:proofErr w:type="spellStart"/>
      <w:r w:rsidRPr="00AC5ABD">
        <w:rPr>
          <w:szCs w:val="20"/>
        </w:rPr>
        <w:t>çocuklarla</w:t>
      </w:r>
      <w:proofErr w:type="spellEnd"/>
      <w:r w:rsidRPr="00AC5ABD">
        <w:rPr>
          <w:szCs w:val="20"/>
        </w:rPr>
        <w:t xml:space="preserve"> </w:t>
      </w:r>
      <w:proofErr w:type="spellStart"/>
      <w:r w:rsidRPr="00AC5ABD">
        <w:rPr>
          <w:szCs w:val="20"/>
        </w:rPr>
        <w:t>kısa</w:t>
      </w:r>
      <w:proofErr w:type="spellEnd"/>
      <w:r w:rsidRPr="00AC5ABD">
        <w:rPr>
          <w:szCs w:val="20"/>
        </w:rPr>
        <w:t xml:space="preserve"> </w:t>
      </w:r>
      <w:proofErr w:type="spellStart"/>
      <w:r w:rsidRPr="00AC5ABD">
        <w:rPr>
          <w:szCs w:val="20"/>
        </w:rPr>
        <w:t>bir</w:t>
      </w:r>
      <w:proofErr w:type="spellEnd"/>
      <w:r w:rsidRPr="00AC5ABD">
        <w:rPr>
          <w:szCs w:val="20"/>
        </w:rPr>
        <w:t xml:space="preserve"> </w:t>
      </w:r>
      <w:proofErr w:type="spellStart"/>
      <w:r w:rsidRPr="00AC5ABD">
        <w:rPr>
          <w:szCs w:val="20"/>
        </w:rPr>
        <w:t>değerlendirme</w:t>
      </w:r>
      <w:proofErr w:type="spellEnd"/>
      <w:r w:rsidRPr="00AC5ABD">
        <w:rPr>
          <w:szCs w:val="20"/>
        </w:rPr>
        <w:t xml:space="preserve"> </w:t>
      </w:r>
      <w:proofErr w:type="spellStart"/>
      <w:r w:rsidRPr="00AC5ABD">
        <w:rPr>
          <w:szCs w:val="20"/>
        </w:rPr>
        <w:t>çemberi</w:t>
      </w:r>
      <w:proofErr w:type="spellEnd"/>
      <w:r w:rsidRPr="00AC5ABD">
        <w:rPr>
          <w:szCs w:val="20"/>
        </w:rPr>
        <w:t xml:space="preserve"> </w:t>
      </w:r>
      <w:proofErr w:type="spellStart"/>
      <w:r w:rsidRPr="00AC5ABD">
        <w:rPr>
          <w:szCs w:val="20"/>
        </w:rPr>
        <w:t>oluşturulur</w:t>
      </w:r>
      <w:proofErr w:type="spellEnd"/>
      <w:r w:rsidRPr="00AC5ABD">
        <w:rPr>
          <w:szCs w:val="20"/>
        </w:rPr>
        <w:t xml:space="preserve">. </w:t>
      </w:r>
      <w:proofErr w:type="spellStart"/>
      <w:r w:rsidRPr="00AC5ABD">
        <w:rPr>
          <w:szCs w:val="20"/>
        </w:rPr>
        <w:t>Çocukların</w:t>
      </w:r>
      <w:proofErr w:type="spellEnd"/>
      <w:r w:rsidRPr="00AC5ABD">
        <w:rPr>
          <w:szCs w:val="20"/>
        </w:rPr>
        <w:t xml:space="preserve"> </w:t>
      </w:r>
      <w:proofErr w:type="spellStart"/>
      <w:r w:rsidRPr="00AC5ABD">
        <w:rPr>
          <w:szCs w:val="20"/>
        </w:rPr>
        <w:t>gün</w:t>
      </w:r>
      <w:proofErr w:type="spellEnd"/>
      <w:r w:rsidRPr="00AC5ABD">
        <w:rPr>
          <w:szCs w:val="20"/>
        </w:rPr>
        <w:t xml:space="preserve"> </w:t>
      </w:r>
      <w:proofErr w:type="spellStart"/>
      <w:r w:rsidRPr="00AC5ABD">
        <w:rPr>
          <w:szCs w:val="20"/>
        </w:rPr>
        <w:t>içerisinde</w:t>
      </w:r>
      <w:proofErr w:type="spellEnd"/>
      <w:r w:rsidRPr="00AC5ABD">
        <w:rPr>
          <w:szCs w:val="20"/>
        </w:rPr>
        <w:t xml:space="preserve"> </w:t>
      </w:r>
      <w:proofErr w:type="spellStart"/>
      <w:r w:rsidRPr="00AC5ABD">
        <w:rPr>
          <w:szCs w:val="20"/>
        </w:rPr>
        <w:t>gerçekleştirdikleri</w:t>
      </w:r>
      <w:proofErr w:type="spellEnd"/>
      <w:r w:rsidRPr="00AC5ABD">
        <w:rPr>
          <w:szCs w:val="20"/>
        </w:rPr>
        <w:t xml:space="preserve"> </w:t>
      </w:r>
      <w:proofErr w:type="spellStart"/>
      <w:r w:rsidRPr="00AC5ABD">
        <w:rPr>
          <w:szCs w:val="20"/>
        </w:rPr>
        <w:t>etkinliklere</w:t>
      </w:r>
      <w:proofErr w:type="spellEnd"/>
      <w:r w:rsidRPr="00AC5ABD">
        <w:rPr>
          <w:szCs w:val="20"/>
        </w:rPr>
        <w:t xml:space="preserve"> </w:t>
      </w:r>
      <w:proofErr w:type="spellStart"/>
      <w:r w:rsidRPr="00AC5ABD">
        <w:rPr>
          <w:szCs w:val="20"/>
        </w:rPr>
        <w:t>ilişkin</w:t>
      </w:r>
      <w:proofErr w:type="spellEnd"/>
      <w:r w:rsidRPr="00AC5ABD">
        <w:rPr>
          <w:szCs w:val="20"/>
        </w:rPr>
        <w:t xml:space="preserve"> </w:t>
      </w:r>
      <w:proofErr w:type="spellStart"/>
      <w:r w:rsidRPr="00AC5ABD">
        <w:rPr>
          <w:szCs w:val="20"/>
        </w:rPr>
        <w:t>deneyimlerini</w:t>
      </w:r>
      <w:proofErr w:type="spellEnd"/>
      <w:r w:rsidRPr="00AC5ABD">
        <w:rPr>
          <w:szCs w:val="20"/>
        </w:rPr>
        <w:t xml:space="preserve">, </w:t>
      </w:r>
      <w:proofErr w:type="spellStart"/>
      <w:r w:rsidRPr="00AC5ABD">
        <w:rPr>
          <w:szCs w:val="20"/>
        </w:rPr>
        <w:t>düşüncelerini</w:t>
      </w:r>
      <w:proofErr w:type="spellEnd"/>
      <w:r w:rsidRPr="00AC5ABD">
        <w:rPr>
          <w:szCs w:val="20"/>
        </w:rPr>
        <w:t xml:space="preserve"> </w:t>
      </w:r>
      <w:proofErr w:type="spellStart"/>
      <w:r w:rsidRPr="00AC5ABD">
        <w:rPr>
          <w:szCs w:val="20"/>
        </w:rPr>
        <w:t>ve</w:t>
      </w:r>
      <w:proofErr w:type="spellEnd"/>
      <w:r w:rsidRPr="00AC5ABD">
        <w:rPr>
          <w:szCs w:val="20"/>
        </w:rPr>
        <w:t xml:space="preserve"> </w:t>
      </w:r>
      <w:proofErr w:type="spellStart"/>
      <w:r w:rsidRPr="00AC5ABD">
        <w:rPr>
          <w:szCs w:val="20"/>
        </w:rPr>
        <w:t>duygularını</w:t>
      </w:r>
      <w:proofErr w:type="spellEnd"/>
      <w:r w:rsidRPr="00AC5ABD">
        <w:rPr>
          <w:szCs w:val="20"/>
        </w:rPr>
        <w:t xml:space="preserve"> </w:t>
      </w:r>
      <w:proofErr w:type="spellStart"/>
      <w:r w:rsidRPr="00AC5ABD">
        <w:rPr>
          <w:szCs w:val="20"/>
        </w:rPr>
        <w:t>paylaşmalarına</w:t>
      </w:r>
      <w:proofErr w:type="spellEnd"/>
      <w:r w:rsidRPr="00AC5ABD">
        <w:rPr>
          <w:szCs w:val="20"/>
        </w:rPr>
        <w:t xml:space="preserve"> </w:t>
      </w:r>
      <w:proofErr w:type="spellStart"/>
      <w:r w:rsidRPr="00AC5ABD">
        <w:rPr>
          <w:szCs w:val="20"/>
        </w:rPr>
        <w:t>fırsat</w:t>
      </w:r>
      <w:proofErr w:type="spellEnd"/>
      <w:r w:rsidRPr="00AC5ABD">
        <w:rPr>
          <w:szCs w:val="20"/>
        </w:rPr>
        <w:t xml:space="preserve"> </w:t>
      </w:r>
      <w:proofErr w:type="spellStart"/>
      <w:r w:rsidRPr="00AC5ABD">
        <w:rPr>
          <w:szCs w:val="20"/>
        </w:rPr>
        <w:t>verilir</w:t>
      </w:r>
      <w:proofErr w:type="spellEnd"/>
      <w:r w:rsidRPr="00AC5ABD">
        <w:rPr>
          <w:szCs w:val="20"/>
        </w:rPr>
        <w:t xml:space="preserve">. Daha </w:t>
      </w:r>
      <w:proofErr w:type="spellStart"/>
      <w:r w:rsidRPr="00AC5ABD">
        <w:rPr>
          <w:szCs w:val="20"/>
        </w:rPr>
        <w:t>sonra</w:t>
      </w:r>
      <w:proofErr w:type="spellEnd"/>
      <w:r w:rsidRPr="00AC5ABD">
        <w:rPr>
          <w:szCs w:val="20"/>
        </w:rPr>
        <w:t xml:space="preserve"> </w:t>
      </w:r>
      <w:proofErr w:type="spellStart"/>
      <w:r w:rsidRPr="00AC5ABD">
        <w:rPr>
          <w:szCs w:val="20"/>
        </w:rPr>
        <w:t>etkinliklerle</w:t>
      </w:r>
      <w:proofErr w:type="spellEnd"/>
      <w:r w:rsidRPr="00AC5ABD">
        <w:rPr>
          <w:szCs w:val="20"/>
        </w:rPr>
        <w:t xml:space="preserve"> </w:t>
      </w:r>
      <w:proofErr w:type="spellStart"/>
      <w:r w:rsidRPr="00AC5ABD">
        <w:rPr>
          <w:szCs w:val="20"/>
        </w:rPr>
        <w:t>ilgili</w:t>
      </w:r>
      <w:proofErr w:type="spellEnd"/>
      <w:r w:rsidRPr="00AC5ABD">
        <w:rPr>
          <w:szCs w:val="20"/>
        </w:rPr>
        <w:t xml:space="preserve"> </w:t>
      </w:r>
      <w:proofErr w:type="spellStart"/>
      <w:r w:rsidRPr="00AC5ABD">
        <w:rPr>
          <w:szCs w:val="20"/>
        </w:rPr>
        <w:t>aşağıdaki</w:t>
      </w:r>
      <w:proofErr w:type="spellEnd"/>
      <w:r w:rsidRPr="00AC5ABD">
        <w:rPr>
          <w:szCs w:val="20"/>
        </w:rPr>
        <w:t xml:space="preserve"> </w:t>
      </w:r>
      <w:proofErr w:type="spellStart"/>
      <w:r w:rsidRPr="00AC5ABD">
        <w:rPr>
          <w:szCs w:val="20"/>
        </w:rPr>
        <w:t>sorular</w:t>
      </w:r>
      <w:proofErr w:type="spellEnd"/>
      <w:r w:rsidRPr="00AC5ABD">
        <w:rPr>
          <w:szCs w:val="20"/>
        </w:rPr>
        <w:t xml:space="preserve"> </w:t>
      </w:r>
      <w:proofErr w:type="spellStart"/>
      <w:r w:rsidRPr="00AC5ABD">
        <w:rPr>
          <w:szCs w:val="20"/>
        </w:rPr>
        <w:t>sorularak</w:t>
      </w:r>
      <w:proofErr w:type="spellEnd"/>
      <w:r w:rsidRPr="00AC5ABD">
        <w:rPr>
          <w:szCs w:val="20"/>
        </w:rPr>
        <w:t xml:space="preserve"> </w:t>
      </w:r>
      <w:proofErr w:type="spellStart"/>
      <w:r w:rsidRPr="00AC5ABD">
        <w:rPr>
          <w:szCs w:val="20"/>
        </w:rPr>
        <w:t>günün</w:t>
      </w:r>
      <w:proofErr w:type="spellEnd"/>
      <w:r w:rsidRPr="00AC5ABD">
        <w:rPr>
          <w:szCs w:val="20"/>
        </w:rPr>
        <w:t xml:space="preserve"> </w:t>
      </w:r>
      <w:proofErr w:type="spellStart"/>
      <w:r w:rsidRPr="00AC5ABD">
        <w:rPr>
          <w:szCs w:val="20"/>
        </w:rPr>
        <w:t>değerlendirmesi</w:t>
      </w:r>
      <w:proofErr w:type="spellEnd"/>
      <w:r w:rsidRPr="00AC5ABD">
        <w:rPr>
          <w:szCs w:val="20"/>
        </w:rPr>
        <w:t xml:space="preserve"> </w:t>
      </w:r>
      <w:proofErr w:type="spellStart"/>
      <w:r w:rsidRPr="00AC5ABD">
        <w:rPr>
          <w:szCs w:val="20"/>
        </w:rPr>
        <w:t>yapılır</w:t>
      </w:r>
      <w:proofErr w:type="spellEnd"/>
      <w:r w:rsidRPr="00AC5ABD">
        <w:rPr>
          <w:szCs w:val="20"/>
        </w:rPr>
        <w:t>.</w:t>
      </w:r>
    </w:p>
    <w:p w14:paraId="5972942D" w14:textId="77777777" w:rsidR="00F627DB" w:rsidRPr="00AC5ABD" w:rsidRDefault="00CC4454">
      <w:pPr>
        <w:rPr>
          <w:szCs w:val="20"/>
        </w:rPr>
      </w:pPr>
      <w:r w:rsidRPr="00AC5ABD">
        <w:rPr>
          <w:rFonts w:eastAsia="Comic Sans MS"/>
          <w:szCs w:val="20"/>
        </w:rPr>
        <w:t xml:space="preserve">• </w:t>
      </w:r>
      <w:proofErr w:type="spellStart"/>
      <w:r w:rsidRPr="00AC5ABD">
        <w:rPr>
          <w:rFonts w:eastAsia="Comic Sans MS"/>
          <w:szCs w:val="20"/>
        </w:rPr>
        <w:t>Bayrağımızda</w:t>
      </w:r>
      <w:proofErr w:type="spellEnd"/>
      <w:r w:rsidRPr="00AC5ABD">
        <w:rPr>
          <w:rFonts w:eastAsia="Comic Sans MS"/>
          <w:szCs w:val="20"/>
        </w:rPr>
        <w:t xml:space="preserve"> </w:t>
      </w:r>
      <w:proofErr w:type="spellStart"/>
      <w:r w:rsidRPr="00AC5ABD">
        <w:rPr>
          <w:rFonts w:eastAsia="Comic Sans MS"/>
          <w:szCs w:val="20"/>
        </w:rPr>
        <w:t>hangi</w:t>
      </w:r>
      <w:proofErr w:type="spellEnd"/>
      <w:r w:rsidRPr="00AC5ABD">
        <w:rPr>
          <w:rFonts w:eastAsia="Comic Sans MS"/>
          <w:szCs w:val="20"/>
        </w:rPr>
        <w:t xml:space="preserve"> </w:t>
      </w:r>
      <w:proofErr w:type="spellStart"/>
      <w:r w:rsidRPr="00AC5ABD">
        <w:rPr>
          <w:rFonts w:eastAsia="Comic Sans MS"/>
          <w:szCs w:val="20"/>
        </w:rPr>
        <w:t>renkleri</w:t>
      </w:r>
      <w:proofErr w:type="spellEnd"/>
      <w:r w:rsidRPr="00AC5ABD">
        <w:rPr>
          <w:rFonts w:eastAsia="Comic Sans MS"/>
          <w:szCs w:val="20"/>
        </w:rPr>
        <w:t xml:space="preserve"> </w:t>
      </w:r>
      <w:proofErr w:type="spellStart"/>
      <w:r w:rsidRPr="00AC5ABD">
        <w:rPr>
          <w:rFonts w:eastAsia="Comic Sans MS"/>
          <w:szCs w:val="20"/>
        </w:rPr>
        <w:t>ve</w:t>
      </w:r>
      <w:proofErr w:type="spellEnd"/>
      <w:r w:rsidRPr="00AC5ABD">
        <w:rPr>
          <w:rFonts w:eastAsia="Comic Sans MS"/>
          <w:szCs w:val="20"/>
        </w:rPr>
        <w:t xml:space="preserve"> </w:t>
      </w:r>
      <w:proofErr w:type="spellStart"/>
      <w:r w:rsidRPr="00AC5ABD">
        <w:rPr>
          <w:rFonts w:eastAsia="Comic Sans MS"/>
          <w:szCs w:val="20"/>
        </w:rPr>
        <w:t>şekilleri</w:t>
      </w:r>
      <w:proofErr w:type="spellEnd"/>
      <w:r w:rsidRPr="00AC5ABD">
        <w:rPr>
          <w:rFonts w:eastAsia="Comic Sans MS"/>
          <w:szCs w:val="20"/>
        </w:rPr>
        <w:t xml:space="preserve"> </w:t>
      </w:r>
      <w:proofErr w:type="spellStart"/>
      <w:r w:rsidRPr="00AC5ABD">
        <w:rPr>
          <w:rFonts w:eastAsia="Comic Sans MS"/>
          <w:szCs w:val="20"/>
        </w:rPr>
        <w:t>gördük</w:t>
      </w:r>
      <w:proofErr w:type="spellEnd"/>
      <w:r w:rsidRPr="00AC5ABD">
        <w:rPr>
          <w:rFonts w:eastAsia="Comic Sans MS"/>
          <w:szCs w:val="20"/>
        </w:rPr>
        <w:t>?</w:t>
      </w:r>
    </w:p>
    <w:p w14:paraId="1BAB633C" w14:textId="77777777" w:rsidR="00F627DB" w:rsidRPr="00AC5ABD" w:rsidRDefault="00CC4454">
      <w:pPr>
        <w:rPr>
          <w:szCs w:val="20"/>
        </w:rPr>
      </w:pPr>
      <w:r w:rsidRPr="00AC5ABD">
        <w:rPr>
          <w:rFonts w:eastAsia="Comic Sans MS"/>
          <w:szCs w:val="20"/>
        </w:rPr>
        <w:t xml:space="preserve">• </w:t>
      </w:r>
      <w:proofErr w:type="spellStart"/>
      <w:r w:rsidRPr="00AC5ABD">
        <w:rPr>
          <w:rFonts w:eastAsia="Comic Sans MS"/>
          <w:szCs w:val="20"/>
        </w:rPr>
        <w:t>Kâğıt</w:t>
      </w:r>
      <w:proofErr w:type="spellEnd"/>
      <w:r w:rsidRPr="00AC5ABD">
        <w:rPr>
          <w:rFonts w:eastAsia="Comic Sans MS"/>
          <w:szCs w:val="20"/>
        </w:rPr>
        <w:t xml:space="preserve"> </w:t>
      </w:r>
      <w:proofErr w:type="spellStart"/>
      <w:r w:rsidRPr="00AC5ABD">
        <w:rPr>
          <w:rFonts w:eastAsia="Comic Sans MS"/>
          <w:szCs w:val="20"/>
        </w:rPr>
        <w:t>yıldızı</w:t>
      </w:r>
      <w:proofErr w:type="spellEnd"/>
      <w:r w:rsidRPr="00AC5ABD">
        <w:rPr>
          <w:rFonts w:eastAsia="Comic Sans MS"/>
          <w:szCs w:val="20"/>
        </w:rPr>
        <w:t xml:space="preserve"> </w:t>
      </w:r>
      <w:proofErr w:type="spellStart"/>
      <w:r w:rsidRPr="00AC5ABD">
        <w:rPr>
          <w:rFonts w:eastAsia="Comic Sans MS"/>
          <w:szCs w:val="20"/>
        </w:rPr>
        <w:t>suya</w:t>
      </w:r>
      <w:proofErr w:type="spellEnd"/>
      <w:r w:rsidRPr="00AC5ABD">
        <w:rPr>
          <w:rFonts w:eastAsia="Comic Sans MS"/>
          <w:szCs w:val="20"/>
        </w:rPr>
        <w:t xml:space="preserve"> </w:t>
      </w:r>
      <w:proofErr w:type="spellStart"/>
      <w:r w:rsidRPr="00AC5ABD">
        <w:rPr>
          <w:rFonts w:eastAsia="Comic Sans MS"/>
          <w:szCs w:val="20"/>
        </w:rPr>
        <w:t>bıraktığımızda</w:t>
      </w:r>
      <w:proofErr w:type="spellEnd"/>
      <w:r w:rsidRPr="00AC5ABD">
        <w:rPr>
          <w:rFonts w:eastAsia="Comic Sans MS"/>
          <w:szCs w:val="20"/>
        </w:rPr>
        <w:t xml:space="preserve"> ne </w:t>
      </w:r>
      <w:proofErr w:type="spellStart"/>
      <w:r w:rsidRPr="00AC5ABD">
        <w:rPr>
          <w:rFonts w:eastAsia="Comic Sans MS"/>
          <w:szCs w:val="20"/>
        </w:rPr>
        <w:t>değişti</w:t>
      </w:r>
      <w:proofErr w:type="spellEnd"/>
      <w:r w:rsidRPr="00AC5ABD">
        <w:rPr>
          <w:rFonts w:eastAsia="Comic Sans MS"/>
          <w:szCs w:val="20"/>
        </w:rPr>
        <w:t>?</w:t>
      </w:r>
    </w:p>
    <w:p w14:paraId="190AA2F5" w14:textId="77777777" w:rsidR="00F627DB" w:rsidRPr="00AC5ABD" w:rsidRDefault="00CC4454">
      <w:pPr>
        <w:rPr>
          <w:szCs w:val="20"/>
        </w:rPr>
      </w:pPr>
      <w:r w:rsidRPr="00AC5ABD">
        <w:rPr>
          <w:rFonts w:eastAsia="Comic Sans MS"/>
          <w:szCs w:val="20"/>
        </w:rPr>
        <w:t xml:space="preserve">• Bayrak </w:t>
      </w:r>
      <w:proofErr w:type="spellStart"/>
      <w:r w:rsidRPr="00AC5ABD">
        <w:rPr>
          <w:rFonts w:eastAsia="Comic Sans MS"/>
          <w:szCs w:val="20"/>
        </w:rPr>
        <w:t>şiirini</w:t>
      </w:r>
      <w:proofErr w:type="spellEnd"/>
      <w:r w:rsidRPr="00AC5ABD">
        <w:rPr>
          <w:rFonts w:eastAsia="Comic Sans MS"/>
          <w:szCs w:val="20"/>
        </w:rPr>
        <w:t xml:space="preserve"> </w:t>
      </w:r>
      <w:proofErr w:type="spellStart"/>
      <w:r w:rsidRPr="00AC5ABD">
        <w:rPr>
          <w:rFonts w:eastAsia="Comic Sans MS"/>
          <w:szCs w:val="20"/>
        </w:rPr>
        <w:t>dinlerken</w:t>
      </w:r>
      <w:proofErr w:type="spellEnd"/>
      <w:r w:rsidRPr="00AC5ABD">
        <w:rPr>
          <w:rFonts w:eastAsia="Comic Sans MS"/>
          <w:szCs w:val="20"/>
        </w:rPr>
        <w:t xml:space="preserve"> </w:t>
      </w:r>
      <w:proofErr w:type="spellStart"/>
      <w:r w:rsidRPr="00AC5ABD">
        <w:rPr>
          <w:rFonts w:eastAsia="Comic Sans MS"/>
          <w:szCs w:val="20"/>
        </w:rPr>
        <w:t>nasıl</w:t>
      </w:r>
      <w:proofErr w:type="spellEnd"/>
      <w:r w:rsidRPr="00AC5ABD">
        <w:rPr>
          <w:rFonts w:eastAsia="Comic Sans MS"/>
          <w:szCs w:val="20"/>
        </w:rPr>
        <w:t xml:space="preserve"> </w:t>
      </w:r>
      <w:proofErr w:type="spellStart"/>
      <w:r w:rsidRPr="00AC5ABD">
        <w:rPr>
          <w:rFonts w:eastAsia="Comic Sans MS"/>
          <w:szCs w:val="20"/>
        </w:rPr>
        <w:t>hissettin</w:t>
      </w:r>
      <w:proofErr w:type="spellEnd"/>
      <w:r w:rsidRPr="00AC5ABD">
        <w:rPr>
          <w:rFonts w:eastAsia="Comic Sans MS"/>
          <w:szCs w:val="20"/>
        </w:rPr>
        <w:t>?</w:t>
      </w:r>
    </w:p>
    <w:p w14:paraId="481A4049" w14:textId="77777777" w:rsidR="00F627DB" w:rsidRPr="00AC5ABD" w:rsidRDefault="00CC4454">
      <w:pPr>
        <w:rPr>
          <w:szCs w:val="20"/>
        </w:rPr>
      </w:pPr>
      <w:r w:rsidRPr="00AC5ABD">
        <w:rPr>
          <w:rFonts w:eastAsia="Comic Sans MS"/>
          <w:szCs w:val="20"/>
        </w:rPr>
        <w:t xml:space="preserve">• </w:t>
      </w:r>
      <w:proofErr w:type="spellStart"/>
      <w:r w:rsidRPr="00AC5ABD">
        <w:rPr>
          <w:rFonts w:eastAsia="Comic Sans MS"/>
          <w:szCs w:val="20"/>
        </w:rPr>
        <w:t>Evden</w:t>
      </w:r>
      <w:proofErr w:type="spellEnd"/>
      <w:r w:rsidRPr="00AC5ABD">
        <w:rPr>
          <w:rFonts w:eastAsia="Comic Sans MS"/>
          <w:szCs w:val="20"/>
        </w:rPr>
        <w:t xml:space="preserve"> </w:t>
      </w:r>
      <w:proofErr w:type="spellStart"/>
      <w:r w:rsidRPr="00AC5ABD">
        <w:rPr>
          <w:rFonts w:eastAsia="Comic Sans MS"/>
          <w:szCs w:val="20"/>
        </w:rPr>
        <w:t>okula</w:t>
      </w:r>
      <w:proofErr w:type="spellEnd"/>
      <w:r w:rsidRPr="00AC5ABD">
        <w:rPr>
          <w:rFonts w:eastAsia="Comic Sans MS"/>
          <w:szCs w:val="20"/>
        </w:rPr>
        <w:t xml:space="preserve"> </w:t>
      </w:r>
      <w:proofErr w:type="spellStart"/>
      <w:r w:rsidRPr="00AC5ABD">
        <w:rPr>
          <w:rFonts w:eastAsia="Comic Sans MS"/>
          <w:szCs w:val="20"/>
        </w:rPr>
        <w:t>gelirken</w:t>
      </w:r>
      <w:proofErr w:type="spellEnd"/>
      <w:r w:rsidRPr="00AC5ABD">
        <w:rPr>
          <w:rFonts w:eastAsia="Comic Sans MS"/>
          <w:szCs w:val="20"/>
        </w:rPr>
        <w:t xml:space="preserve"> </w:t>
      </w:r>
      <w:proofErr w:type="spellStart"/>
      <w:r w:rsidRPr="00AC5ABD">
        <w:rPr>
          <w:rFonts w:eastAsia="Comic Sans MS"/>
          <w:szCs w:val="20"/>
        </w:rPr>
        <w:t>bayrağımızı</w:t>
      </w:r>
      <w:proofErr w:type="spellEnd"/>
      <w:r w:rsidRPr="00AC5ABD">
        <w:rPr>
          <w:rFonts w:eastAsia="Comic Sans MS"/>
          <w:szCs w:val="20"/>
        </w:rPr>
        <w:t xml:space="preserve"> </w:t>
      </w:r>
      <w:proofErr w:type="spellStart"/>
      <w:r w:rsidRPr="00AC5ABD">
        <w:rPr>
          <w:rFonts w:eastAsia="Comic Sans MS"/>
          <w:szCs w:val="20"/>
        </w:rPr>
        <w:t>nerelerde</w:t>
      </w:r>
      <w:proofErr w:type="spellEnd"/>
      <w:r w:rsidRPr="00AC5ABD">
        <w:rPr>
          <w:rFonts w:eastAsia="Comic Sans MS"/>
          <w:szCs w:val="20"/>
        </w:rPr>
        <w:t xml:space="preserve"> </w:t>
      </w:r>
      <w:proofErr w:type="spellStart"/>
      <w:r w:rsidRPr="00AC5ABD">
        <w:rPr>
          <w:rFonts w:eastAsia="Comic Sans MS"/>
          <w:szCs w:val="20"/>
        </w:rPr>
        <w:t>görüyorsun</w:t>
      </w:r>
      <w:proofErr w:type="spellEnd"/>
      <w:r w:rsidRPr="00AC5ABD">
        <w:rPr>
          <w:rFonts w:eastAsia="Comic Sans MS"/>
          <w:szCs w:val="20"/>
        </w:rPr>
        <w:t>?</w:t>
      </w:r>
    </w:p>
    <w:p w14:paraId="3220FB99" w14:textId="77777777" w:rsidR="00F627DB" w:rsidRPr="00AC5ABD" w:rsidRDefault="00CC4454">
      <w:pPr>
        <w:rPr>
          <w:szCs w:val="20"/>
        </w:rPr>
      </w:pPr>
      <w:r w:rsidRPr="00AC5ABD">
        <w:rPr>
          <w:rFonts w:eastAsia="Comic Sans MS"/>
          <w:szCs w:val="20"/>
        </w:rPr>
        <w:t xml:space="preserve">• </w:t>
      </w:r>
      <w:proofErr w:type="spellStart"/>
      <w:r w:rsidRPr="00AC5ABD">
        <w:rPr>
          <w:rFonts w:eastAsia="Comic Sans MS"/>
          <w:szCs w:val="20"/>
        </w:rPr>
        <w:t>Bugün</w:t>
      </w:r>
      <w:proofErr w:type="spellEnd"/>
      <w:r w:rsidRPr="00AC5ABD">
        <w:rPr>
          <w:rFonts w:eastAsia="Comic Sans MS"/>
          <w:szCs w:val="20"/>
        </w:rPr>
        <w:t xml:space="preserve"> </w:t>
      </w:r>
      <w:proofErr w:type="spellStart"/>
      <w:r w:rsidRPr="00AC5ABD">
        <w:rPr>
          <w:rFonts w:eastAsia="Comic Sans MS"/>
          <w:szCs w:val="20"/>
        </w:rPr>
        <w:t>çalışmanın</w:t>
      </w:r>
      <w:proofErr w:type="spellEnd"/>
      <w:r w:rsidRPr="00AC5ABD">
        <w:rPr>
          <w:rFonts w:eastAsia="Comic Sans MS"/>
          <w:szCs w:val="20"/>
        </w:rPr>
        <w:t xml:space="preserve"> </w:t>
      </w:r>
      <w:proofErr w:type="spellStart"/>
      <w:r w:rsidRPr="00AC5ABD">
        <w:rPr>
          <w:rFonts w:eastAsia="Comic Sans MS"/>
          <w:szCs w:val="20"/>
        </w:rPr>
        <w:t>hangi</w:t>
      </w:r>
      <w:proofErr w:type="spellEnd"/>
      <w:r w:rsidRPr="00AC5ABD">
        <w:rPr>
          <w:rFonts w:eastAsia="Comic Sans MS"/>
          <w:szCs w:val="20"/>
        </w:rPr>
        <w:t xml:space="preserve"> </w:t>
      </w:r>
      <w:proofErr w:type="spellStart"/>
      <w:r w:rsidRPr="00AC5ABD">
        <w:rPr>
          <w:rFonts w:eastAsia="Comic Sans MS"/>
          <w:szCs w:val="20"/>
        </w:rPr>
        <w:t>bölümünü</w:t>
      </w:r>
      <w:proofErr w:type="spellEnd"/>
      <w:r w:rsidRPr="00AC5ABD">
        <w:rPr>
          <w:rFonts w:eastAsia="Comic Sans MS"/>
          <w:szCs w:val="20"/>
        </w:rPr>
        <w:t xml:space="preserve"> </w:t>
      </w:r>
      <w:proofErr w:type="spellStart"/>
      <w:r w:rsidRPr="00AC5ABD">
        <w:rPr>
          <w:rFonts w:eastAsia="Comic Sans MS"/>
          <w:szCs w:val="20"/>
        </w:rPr>
        <w:t>kendin</w:t>
      </w:r>
      <w:proofErr w:type="spellEnd"/>
      <w:r w:rsidRPr="00AC5ABD">
        <w:rPr>
          <w:rFonts w:eastAsia="Comic Sans MS"/>
          <w:szCs w:val="20"/>
        </w:rPr>
        <w:t xml:space="preserve"> </w:t>
      </w:r>
      <w:proofErr w:type="spellStart"/>
      <w:r w:rsidRPr="00AC5ABD">
        <w:rPr>
          <w:rFonts w:eastAsia="Comic Sans MS"/>
          <w:szCs w:val="20"/>
        </w:rPr>
        <w:t>yaptın</w:t>
      </w:r>
      <w:proofErr w:type="spellEnd"/>
      <w:r w:rsidRPr="00AC5ABD">
        <w:rPr>
          <w:rFonts w:eastAsia="Comic Sans MS"/>
          <w:szCs w:val="20"/>
        </w:rPr>
        <w:t>?</w:t>
      </w:r>
    </w:p>
    <w:p w14:paraId="3660F692" w14:textId="7E84F04D" w:rsidR="00F627DB" w:rsidRPr="00AC5ABD" w:rsidRDefault="00CC4454">
      <w:pPr>
        <w:keepNext/>
        <w:rPr>
          <w:szCs w:val="20"/>
        </w:rPr>
      </w:pPr>
      <w:r w:rsidRPr="00AC5ABD">
        <w:rPr>
          <w:rFonts w:eastAsia="Comic Sans MS"/>
          <w:b/>
          <w:color w:val="002060"/>
          <w:szCs w:val="20"/>
        </w:rPr>
        <w:t xml:space="preserve">Genel </w:t>
      </w:r>
      <w:proofErr w:type="spellStart"/>
      <w:r w:rsidRPr="00AC5ABD">
        <w:rPr>
          <w:rFonts w:eastAsia="Comic Sans MS"/>
          <w:b/>
          <w:color w:val="002060"/>
          <w:szCs w:val="20"/>
        </w:rPr>
        <w:t>Değerlendirme</w:t>
      </w:r>
      <w:proofErr w:type="spellEnd"/>
      <w:r w:rsidRPr="00AC5ABD">
        <w:rPr>
          <w:rFonts w:eastAsia="Comic Sans MS"/>
          <w:b/>
          <w:color w:val="002060"/>
          <w:szCs w:val="20"/>
        </w:rPr>
        <w:t xml:space="preserve">: </w:t>
      </w:r>
      <w:proofErr w:type="spellStart"/>
      <w:r w:rsidR="00AC5ABD" w:rsidRPr="00AC5ABD">
        <w:rPr>
          <w:szCs w:val="20"/>
        </w:rPr>
        <w:t>Çocuklar</w:t>
      </w:r>
      <w:proofErr w:type="spellEnd"/>
      <w:r w:rsidR="00AC5ABD" w:rsidRPr="00AC5ABD">
        <w:rPr>
          <w:szCs w:val="20"/>
        </w:rPr>
        <w:t xml:space="preserve"> </w:t>
      </w:r>
      <w:proofErr w:type="spellStart"/>
      <w:r w:rsidR="00AC5ABD" w:rsidRPr="00AC5ABD">
        <w:rPr>
          <w:szCs w:val="20"/>
        </w:rPr>
        <w:t>bayrağımızın</w:t>
      </w:r>
      <w:proofErr w:type="spellEnd"/>
      <w:r w:rsidR="00AC5ABD" w:rsidRPr="00AC5ABD">
        <w:rPr>
          <w:szCs w:val="20"/>
        </w:rPr>
        <w:t xml:space="preserve"> </w:t>
      </w:r>
      <w:proofErr w:type="spellStart"/>
      <w:r w:rsidR="00AC5ABD" w:rsidRPr="00AC5ABD">
        <w:rPr>
          <w:szCs w:val="20"/>
        </w:rPr>
        <w:t>renklerini</w:t>
      </w:r>
      <w:proofErr w:type="spellEnd"/>
      <w:r w:rsidR="00AC5ABD" w:rsidRPr="00AC5ABD">
        <w:rPr>
          <w:szCs w:val="20"/>
        </w:rPr>
        <w:t xml:space="preserve">, ay </w:t>
      </w:r>
      <w:proofErr w:type="spellStart"/>
      <w:r w:rsidR="00AC5ABD" w:rsidRPr="00AC5ABD">
        <w:rPr>
          <w:szCs w:val="20"/>
        </w:rPr>
        <w:t>ve</w:t>
      </w:r>
      <w:proofErr w:type="spellEnd"/>
      <w:r w:rsidR="00AC5ABD" w:rsidRPr="00AC5ABD">
        <w:rPr>
          <w:szCs w:val="20"/>
        </w:rPr>
        <w:t xml:space="preserve"> </w:t>
      </w:r>
      <w:proofErr w:type="spellStart"/>
      <w:r w:rsidR="00AC5ABD" w:rsidRPr="00AC5ABD">
        <w:rPr>
          <w:szCs w:val="20"/>
        </w:rPr>
        <w:t>yıldızını</w:t>
      </w:r>
      <w:proofErr w:type="spellEnd"/>
      <w:r w:rsidR="00AC5ABD" w:rsidRPr="00AC5ABD">
        <w:rPr>
          <w:szCs w:val="20"/>
        </w:rPr>
        <w:t xml:space="preserve"> </w:t>
      </w:r>
      <w:proofErr w:type="spellStart"/>
      <w:r w:rsidR="00AC5ABD" w:rsidRPr="00AC5ABD">
        <w:rPr>
          <w:szCs w:val="20"/>
        </w:rPr>
        <w:t>tanıdı</w:t>
      </w:r>
      <w:proofErr w:type="spellEnd"/>
      <w:r w:rsidR="00AC5ABD" w:rsidRPr="00AC5ABD">
        <w:rPr>
          <w:szCs w:val="20"/>
        </w:rPr>
        <w:t xml:space="preserve">; </w:t>
      </w:r>
      <w:proofErr w:type="spellStart"/>
      <w:r w:rsidR="00AC5ABD" w:rsidRPr="00AC5ABD">
        <w:rPr>
          <w:szCs w:val="20"/>
        </w:rPr>
        <w:t>deneyde</w:t>
      </w:r>
      <w:proofErr w:type="spellEnd"/>
      <w:r w:rsidR="00AC5ABD" w:rsidRPr="00AC5ABD">
        <w:rPr>
          <w:szCs w:val="20"/>
        </w:rPr>
        <w:t xml:space="preserve"> </w:t>
      </w:r>
      <w:proofErr w:type="spellStart"/>
      <w:r w:rsidR="00AC5ABD" w:rsidRPr="00AC5ABD">
        <w:rPr>
          <w:szCs w:val="20"/>
        </w:rPr>
        <w:t>kâğıtların</w:t>
      </w:r>
      <w:proofErr w:type="spellEnd"/>
      <w:r w:rsidR="00AC5ABD" w:rsidRPr="00AC5ABD">
        <w:rPr>
          <w:szCs w:val="20"/>
        </w:rPr>
        <w:t xml:space="preserve"> </w:t>
      </w:r>
      <w:proofErr w:type="spellStart"/>
      <w:r w:rsidR="00AC5ABD" w:rsidRPr="00AC5ABD">
        <w:rPr>
          <w:szCs w:val="20"/>
        </w:rPr>
        <w:t>açılmasını</w:t>
      </w:r>
      <w:proofErr w:type="spellEnd"/>
      <w:r w:rsidR="00AC5ABD" w:rsidRPr="00AC5ABD">
        <w:rPr>
          <w:szCs w:val="20"/>
        </w:rPr>
        <w:t xml:space="preserve"> </w:t>
      </w:r>
      <w:proofErr w:type="spellStart"/>
      <w:r w:rsidR="00AC5ABD" w:rsidRPr="00AC5ABD">
        <w:rPr>
          <w:szCs w:val="20"/>
        </w:rPr>
        <w:t>ilgiyle</w:t>
      </w:r>
      <w:proofErr w:type="spellEnd"/>
      <w:r w:rsidR="00AC5ABD" w:rsidRPr="00AC5ABD">
        <w:rPr>
          <w:szCs w:val="20"/>
        </w:rPr>
        <w:t xml:space="preserve"> </w:t>
      </w:r>
      <w:proofErr w:type="spellStart"/>
      <w:r w:rsidR="00AC5ABD" w:rsidRPr="00AC5ABD">
        <w:rPr>
          <w:szCs w:val="20"/>
        </w:rPr>
        <w:t>izleyip</w:t>
      </w:r>
      <w:proofErr w:type="spellEnd"/>
      <w:r w:rsidR="00AC5ABD" w:rsidRPr="00AC5ABD">
        <w:rPr>
          <w:szCs w:val="20"/>
        </w:rPr>
        <w:t xml:space="preserve"> </w:t>
      </w:r>
      <w:proofErr w:type="spellStart"/>
      <w:r w:rsidR="00AC5ABD" w:rsidRPr="00AC5ABD">
        <w:rPr>
          <w:szCs w:val="20"/>
        </w:rPr>
        <w:t>gördüklerini</w:t>
      </w:r>
      <w:proofErr w:type="spellEnd"/>
      <w:r w:rsidR="00AC5ABD" w:rsidRPr="00AC5ABD">
        <w:rPr>
          <w:szCs w:val="20"/>
        </w:rPr>
        <w:t xml:space="preserve"> </w:t>
      </w:r>
      <w:proofErr w:type="spellStart"/>
      <w:r w:rsidR="00AC5ABD" w:rsidRPr="00AC5ABD">
        <w:rPr>
          <w:szCs w:val="20"/>
        </w:rPr>
        <w:t>anlattı</w:t>
      </w:r>
      <w:proofErr w:type="spellEnd"/>
      <w:r w:rsidR="00AC5ABD" w:rsidRPr="00AC5ABD">
        <w:rPr>
          <w:szCs w:val="20"/>
        </w:rPr>
        <w:t xml:space="preserve">. </w:t>
      </w:r>
      <w:proofErr w:type="spellStart"/>
      <w:r w:rsidR="00AC5ABD" w:rsidRPr="00AC5ABD">
        <w:rPr>
          <w:szCs w:val="20"/>
        </w:rPr>
        <w:t>Kısa</w:t>
      </w:r>
      <w:proofErr w:type="spellEnd"/>
      <w:r w:rsidR="00AC5ABD" w:rsidRPr="00AC5ABD">
        <w:rPr>
          <w:szCs w:val="20"/>
        </w:rPr>
        <w:t xml:space="preserve"> </w:t>
      </w:r>
      <w:proofErr w:type="spellStart"/>
      <w:r w:rsidR="00AC5ABD" w:rsidRPr="00AC5ABD">
        <w:rPr>
          <w:szCs w:val="20"/>
        </w:rPr>
        <w:t>yönergeler</w:t>
      </w:r>
      <w:proofErr w:type="spellEnd"/>
      <w:r w:rsidR="00AC5ABD" w:rsidRPr="00AC5ABD">
        <w:rPr>
          <w:szCs w:val="20"/>
        </w:rPr>
        <w:t xml:space="preserve"> </w:t>
      </w:r>
      <w:proofErr w:type="spellStart"/>
      <w:r w:rsidR="00AC5ABD" w:rsidRPr="00AC5ABD">
        <w:rPr>
          <w:szCs w:val="20"/>
        </w:rPr>
        <w:t>ve</w:t>
      </w:r>
      <w:proofErr w:type="spellEnd"/>
      <w:r w:rsidR="00AC5ABD" w:rsidRPr="00AC5ABD">
        <w:rPr>
          <w:szCs w:val="20"/>
        </w:rPr>
        <w:t xml:space="preserve"> </w:t>
      </w:r>
      <w:proofErr w:type="spellStart"/>
      <w:r w:rsidR="00AC5ABD" w:rsidRPr="00AC5ABD">
        <w:rPr>
          <w:szCs w:val="20"/>
        </w:rPr>
        <w:t>göstererek</w:t>
      </w:r>
      <w:proofErr w:type="spellEnd"/>
      <w:r w:rsidR="00AC5ABD" w:rsidRPr="00AC5ABD">
        <w:rPr>
          <w:szCs w:val="20"/>
        </w:rPr>
        <w:t xml:space="preserve"> </w:t>
      </w:r>
      <w:proofErr w:type="spellStart"/>
      <w:r w:rsidR="00AC5ABD" w:rsidRPr="00AC5ABD">
        <w:rPr>
          <w:szCs w:val="20"/>
        </w:rPr>
        <w:t>verdiğim</w:t>
      </w:r>
      <w:proofErr w:type="spellEnd"/>
      <w:r w:rsidR="00AC5ABD" w:rsidRPr="00AC5ABD">
        <w:rPr>
          <w:szCs w:val="20"/>
        </w:rPr>
        <w:t xml:space="preserve"> </w:t>
      </w:r>
      <w:proofErr w:type="spellStart"/>
      <w:r w:rsidR="00AC5ABD" w:rsidRPr="00AC5ABD">
        <w:rPr>
          <w:szCs w:val="20"/>
        </w:rPr>
        <w:t>destek</w:t>
      </w:r>
      <w:proofErr w:type="spellEnd"/>
      <w:r w:rsidR="00AC5ABD" w:rsidRPr="00AC5ABD">
        <w:rPr>
          <w:szCs w:val="20"/>
        </w:rPr>
        <w:t xml:space="preserve">, </w:t>
      </w:r>
      <w:proofErr w:type="spellStart"/>
      <w:r w:rsidR="00AC5ABD" w:rsidRPr="00AC5ABD">
        <w:rPr>
          <w:szCs w:val="20"/>
        </w:rPr>
        <w:t>kesme</w:t>
      </w:r>
      <w:proofErr w:type="spellEnd"/>
      <w:r w:rsidR="00AC5ABD" w:rsidRPr="00AC5ABD">
        <w:rPr>
          <w:szCs w:val="20"/>
        </w:rPr>
        <w:t xml:space="preserve"> </w:t>
      </w:r>
      <w:proofErr w:type="spellStart"/>
      <w:r w:rsidR="00AC5ABD" w:rsidRPr="00AC5ABD">
        <w:rPr>
          <w:szCs w:val="20"/>
        </w:rPr>
        <w:t>ve</w:t>
      </w:r>
      <w:proofErr w:type="spellEnd"/>
      <w:r w:rsidR="00AC5ABD" w:rsidRPr="00AC5ABD">
        <w:rPr>
          <w:szCs w:val="20"/>
        </w:rPr>
        <w:t xml:space="preserve"> </w:t>
      </w:r>
      <w:proofErr w:type="spellStart"/>
      <w:r w:rsidR="00AC5ABD" w:rsidRPr="00AC5ABD">
        <w:rPr>
          <w:szCs w:val="20"/>
        </w:rPr>
        <w:t>birleştirme</w:t>
      </w:r>
      <w:proofErr w:type="spellEnd"/>
      <w:r w:rsidR="00AC5ABD" w:rsidRPr="00AC5ABD">
        <w:rPr>
          <w:szCs w:val="20"/>
        </w:rPr>
        <w:t xml:space="preserve"> </w:t>
      </w:r>
      <w:proofErr w:type="spellStart"/>
      <w:r w:rsidR="00AC5ABD" w:rsidRPr="00AC5ABD">
        <w:rPr>
          <w:szCs w:val="20"/>
        </w:rPr>
        <w:t>çalışmalarını</w:t>
      </w:r>
      <w:proofErr w:type="spellEnd"/>
      <w:r w:rsidR="00AC5ABD" w:rsidRPr="00AC5ABD">
        <w:rPr>
          <w:szCs w:val="20"/>
        </w:rPr>
        <w:t xml:space="preserve"> </w:t>
      </w:r>
      <w:proofErr w:type="spellStart"/>
      <w:r w:rsidR="00AC5ABD" w:rsidRPr="00AC5ABD">
        <w:rPr>
          <w:szCs w:val="20"/>
        </w:rPr>
        <w:t>kolaylaştırdı</w:t>
      </w:r>
      <w:proofErr w:type="spellEnd"/>
      <w:r w:rsidR="00AC5ABD" w:rsidRPr="00AC5ABD">
        <w:rPr>
          <w:szCs w:val="20"/>
        </w:rPr>
        <w:t xml:space="preserve">; </w:t>
      </w:r>
      <w:proofErr w:type="spellStart"/>
      <w:r w:rsidR="00AC5ABD" w:rsidRPr="00AC5ABD">
        <w:rPr>
          <w:szCs w:val="20"/>
        </w:rPr>
        <w:t>bazı</w:t>
      </w:r>
      <w:proofErr w:type="spellEnd"/>
      <w:r w:rsidR="00AC5ABD" w:rsidRPr="00AC5ABD">
        <w:rPr>
          <w:szCs w:val="20"/>
        </w:rPr>
        <w:t xml:space="preserve"> </w:t>
      </w:r>
      <w:proofErr w:type="spellStart"/>
      <w:r w:rsidR="00AC5ABD" w:rsidRPr="00AC5ABD">
        <w:rPr>
          <w:szCs w:val="20"/>
        </w:rPr>
        <w:t>çocuklar</w:t>
      </w:r>
      <w:proofErr w:type="spellEnd"/>
      <w:r w:rsidR="00AC5ABD" w:rsidRPr="00AC5ABD">
        <w:rPr>
          <w:szCs w:val="20"/>
        </w:rPr>
        <w:t xml:space="preserve"> </w:t>
      </w:r>
      <w:proofErr w:type="spellStart"/>
      <w:r w:rsidR="00AC5ABD" w:rsidRPr="00AC5ABD">
        <w:rPr>
          <w:szCs w:val="20"/>
        </w:rPr>
        <w:t>bu</w:t>
      </w:r>
      <w:proofErr w:type="spellEnd"/>
      <w:r w:rsidR="00AC5ABD" w:rsidRPr="00AC5ABD">
        <w:rPr>
          <w:szCs w:val="20"/>
        </w:rPr>
        <w:t xml:space="preserve"> </w:t>
      </w:r>
      <w:proofErr w:type="spellStart"/>
      <w:r w:rsidR="00AC5ABD" w:rsidRPr="00AC5ABD">
        <w:rPr>
          <w:szCs w:val="20"/>
        </w:rPr>
        <w:t>aşamalarda</w:t>
      </w:r>
      <w:proofErr w:type="spellEnd"/>
      <w:r w:rsidR="00AC5ABD" w:rsidRPr="00AC5ABD">
        <w:rPr>
          <w:szCs w:val="20"/>
        </w:rPr>
        <w:t xml:space="preserve"> </w:t>
      </w:r>
      <w:proofErr w:type="spellStart"/>
      <w:r w:rsidR="00AC5ABD" w:rsidRPr="00AC5ABD">
        <w:rPr>
          <w:szCs w:val="20"/>
        </w:rPr>
        <w:t>bireysel</w:t>
      </w:r>
      <w:proofErr w:type="spellEnd"/>
      <w:r w:rsidR="00AC5ABD" w:rsidRPr="00AC5ABD">
        <w:rPr>
          <w:szCs w:val="20"/>
        </w:rPr>
        <w:t xml:space="preserve"> </w:t>
      </w:r>
      <w:proofErr w:type="spellStart"/>
      <w:r w:rsidR="00AC5ABD" w:rsidRPr="00AC5ABD">
        <w:rPr>
          <w:szCs w:val="20"/>
        </w:rPr>
        <w:t>yardıma</w:t>
      </w:r>
      <w:proofErr w:type="spellEnd"/>
      <w:r w:rsidR="00AC5ABD" w:rsidRPr="00AC5ABD">
        <w:rPr>
          <w:szCs w:val="20"/>
        </w:rPr>
        <w:t xml:space="preserve"> </w:t>
      </w:r>
      <w:proofErr w:type="spellStart"/>
      <w:r w:rsidR="00AC5ABD" w:rsidRPr="00AC5ABD">
        <w:rPr>
          <w:szCs w:val="20"/>
        </w:rPr>
        <w:t>ihtiyaç</w:t>
      </w:r>
      <w:proofErr w:type="spellEnd"/>
      <w:r w:rsidR="00AC5ABD" w:rsidRPr="00AC5ABD">
        <w:rPr>
          <w:szCs w:val="20"/>
        </w:rPr>
        <w:t xml:space="preserve"> </w:t>
      </w:r>
      <w:proofErr w:type="spellStart"/>
      <w:r w:rsidR="00AC5ABD" w:rsidRPr="00AC5ABD">
        <w:rPr>
          <w:szCs w:val="20"/>
        </w:rPr>
        <w:t>duydu</w:t>
      </w:r>
      <w:proofErr w:type="spellEnd"/>
      <w:r w:rsidR="00AC5ABD" w:rsidRPr="00AC5ABD">
        <w:rPr>
          <w:szCs w:val="20"/>
        </w:rPr>
        <w:t xml:space="preserve">. Sanat, </w:t>
      </w:r>
      <w:proofErr w:type="spellStart"/>
      <w:r w:rsidR="00AC5ABD" w:rsidRPr="00AC5ABD">
        <w:rPr>
          <w:szCs w:val="20"/>
        </w:rPr>
        <w:t>deney</w:t>
      </w:r>
      <w:proofErr w:type="spellEnd"/>
      <w:r w:rsidR="00AC5ABD" w:rsidRPr="00AC5ABD">
        <w:rPr>
          <w:szCs w:val="20"/>
        </w:rPr>
        <w:t xml:space="preserve"> </w:t>
      </w:r>
      <w:proofErr w:type="spellStart"/>
      <w:r w:rsidR="00AC5ABD" w:rsidRPr="00AC5ABD">
        <w:rPr>
          <w:szCs w:val="20"/>
        </w:rPr>
        <w:t>ve</w:t>
      </w:r>
      <w:proofErr w:type="spellEnd"/>
      <w:r w:rsidR="00AC5ABD" w:rsidRPr="00AC5ABD">
        <w:rPr>
          <w:szCs w:val="20"/>
        </w:rPr>
        <w:t xml:space="preserve"> </w:t>
      </w:r>
      <w:proofErr w:type="spellStart"/>
      <w:r w:rsidR="00AC5ABD" w:rsidRPr="00AC5ABD">
        <w:rPr>
          <w:szCs w:val="20"/>
        </w:rPr>
        <w:t>hareket</w:t>
      </w:r>
      <w:proofErr w:type="spellEnd"/>
      <w:r w:rsidR="00AC5ABD" w:rsidRPr="00AC5ABD">
        <w:rPr>
          <w:szCs w:val="20"/>
        </w:rPr>
        <w:t xml:space="preserve"> </w:t>
      </w:r>
      <w:proofErr w:type="spellStart"/>
      <w:r w:rsidR="00AC5ABD" w:rsidRPr="00AC5ABD">
        <w:rPr>
          <w:szCs w:val="20"/>
        </w:rPr>
        <w:t>oyunlarının</w:t>
      </w:r>
      <w:proofErr w:type="spellEnd"/>
      <w:r w:rsidR="00AC5ABD" w:rsidRPr="00AC5ABD">
        <w:rPr>
          <w:szCs w:val="20"/>
        </w:rPr>
        <w:t xml:space="preserve"> </w:t>
      </w:r>
      <w:proofErr w:type="spellStart"/>
      <w:r w:rsidR="00AC5ABD" w:rsidRPr="00AC5ABD">
        <w:rPr>
          <w:szCs w:val="20"/>
        </w:rPr>
        <w:t>birbirini</w:t>
      </w:r>
      <w:proofErr w:type="spellEnd"/>
      <w:r w:rsidR="00AC5ABD" w:rsidRPr="00AC5ABD">
        <w:rPr>
          <w:szCs w:val="20"/>
        </w:rPr>
        <w:t xml:space="preserve"> </w:t>
      </w:r>
      <w:proofErr w:type="spellStart"/>
      <w:r w:rsidR="00AC5ABD" w:rsidRPr="00AC5ABD">
        <w:rPr>
          <w:szCs w:val="20"/>
        </w:rPr>
        <w:t>tamamlaması</w:t>
      </w:r>
      <w:proofErr w:type="spellEnd"/>
      <w:r w:rsidR="00AC5ABD" w:rsidRPr="00AC5ABD">
        <w:rPr>
          <w:szCs w:val="20"/>
        </w:rPr>
        <w:t xml:space="preserve"> </w:t>
      </w:r>
      <w:proofErr w:type="spellStart"/>
      <w:r w:rsidR="00AC5ABD" w:rsidRPr="00AC5ABD">
        <w:rPr>
          <w:szCs w:val="20"/>
        </w:rPr>
        <w:t>günün</w:t>
      </w:r>
      <w:proofErr w:type="spellEnd"/>
      <w:r w:rsidR="00AC5ABD" w:rsidRPr="00AC5ABD">
        <w:rPr>
          <w:szCs w:val="20"/>
        </w:rPr>
        <w:t xml:space="preserve"> </w:t>
      </w:r>
      <w:proofErr w:type="spellStart"/>
      <w:r w:rsidR="00AC5ABD" w:rsidRPr="00AC5ABD">
        <w:rPr>
          <w:szCs w:val="20"/>
        </w:rPr>
        <w:t>akışını</w:t>
      </w:r>
      <w:proofErr w:type="spellEnd"/>
      <w:r w:rsidR="00AC5ABD" w:rsidRPr="00AC5ABD">
        <w:rPr>
          <w:szCs w:val="20"/>
        </w:rPr>
        <w:t xml:space="preserve"> </w:t>
      </w:r>
      <w:proofErr w:type="spellStart"/>
      <w:r w:rsidR="00AC5ABD" w:rsidRPr="00AC5ABD">
        <w:rPr>
          <w:szCs w:val="20"/>
        </w:rPr>
        <w:t>destekledi</w:t>
      </w:r>
      <w:proofErr w:type="spellEnd"/>
      <w:r w:rsidR="00AC5ABD" w:rsidRPr="00AC5ABD">
        <w:rPr>
          <w:szCs w:val="20"/>
        </w:rPr>
        <w:t xml:space="preserve">; </w:t>
      </w:r>
      <w:proofErr w:type="spellStart"/>
      <w:r w:rsidR="00AC5ABD" w:rsidRPr="00AC5ABD">
        <w:rPr>
          <w:szCs w:val="20"/>
        </w:rPr>
        <w:t>kesme</w:t>
      </w:r>
      <w:proofErr w:type="spellEnd"/>
      <w:r w:rsidR="00AC5ABD" w:rsidRPr="00AC5ABD">
        <w:rPr>
          <w:szCs w:val="20"/>
        </w:rPr>
        <w:t xml:space="preserve"> </w:t>
      </w:r>
      <w:proofErr w:type="spellStart"/>
      <w:r w:rsidR="00AC5ABD" w:rsidRPr="00AC5ABD">
        <w:rPr>
          <w:szCs w:val="20"/>
        </w:rPr>
        <w:t>çalışmasına</w:t>
      </w:r>
      <w:proofErr w:type="spellEnd"/>
      <w:r w:rsidR="00AC5ABD" w:rsidRPr="00AC5ABD">
        <w:rPr>
          <w:szCs w:val="20"/>
        </w:rPr>
        <w:t xml:space="preserve"> </w:t>
      </w:r>
      <w:proofErr w:type="spellStart"/>
      <w:r w:rsidR="00AC5ABD" w:rsidRPr="00AC5ABD">
        <w:rPr>
          <w:szCs w:val="20"/>
        </w:rPr>
        <w:t>daha</w:t>
      </w:r>
      <w:proofErr w:type="spellEnd"/>
      <w:r w:rsidR="00AC5ABD" w:rsidRPr="00AC5ABD">
        <w:rPr>
          <w:szCs w:val="20"/>
        </w:rPr>
        <w:t xml:space="preserve"> </w:t>
      </w:r>
      <w:proofErr w:type="spellStart"/>
      <w:r w:rsidR="00AC5ABD" w:rsidRPr="00AC5ABD">
        <w:rPr>
          <w:szCs w:val="20"/>
        </w:rPr>
        <w:t>fazla</w:t>
      </w:r>
      <w:proofErr w:type="spellEnd"/>
      <w:r w:rsidR="00AC5ABD" w:rsidRPr="00AC5ABD">
        <w:rPr>
          <w:szCs w:val="20"/>
        </w:rPr>
        <w:t xml:space="preserve"> </w:t>
      </w:r>
      <w:proofErr w:type="spellStart"/>
      <w:r w:rsidR="00AC5ABD" w:rsidRPr="00AC5ABD">
        <w:rPr>
          <w:szCs w:val="20"/>
        </w:rPr>
        <w:t>süre</w:t>
      </w:r>
      <w:proofErr w:type="spellEnd"/>
      <w:r w:rsidR="00AC5ABD" w:rsidRPr="00AC5ABD">
        <w:rPr>
          <w:szCs w:val="20"/>
        </w:rPr>
        <w:t xml:space="preserve"> </w:t>
      </w:r>
      <w:proofErr w:type="spellStart"/>
      <w:r w:rsidR="00AC5ABD" w:rsidRPr="00AC5ABD">
        <w:rPr>
          <w:szCs w:val="20"/>
        </w:rPr>
        <w:t>ayırmak</w:t>
      </w:r>
      <w:proofErr w:type="spellEnd"/>
      <w:r w:rsidR="00AC5ABD" w:rsidRPr="00AC5ABD">
        <w:rPr>
          <w:szCs w:val="20"/>
        </w:rPr>
        <w:t xml:space="preserve"> </w:t>
      </w:r>
      <w:proofErr w:type="spellStart"/>
      <w:r w:rsidR="00AC5ABD" w:rsidRPr="00AC5ABD">
        <w:rPr>
          <w:szCs w:val="20"/>
        </w:rPr>
        <w:t>gerekti</w:t>
      </w:r>
      <w:proofErr w:type="spellEnd"/>
      <w:r w:rsidR="00AC5ABD" w:rsidRPr="00AC5ABD">
        <w:rPr>
          <w:szCs w:val="20"/>
        </w:rPr>
        <w:t>.</w:t>
      </w:r>
    </w:p>
    <w:p w14:paraId="58330C1D" w14:textId="77777777" w:rsidR="00F627DB" w:rsidRPr="00AC5ABD" w:rsidRDefault="00CC4454">
      <w:pPr>
        <w:keepNext/>
        <w:spacing w:before="160"/>
        <w:rPr>
          <w:szCs w:val="20"/>
        </w:rPr>
      </w:pPr>
      <w:r w:rsidRPr="00AC5ABD">
        <w:rPr>
          <w:rFonts w:eastAsia="Comic Sans MS"/>
          <w:b/>
          <w:color w:val="F85883"/>
          <w:szCs w:val="20"/>
        </w:rPr>
        <w:t>FARKLILAŞTIRMA</w:t>
      </w:r>
    </w:p>
    <w:p w14:paraId="39649FC2" w14:textId="77777777" w:rsidR="00F627DB" w:rsidRPr="00AC5ABD" w:rsidRDefault="00CC4454">
      <w:pPr>
        <w:rPr>
          <w:szCs w:val="20"/>
        </w:rPr>
      </w:pPr>
      <w:proofErr w:type="spellStart"/>
      <w:r w:rsidRPr="00AC5ABD">
        <w:rPr>
          <w:rFonts w:eastAsia="Comic Sans MS"/>
          <w:b/>
          <w:color w:val="002060"/>
          <w:szCs w:val="20"/>
        </w:rPr>
        <w:t>Zenginleştirme</w:t>
      </w:r>
      <w:proofErr w:type="spellEnd"/>
      <w:r w:rsidRPr="00AC5ABD">
        <w:rPr>
          <w:rFonts w:eastAsia="Comic Sans MS"/>
          <w:b/>
          <w:color w:val="002060"/>
          <w:szCs w:val="20"/>
        </w:rPr>
        <w:t xml:space="preserve">: </w:t>
      </w:r>
      <w:proofErr w:type="spellStart"/>
      <w:r w:rsidRPr="00AC5ABD">
        <w:rPr>
          <w:rFonts w:eastAsia="Comic Sans MS"/>
          <w:szCs w:val="20"/>
        </w:rPr>
        <w:t>Çocuk</w:t>
      </w:r>
      <w:proofErr w:type="spellEnd"/>
      <w:r w:rsidRPr="00AC5ABD">
        <w:rPr>
          <w:rFonts w:eastAsia="Comic Sans MS"/>
          <w:szCs w:val="20"/>
        </w:rPr>
        <w:t xml:space="preserve">, </w:t>
      </w:r>
      <w:proofErr w:type="spellStart"/>
      <w:r w:rsidRPr="00AC5ABD">
        <w:rPr>
          <w:rFonts w:eastAsia="Comic Sans MS"/>
          <w:szCs w:val="20"/>
        </w:rPr>
        <w:t>bayraklarla</w:t>
      </w:r>
      <w:proofErr w:type="spellEnd"/>
      <w:r w:rsidRPr="00AC5ABD">
        <w:rPr>
          <w:rFonts w:eastAsia="Comic Sans MS"/>
          <w:szCs w:val="20"/>
        </w:rPr>
        <w:t xml:space="preserve"> </w:t>
      </w:r>
      <w:proofErr w:type="spellStart"/>
      <w:r w:rsidRPr="00AC5ABD">
        <w:rPr>
          <w:rFonts w:eastAsia="Comic Sans MS"/>
          <w:szCs w:val="20"/>
        </w:rPr>
        <w:t>süslenmiş</w:t>
      </w:r>
      <w:proofErr w:type="spellEnd"/>
      <w:r w:rsidRPr="00AC5ABD">
        <w:rPr>
          <w:rFonts w:eastAsia="Comic Sans MS"/>
          <w:szCs w:val="20"/>
        </w:rPr>
        <w:t xml:space="preserve"> </w:t>
      </w:r>
      <w:proofErr w:type="spellStart"/>
      <w:r w:rsidRPr="00AC5ABD">
        <w:rPr>
          <w:rFonts w:eastAsia="Comic Sans MS"/>
          <w:szCs w:val="20"/>
        </w:rPr>
        <w:t>bir</w:t>
      </w:r>
      <w:proofErr w:type="spellEnd"/>
      <w:r w:rsidRPr="00AC5ABD">
        <w:rPr>
          <w:rFonts w:eastAsia="Comic Sans MS"/>
          <w:szCs w:val="20"/>
        </w:rPr>
        <w:t xml:space="preserve"> </w:t>
      </w:r>
      <w:proofErr w:type="spellStart"/>
      <w:r w:rsidRPr="00AC5ABD">
        <w:rPr>
          <w:rFonts w:eastAsia="Comic Sans MS"/>
          <w:szCs w:val="20"/>
        </w:rPr>
        <w:t>bayram</w:t>
      </w:r>
      <w:proofErr w:type="spellEnd"/>
      <w:r w:rsidRPr="00AC5ABD">
        <w:rPr>
          <w:rFonts w:eastAsia="Comic Sans MS"/>
          <w:szCs w:val="20"/>
        </w:rPr>
        <w:t xml:space="preserve"> </w:t>
      </w:r>
      <w:proofErr w:type="spellStart"/>
      <w:r w:rsidRPr="00AC5ABD">
        <w:rPr>
          <w:rFonts w:eastAsia="Comic Sans MS"/>
          <w:szCs w:val="20"/>
        </w:rPr>
        <w:t>yerini</w:t>
      </w:r>
      <w:proofErr w:type="spellEnd"/>
      <w:r w:rsidRPr="00AC5ABD">
        <w:rPr>
          <w:rFonts w:eastAsia="Comic Sans MS"/>
          <w:szCs w:val="20"/>
        </w:rPr>
        <w:t xml:space="preserve"> </w:t>
      </w:r>
      <w:proofErr w:type="spellStart"/>
      <w:r w:rsidRPr="00AC5ABD">
        <w:rPr>
          <w:rFonts w:eastAsia="Comic Sans MS"/>
          <w:szCs w:val="20"/>
        </w:rPr>
        <w:t>çizip</w:t>
      </w:r>
      <w:proofErr w:type="spellEnd"/>
      <w:r w:rsidRPr="00AC5ABD">
        <w:rPr>
          <w:rFonts w:eastAsia="Comic Sans MS"/>
          <w:szCs w:val="20"/>
        </w:rPr>
        <w:t xml:space="preserve"> </w:t>
      </w:r>
      <w:proofErr w:type="spellStart"/>
      <w:r w:rsidRPr="00AC5ABD">
        <w:rPr>
          <w:rFonts w:eastAsia="Comic Sans MS"/>
          <w:szCs w:val="20"/>
        </w:rPr>
        <w:t>resmini</w:t>
      </w:r>
      <w:proofErr w:type="spellEnd"/>
      <w:r w:rsidRPr="00AC5ABD">
        <w:rPr>
          <w:rFonts w:eastAsia="Comic Sans MS"/>
          <w:szCs w:val="20"/>
        </w:rPr>
        <w:t xml:space="preserve"> </w:t>
      </w:r>
      <w:proofErr w:type="spellStart"/>
      <w:r w:rsidRPr="00AC5ABD">
        <w:rPr>
          <w:rFonts w:eastAsia="Comic Sans MS"/>
          <w:szCs w:val="20"/>
        </w:rPr>
        <w:t>anlatabilir</w:t>
      </w:r>
      <w:proofErr w:type="spellEnd"/>
      <w:r w:rsidRPr="00AC5ABD">
        <w:rPr>
          <w:rFonts w:eastAsia="Comic Sans MS"/>
          <w:szCs w:val="20"/>
        </w:rPr>
        <w:t xml:space="preserve">. Biri </w:t>
      </w:r>
      <w:proofErr w:type="spellStart"/>
      <w:r w:rsidRPr="00AC5ABD">
        <w:rPr>
          <w:rFonts w:eastAsia="Comic Sans MS"/>
          <w:szCs w:val="20"/>
        </w:rPr>
        <w:t>gevşek</w:t>
      </w:r>
      <w:proofErr w:type="spellEnd"/>
      <w:r w:rsidRPr="00AC5ABD">
        <w:rPr>
          <w:rFonts w:eastAsia="Comic Sans MS"/>
          <w:szCs w:val="20"/>
        </w:rPr>
        <w:t xml:space="preserve">, </w:t>
      </w:r>
      <w:proofErr w:type="spellStart"/>
      <w:r w:rsidRPr="00AC5ABD">
        <w:rPr>
          <w:rFonts w:eastAsia="Comic Sans MS"/>
          <w:szCs w:val="20"/>
        </w:rPr>
        <w:t>diğeri</w:t>
      </w:r>
      <w:proofErr w:type="spellEnd"/>
      <w:r w:rsidRPr="00AC5ABD">
        <w:rPr>
          <w:rFonts w:eastAsia="Comic Sans MS"/>
          <w:szCs w:val="20"/>
        </w:rPr>
        <w:t xml:space="preserve"> </w:t>
      </w:r>
      <w:proofErr w:type="spellStart"/>
      <w:r w:rsidRPr="00AC5ABD">
        <w:rPr>
          <w:rFonts w:eastAsia="Comic Sans MS"/>
          <w:szCs w:val="20"/>
        </w:rPr>
        <w:t>daha</w:t>
      </w:r>
      <w:proofErr w:type="spellEnd"/>
      <w:r w:rsidRPr="00AC5ABD">
        <w:rPr>
          <w:rFonts w:eastAsia="Comic Sans MS"/>
          <w:szCs w:val="20"/>
        </w:rPr>
        <w:t xml:space="preserve"> </w:t>
      </w:r>
      <w:proofErr w:type="spellStart"/>
      <w:r w:rsidRPr="00AC5ABD">
        <w:rPr>
          <w:rFonts w:eastAsia="Comic Sans MS"/>
          <w:szCs w:val="20"/>
        </w:rPr>
        <w:t>sıkı</w:t>
      </w:r>
      <w:proofErr w:type="spellEnd"/>
      <w:r w:rsidRPr="00AC5ABD">
        <w:rPr>
          <w:rFonts w:eastAsia="Comic Sans MS"/>
          <w:szCs w:val="20"/>
        </w:rPr>
        <w:t xml:space="preserve"> </w:t>
      </w:r>
      <w:proofErr w:type="spellStart"/>
      <w:r w:rsidRPr="00AC5ABD">
        <w:rPr>
          <w:rFonts w:eastAsia="Comic Sans MS"/>
          <w:szCs w:val="20"/>
        </w:rPr>
        <w:t>katlanmış</w:t>
      </w:r>
      <w:proofErr w:type="spellEnd"/>
      <w:r w:rsidRPr="00AC5ABD">
        <w:rPr>
          <w:rFonts w:eastAsia="Comic Sans MS"/>
          <w:szCs w:val="20"/>
        </w:rPr>
        <w:t xml:space="preserve"> </w:t>
      </w:r>
      <w:proofErr w:type="spellStart"/>
      <w:r w:rsidRPr="00AC5ABD">
        <w:rPr>
          <w:rFonts w:eastAsia="Comic Sans MS"/>
          <w:szCs w:val="20"/>
        </w:rPr>
        <w:t>iki</w:t>
      </w:r>
      <w:proofErr w:type="spellEnd"/>
      <w:r w:rsidRPr="00AC5ABD">
        <w:rPr>
          <w:rFonts w:eastAsia="Comic Sans MS"/>
          <w:szCs w:val="20"/>
        </w:rPr>
        <w:t xml:space="preserve"> </w:t>
      </w:r>
      <w:proofErr w:type="spellStart"/>
      <w:r w:rsidRPr="00AC5ABD">
        <w:rPr>
          <w:rFonts w:eastAsia="Comic Sans MS"/>
          <w:szCs w:val="20"/>
        </w:rPr>
        <w:t>kâğıt</w:t>
      </w:r>
      <w:proofErr w:type="spellEnd"/>
      <w:r w:rsidRPr="00AC5ABD">
        <w:rPr>
          <w:rFonts w:eastAsia="Comic Sans MS"/>
          <w:szCs w:val="20"/>
        </w:rPr>
        <w:t xml:space="preserve"> </w:t>
      </w:r>
      <w:proofErr w:type="spellStart"/>
      <w:r w:rsidRPr="00AC5ABD">
        <w:rPr>
          <w:rFonts w:eastAsia="Comic Sans MS"/>
          <w:szCs w:val="20"/>
        </w:rPr>
        <w:t>yıldızı</w:t>
      </w:r>
      <w:proofErr w:type="spellEnd"/>
      <w:r w:rsidRPr="00AC5ABD">
        <w:rPr>
          <w:rFonts w:eastAsia="Comic Sans MS"/>
          <w:szCs w:val="20"/>
        </w:rPr>
        <w:t xml:space="preserve"> </w:t>
      </w:r>
      <w:proofErr w:type="spellStart"/>
      <w:r w:rsidRPr="00AC5ABD">
        <w:rPr>
          <w:rFonts w:eastAsia="Comic Sans MS"/>
          <w:szCs w:val="20"/>
        </w:rPr>
        <w:t>suya</w:t>
      </w:r>
      <w:proofErr w:type="spellEnd"/>
      <w:r w:rsidRPr="00AC5ABD">
        <w:rPr>
          <w:rFonts w:eastAsia="Comic Sans MS"/>
          <w:szCs w:val="20"/>
        </w:rPr>
        <w:t xml:space="preserve"> </w:t>
      </w:r>
      <w:proofErr w:type="spellStart"/>
      <w:r w:rsidRPr="00AC5ABD">
        <w:rPr>
          <w:rFonts w:eastAsia="Comic Sans MS"/>
          <w:szCs w:val="20"/>
        </w:rPr>
        <w:t>bırakarak</w:t>
      </w:r>
      <w:proofErr w:type="spellEnd"/>
      <w:r w:rsidRPr="00AC5ABD">
        <w:rPr>
          <w:rFonts w:eastAsia="Comic Sans MS"/>
          <w:szCs w:val="20"/>
        </w:rPr>
        <w:t xml:space="preserve"> </w:t>
      </w:r>
      <w:proofErr w:type="spellStart"/>
      <w:r w:rsidRPr="00AC5ABD">
        <w:rPr>
          <w:rFonts w:eastAsia="Comic Sans MS"/>
          <w:szCs w:val="20"/>
        </w:rPr>
        <w:t>açılmalarını</w:t>
      </w:r>
      <w:proofErr w:type="spellEnd"/>
      <w:r w:rsidRPr="00AC5ABD">
        <w:rPr>
          <w:rFonts w:eastAsia="Comic Sans MS"/>
          <w:szCs w:val="20"/>
        </w:rPr>
        <w:t xml:space="preserve"> </w:t>
      </w:r>
      <w:proofErr w:type="spellStart"/>
      <w:r w:rsidRPr="00AC5ABD">
        <w:rPr>
          <w:rFonts w:eastAsia="Comic Sans MS"/>
          <w:szCs w:val="20"/>
        </w:rPr>
        <w:t>karşılaştırabilir</w:t>
      </w:r>
      <w:proofErr w:type="spellEnd"/>
      <w:r w:rsidRPr="00AC5ABD">
        <w:rPr>
          <w:rFonts w:eastAsia="Comic Sans MS"/>
          <w:szCs w:val="20"/>
        </w:rPr>
        <w:t xml:space="preserve">. </w:t>
      </w:r>
      <w:proofErr w:type="spellStart"/>
      <w:r w:rsidRPr="00AC5ABD">
        <w:rPr>
          <w:rFonts w:eastAsia="Comic Sans MS"/>
          <w:szCs w:val="20"/>
        </w:rPr>
        <w:t>Kuklayı</w:t>
      </w:r>
      <w:proofErr w:type="spellEnd"/>
      <w:r w:rsidRPr="00AC5ABD">
        <w:rPr>
          <w:rFonts w:eastAsia="Comic Sans MS"/>
          <w:szCs w:val="20"/>
        </w:rPr>
        <w:t xml:space="preserve"> </w:t>
      </w:r>
      <w:proofErr w:type="spellStart"/>
      <w:r w:rsidRPr="00AC5ABD">
        <w:rPr>
          <w:rFonts w:eastAsia="Comic Sans MS"/>
          <w:szCs w:val="20"/>
        </w:rPr>
        <w:t>konuşturarak</w:t>
      </w:r>
      <w:proofErr w:type="spellEnd"/>
      <w:r w:rsidRPr="00AC5ABD">
        <w:rPr>
          <w:rFonts w:eastAsia="Comic Sans MS"/>
          <w:szCs w:val="20"/>
        </w:rPr>
        <w:t xml:space="preserve"> </w:t>
      </w:r>
      <w:proofErr w:type="spellStart"/>
      <w:r w:rsidRPr="00AC5ABD">
        <w:rPr>
          <w:rFonts w:eastAsia="Comic Sans MS"/>
          <w:szCs w:val="20"/>
        </w:rPr>
        <w:t>bayrağa</w:t>
      </w:r>
      <w:proofErr w:type="spellEnd"/>
      <w:r w:rsidRPr="00AC5ABD">
        <w:rPr>
          <w:rFonts w:eastAsia="Comic Sans MS"/>
          <w:szCs w:val="20"/>
        </w:rPr>
        <w:t xml:space="preserve"> </w:t>
      </w:r>
      <w:proofErr w:type="spellStart"/>
      <w:r w:rsidRPr="00AC5ABD">
        <w:rPr>
          <w:rFonts w:eastAsia="Comic Sans MS"/>
          <w:szCs w:val="20"/>
        </w:rPr>
        <w:t>nasıl</w:t>
      </w:r>
      <w:proofErr w:type="spellEnd"/>
      <w:r w:rsidRPr="00AC5ABD">
        <w:rPr>
          <w:rFonts w:eastAsia="Comic Sans MS"/>
          <w:szCs w:val="20"/>
        </w:rPr>
        <w:t xml:space="preserve"> </w:t>
      </w:r>
      <w:proofErr w:type="spellStart"/>
      <w:r w:rsidRPr="00AC5ABD">
        <w:rPr>
          <w:rFonts w:eastAsia="Comic Sans MS"/>
          <w:szCs w:val="20"/>
        </w:rPr>
        <w:t>özen</w:t>
      </w:r>
      <w:proofErr w:type="spellEnd"/>
      <w:r w:rsidRPr="00AC5ABD">
        <w:rPr>
          <w:rFonts w:eastAsia="Comic Sans MS"/>
          <w:szCs w:val="20"/>
        </w:rPr>
        <w:t xml:space="preserve"> </w:t>
      </w:r>
      <w:proofErr w:type="spellStart"/>
      <w:r w:rsidRPr="00AC5ABD">
        <w:rPr>
          <w:rFonts w:eastAsia="Comic Sans MS"/>
          <w:szCs w:val="20"/>
        </w:rPr>
        <w:t>gösterileceğini</w:t>
      </w:r>
      <w:proofErr w:type="spellEnd"/>
      <w:r w:rsidRPr="00AC5ABD">
        <w:rPr>
          <w:rFonts w:eastAsia="Comic Sans MS"/>
          <w:szCs w:val="20"/>
        </w:rPr>
        <w:t xml:space="preserve"> </w:t>
      </w:r>
      <w:proofErr w:type="spellStart"/>
      <w:r w:rsidRPr="00AC5ABD">
        <w:rPr>
          <w:rFonts w:eastAsia="Comic Sans MS"/>
          <w:szCs w:val="20"/>
        </w:rPr>
        <w:t>anlatabilir</w:t>
      </w:r>
      <w:proofErr w:type="spellEnd"/>
      <w:r w:rsidRPr="00AC5ABD">
        <w:rPr>
          <w:rFonts w:eastAsia="Comic Sans MS"/>
          <w:szCs w:val="20"/>
        </w:rPr>
        <w:t>.</w:t>
      </w:r>
    </w:p>
    <w:p w14:paraId="6451AC8B" w14:textId="77777777" w:rsidR="00F627DB" w:rsidRPr="00AC5ABD" w:rsidRDefault="00CC4454">
      <w:pPr>
        <w:rPr>
          <w:szCs w:val="20"/>
        </w:rPr>
      </w:pPr>
      <w:proofErr w:type="spellStart"/>
      <w:r w:rsidRPr="00AC5ABD">
        <w:rPr>
          <w:rFonts w:eastAsia="Comic Sans MS"/>
          <w:b/>
          <w:color w:val="002060"/>
          <w:szCs w:val="20"/>
        </w:rPr>
        <w:t>Destekleme</w:t>
      </w:r>
      <w:proofErr w:type="spellEnd"/>
      <w:r w:rsidRPr="00AC5ABD">
        <w:rPr>
          <w:rFonts w:eastAsia="Comic Sans MS"/>
          <w:b/>
          <w:color w:val="002060"/>
          <w:szCs w:val="20"/>
        </w:rPr>
        <w:t xml:space="preserve">: </w:t>
      </w:r>
      <w:r w:rsidRPr="00AC5ABD">
        <w:rPr>
          <w:rFonts w:eastAsia="Comic Sans MS"/>
          <w:szCs w:val="20"/>
        </w:rPr>
        <w:t xml:space="preserve">Bayrak </w:t>
      </w:r>
      <w:proofErr w:type="spellStart"/>
      <w:r w:rsidRPr="00AC5ABD">
        <w:rPr>
          <w:rFonts w:eastAsia="Comic Sans MS"/>
          <w:szCs w:val="20"/>
        </w:rPr>
        <w:t>ve</w:t>
      </w:r>
      <w:proofErr w:type="spellEnd"/>
      <w:r w:rsidRPr="00AC5ABD">
        <w:rPr>
          <w:rFonts w:eastAsia="Comic Sans MS"/>
          <w:szCs w:val="20"/>
        </w:rPr>
        <w:t xml:space="preserve"> </w:t>
      </w:r>
      <w:proofErr w:type="spellStart"/>
      <w:r w:rsidRPr="00AC5ABD">
        <w:rPr>
          <w:rFonts w:eastAsia="Comic Sans MS"/>
          <w:szCs w:val="20"/>
        </w:rPr>
        <w:t>el</w:t>
      </w:r>
      <w:proofErr w:type="spellEnd"/>
      <w:r w:rsidRPr="00AC5ABD">
        <w:rPr>
          <w:rFonts w:eastAsia="Comic Sans MS"/>
          <w:szCs w:val="20"/>
        </w:rPr>
        <w:t>–</w:t>
      </w:r>
      <w:proofErr w:type="spellStart"/>
      <w:r w:rsidRPr="00AC5ABD">
        <w:rPr>
          <w:rFonts w:eastAsia="Comic Sans MS"/>
          <w:szCs w:val="20"/>
        </w:rPr>
        <w:t>kol</w:t>
      </w:r>
      <w:proofErr w:type="spellEnd"/>
      <w:r w:rsidRPr="00AC5ABD">
        <w:rPr>
          <w:rFonts w:eastAsia="Comic Sans MS"/>
          <w:szCs w:val="20"/>
        </w:rPr>
        <w:t xml:space="preserve"> </w:t>
      </w:r>
      <w:proofErr w:type="spellStart"/>
      <w:r w:rsidRPr="00AC5ABD">
        <w:rPr>
          <w:rFonts w:eastAsia="Comic Sans MS"/>
          <w:szCs w:val="20"/>
        </w:rPr>
        <w:t>kalıpları</w:t>
      </w:r>
      <w:proofErr w:type="spellEnd"/>
      <w:r w:rsidRPr="00AC5ABD">
        <w:rPr>
          <w:rFonts w:eastAsia="Comic Sans MS"/>
          <w:szCs w:val="20"/>
        </w:rPr>
        <w:t xml:space="preserve"> </w:t>
      </w:r>
      <w:proofErr w:type="spellStart"/>
      <w:r w:rsidRPr="00AC5ABD">
        <w:rPr>
          <w:rFonts w:eastAsia="Comic Sans MS"/>
          <w:szCs w:val="20"/>
        </w:rPr>
        <w:t>büyük</w:t>
      </w:r>
      <w:proofErr w:type="spellEnd"/>
      <w:r w:rsidRPr="00AC5ABD">
        <w:rPr>
          <w:rFonts w:eastAsia="Comic Sans MS"/>
          <w:szCs w:val="20"/>
        </w:rPr>
        <w:t xml:space="preserve"> </w:t>
      </w:r>
      <w:proofErr w:type="spellStart"/>
      <w:r w:rsidRPr="00AC5ABD">
        <w:rPr>
          <w:rFonts w:eastAsia="Comic Sans MS"/>
          <w:szCs w:val="20"/>
        </w:rPr>
        <w:t>ve</w:t>
      </w:r>
      <w:proofErr w:type="spellEnd"/>
      <w:r w:rsidRPr="00AC5ABD">
        <w:rPr>
          <w:rFonts w:eastAsia="Comic Sans MS"/>
          <w:szCs w:val="20"/>
        </w:rPr>
        <w:t xml:space="preserve"> </w:t>
      </w:r>
      <w:proofErr w:type="spellStart"/>
      <w:r w:rsidRPr="00AC5ABD">
        <w:rPr>
          <w:rFonts w:eastAsia="Comic Sans MS"/>
          <w:szCs w:val="20"/>
        </w:rPr>
        <w:t>hazır</w:t>
      </w:r>
      <w:proofErr w:type="spellEnd"/>
      <w:r w:rsidRPr="00AC5ABD">
        <w:rPr>
          <w:rFonts w:eastAsia="Comic Sans MS"/>
          <w:szCs w:val="20"/>
        </w:rPr>
        <w:t xml:space="preserve"> </w:t>
      </w:r>
      <w:proofErr w:type="spellStart"/>
      <w:r w:rsidRPr="00AC5ABD">
        <w:rPr>
          <w:rFonts w:eastAsia="Comic Sans MS"/>
          <w:szCs w:val="20"/>
        </w:rPr>
        <w:t>kesilmiş</w:t>
      </w:r>
      <w:proofErr w:type="spellEnd"/>
      <w:r w:rsidRPr="00AC5ABD">
        <w:rPr>
          <w:rFonts w:eastAsia="Comic Sans MS"/>
          <w:szCs w:val="20"/>
        </w:rPr>
        <w:t xml:space="preserve"> </w:t>
      </w:r>
      <w:proofErr w:type="spellStart"/>
      <w:r w:rsidRPr="00AC5ABD">
        <w:rPr>
          <w:rFonts w:eastAsia="Comic Sans MS"/>
          <w:szCs w:val="20"/>
        </w:rPr>
        <w:t>sunulabilir</w:t>
      </w:r>
      <w:proofErr w:type="spellEnd"/>
      <w:r w:rsidRPr="00AC5ABD">
        <w:rPr>
          <w:rFonts w:eastAsia="Comic Sans MS"/>
          <w:szCs w:val="20"/>
        </w:rPr>
        <w:t xml:space="preserve">. </w:t>
      </w:r>
      <w:proofErr w:type="spellStart"/>
      <w:r w:rsidRPr="00AC5ABD">
        <w:rPr>
          <w:rFonts w:eastAsia="Comic Sans MS"/>
          <w:szCs w:val="20"/>
        </w:rPr>
        <w:t>Kalın</w:t>
      </w:r>
      <w:proofErr w:type="spellEnd"/>
      <w:r w:rsidRPr="00AC5ABD">
        <w:rPr>
          <w:rFonts w:eastAsia="Comic Sans MS"/>
          <w:szCs w:val="20"/>
        </w:rPr>
        <w:t xml:space="preserve"> </w:t>
      </w:r>
      <w:proofErr w:type="spellStart"/>
      <w:r w:rsidRPr="00AC5ABD">
        <w:rPr>
          <w:rFonts w:eastAsia="Comic Sans MS"/>
          <w:szCs w:val="20"/>
        </w:rPr>
        <w:t>boya</w:t>
      </w:r>
      <w:proofErr w:type="spellEnd"/>
      <w:r w:rsidRPr="00AC5ABD">
        <w:rPr>
          <w:rFonts w:eastAsia="Comic Sans MS"/>
          <w:szCs w:val="20"/>
        </w:rPr>
        <w:t xml:space="preserve">, </w:t>
      </w:r>
      <w:proofErr w:type="spellStart"/>
      <w:r w:rsidRPr="00AC5ABD">
        <w:rPr>
          <w:rFonts w:eastAsia="Comic Sans MS"/>
          <w:szCs w:val="20"/>
        </w:rPr>
        <w:t>kolay</w:t>
      </w:r>
      <w:proofErr w:type="spellEnd"/>
      <w:r w:rsidRPr="00AC5ABD">
        <w:rPr>
          <w:rFonts w:eastAsia="Comic Sans MS"/>
          <w:szCs w:val="20"/>
        </w:rPr>
        <w:t xml:space="preserve"> </w:t>
      </w:r>
      <w:proofErr w:type="spellStart"/>
      <w:r w:rsidRPr="00AC5ABD">
        <w:rPr>
          <w:rFonts w:eastAsia="Comic Sans MS"/>
          <w:szCs w:val="20"/>
        </w:rPr>
        <w:t>açılan</w:t>
      </w:r>
      <w:proofErr w:type="spellEnd"/>
      <w:r w:rsidRPr="00AC5ABD">
        <w:rPr>
          <w:rFonts w:eastAsia="Comic Sans MS"/>
          <w:szCs w:val="20"/>
        </w:rPr>
        <w:t xml:space="preserve"> </w:t>
      </w:r>
      <w:proofErr w:type="spellStart"/>
      <w:r w:rsidRPr="00AC5ABD">
        <w:rPr>
          <w:rFonts w:eastAsia="Comic Sans MS"/>
          <w:szCs w:val="20"/>
        </w:rPr>
        <w:t>yapıştırıcı</w:t>
      </w:r>
      <w:proofErr w:type="spellEnd"/>
      <w:r w:rsidRPr="00AC5ABD">
        <w:rPr>
          <w:rFonts w:eastAsia="Comic Sans MS"/>
          <w:szCs w:val="20"/>
        </w:rPr>
        <w:t xml:space="preserve"> </w:t>
      </w:r>
      <w:proofErr w:type="spellStart"/>
      <w:r w:rsidRPr="00AC5ABD">
        <w:rPr>
          <w:rFonts w:eastAsia="Comic Sans MS"/>
          <w:szCs w:val="20"/>
        </w:rPr>
        <w:t>ve</w:t>
      </w:r>
      <w:proofErr w:type="spellEnd"/>
      <w:r w:rsidRPr="00AC5ABD">
        <w:rPr>
          <w:rFonts w:eastAsia="Comic Sans MS"/>
          <w:szCs w:val="20"/>
        </w:rPr>
        <w:t xml:space="preserve"> </w:t>
      </w:r>
      <w:proofErr w:type="spellStart"/>
      <w:r w:rsidRPr="00AC5ABD">
        <w:rPr>
          <w:rFonts w:eastAsia="Comic Sans MS"/>
          <w:szCs w:val="20"/>
        </w:rPr>
        <w:t>önceden</w:t>
      </w:r>
      <w:proofErr w:type="spellEnd"/>
      <w:r w:rsidRPr="00AC5ABD">
        <w:rPr>
          <w:rFonts w:eastAsia="Comic Sans MS"/>
          <w:szCs w:val="20"/>
        </w:rPr>
        <w:t xml:space="preserve"> </w:t>
      </w:r>
      <w:proofErr w:type="spellStart"/>
      <w:r w:rsidRPr="00AC5ABD">
        <w:rPr>
          <w:rFonts w:eastAsia="Comic Sans MS"/>
          <w:szCs w:val="20"/>
        </w:rPr>
        <w:t>hazırlanmış</w:t>
      </w:r>
      <w:proofErr w:type="spellEnd"/>
      <w:r w:rsidRPr="00AC5ABD">
        <w:rPr>
          <w:rFonts w:eastAsia="Comic Sans MS"/>
          <w:szCs w:val="20"/>
        </w:rPr>
        <w:t xml:space="preserve"> bant </w:t>
      </w:r>
      <w:proofErr w:type="spellStart"/>
      <w:r w:rsidRPr="00AC5ABD">
        <w:rPr>
          <w:rFonts w:eastAsia="Comic Sans MS"/>
          <w:szCs w:val="20"/>
        </w:rPr>
        <w:t>parçaları</w:t>
      </w:r>
      <w:proofErr w:type="spellEnd"/>
      <w:r w:rsidRPr="00AC5ABD">
        <w:rPr>
          <w:rFonts w:eastAsia="Comic Sans MS"/>
          <w:szCs w:val="20"/>
        </w:rPr>
        <w:t xml:space="preserve"> </w:t>
      </w:r>
      <w:proofErr w:type="spellStart"/>
      <w:r w:rsidRPr="00AC5ABD">
        <w:rPr>
          <w:rFonts w:eastAsia="Comic Sans MS"/>
          <w:szCs w:val="20"/>
        </w:rPr>
        <w:t>verilebilir</w:t>
      </w:r>
      <w:proofErr w:type="spellEnd"/>
      <w:r w:rsidRPr="00AC5ABD">
        <w:rPr>
          <w:rFonts w:eastAsia="Comic Sans MS"/>
          <w:szCs w:val="20"/>
        </w:rPr>
        <w:t xml:space="preserve">. </w:t>
      </w:r>
      <w:proofErr w:type="spellStart"/>
      <w:r w:rsidRPr="00AC5ABD">
        <w:rPr>
          <w:rFonts w:eastAsia="Comic Sans MS"/>
          <w:szCs w:val="20"/>
        </w:rPr>
        <w:t>Yönergeler</w:t>
      </w:r>
      <w:proofErr w:type="spellEnd"/>
      <w:r w:rsidRPr="00AC5ABD">
        <w:rPr>
          <w:rFonts w:eastAsia="Comic Sans MS"/>
          <w:szCs w:val="20"/>
        </w:rPr>
        <w:t xml:space="preserve"> </w:t>
      </w:r>
      <w:proofErr w:type="spellStart"/>
      <w:r w:rsidRPr="00AC5ABD">
        <w:rPr>
          <w:rFonts w:eastAsia="Comic Sans MS"/>
          <w:szCs w:val="20"/>
        </w:rPr>
        <w:t>tek</w:t>
      </w:r>
      <w:proofErr w:type="spellEnd"/>
      <w:r w:rsidRPr="00AC5ABD">
        <w:rPr>
          <w:rFonts w:eastAsia="Comic Sans MS"/>
          <w:szCs w:val="20"/>
        </w:rPr>
        <w:t xml:space="preserve"> </w:t>
      </w:r>
      <w:proofErr w:type="spellStart"/>
      <w:r w:rsidRPr="00AC5ABD">
        <w:rPr>
          <w:rFonts w:eastAsia="Comic Sans MS"/>
          <w:szCs w:val="20"/>
        </w:rPr>
        <w:t>aşamalı</w:t>
      </w:r>
      <w:proofErr w:type="spellEnd"/>
      <w:r w:rsidRPr="00AC5ABD">
        <w:rPr>
          <w:rFonts w:eastAsia="Comic Sans MS"/>
          <w:szCs w:val="20"/>
        </w:rPr>
        <w:t xml:space="preserve"> </w:t>
      </w:r>
      <w:proofErr w:type="spellStart"/>
      <w:r w:rsidRPr="00AC5ABD">
        <w:rPr>
          <w:rFonts w:eastAsia="Comic Sans MS"/>
          <w:szCs w:val="20"/>
        </w:rPr>
        <w:t>söylenebilir</w:t>
      </w:r>
      <w:proofErr w:type="spellEnd"/>
      <w:r w:rsidRPr="00AC5ABD">
        <w:rPr>
          <w:rFonts w:eastAsia="Comic Sans MS"/>
          <w:szCs w:val="20"/>
        </w:rPr>
        <w:t xml:space="preserve"> </w:t>
      </w:r>
      <w:proofErr w:type="spellStart"/>
      <w:r w:rsidRPr="00AC5ABD">
        <w:rPr>
          <w:rFonts w:eastAsia="Comic Sans MS"/>
          <w:szCs w:val="20"/>
        </w:rPr>
        <w:t>ve</w:t>
      </w:r>
      <w:proofErr w:type="spellEnd"/>
      <w:r w:rsidRPr="00AC5ABD">
        <w:rPr>
          <w:rFonts w:eastAsia="Comic Sans MS"/>
          <w:szCs w:val="20"/>
        </w:rPr>
        <w:t xml:space="preserve"> </w:t>
      </w:r>
      <w:proofErr w:type="spellStart"/>
      <w:r w:rsidRPr="00AC5ABD">
        <w:rPr>
          <w:rFonts w:eastAsia="Comic Sans MS"/>
          <w:szCs w:val="20"/>
        </w:rPr>
        <w:t>öğretmen</w:t>
      </w:r>
      <w:proofErr w:type="spellEnd"/>
      <w:r w:rsidRPr="00AC5ABD">
        <w:rPr>
          <w:rFonts w:eastAsia="Comic Sans MS"/>
          <w:szCs w:val="20"/>
        </w:rPr>
        <w:t xml:space="preserve"> </w:t>
      </w:r>
      <w:proofErr w:type="spellStart"/>
      <w:r w:rsidRPr="00AC5ABD">
        <w:rPr>
          <w:rFonts w:eastAsia="Comic Sans MS"/>
          <w:szCs w:val="20"/>
        </w:rPr>
        <w:t>modeliyle</w:t>
      </w:r>
      <w:proofErr w:type="spellEnd"/>
      <w:r w:rsidRPr="00AC5ABD">
        <w:rPr>
          <w:rFonts w:eastAsia="Comic Sans MS"/>
          <w:szCs w:val="20"/>
        </w:rPr>
        <w:t xml:space="preserve"> </w:t>
      </w:r>
      <w:proofErr w:type="spellStart"/>
      <w:r w:rsidRPr="00AC5ABD">
        <w:rPr>
          <w:rFonts w:eastAsia="Comic Sans MS"/>
          <w:szCs w:val="20"/>
        </w:rPr>
        <w:t>gösterilebilir</w:t>
      </w:r>
      <w:proofErr w:type="spellEnd"/>
      <w:r w:rsidRPr="00AC5ABD">
        <w:rPr>
          <w:rFonts w:eastAsia="Comic Sans MS"/>
          <w:szCs w:val="20"/>
        </w:rPr>
        <w:t xml:space="preserve">. </w:t>
      </w:r>
      <w:proofErr w:type="spellStart"/>
      <w:r w:rsidRPr="00AC5ABD">
        <w:rPr>
          <w:rFonts w:eastAsia="Comic Sans MS"/>
          <w:szCs w:val="20"/>
        </w:rPr>
        <w:t>Deneyde</w:t>
      </w:r>
      <w:proofErr w:type="spellEnd"/>
      <w:r w:rsidRPr="00AC5ABD">
        <w:rPr>
          <w:rFonts w:eastAsia="Comic Sans MS"/>
          <w:szCs w:val="20"/>
        </w:rPr>
        <w:t xml:space="preserve"> </w:t>
      </w:r>
      <w:proofErr w:type="spellStart"/>
      <w:r w:rsidRPr="00AC5ABD">
        <w:rPr>
          <w:rFonts w:eastAsia="Comic Sans MS"/>
          <w:szCs w:val="20"/>
        </w:rPr>
        <w:t>yıldızın</w:t>
      </w:r>
      <w:proofErr w:type="spellEnd"/>
      <w:r w:rsidRPr="00AC5ABD">
        <w:rPr>
          <w:rFonts w:eastAsia="Comic Sans MS"/>
          <w:szCs w:val="20"/>
        </w:rPr>
        <w:t xml:space="preserve"> </w:t>
      </w:r>
      <w:proofErr w:type="spellStart"/>
      <w:r w:rsidRPr="00AC5ABD">
        <w:rPr>
          <w:rFonts w:eastAsia="Comic Sans MS"/>
          <w:szCs w:val="20"/>
        </w:rPr>
        <w:t>bir</w:t>
      </w:r>
      <w:proofErr w:type="spellEnd"/>
      <w:r w:rsidRPr="00AC5ABD">
        <w:rPr>
          <w:rFonts w:eastAsia="Comic Sans MS"/>
          <w:szCs w:val="20"/>
        </w:rPr>
        <w:t xml:space="preserve"> </w:t>
      </w:r>
      <w:proofErr w:type="spellStart"/>
      <w:r w:rsidRPr="00AC5ABD">
        <w:rPr>
          <w:rFonts w:eastAsia="Comic Sans MS"/>
          <w:szCs w:val="20"/>
        </w:rPr>
        <w:t>ucunu</w:t>
      </w:r>
      <w:proofErr w:type="spellEnd"/>
      <w:r w:rsidRPr="00AC5ABD">
        <w:rPr>
          <w:rFonts w:eastAsia="Comic Sans MS"/>
          <w:szCs w:val="20"/>
        </w:rPr>
        <w:t xml:space="preserve"> </w:t>
      </w:r>
      <w:proofErr w:type="spellStart"/>
      <w:r w:rsidRPr="00AC5ABD">
        <w:rPr>
          <w:rFonts w:eastAsia="Comic Sans MS"/>
          <w:szCs w:val="20"/>
        </w:rPr>
        <w:t>katlaması</w:t>
      </w:r>
      <w:proofErr w:type="spellEnd"/>
      <w:r w:rsidRPr="00AC5ABD">
        <w:rPr>
          <w:rFonts w:eastAsia="Comic Sans MS"/>
          <w:szCs w:val="20"/>
        </w:rPr>
        <w:t xml:space="preserve"> </w:t>
      </w:r>
      <w:proofErr w:type="spellStart"/>
      <w:r w:rsidRPr="00AC5ABD">
        <w:rPr>
          <w:rFonts w:eastAsia="Comic Sans MS"/>
          <w:szCs w:val="20"/>
        </w:rPr>
        <w:t>yeterli</w:t>
      </w:r>
      <w:proofErr w:type="spellEnd"/>
      <w:r w:rsidRPr="00AC5ABD">
        <w:rPr>
          <w:rFonts w:eastAsia="Comic Sans MS"/>
          <w:szCs w:val="20"/>
        </w:rPr>
        <w:t xml:space="preserve"> </w:t>
      </w:r>
      <w:proofErr w:type="spellStart"/>
      <w:r w:rsidRPr="00AC5ABD">
        <w:rPr>
          <w:rFonts w:eastAsia="Comic Sans MS"/>
          <w:szCs w:val="20"/>
        </w:rPr>
        <w:t>görülebilir</w:t>
      </w:r>
      <w:proofErr w:type="spellEnd"/>
      <w:r w:rsidRPr="00AC5ABD">
        <w:rPr>
          <w:rFonts w:eastAsia="Comic Sans MS"/>
          <w:szCs w:val="20"/>
        </w:rPr>
        <w:t xml:space="preserve">; </w:t>
      </w:r>
      <w:proofErr w:type="spellStart"/>
      <w:r w:rsidRPr="00AC5ABD">
        <w:rPr>
          <w:rFonts w:eastAsia="Comic Sans MS"/>
          <w:szCs w:val="20"/>
        </w:rPr>
        <w:t>diğer</w:t>
      </w:r>
      <w:proofErr w:type="spellEnd"/>
      <w:r w:rsidRPr="00AC5ABD">
        <w:rPr>
          <w:rFonts w:eastAsia="Comic Sans MS"/>
          <w:szCs w:val="20"/>
        </w:rPr>
        <w:t xml:space="preserve"> </w:t>
      </w:r>
      <w:proofErr w:type="spellStart"/>
      <w:r w:rsidRPr="00AC5ABD">
        <w:rPr>
          <w:rFonts w:eastAsia="Comic Sans MS"/>
          <w:szCs w:val="20"/>
        </w:rPr>
        <w:t>uçlarda</w:t>
      </w:r>
      <w:proofErr w:type="spellEnd"/>
      <w:r w:rsidRPr="00AC5ABD">
        <w:rPr>
          <w:rFonts w:eastAsia="Comic Sans MS"/>
          <w:szCs w:val="20"/>
        </w:rPr>
        <w:t xml:space="preserve"> </w:t>
      </w:r>
      <w:proofErr w:type="spellStart"/>
      <w:r w:rsidRPr="00AC5ABD">
        <w:rPr>
          <w:rFonts w:eastAsia="Comic Sans MS"/>
          <w:szCs w:val="20"/>
        </w:rPr>
        <w:t>bireysel</w:t>
      </w:r>
      <w:proofErr w:type="spellEnd"/>
      <w:r w:rsidRPr="00AC5ABD">
        <w:rPr>
          <w:rFonts w:eastAsia="Comic Sans MS"/>
          <w:szCs w:val="20"/>
        </w:rPr>
        <w:t xml:space="preserve"> </w:t>
      </w:r>
      <w:proofErr w:type="spellStart"/>
      <w:r w:rsidRPr="00AC5ABD">
        <w:rPr>
          <w:rFonts w:eastAsia="Comic Sans MS"/>
          <w:szCs w:val="20"/>
        </w:rPr>
        <w:t>destek</w:t>
      </w:r>
      <w:proofErr w:type="spellEnd"/>
      <w:r w:rsidRPr="00AC5ABD">
        <w:rPr>
          <w:rFonts w:eastAsia="Comic Sans MS"/>
          <w:szCs w:val="20"/>
        </w:rPr>
        <w:t xml:space="preserve"> </w:t>
      </w:r>
      <w:proofErr w:type="spellStart"/>
      <w:r w:rsidRPr="00AC5ABD">
        <w:rPr>
          <w:rFonts w:eastAsia="Comic Sans MS"/>
          <w:szCs w:val="20"/>
        </w:rPr>
        <w:t>sağlanabilir</w:t>
      </w:r>
      <w:proofErr w:type="spellEnd"/>
      <w:r w:rsidRPr="00AC5ABD">
        <w:rPr>
          <w:rFonts w:eastAsia="Comic Sans MS"/>
          <w:szCs w:val="20"/>
        </w:rPr>
        <w:t xml:space="preserve">. </w:t>
      </w:r>
      <w:proofErr w:type="spellStart"/>
      <w:r w:rsidRPr="00AC5ABD">
        <w:rPr>
          <w:rFonts w:eastAsia="Comic Sans MS"/>
          <w:szCs w:val="20"/>
        </w:rPr>
        <w:t>Şiire</w:t>
      </w:r>
      <w:proofErr w:type="spellEnd"/>
      <w:r w:rsidRPr="00AC5ABD">
        <w:rPr>
          <w:rFonts w:eastAsia="Comic Sans MS"/>
          <w:szCs w:val="20"/>
        </w:rPr>
        <w:t xml:space="preserve"> </w:t>
      </w:r>
      <w:proofErr w:type="spellStart"/>
      <w:r w:rsidRPr="00AC5ABD">
        <w:rPr>
          <w:rFonts w:eastAsia="Comic Sans MS"/>
          <w:szCs w:val="20"/>
        </w:rPr>
        <w:t>ilişkin</w:t>
      </w:r>
      <w:proofErr w:type="spellEnd"/>
      <w:r w:rsidRPr="00AC5ABD">
        <w:rPr>
          <w:rFonts w:eastAsia="Comic Sans MS"/>
          <w:szCs w:val="20"/>
        </w:rPr>
        <w:t xml:space="preserve"> </w:t>
      </w:r>
      <w:proofErr w:type="spellStart"/>
      <w:r w:rsidRPr="00AC5ABD">
        <w:rPr>
          <w:rFonts w:eastAsia="Comic Sans MS"/>
          <w:szCs w:val="20"/>
        </w:rPr>
        <w:t>duygu</w:t>
      </w:r>
      <w:proofErr w:type="spellEnd"/>
      <w:r w:rsidRPr="00AC5ABD">
        <w:rPr>
          <w:rFonts w:eastAsia="Comic Sans MS"/>
          <w:szCs w:val="20"/>
        </w:rPr>
        <w:t xml:space="preserve"> </w:t>
      </w:r>
      <w:proofErr w:type="spellStart"/>
      <w:r w:rsidRPr="00AC5ABD">
        <w:rPr>
          <w:rFonts w:eastAsia="Comic Sans MS"/>
          <w:szCs w:val="20"/>
        </w:rPr>
        <w:t>ve</w:t>
      </w:r>
      <w:proofErr w:type="spellEnd"/>
      <w:r w:rsidRPr="00AC5ABD">
        <w:rPr>
          <w:rFonts w:eastAsia="Comic Sans MS"/>
          <w:szCs w:val="20"/>
        </w:rPr>
        <w:t xml:space="preserve"> </w:t>
      </w:r>
      <w:proofErr w:type="spellStart"/>
      <w:r w:rsidRPr="00AC5ABD">
        <w:rPr>
          <w:rFonts w:eastAsia="Comic Sans MS"/>
          <w:szCs w:val="20"/>
        </w:rPr>
        <w:t>düşüncesini</w:t>
      </w:r>
      <w:proofErr w:type="spellEnd"/>
      <w:r w:rsidRPr="00AC5ABD">
        <w:rPr>
          <w:rFonts w:eastAsia="Comic Sans MS"/>
          <w:szCs w:val="20"/>
        </w:rPr>
        <w:t xml:space="preserve"> </w:t>
      </w:r>
      <w:proofErr w:type="spellStart"/>
      <w:r w:rsidRPr="00AC5ABD">
        <w:rPr>
          <w:rFonts w:eastAsia="Comic Sans MS"/>
          <w:szCs w:val="20"/>
        </w:rPr>
        <w:t>kartla</w:t>
      </w:r>
      <w:proofErr w:type="spellEnd"/>
      <w:r w:rsidRPr="00AC5ABD">
        <w:rPr>
          <w:rFonts w:eastAsia="Comic Sans MS"/>
          <w:szCs w:val="20"/>
        </w:rPr>
        <w:t xml:space="preserve"> </w:t>
      </w:r>
      <w:proofErr w:type="spellStart"/>
      <w:r w:rsidRPr="00AC5ABD">
        <w:rPr>
          <w:rFonts w:eastAsia="Comic Sans MS"/>
          <w:szCs w:val="20"/>
        </w:rPr>
        <w:t>veya</w:t>
      </w:r>
      <w:proofErr w:type="spellEnd"/>
      <w:r w:rsidRPr="00AC5ABD">
        <w:rPr>
          <w:rFonts w:eastAsia="Comic Sans MS"/>
          <w:szCs w:val="20"/>
        </w:rPr>
        <w:t xml:space="preserve"> </w:t>
      </w:r>
      <w:proofErr w:type="spellStart"/>
      <w:r w:rsidRPr="00AC5ABD">
        <w:rPr>
          <w:rFonts w:eastAsia="Comic Sans MS"/>
          <w:szCs w:val="20"/>
        </w:rPr>
        <w:t>işaret</w:t>
      </w:r>
      <w:proofErr w:type="spellEnd"/>
      <w:r w:rsidRPr="00AC5ABD">
        <w:rPr>
          <w:rFonts w:eastAsia="Comic Sans MS"/>
          <w:szCs w:val="20"/>
        </w:rPr>
        <w:t xml:space="preserve"> </w:t>
      </w:r>
      <w:proofErr w:type="spellStart"/>
      <w:r w:rsidRPr="00AC5ABD">
        <w:rPr>
          <w:rFonts w:eastAsia="Comic Sans MS"/>
          <w:szCs w:val="20"/>
        </w:rPr>
        <w:t>ederek</w:t>
      </w:r>
      <w:proofErr w:type="spellEnd"/>
      <w:r w:rsidRPr="00AC5ABD">
        <w:rPr>
          <w:rFonts w:eastAsia="Comic Sans MS"/>
          <w:szCs w:val="20"/>
        </w:rPr>
        <w:t xml:space="preserve"> </w:t>
      </w:r>
      <w:proofErr w:type="spellStart"/>
      <w:r w:rsidRPr="00AC5ABD">
        <w:rPr>
          <w:rFonts w:eastAsia="Comic Sans MS"/>
          <w:szCs w:val="20"/>
        </w:rPr>
        <w:t>göstermesi</w:t>
      </w:r>
      <w:proofErr w:type="spellEnd"/>
      <w:r w:rsidRPr="00AC5ABD">
        <w:rPr>
          <w:rFonts w:eastAsia="Comic Sans MS"/>
          <w:szCs w:val="20"/>
        </w:rPr>
        <w:t xml:space="preserve"> </w:t>
      </w:r>
      <w:proofErr w:type="spellStart"/>
      <w:r w:rsidRPr="00AC5ABD">
        <w:rPr>
          <w:rFonts w:eastAsia="Comic Sans MS"/>
          <w:szCs w:val="20"/>
        </w:rPr>
        <w:t>desteklenebilir</w:t>
      </w:r>
      <w:proofErr w:type="spellEnd"/>
      <w:r w:rsidRPr="00AC5ABD">
        <w:rPr>
          <w:rFonts w:eastAsia="Comic Sans MS"/>
          <w:szCs w:val="20"/>
        </w:rPr>
        <w:t xml:space="preserve">. </w:t>
      </w:r>
      <w:proofErr w:type="spellStart"/>
      <w:r w:rsidRPr="00AC5ABD">
        <w:rPr>
          <w:rFonts w:eastAsia="Comic Sans MS"/>
          <w:szCs w:val="20"/>
        </w:rPr>
        <w:t>Hareket</w:t>
      </w:r>
      <w:proofErr w:type="spellEnd"/>
      <w:r w:rsidRPr="00AC5ABD">
        <w:rPr>
          <w:rFonts w:eastAsia="Comic Sans MS"/>
          <w:szCs w:val="20"/>
        </w:rPr>
        <w:t xml:space="preserve"> </w:t>
      </w:r>
      <w:proofErr w:type="spellStart"/>
      <w:r w:rsidRPr="00AC5ABD">
        <w:rPr>
          <w:rFonts w:eastAsia="Comic Sans MS"/>
          <w:szCs w:val="20"/>
        </w:rPr>
        <w:t>yolu</w:t>
      </w:r>
      <w:proofErr w:type="spellEnd"/>
      <w:r w:rsidRPr="00AC5ABD">
        <w:rPr>
          <w:rFonts w:eastAsia="Comic Sans MS"/>
          <w:szCs w:val="20"/>
        </w:rPr>
        <w:t xml:space="preserve"> </w:t>
      </w:r>
      <w:proofErr w:type="spellStart"/>
      <w:r w:rsidRPr="00AC5ABD">
        <w:rPr>
          <w:rFonts w:eastAsia="Comic Sans MS"/>
          <w:szCs w:val="20"/>
        </w:rPr>
        <w:t>kısaltılabilir</w:t>
      </w:r>
      <w:proofErr w:type="spellEnd"/>
      <w:r w:rsidRPr="00AC5ABD">
        <w:rPr>
          <w:rFonts w:eastAsia="Comic Sans MS"/>
          <w:szCs w:val="20"/>
        </w:rPr>
        <w:t xml:space="preserve">, </w:t>
      </w:r>
      <w:proofErr w:type="spellStart"/>
      <w:r w:rsidRPr="00AC5ABD">
        <w:rPr>
          <w:rFonts w:eastAsia="Comic Sans MS"/>
          <w:szCs w:val="20"/>
        </w:rPr>
        <w:t>öğretmen</w:t>
      </w:r>
      <w:proofErr w:type="spellEnd"/>
      <w:r w:rsidRPr="00AC5ABD">
        <w:rPr>
          <w:rFonts w:eastAsia="Comic Sans MS"/>
          <w:szCs w:val="20"/>
        </w:rPr>
        <w:t xml:space="preserve"> </w:t>
      </w:r>
      <w:proofErr w:type="spellStart"/>
      <w:r w:rsidRPr="00AC5ABD">
        <w:rPr>
          <w:rFonts w:eastAsia="Comic Sans MS"/>
          <w:szCs w:val="20"/>
        </w:rPr>
        <w:t>eşliği</w:t>
      </w:r>
      <w:proofErr w:type="spellEnd"/>
      <w:r w:rsidRPr="00AC5ABD">
        <w:rPr>
          <w:rFonts w:eastAsia="Comic Sans MS"/>
          <w:szCs w:val="20"/>
        </w:rPr>
        <w:t xml:space="preserve"> </w:t>
      </w:r>
      <w:proofErr w:type="spellStart"/>
      <w:r w:rsidRPr="00AC5ABD">
        <w:rPr>
          <w:rFonts w:eastAsia="Comic Sans MS"/>
          <w:szCs w:val="20"/>
        </w:rPr>
        <w:t>sağlanabilir</w:t>
      </w:r>
      <w:proofErr w:type="spellEnd"/>
      <w:r w:rsidRPr="00AC5ABD">
        <w:rPr>
          <w:rFonts w:eastAsia="Comic Sans MS"/>
          <w:szCs w:val="20"/>
        </w:rPr>
        <w:t xml:space="preserve">. </w:t>
      </w:r>
      <w:proofErr w:type="spellStart"/>
      <w:r w:rsidRPr="00AC5ABD">
        <w:rPr>
          <w:rFonts w:eastAsia="Comic Sans MS"/>
          <w:szCs w:val="20"/>
        </w:rPr>
        <w:t>Hamura</w:t>
      </w:r>
      <w:proofErr w:type="spellEnd"/>
      <w:r w:rsidRPr="00AC5ABD">
        <w:rPr>
          <w:rFonts w:eastAsia="Comic Sans MS"/>
          <w:szCs w:val="20"/>
        </w:rPr>
        <w:t xml:space="preserve"> </w:t>
      </w:r>
      <w:proofErr w:type="spellStart"/>
      <w:r w:rsidRPr="00AC5ABD">
        <w:rPr>
          <w:rFonts w:eastAsia="Comic Sans MS"/>
          <w:szCs w:val="20"/>
        </w:rPr>
        <w:t>dokunmak</w:t>
      </w:r>
      <w:proofErr w:type="spellEnd"/>
      <w:r w:rsidRPr="00AC5ABD">
        <w:rPr>
          <w:rFonts w:eastAsia="Comic Sans MS"/>
          <w:szCs w:val="20"/>
        </w:rPr>
        <w:t xml:space="preserve"> </w:t>
      </w:r>
      <w:proofErr w:type="spellStart"/>
      <w:r w:rsidRPr="00AC5ABD">
        <w:rPr>
          <w:rFonts w:eastAsia="Comic Sans MS"/>
          <w:szCs w:val="20"/>
        </w:rPr>
        <w:t>istemeyen</w:t>
      </w:r>
      <w:proofErr w:type="spellEnd"/>
      <w:r w:rsidRPr="00AC5ABD">
        <w:rPr>
          <w:rFonts w:eastAsia="Comic Sans MS"/>
          <w:szCs w:val="20"/>
        </w:rPr>
        <w:t xml:space="preserve"> </w:t>
      </w:r>
      <w:proofErr w:type="spellStart"/>
      <w:r w:rsidRPr="00AC5ABD">
        <w:rPr>
          <w:rFonts w:eastAsia="Comic Sans MS"/>
          <w:szCs w:val="20"/>
        </w:rPr>
        <w:t>çocuk</w:t>
      </w:r>
      <w:proofErr w:type="spellEnd"/>
      <w:r w:rsidRPr="00AC5ABD">
        <w:rPr>
          <w:rFonts w:eastAsia="Comic Sans MS"/>
          <w:szCs w:val="20"/>
        </w:rPr>
        <w:t xml:space="preserve"> </w:t>
      </w:r>
      <w:proofErr w:type="spellStart"/>
      <w:r w:rsidRPr="00AC5ABD">
        <w:rPr>
          <w:rFonts w:eastAsia="Comic Sans MS"/>
          <w:szCs w:val="20"/>
        </w:rPr>
        <w:t>kalıp</w:t>
      </w:r>
      <w:proofErr w:type="spellEnd"/>
      <w:r w:rsidRPr="00AC5ABD">
        <w:rPr>
          <w:rFonts w:eastAsia="Comic Sans MS"/>
          <w:szCs w:val="20"/>
        </w:rPr>
        <w:t xml:space="preserve"> </w:t>
      </w:r>
      <w:proofErr w:type="spellStart"/>
      <w:r w:rsidRPr="00AC5ABD">
        <w:rPr>
          <w:rFonts w:eastAsia="Comic Sans MS"/>
          <w:szCs w:val="20"/>
        </w:rPr>
        <w:t>veya</w:t>
      </w:r>
      <w:proofErr w:type="spellEnd"/>
      <w:r w:rsidRPr="00AC5ABD">
        <w:rPr>
          <w:rFonts w:eastAsia="Comic Sans MS"/>
          <w:szCs w:val="20"/>
        </w:rPr>
        <w:t xml:space="preserve"> </w:t>
      </w:r>
      <w:proofErr w:type="spellStart"/>
      <w:r w:rsidRPr="00AC5ABD">
        <w:rPr>
          <w:rFonts w:eastAsia="Comic Sans MS"/>
          <w:szCs w:val="20"/>
        </w:rPr>
        <w:t>hamur</w:t>
      </w:r>
      <w:proofErr w:type="spellEnd"/>
      <w:r w:rsidRPr="00AC5ABD">
        <w:rPr>
          <w:rFonts w:eastAsia="Comic Sans MS"/>
          <w:szCs w:val="20"/>
        </w:rPr>
        <w:t xml:space="preserve"> </w:t>
      </w:r>
      <w:proofErr w:type="spellStart"/>
      <w:r w:rsidRPr="00AC5ABD">
        <w:rPr>
          <w:rFonts w:eastAsia="Comic Sans MS"/>
          <w:szCs w:val="20"/>
        </w:rPr>
        <w:t>aracı</w:t>
      </w:r>
      <w:proofErr w:type="spellEnd"/>
      <w:r w:rsidRPr="00AC5ABD">
        <w:rPr>
          <w:rFonts w:eastAsia="Comic Sans MS"/>
          <w:szCs w:val="20"/>
        </w:rPr>
        <w:t xml:space="preserve"> </w:t>
      </w:r>
      <w:proofErr w:type="spellStart"/>
      <w:r w:rsidRPr="00AC5ABD">
        <w:rPr>
          <w:rFonts w:eastAsia="Comic Sans MS"/>
          <w:szCs w:val="20"/>
        </w:rPr>
        <w:t>kullanabilir</w:t>
      </w:r>
      <w:proofErr w:type="spellEnd"/>
      <w:r w:rsidRPr="00AC5ABD">
        <w:rPr>
          <w:rFonts w:eastAsia="Comic Sans MS"/>
          <w:szCs w:val="20"/>
        </w:rPr>
        <w:t xml:space="preserve">. </w:t>
      </w:r>
      <w:proofErr w:type="spellStart"/>
      <w:r w:rsidRPr="00AC5ABD">
        <w:rPr>
          <w:rFonts w:eastAsia="Comic Sans MS"/>
          <w:szCs w:val="20"/>
        </w:rPr>
        <w:t>Bekleme</w:t>
      </w:r>
      <w:proofErr w:type="spellEnd"/>
      <w:r w:rsidRPr="00AC5ABD">
        <w:rPr>
          <w:rFonts w:eastAsia="Comic Sans MS"/>
          <w:szCs w:val="20"/>
        </w:rPr>
        <w:t xml:space="preserve"> </w:t>
      </w:r>
      <w:proofErr w:type="spellStart"/>
      <w:r w:rsidRPr="00AC5ABD">
        <w:rPr>
          <w:rFonts w:eastAsia="Comic Sans MS"/>
          <w:szCs w:val="20"/>
        </w:rPr>
        <w:t>süresi</w:t>
      </w:r>
      <w:proofErr w:type="spellEnd"/>
      <w:r w:rsidRPr="00AC5ABD">
        <w:rPr>
          <w:rFonts w:eastAsia="Comic Sans MS"/>
          <w:szCs w:val="20"/>
        </w:rPr>
        <w:t xml:space="preserve"> </w:t>
      </w:r>
      <w:proofErr w:type="spellStart"/>
      <w:r w:rsidRPr="00AC5ABD">
        <w:rPr>
          <w:rFonts w:eastAsia="Comic Sans MS"/>
          <w:szCs w:val="20"/>
        </w:rPr>
        <w:t>kısaltılabilir</w:t>
      </w:r>
      <w:proofErr w:type="spellEnd"/>
      <w:r w:rsidRPr="00AC5ABD">
        <w:rPr>
          <w:rFonts w:eastAsia="Comic Sans MS"/>
          <w:szCs w:val="20"/>
        </w:rPr>
        <w:t xml:space="preserve"> </w:t>
      </w:r>
      <w:proofErr w:type="spellStart"/>
      <w:r w:rsidRPr="00AC5ABD">
        <w:rPr>
          <w:rFonts w:eastAsia="Comic Sans MS"/>
          <w:szCs w:val="20"/>
        </w:rPr>
        <w:t>ve</w:t>
      </w:r>
      <w:proofErr w:type="spellEnd"/>
      <w:r w:rsidRPr="00AC5ABD">
        <w:rPr>
          <w:rFonts w:eastAsia="Comic Sans MS"/>
          <w:szCs w:val="20"/>
        </w:rPr>
        <w:t xml:space="preserve"> </w:t>
      </w:r>
      <w:proofErr w:type="spellStart"/>
      <w:r w:rsidRPr="00AC5ABD">
        <w:rPr>
          <w:rFonts w:eastAsia="Comic Sans MS"/>
          <w:szCs w:val="20"/>
        </w:rPr>
        <w:t>sıra</w:t>
      </w:r>
      <w:proofErr w:type="spellEnd"/>
      <w:r w:rsidRPr="00AC5ABD">
        <w:rPr>
          <w:rFonts w:eastAsia="Comic Sans MS"/>
          <w:szCs w:val="20"/>
        </w:rPr>
        <w:t xml:space="preserve"> </w:t>
      </w:r>
      <w:proofErr w:type="spellStart"/>
      <w:r w:rsidRPr="00AC5ABD">
        <w:rPr>
          <w:rFonts w:eastAsia="Comic Sans MS"/>
          <w:szCs w:val="20"/>
        </w:rPr>
        <w:t>görseli</w:t>
      </w:r>
      <w:proofErr w:type="spellEnd"/>
      <w:r w:rsidRPr="00AC5ABD">
        <w:rPr>
          <w:rFonts w:eastAsia="Comic Sans MS"/>
          <w:szCs w:val="20"/>
        </w:rPr>
        <w:t xml:space="preserve"> </w:t>
      </w:r>
      <w:proofErr w:type="spellStart"/>
      <w:r w:rsidRPr="00AC5ABD">
        <w:rPr>
          <w:rFonts w:eastAsia="Comic Sans MS"/>
          <w:szCs w:val="20"/>
        </w:rPr>
        <w:t>kullanılabilir</w:t>
      </w:r>
      <w:proofErr w:type="spellEnd"/>
      <w:r w:rsidRPr="00AC5ABD">
        <w:rPr>
          <w:rFonts w:eastAsia="Comic Sans MS"/>
          <w:szCs w:val="20"/>
        </w:rPr>
        <w:t xml:space="preserve">. </w:t>
      </w:r>
      <w:proofErr w:type="spellStart"/>
      <w:r w:rsidRPr="00AC5ABD">
        <w:rPr>
          <w:rFonts w:eastAsia="Comic Sans MS"/>
          <w:szCs w:val="20"/>
        </w:rPr>
        <w:t>Konuşmakta</w:t>
      </w:r>
      <w:proofErr w:type="spellEnd"/>
      <w:r w:rsidRPr="00AC5ABD">
        <w:rPr>
          <w:rFonts w:eastAsia="Comic Sans MS"/>
          <w:szCs w:val="20"/>
        </w:rPr>
        <w:t xml:space="preserve"> </w:t>
      </w:r>
      <w:proofErr w:type="spellStart"/>
      <w:r w:rsidRPr="00AC5ABD">
        <w:rPr>
          <w:rFonts w:eastAsia="Comic Sans MS"/>
          <w:szCs w:val="20"/>
        </w:rPr>
        <w:t>zorlanan</w:t>
      </w:r>
      <w:proofErr w:type="spellEnd"/>
      <w:r w:rsidRPr="00AC5ABD">
        <w:rPr>
          <w:rFonts w:eastAsia="Comic Sans MS"/>
          <w:szCs w:val="20"/>
        </w:rPr>
        <w:t xml:space="preserve"> </w:t>
      </w:r>
      <w:proofErr w:type="spellStart"/>
      <w:r w:rsidRPr="00AC5ABD">
        <w:rPr>
          <w:rFonts w:eastAsia="Comic Sans MS"/>
          <w:szCs w:val="20"/>
        </w:rPr>
        <w:t>çocuğa</w:t>
      </w:r>
      <w:proofErr w:type="spellEnd"/>
      <w:r w:rsidRPr="00AC5ABD">
        <w:rPr>
          <w:rFonts w:eastAsia="Comic Sans MS"/>
          <w:szCs w:val="20"/>
        </w:rPr>
        <w:t xml:space="preserve"> </w:t>
      </w:r>
      <w:proofErr w:type="spellStart"/>
      <w:r w:rsidRPr="00AC5ABD">
        <w:rPr>
          <w:rFonts w:eastAsia="Comic Sans MS"/>
          <w:szCs w:val="20"/>
        </w:rPr>
        <w:t>iki</w:t>
      </w:r>
      <w:proofErr w:type="spellEnd"/>
      <w:r w:rsidRPr="00AC5ABD">
        <w:rPr>
          <w:rFonts w:eastAsia="Comic Sans MS"/>
          <w:szCs w:val="20"/>
        </w:rPr>
        <w:t xml:space="preserve"> </w:t>
      </w:r>
      <w:proofErr w:type="spellStart"/>
      <w:r w:rsidRPr="00AC5ABD">
        <w:rPr>
          <w:rFonts w:eastAsia="Comic Sans MS"/>
          <w:szCs w:val="20"/>
        </w:rPr>
        <w:t>somut</w:t>
      </w:r>
      <w:proofErr w:type="spellEnd"/>
      <w:r w:rsidRPr="00AC5ABD">
        <w:rPr>
          <w:rFonts w:eastAsia="Comic Sans MS"/>
          <w:szCs w:val="20"/>
        </w:rPr>
        <w:t xml:space="preserve"> </w:t>
      </w:r>
      <w:proofErr w:type="spellStart"/>
      <w:r w:rsidRPr="00AC5ABD">
        <w:rPr>
          <w:rFonts w:eastAsia="Comic Sans MS"/>
          <w:szCs w:val="20"/>
        </w:rPr>
        <w:t>seçenek</w:t>
      </w:r>
      <w:proofErr w:type="spellEnd"/>
      <w:r w:rsidRPr="00AC5ABD">
        <w:rPr>
          <w:rFonts w:eastAsia="Comic Sans MS"/>
          <w:szCs w:val="20"/>
        </w:rPr>
        <w:t xml:space="preserve"> </w:t>
      </w:r>
      <w:proofErr w:type="spellStart"/>
      <w:r w:rsidRPr="00AC5ABD">
        <w:rPr>
          <w:rFonts w:eastAsia="Comic Sans MS"/>
          <w:szCs w:val="20"/>
        </w:rPr>
        <w:t>sunulabilir</w:t>
      </w:r>
      <w:proofErr w:type="spellEnd"/>
      <w:r w:rsidRPr="00AC5ABD">
        <w:rPr>
          <w:rFonts w:eastAsia="Comic Sans MS"/>
          <w:szCs w:val="20"/>
        </w:rPr>
        <w:t xml:space="preserve">; </w:t>
      </w:r>
      <w:proofErr w:type="spellStart"/>
      <w:r w:rsidRPr="00AC5ABD">
        <w:rPr>
          <w:rFonts w:eastAsia="Comic Sans MS"/>
          <w:szCs w:val="20"/>
        </w:rPr>
        <w:t>sözcük</w:t>
      </w:r>
      <w:proofErr w:type="spellEnd"/>
      <w:r w:rsidRPr="00AC5ABD">
        <w:rPr>
          <w:rFonts w:eastAsia="Comic Sans MS"/>
          <w:szCs w:val="20"/>
        </w:rPr>
        <w:t xml:space="preserve">, </w:t>
      </w:r>
      <w:proofErr w:type="spellStart"/>
      <w:r w:rsidRPr="00AC5ABD">
        <w:rPr>
          <w:rFonts w:eastAsia="Comic Sans MS"/>
          <w:szCs w:val="20"/>
        </w:rPr>
        <w:t>bakış</w:t>
      </w:r>
      <w:proofErr w:type="spellEnd"/>
      <w:r w:rsidRPr="00AC5ABD">
        <w:rPr>
          <w:rFonts w:eastAsia="Comic Sans MS"/>
          <w:szCs w:val="20"/>
        </w:rPr>
        <w:t xml:space="preserve"> </w:t>
      </w:r>
      <w:proofErr w:type="spellStart"/>
      <w:r w:rsidRPr="00AC5ABD">
        <w:rPr>
          <w:rFonts w:eastAsia="Comic Sans MS"/>
          <w:szCs w:val="20"/>
        </w:rPr>
        <w:t>veya</w:t>
      </w:r>
      <w:proofErr w:type="spellEnd"/>
      <w:r w:rsidRPr="00AC5ABD">
        <w:rPr>
          <w:rFonts w:eastAsia="Comic Sans MS"/>
          <w:szCs w:val="20"/>
        </w:rPr>
        <w:t xml:space="preserve"> </w:t>
      </w:r>
      <w:proofErr w:type="spellStart"/>
      <w:r w:rsidRPr="00AC5ABD">
        <w:rPr>
          <w:rFonts w:eastAsia="Comic Sans MS"/>
          <w:szCs w:val="20"/>
        </w:rPr>
        <w:t>işaretle</w:t>
      </w:r>
      <w:proofErr w:type="spellEnd"/>
      <w:r w:rsidRPr="00AC5ABD">
        <w:rPr>
          <w:rFonts w:eastAsia="Comic Sans MS"/>
          <w:szCs w:val="20"/>
        </w:rPr>
        <w:t xml:space="preserve"> </w:t>
      </w:r>
      <w:proofErr w:type="spellStart"/>
      <w:r w:rsidRPr="00AC5ABD">
        <w:rPr>
          <w:rFonts w:eastAsia="Comic Sans MS"/>
          <w:szCs w:val="20"/>
        </w:rPr>
        <w:t>verdiği</w:t>
      </w:r>
      <w:proofErr w:type="spellEnd"/>
      <w:r w:rsidRPr="00AC5ABD">
        <w:rPr>
          <w:rFonts w:eastAsia="Comic Sans MS"/>
          <w:szCs w:val="20"/>
        </w:rPr>
        <w:t xml:space="preserve"> </w:t>
      </w:r>
      <w:proofErr w:type="spellStart"/>
      <w:r w:rsidRPr="00AC5ABD">
        <w:rPr>
          <w:rFonts w:eastAsia="Comic Sans MS"/>
          <w:szCs w:val="20"/>
        </w:rPr>
        <w:t>yanıt</w:t>
      </w:r>
      <w:proofErr w:type="spellEnd"/>
      <w:r w:rsidRPr="00AC5ABD">
        <w:rPr>
          <w:rFonts w:eastAsia="Comic Sans MS"/>
          <w:szCs w:val="20"/>
        </w:rPr>
        <w:t xml:space="preserve"> </w:t>
      </w:r>
      <w:proofErr w:type="spellStart"/>
      <w:r w:rsidRPr="00AC5ABD">
        <w:rPr>
          <w:rFonts w:eastAsia="Comic Sans MS"/>
          <w:szCs w:val="20"/>
        </w:rPr>
        <w:t>kabul</w:t>
      </w:r>
      <w:proofErr w:type="spellEnd"/>
      <w:r w:rsidRPr="00AC5ABD">
        <w:rPr>
          <w:rFonts w:eastAsia="Comic Sans MS"/>
          <w:szCs w:val="20"/>
        </w:rPr>
        <w:t xml:space="preserve"> </w:t>
      </w:r>
      <w:proofErr w:type="spellStart"/>
      <w:r w:rsidRPr="00AC5ABD">
        <w:rPr>
          <w:rFonts w:eastAsia="Comic Sans MS"/>
          <w:szCs w:val="20"/>
        </w:rPr>
        <w:t>edilebilir</w:t>
      </w:r>
      <w:proofErr w:type="spellEnd"/>
      <w:r w:rsidRPr="00AC5ABD">
        <w:rPr>
          <w:rFonts w:eastAsia="Comic Sans MS"/>
          <w:szCs w:val="20"/>
        </w:rPr>
        <w:t xml:space="preserve">. </w:t>
      </w:r>
      <w:proofErr w:type="spellStart"/>
      <w:r w:rsidRPr="00AC5ABD">
        <w:rPr>
          <w:rFonts w:eastAsia="Comic Sans MS"/>
          <w:szCs w:val="20"/>
        </w:rPr>
        <w:t>Gürültüden</w:t>
      </w:r>
      <w:proofErr w:type="spellEnd"/>
      <w:r w:rsidRPr="00AC5ABD">
        <w:rPr>
          <w:rFonts w:eastAsia="Comic Sans MS"/>
          <w:szCs w:val="20"/>
        </w:rPr>
        <w:t xml:space="preserve"> </w:t>
      </w:r>
      <w:proofErr w:type="spellStart"/>
      <w:r w:rsidRPr="00AC5ABD">
        <w:rPr>
          <w:rFonts w:eastAsia="Comic Sans MS"/>
          <w:szCs w:val="20"/>
        </w:rPr>
        <w:t>rahatsız</w:t>
      </w:r>
      <w:proofErr w:type="spellEnd"/>
      <w:r w:rsidRPr="00AC5ABD">
        <w:rPr>
          <w:rFonts w:eastAsia="Comic Sans MS"/>
          <w:szCs w:val="20"/>
        </w:rPr>
        <w:t xml:space="preserve"> </w:t>
      </w:r>
      <w:proofErr w:type="spellStart"/>
      <w:r w:rsidRPr="00AC5ABD">
        <w:rPr>
          <w:rFonts w:eastAsia="Comic Sans MS"/>
          <w:szCs w:val="20"/>
        </w:rPr>
        <w:t>olan</w:t>
      </w:r>
      <w:proofErr w:type="spellEnd"/>
      <w:r w:rsidRPr="00AC5ABD">
        <w:rPr>
          <w:rFonts w:eastAsia="Comic Sans MS"/>
          <w:szCs w:val="20"/>
        </w:rPr>
        <w:t xml:space="preserve"> </w:t>
      </w:r>
      <w:proofErr w:type="spellStart"/>
      <w:r w:rsidRPr="00AC5ABD">
        <w:rPr>
          <w:rFonts w:eastAsia="Comic Sans MS"/>
          <w:szCs w:val="20"/>
        </w:rPr>
        <w:t>çocuk</w:t>
      </w:r>
      <w:proofErr w:type="spellEnd"/>
      <w:r w:rsidRPr="00AC5ABD">
        <w:rPr>
          <w:rFonts w:eastAsia="Comic Sans MS"/>
          <w:szCs w:val="20"/>
        </w:rPr>
        <w:t xml:space="preserve"> </w:t>
      </w:r>
      <w:proofErr w:type="spellStart"/>
      <w:r w:rsidRPr="00AC5ABD">
        <w:rPr>
          <w:rFonts w:eastAsia="Comic Sans MS"/>
          <w:szCs w:val="20"/>
        </w:rPr>
        <w:t>sakin</w:t>
      </w:r>
      <w:proofErr w:type="spellEnd"/>
      <w:r w:rsidRPr="00AC5ABD">
        <w:rPr>
          <w:rFonts w:eastAsia="Comic Sans MS"/>
          <w:szCs w:val="20"/>
        </w:rPr>
        <w:t xml:space="preserve"> </w:t>
      </w:r>
      <w:proofErr w:type="spellStart"/>
      <w:r w:rsidRPr="00AC5ABD">
        <w:rPr>
          <w:rFonts w:eastAsia="Comic Sans MS"/>
          <w:szCs w:val="20"/>
        </w:rPr>
        <w:t>köşede</w:t>
      </w:r>
      <w:proofErr w:type="spellEnd"/>
      <w:r w:rsidRPr="00AC5ABD">
        <w:rPr>
          <w:rFonts w:eastAsia="Comic Sans MS"/>
          <w:szCs w:val="20"/>
        </w:rPr>
        <w:t xml:space="preserve"> </w:t>
      </w:r>
      <w:proofErr w:type="spellStart"/>
      <w:r w:rsidRPr="00AC5ABD">
        <w:rPr>
          <w:rFonts w:eastAsia="Comic Sans MS"/>
          <w:szCs w:val="20"/>
        </w:rPr>
        <w:t>kısa</w:t>
      </w:r>
      <w:proofErr w:type="spellEnd"/>
      <w:r w:rsidRPr="00AC5ABD">
        <w:rPr>
          <w:rFonts w:eastAsia="Comic Sans MS"/>
          <w:szCs w:val="20"/>
        </w:rPr>
        <w:t xml:space="preserve"> </w:t>
      </w:r>
      <w:proofErr w:type="spellStart"/>
      <w:r w:rsidRPr="00AC5ABD">
        <w:rPr>
          <w:rFonts w:eastAsia="Comic Sans MS"/>
          <w:szCs w:val="20"/>
        </w:rPr>
        <w:t>bir</w:t>
      </w:r>
      <w:proofErr w:type="spellEnd"/>
      <w:r w:rsidRPr="00AC5ABD">
        <w:rPr>
          <w:rFonts w:eastAsia="Comic Sans MS"/>
          <w:szCs w:val="20"/>
        </w:rPr>
        <w:t xml:space="preserve"> mola </w:t>
      </w:r>
      <w:proofErr w:type="spellStart"/>
      <w:r w:rsidRPr="00AC5ABD">
        <w:rPr>
          <w:rFonts w:eastAsia="Comic Sans MS"/>
          <w:szCs w:val="20"/>
        </w:rPr>
        <w:t>verebilir</w:t>
      </w:r>
      <w:proofErr w:type="spellEnd"/>
      <w:r w:rsidRPr="00AC5ABD">
        <w:rPr>
          <w:rFonts w:eastAsia="Comic Sans MS"/>
          <w:szCs w:val="20"/>
        </w:rPr>
        <w:t xml:space="preserve">. Sanat </w:t>
      </w:r>
      <w:proofErr w:type="spellStart"/>
      <w:r w:rsidRPr="00AC5ABD">
        <w:rPr>
          <w:rFonts w:eastAsia="Comic Sans MS"/>
          <w:szCs w:val="20"/>
        </w:rPr>
        <w:t>çalışması</w:t>
      </w:r>
      <w:proofErr w:type="spellEnd"/>
      <w:r w:rsidRPr="00AC5ABD">
        <w:rPr>
          <w:rFonts w:eastAsia="Comic Sans MS"/>
          <w:szCs w:val="20"/>
        </w:rPr>
        <w:t xml:space="preserve"> </w:t>
      </w:r>
      <w:proofErr w:type="spellStart"/>
      <w:r w:rsidRPr="00AC5ABD">
        <w:rPr>
          <w:rFonts w:eastAsia="Comic Sans MS"/>
          <w:szCs w:val="20"/>
        </w:rPr>
        <w:t>yorucu</w:t>
      </w:r>
      <w:proofErr w:type="spellEnd"/>
      <w:r w:rsidRPr="00AC5ABD">
        <w:rPr>
          <w:rFonts w:eastAsia="Comic Sans MS"/>
          <w:szCs w:val="20"/>
        </w:rPr>
        <w:t xml:space="preserve"> </w:t>
      </w:r>
      <w:proofErr w:type="spellStart"/>
      <w:r w:rsidRPr="00AC5ABD">
        <w:rPr>
          <w:rFonts w:eastAsia="Comic Sans MS"/>
          <w:szCs w:val="20"/>
        </w:rPr>
        <w:t>geldiğinde</w:t>
      </w:r>
      <w:proofErr w:type="spellEnd"/>
      <w:r w:rsidRPr="00AC5ABD">
        <w:rPr>
          <w:rFonts w:eastAsia="Comic Sans MS"/>
          <w:szCs w:val="20"/>
        </w:rPr>
        <w:t xml:space="preserve"> </w:t>
      </w:r>
      <w:proofErr w:type="spellStart"/>
      <w:r w:rsidRPr="00AC5ABD">
        <w:rPr>
          <w:rFonts w:eastAsia="Comic Sans MS"/>
          <w:szCs w:val="20"/>
        </w:rPr>
        <w:t>boyama</w:t>
      </w:r>
      <w:proofErr w:type="spellEnd"/>
      <w:r w:rsidRPr="00AC5ABD">
        <w:rPr>
          <w:rFonts w:eastAsia="Comic Sans MS"/>
          <w:szCs w:val="20"/>
        </w:rPr>
        <w:t xml:space="preserve"> </w:t>
      </w:r>
      <w:proofErr w:type="spellStart"/>
      <w:r w:rsidRPr="00AC5ABD">
        <w:rPr>
          <w:rFonts w:eastAsia="Comic Sans MS"/>
          <w:szCs w:val="20"/>
        </w:rPr>
        <w:t>ve</w:t>
      </w:r>
      <w:proofErr w:type="spellEnd"/>
      <w:r w:rsidRPr="00AC5ABD">
        <w:rPr>
          <w:rFonts w:eastAsia="Comic Sans MS"/>
          <w:szCs w:val="20"/>
        </w:rPr>
        <w:t xml:space="preserve"> </w:t>
      </w:r>
      <w:proofErr w:type="spellStart"/>
      <w:r w:rsidRPr="00AC5ABD">
        <w:rPr>
          <w:rFonts w:eastAsia="Comic Sans MS"/>
          <w:szCs w:val="20"/>
        </w:rPr>
        <w:t>yapıştırma</w:t>
      </w:r>
      <w:proofErr w:type="spellEnd"/>
      <w:r w:rsidRPr="00AC5ABD">
        <w:rPr>
          <w:rFonts w:eastAsia="Comic Sans MS"/>
          <w:szCs w:val="20"/>
        </w:rPr>
        <w:t xml:space="preserve"> </w:t>
      </w:r>
      <w:proofErr w:type="spellStart"/>
      <w:r w:rsidRPr="00AC5ABD">
        <w:rPr>
          <w:rFonts w:eastAsia="Comic Sans MS"/>
          <w:szCs w:val="20"/>
        </w:rPr>
        <w:t>arasında</w:t>
      </w:r>
      <w:proofErr w:type="spellEnd"/>
      <w:r w:rsidRPr="00AC5ABD">
        <w:rPr>
          <w:rFonts w:eastAsia="Comic Sans MS"/>
          <w:szCs w:val="20"/>
        </w:rPr>
        <w:t xml:space="preserve"> </w:t>
      </w:r>
      <w:proofErr w:type="spellStart"/>
      <w:r w:rsidRPr="00AC5ABD">
        <w:rPr>
          <w:rFonts w:eastAsia="Comic Sans MS"/>
          <w:szCs w:val="20"/>
        </w:rPr>
        <w:t>hareket</w:t>
      </w:r>
      <w:proofErr w:type="spellEnd"/>
      <w:r w:rsidRPr="00AC5ABD">
        <w:rPr>
          <w:rFonts w:eastAsia="Comic Sans MS"/>
          <w:szCs w:val="20"/>
        </w:rPr>
        <w:t xml:space="preserve"> </w:t>
      </w:r>
      <w:proofErr w:type="spellStart"/>
      <w:r w:rsidRPr="00AC5ABD">
        <w:rPr>
          <w:rFonts w:eastAsia="Comic Sans MS"/>
          <w:szCs w:val="20"/>
        </w:rPr>
        <w:t>molası</w:t>
      </w:r>
      <w:proofErr w:type="spellEnd"/>
      <w:r w:rsidRPr="00AC5ABD">
        <w:rPr>
          <w:rFonts w:eastAsia="Comic Sans MS"/>
          <w:szCs w:val="20"/>
        </w:rPr>
        <w:t xml:space="preserve"> </w:t>
      </w:r>
      <w:proofErr w:type="spellStart"/>
      <w:r w:rsidRPr="00AC5ABD">
        <w:rPr>
          <w:rFonts w:eastAsia="Comic Sans MS"/>
          <w:szCs w:val="20"/>
        </w:rPr>
        <w:t>verilebilir</w:t>
      </w:r>
      <w:proofErr w:type="spellEnd"/>
      <w:r w:rsidRPr="00AC5ABD">
        <w:rPr>
          <w:rFonts w:eastAsia="Comic Sans MS"/>
          <w:szCs w:val="20"/>
        </w:rPr>
        <w:t>.</w:t>
      </w:r>
    </w:p>
    <w:p w14:paraId="2C552CE2" w14:textId="77777777" w:rsidR="00F627DB" w:rsidRPr="00AC5ABD" w:rsidRDefault="00CC4454">
      <w:pPr>
        <w:keepNext/>
        <w:spacing w:before="160"/>
        <w:rPr>
          <w:szCs w:val="20"/>
        </w:rPr>
      </w:pPr>
      <w:r w:rsidRPr="00AC5ABD">
        <w:rPr>
          <w:rFonts w:eastAsia="Comic Sans MS"/>
          <w:b/>
          <w:color w:val="F85883"/>
          <w:szCs w:val="20"/>
        </w:rPr>
        <w:t>AİLE / TOPLUM KATILIMI</w:t>
      </w:r>
    </w:p>
    <w:p w14:paraId="5AA7B284" w14:textId="77777777" w:rsidR="00F627DB" w:rsidRPr="00AC5ABD" w:rsidRDefault="00CC4454">
      <w:pPr>
        <w:rPr>
          <w:szCs w:val="20"/>
        </w:rPr>
      </w:pPr>
      <w:r w:rsidRPr="00AC5ABD">
        <w:rPr>
          <w:rFonts w:eastAsia="Comic Sans MS"/>
          <w:b/>
          <w:color w:val="002060"/>
          <w:szCs w:val="20"/>
        </w:rPr>
        <w:t xml:space="preserve">Aile </w:t>
      </w:r>
      <w:proofErr w:type="spellStart"/>
      <w:r w:rsidRPr="00AC5ABD">
        <w:rPr>
          <w:rFonts w:eastAsia="Comic Sans MS"/>
          <w:b/>
          <w:color w:val="002060"/>
          <w:szCs w:val="20"/>
        </w:rPr>
        <w:t>Katılımı</w:t>
      </w:r>
      <w:proofErr w:type="spellEnd"/>
      <w:r w:rsidRPr="00AC5ABD">
        <w:rPr>
          <w:rFonts w:eastAsia="Comic Sans MS"/>
          <w:b/>
          <w:color w:val="002060"/>
          <w:szCs w:val="20"/>
        </w:rPr>
        <w:t xml:space="preserve">: </w:t>
      </w:r>
      <w:proofErr w:type="spellStart"/>
      <w:r w:rsidRPr="00AC5ABD">
        <w:rPr>
          <w:rFonts w:eastAsia="Comic Sans MS"/>
          <w:szCs w:val="20"/>
        </w:rPr>
        <w:t>Aşağıdaki</w:t>
      </w:r>
      <w:proofErr w:type="spellEnd"/>
      <w:r w:rsidRPr="00AC5ABD">
        <w:rPr>
          <w:rFonts w:eastAsia="Comic Sans MS"/>
          <w:szCs w:val="20"/>
        </w:rPr>
        <w:t xml:space="preserve"> </w:t>
      </w:r>
      <w:proofErr w:type="spellStart"/>
      <w:r w:rsidRPr="00AC5ABD">
        <w:rPr>
          <w:rFonts w:eastAsia="Comic Sans MS"/>
          <w:szCs w:val="20"/>
        </w:rPr>
        <w:t>bilgi</w:t>
      </w:r>
      <w:proofErr w:type="spellEnd"/>
      <w:r w:rsidRPr="00AC5ABD">
        <w:rPr>
          <w:rFonts w:eastAsia="Comic Sans MS"/>
          <w:szCs w:val="20"/>
        </w:rPr>
        <w:t xml:space="preserve"> </w:t>
      </w:r>
      <w:proofErr w:type="spellStart"/>
      <w:r w:rsidRPr="00AC5ABD">
        <w:rPr>
          <w:rFonts w:eastAsia="Comic Sans MS"/>
          <w:szCs w:val="20"/>
        </w:rPr>
        <w:t>notu</w:t>
      </w:r>
      <w:proofErr w:type="spellEnd"/>
      <w:r w:rsidRPr="00AC5ABD">
        <w:rPr>
          <w:rFonts w:eastAsia="Comic Sans MS"/>
          <w:szCs w:val="20"/>
        </w:rPr>
        <w:t xml:space="preserve"> </w:t>
      </w:r>
      <w:proofErr w:type="spellStart"/>
      <w:r w:rsidRPr="00AC5ABD">
        <w:rPr>
          <w:rFonts w:eastAsia="Comic Sans MS"/>
          <w:szCs w:val="20"/>
        </w:rPr>
        <w:t>ailelerle</w:t>
      </w:r>
      <w:proofErr w:type="spellEnd"/>
      <w:r w:rsidRPr="00AC5ABD">
        <w:rPr>
          <w:rFonts w:eastAsia="Comic Sans MS"/>
          <w:szCs w:val="20"/>
        </w:rPr>
        <w:t xml:space="preserve"> </w:t>
      </w:r>
      <w:proofErr w:type="spellStart"/>
      <w:r w:rsidRPr="00AC5ABD">
        <w:rPr>
          <w:rFonts w:eastAsia="Comic Sans MS"/>
          <w:szCs w:val="20"/>
        </w:rPr>
        <w:t>paylaşılır</w:t>
      </w:r>
      <w:proofErr w:type="spellEnd"/>
      <w:r w:rsidRPr="00AC5ABD">
        <w:rPr>
          <w:rFonts w:eastAsia="Comic Sans MS"/>
          <w:szCs w:val="20"/>
        </w:rPr>
        <w:t>.</w:t>
      </w:r>
    </w:p>
    <w:p w14:paraId="6E7858AD" w14:textId="77777777" w:rsidR="00F627DB" w:rsidRPr="00AC5ABD" w:rsidRDefault="00CC4454">
      <w:pPr>
        <w:keepNext/>
        <w:rPr>
          <w:szCs w:val="20"/>
        </w:rPr>
      </w:pPr>
      <w:r w:rsidRPr="00AC5ABD">
        <w:rPr>
          <w:rFonts w:eastAsia="Comic Sans MS"/>
          <w:b/>
          <w:color w:val="002060"/>
          <w:szCs w:val="20"/>
        </w:rPr>
        <w:t>AİLEYE BİLGİ NOTU</w:t>
      </w:r>
    </w:p>
    <w:p w14:paraId="1DB492DB" w14:textId="77777777" w:rsidR="00AC5ABD" w:rsidRPr="00AC5ABD" w:rsidRDefault="00AC5ABD" w:rsidP="00AC5ABD">
      <w:pPr>
        <w:pStyle w:val="NormalWeb"/>
        <w:spacing w:before="0" w:beforeAutospacing="0" w:after="0" w:afterAutospacing="0"/>
        <w:rPr>
          <w:rFonts w:ascii="Comic Sans MS" w:hAnsi="Comic Sans MS"/>
          <w:sz w:val="20"/>
          <w:szCs w:val="20"/>
        </w:rPr>
      </w:pPr>
      <w:r w:rsidRPr="00AC5ABD">
        <w:rPr>
          <w:rFonts w:ascii="Comic Sans MS" w:hAnsi="Comic Sans MS"/>
          <w:sz w:val="20"/>
          <w:szCs w:val="20"/>
        </w:rPr>
        <w:t>Sevgili Ailemiz,</w:t>
      </w:r>
    </w:p>
    <w:p w14:paraId="3372963B" w14:textId="77777777" w:rsidR="00AC5ABD" w:rsidRPr="00AC5ABD" w:rsidRDefault="00AC5ABD" w:rsidP="00AC5ABD">
      <w:pPr>
        <w:pStyle w:val="NormalWeb"/>
        <w:spacing w:before="0" w:beforeAutospacing="0" w:after="0" w:afterAutospacing="0"/>
        <w:rPr>
          <w:rFonts w:ascii="Comic Sans MS" w:hAnsi="Comic Sans MS"/>
          <w:sz w:val="20"/>
          <w:szCs w:val="20"/>
        </w:rPr>
      </w:pPr>
      <w:r w:rsidRPr="00AC5ABD">
        <w:rPr>
          <w:rFonts w:ascii="Comic Sans MS" w:hAnsi="Comic Sans MS"/>
          <w:sz w:val="20"/>
          <w:szCs w:val="20"/>
        </w:rPr>
        <w:t>Çocuğunuzla evden okula gelirken çevrenizdeki Türk bayraklarına dikkat edin. Bayrağımızın renklerini, üzerindeki ay ve yıldızı anlatmasını isteyin. “Bayrağımızı başka nerelerde gördün?” ve “Bayrağımıza nasıl özen gösterebiliriz?” sorularıyla sohbet edin. Türkiye ve İstiklal Marşı hakkında merak ettiklerini dinleyin; sorularının yanıtlarını birlikte araştırın.</w:t>
      </w:r>
    </w:p>
    <w:p w14:paraId="4DFA1187" w14:textId="77777777" w:rsidR="00AC5ABD" w:rsidRPr="00AC5ABD" w:rsidRDefault="00AC5ABD" w:rsidP="00AC5ABD">
      <w:pPr>
        <w:pStyle w:val="NormalWeb"/>
        <w:spacing w:before="0" w:beforeAutospacing="0" w:after="0" w:afterAutospacing="0"/>
        <w:rPr>
          <w:rFonts w:ascii="Comic Sans MS" w:hAnsi="Comic Sans MS"/>
          <w:sz w:val="20"/>
          <w:szCs w:val="20"/>
        </w:rPr>
      </w:pPr>
      <w:r w:rsidRPr="00AC5ABD">
        <w:rPr>
          <w:rFonts w:ascii="Comic Sans MS" w:hAnsi="Comic Sans MS"/>
          <w:sz w:val="20"/>
          <w:szCs w:val="20"/>
        </w:rPr>
        <w:lastRenderedPageBreak/>
        <w:t>Bayrağı evinizde uygun bir yere birlikte yerleştirirken çocuğunuza küçük bir görev verin. Okulda yaptığı bayrak çalışmasını ve kâğıt ay–yıldız deneyinde gözlemlediklerini size anlatmasına zaman ayırın. İsterseniz paylaşılan yapboz ve hafıza oyunlarını birlikte oynayabilirsiniz.</w:t>
      </w:r>
    </w:p>
    <w:p w14:paraId="0D7F3573" w14:textId="77777777" w:rsidR="00AC5ABD" w:rsidRPr="00AC5ABD" w:rsidRDefault="00AC5ABD" w:rsidP="00AC5ABD">
      <w:pPr>
        <w:pStyle w:val="NormalWeb"/>
        <w:spacing w:before="0" w:beforeAutospacing="0" w:after="0" w:afterAutospacing="0"/>
        <w:rPr>
          <w:rFonts w:ascii="Comic Sans MS" w:hAnsi="Comic Sans MS"/>
          <w:sz w:val="20"/>
          <w:szCs w:val="20"/>
        </w:rPr>
      </w:pPr>
      <w:r w:rsidRPr="00AC5ABD">
        <w:rPr>
          <w:rStyle w:val="Gl"/>
          <w:rFonts w:ascii="Comic Sans MS" w:hAnsi="Comic Sans MS"/>
          <w:sz w:val="20"/>
          <w:szCs w:val="20"/>
        </w:rPr>
        <w:t>30 Ekim Cuma günü Dilimizin Zenginlikleri Projesi kapsamında yapacağımız dinleme–anlatma etkinliğine gözlemci olarak katılabilirsiniz.</w:t>
      </w:r>
      <w:r w:rsidRPr="00AC5ABD">
        <w:rPr>
          <w:rFonts w:ascii="Comic Sans MS" w:hAnsi="Comic Sans MS"/>
          <w:sz w:val="20"/>
          <w:szCs w:val="20"/>
        </w:rPr>
        <w:t xml:space="preserve"> Saat bilgisi ayrıca paylaşılacaktır. Evde ezber veya gösteri hazırlığı yapmanız gerekmiyor.</w:t>
      </w:r>
    </w:p>
    <w:p w14:paraId="6432223D" w14:textId="77777777" w:rsidR="00AC5ABD" w:rsidRPr="00AC5ABD" w:rsidRDefault="00AC5ABD" w:rsidP="00AC5ABD">
      <w:pPr>
        <w:pStyle w:val="NormalWeb"/>
        <w:spacing w:before="0" w:beforeAutospacing="0" w:after="0" w:afterAutospacing="0"/>
        <w:rPr>
          <w:rFonts w:ascii="Comic Sans MS" w:hAnsi="Comic Sans MS"/>
          <w:sz w:val="20"/>
          <w:szCs w:val="20"/>
        </w:rPr>
      </w:pPr>
      <w:r w:rsidRPr="00AC5ABD">
        <w:rPr>
          <w:rFonts w:ascii="Comic Sans MS" w:hAnsi="Comic Sans MS"/>
          <w:sz w:val="20"/>
          <w:szCs w:val="20"/>
        </w:rPr>
        <w:t>İlginiz ve desteğiniz için teşekkür ederiz.</w:t>
      </w:r>
      <w:r w:rsidRPr="00AC5ABD">
        <w:rPr>
          <w:rFonts w:ascii="Comic Sans MS" w:hAnsi="Comic Sans MS"/>
          <w:sz w:val="20"/>
          <w:szCs w:val="20"/>
        </w:rPr>
        <w:br/>
        <w:t>Sınıf Öğretmeni</w:t>
      </w:r>
    </w:p>
    <w:p w14:paraId="34B087FE" w14:textId="106D1856" w:rsidR="00F627DB" w:rsidRPr="00AC5ABD" w:rsidRDefault="00CC4454">
      <w:pPr>
        <w:rPr>
          <w:szCs w:val="20"/>
        </w:rPr>
      </w:pPr>
      <w:proofErr w:type="spellStart"/>
      <w:r w:rsidRPr="00AC5ABD">
        <w:rPr>
          <w:rFonts w:eastAsia="Comic Sans MS"/>
          <w:b/>
          <w:color w:val="002060"/>
          <w:szCs w:val="20"/>
        </w:rPr>
        <w:t>Toplum</w:t>
      </w:r>
      <w:proofErr w:type="spellEnd"/>
      <w:r w:rsidRPr="00AC5ABD">
        <w:rPr>
          <w:rFonts w:eastAsia="Comic Sans MS"/>
          <w:b/>
          <w:color w:val="002060"/>
          <w:szCs w:val="20"/>
        </w:rPr>
        <w:t xml:space="preserve"> </w:t>
      </w:r>
      <w:proofErr w:type="spellStart"/>
      <w:r w:rsidRPr="00AC5ABD">
        <w:rPr>
          <w:rFonts w:eastAsia="Comic Sans MS"/>
          <w:b/>
          <w:color w:val="002060"/>
          <w:szCs w:val="20"/>
        </w:rPr>
        <w:t>Katılımı</w:t>
      </w:r>
      <w:proofErr w:type="spellEnd"/>
      <w:r w:rsidRPr="00AC5ABD">
        <w:rPr>
          <w:rFonts w:eastAsia="Comic Sans MS"/>
          <w:b/>
          <w:color w:val="002060"/>
          <w:szCs w:val="20"/>
        </w:rPr>
        <w:t xml:space="preserve">: </w:t>
      </w:r>
    </w:p>
    <w:p w14:paraId="735DFC4E" w14:textId="77777777" w:rsidR="00F627DB" w:rsidRPr="00AC5ABD" w:rsidRDefault="00CC4454">
      <w:pPr>
        <w:keepNext/>
        <w:spacing w:before="160"/>
        <w:rPr>
          <w:szCs w:val="20"/>
        </w:rPr>
      </w:pPr>
      <w:r w:rsidRPr="00AC5ABD">
        <w:rPr>
          <w:rFonts w:eastAsia="Comic Sans MS"/>
          <w:b/>
          <w:color w:val="F85883"/>
          <w:szCs w:val="20"/>
        </w:rPr>
        <w:t>ALTERNATİF BAĞLANTILAR VE UYGULAMA ÖNERİLERİ</w:t>
      </w:r>
    </w:p>
    <w:p w14:paraId="149B1F4D" w14:textId="166172E2" w:rsidR="00F627DB" w:rsidRPr="00AC5ABD" w:rsidRDefault="00CC4454">
      <w:pPr>
        <w:rPr>
          <w:szCs w:val="20"/>
        </w:rPr>
      </w:pPr>
      <w:r w:rsidRPr="00AC5ABD">
        <w:rPr>
          <w:rFonts w:eastAsia="Comic Sans MS"/>
          <w:szCs w:val="20"/>
        </w:rPr>
        <w:t xml:space="preserve">• </w:t>
      </w:r>
      <w:hyperlink r:id="rId14">
        <w:proofErr w:type="spellStart"/>
        <w:r w:rsidRPr="00AC5ABD">
          <w:rPr>
            <w:rFonts w:eastAsia="Comic Sans MS"/>
            <w:color w:val="0563C1"/>
            <w:szCs w:val="20"/>
            <w:u w:val="single"/>
          </w:rPr>
          <w:t>Rafadan</w:t>
        </w:r>
        <w:proofErr w:type="spellEnd"/>
        <w:r w:rsidRPr="00AC5ABD">
          <w:rPr>
            <w:rFonts w:eastAsia="Comic Sans MS"/>
            <w:color w:val="0563C1"/>
            <w:szCs w:val="20"/>
            <w:u w:val="single"/>
          </w:rPr>
          <w:t xml:space="preserve"> </w:t>
        </w:r>
        <w:proofErr w:type="spellStart"/>
        <w:r w:rsidRPr="00AC5ABD">
          <w:rPr>
            <w:rFonts w:eastAsia="Comic Sans MS"/>
            <w:color w:val="0563C1"/>
            <w:szCs w:val="20"/>
            <w:u w:val="single"/>
          </w:rPr>
          <w:t>Tayfa</w:t>
        </w:r>
        <w:proofErr w:type="spellEnd"/>
        <w:r w:rsidRPr="00AC5ABD">
          <w:rPr>
            <w:rFonts w:eastAsia="Comic Sans MS"/>
            <w:color w:val="0563C1"/>
            <w:szCs w:val="20"/>
            <w:u w:val="single"/>
          </w:rPr>
          <w:t xml:space="preserve"> Bayrak </w:t>
        </w:r>
        <w:proofErr w:type="spellStart"/>
        <w:r w:rsidRPr="00AC5ABD">
          <w:rPr>
            <w:rFonts w:eastAsia="Comic Sans MS"/>
            <w:color w:val="0563C1"/>
            <w:szCs w:val="20"/>
            <w:u w:val="single"/>
          </w:rPr>
          <w:t>Yarışı</w:t>
        </w:r>
        <w:proofErr w:type="spellEnd"/>
      </w:hyperlink>
      <w:r w:rsidRPr="00AC5ABD">
        <w:rPr>
          <w:rFonts w:eastAsia="Comic Sans MS"/>
          <w:szCs w:val="20"/>
        </w:rPr>
        <w:t xml:space="preserve">: </w:t>
      </w:r>
    </w:p>
    <w:p w14:paraId="1E0C8073" w14:textId="3677360D" w:rsidR="00F627DB" w:rsidRPr="00AC5ABD" w:rsidRDefault="00CC4454">
      <w:pPr>
        <w:rPr>
          <w:szCs w:val="20"/>
        </w:rPr>
      </w:pPr>
      <w:r w:rsidRPr="00AC5ABD">
        <w:rPr>
          <w:rFonts w:eastAsia="Comic Sans MS"/>
          <w:szCs w:val="20"/>
        </w:rPr>
        <w:t xml:space="preserve">• </w:t>
      </w:r>
      <w:hyperlink r:id="rId15">
        <w:r w:rsidRPr="00AC5ABD">
          <w:rPr>
            <w:rFonts w:eastAsia="Comic Sans MS"/>
            <w:color w:val="0563C1"/>
            <w:szCs w:val="20"/>
            <w:u w:val="single"/>
          </w:rPr>
          <w:t xml:space="preserve">Ay </w:t>
        </w:r>
        <w:proofErr w:type="spellStart"/>
        <w:r w:rsidRPr="00AC5ABD">
          <w:rPr>
            <w:rFonts w:eastAsia="Comic Sans MS"/>
            <w:color w:val="0563C1"/>
            <w:szCs w:val="20"/>
            <w:u w:val="single"/>
          </w:rPr>
          <w:t>Yıldızlı</w:t>
        </w:r>
        <w:proofErr w:type="spellEnd"/>
        <w:r w:rsidRPr="00AC5ABD">
          <w:rPr>
            <w:rFonts w:eastAsia="Comic Sans MS"/>
            <w:color w:val="0563C1"/>
            <w:szCs w:val="20"/>
            <w:u w:val="single"/>
          </w:rPr>
          <w:t xml:space="preserve"> </w:t>
        </w:r>
        <w:proofErr w:type="spellStart"/>
        <w:r w:rsidRPr="00AC5ABD">
          <w:rPr>
            <w:rFonts w:eastAsia="Comic Sans MS"/>
            <w:color w:val="0563C1"/>
            <w:szCs w:val="20"/>
            <w:u w:val="single"/>
          </w:rPr>
          <w:t>Bayrağım</w:t>
        </w:r>
        <w:proofErr w:type="spellEnd"/>
        <w:r w:rsidRPr="00AC5ABD">
          <w:rPr>
            <w:rFonts w:eastAsia="Comic Sans MS"/>
            <w:color w:val="0563C1"/>
            <w:szCs w:val="20"/>
            <w:u w:val="single"/>
          </w:rPr>
          <w:t xml:space="preserve"> — Bayrak </w:t>
        </w:r>
        <w:proofErr w:type="spellStart"/>
        <w:r w:rsidRPr="00AC5ABD">
          <w:rPr>
            <w:rFonts w:eastAsia="Comic Sans MS"/>
            <w:color w:val="0563C1"/>
            <w:szCs w:val="20"/>
            <w:u w:val="single"/>
          </w:rPr>
          <w:t>Gösterisi</w:t>
        </w:r>
        <w:proofErr w:type="spellEnd"/>
      </w:hyperlink>
      <w:r w:rsidRPr="00AC5ABD">
        <w:rPr>
          <w:rFonts w:eastAsia="Comic Sans MS"/>
          <w:szCs w:val="20"/>
        </w:rPr>
        <w:t xml:space="preserve">: </w:t>
      </w:r>
    </w:p>
    <w:p w14:paraId="60A88D73" w14:textId="53E5EB0D" w:rsidR="00F627DB" w:rsidRPr="00AC5ABD" w:rsidRDefault="00CC4454">
      <w:pPr>
        <w:rPr>
          <w:szCs w:val="20"/>
        </w:rPr>
      </w:pPr>
      <w:r w:rsidRPr="00AC5ABD">
        <w:rPr>
          <w:rFonts w:eastAsia="Comic Sans MS"/>
          <w:szCs w:val="20"/>
        </w:rPr>
        <w:t xml:space="preserve">• </w:t>
      </w:r>
      <w:hyperlink r:id="rId16">
        <w:r w:rsidRPr="00AC5ABD">
          <w:rPr>
            <w:rFonts w:eastAsia="Comic Sans MS"/>
            <w:color w:val="0563C1"/>
            <w:szCs w:val="20"/>
            <w:u w:val="single"/>
          </w:rPr>
          <w:t xml:space="preserve">Ay </w:t>
        </w:r>
        <w:proofErr w:type="spellStart"/>
        <w:r w:rsidRPr="00AC5ABD">
          <w:rPr>
            <w:rFonts w:eastAsia="Comic Sans MS"/>
            <w:color w:val="0563C1"/>
            <w:szCs w:val="20"/>
            <w:u w:val="single"/>
          </w:rPr>
          <w:t>Yıldızlı</w:t>
        </w:r>
        <w:proofErr w:type="spellEnd"/>
        <w:r w:rsidRPr="00AC5ABD">
          <w:rPr>
            <w:rFonts w:eastAsia="Comic Sans MS"/>
            <w:color w:val="0563C1"/>
            <w:szCs w:val="20"/>
            <w:u w:val="single"/>
          </w:rPr>
          <w:t xml:space="preserve"> </w:t>
        </w:r>
        <w:proofErr w:type="spellStart"/>
        <w:r w:rsidRPr="00AC5ABD">
          <w:rPr>
            <w:rFonts w:eastAsia="Comic Sans MS"/>
            <w:color w:val="0563C1"/>
            <w:szCs w:val="20"/>
            <w:u w:val="single"/>
          </w:rPr>
          <w:t>Bayrağım</w:t>
        </w:r>
        <w:proofErr w:type="spellEnd"/>
        <w:r w:rsidRPr="00AC5ABD">
          <w:rPr>
            <w:rFonts w:eastAsia="Comic Sans MS"/>
            <w:color w:val="0563C1"/>
            <w:szCs w:val="20"/>
            <w:u w:val="single"/>
          </w:rPr>
          <w:t xml:space="preserve"> </w:t>
        </w:r>
        <w:proofErr w:type="spellStart"/>
        <w:r w:rsidRPr="00AC5ABD">
          <w:rPr>
            <w:rFonts w:eastAsia="Comic Sans MS"/>
            <w:color w:val="0563C1"/>
            <w:szCs w:val="20"/>
            <w:u w:val="single"/>
          </w:rPr>
          <w:t>Şarkısı</w:t>
        </w:r>
        <w:proofErr w:type="spellEnd"/>
      </w:hyperlink>
      <w:r w:rsidRPr="00AC5ABD">
        <w:rPr>
          <w:rFonts w:eastAsia="Comic Sans MS"/>
          <w:szCs w:val="20"/>
        </w:rPr>
        <w:t xml:space="preserve"> </w:t>
      </w:r>
    </w:p>
    <w:p w14:paraId="49742CC0" w14:textId="77777777" w:rsidR="004520DE" w:rsidRPr="00AC5ABD" w:rsidRDefault="00CC4454">
      <w:pPr>
        <w:rPr>
          <w:rFonts w:eastAsia="Comic Sans MS"/>
          <w:color w:val="0563C1"/>
          <w:szCs w:val="20"/>
          <w:u w:val="single"/>
        </w:rPr>
      </w:pPr>
      <w:r w:rsidRPr="00AC5ABD">
        <w:rPr>
          <w:rFonts w:eastAsia="Comic Sans MS"/>
          <w:szCs w:val="20"/>
        </w:rPr>
        <w:t xml:space="preserve">• </w:t>
      </w:r>
      <w:hyperlink r:id="rId17">
        <w:r w:rsidRPr="00AC5ABD">
          <w:rPr>
            <w:rFonts w:eastAsia="Comic Sans MS"/>
            <w:color w:val="0563C1"/>
            <w:szCs w:val="20"/>
            <w:u w:val="single"/>
          </w:rPr>
          <w:t xml:space="preserve">“Dünya </w:t>
        </w:r>
        <w:proofErr w:type="spellStart"/>
        <w:r w:rsidRPr="00AC5ABD">
          <w:rPr>
            <w:rFonts w:eastAsia="Comic Sans MS"/>
            <w:color w:val="0563C1"/>
            <w:szCs w:val="20"/>
            <w:u w:val="single"/>
          </w:rPr>
          <w:t>Bayrakları</w:t>
        </w:r>
        <w:proofErr w:type="spellEnd"/>
        <w:r w:rsidRPr="00AC5ABD">
          <w:rPr>
            <w:rFonts w:eastAsia="Comic Sans MS"/>
            <w:color w:val="0563C1"/>
            <w:szCs w:val="20"/>
            <w:u w:val="single"/>
          </w:rPr>
          <w:t xml:space="preserve"> </w:t>
        </w:r>
        <w:proofErr w:type="spellStart"/>
        <w:r w:rsidRPr="00AC5ABD">
          <w:rPr>
            <w:rFonts w:eastAsia="Comic Sans MS"/>
            <w:color w:val="0563C1"/>
            <w:szCs w:val="20"/>
            <w:u w:val="single"/>
          </w:rPr>
          <w:t>Eğitici</w:t>
        </w:r>
        <w:proofErr w:type="spellEnd"/>
        <w:r w:rsidRPr="00AC5ABD">
          <w:rPr>
            <w:rFonts w:eastAsia="Comic Sans MS"/>
            <w:color w:val="0563C1"/>
            <w:szCs w:val="20"/>
            <w:u w:val="single"/>
          </w:rPr>
          <w:t xml:space="preserve"> Film”</w:t>
        </w:r>
      </w:hyperlink>
    </w:p>
    <w:p w14:paraId="08E59C58" w14:textId="77777777" w:rsidR="004520DE" w:rsidRPr="00AC5ABD" w:rsidRDefault="001C145E" w:rsidP="004520DE">
      <w:pPr>
        <w:spacing w:after="60" w:line="240" w:lineRule="auto"/>
        <w:rPr>
          <w:szCs w:val="20"/>
        </w:rPr>
      </w:pPr>
      <w:hyperlink r:id="rId18">
        <w:r w:rsidR="004520DE" w:rsidRPr="00AC5ABD">
          <w:rPr>
            <w:color w:val="0563C1"/>
            <w:szCs w:val="20"/>
            <w:u w:val="single"/>
          </w:rPr>
          <w:t xml:space="preserve">Ay </w:t>
        </w:r>
        <w:proofErr w:type="spellStart"/>
        <w:r w:rsidR="004520DE" w:rsidRPr="00AC5ABD">
          <w:rPr>
            <w:color w:val="0563C1"/>
            <w:szCs w:val="20"/>
            <w:u w:val="single"/>
          </w:rPr>
          <w:t>yıldızlı</w:t>
        </w:r>
        <w:proofErr w:type="spellEnd"/>
        <w:r w:rsidR="004520DE" w:rsidRPr="00AC5ABD">
          <w:rPr>
            <w:color w:val="0563C1"/>
            <w:szCs w:val="20"/>
            <w:u w:val="single"/>
          </w:rPr>
          <w:t xml:space="preserve"> </w:t>
        </w:r>
        <w:proofErr w:type="spellStart"/>
        <w:r w:rsidR="004520DE" w:rsidRPr="00AC5ABD">
          <w:rPr>
            <w:color w:val="0563C1"/>
            <w:szCs w:val="20"/>
            <w:u w:val="single"/>
          </w:rPr>
          <w:t>Bayrağım</w:t>
        </w:r>
        <w:proofErr w:type="spellEnd"/>
        <w:r w:rsidR="004520DE" w:rsidRPr="00AC5ABD">
          <w:rPr>
            <w:color w:val="0563C1"/>
            <w:szCs w:val="20"/>
            <w:u w:val="single"/>
          </w:rPr>
          <w:t xml:space="preserve"> [Bayrak </w:t>
        </w:r>
        <w:proofErr w:type="spellStart"/>
        <w:r w:rsidR="004520DE" w:rsidRPr="00AC5ABD">
          <w:rPr>
            <w:color w:val="0563C1"/>
            <w:szCs w:val="20"/>
            <w:u w:val="single"/>
          </w:rPr>
          <w:t>Gösterisi</w:t>
        </w:r>
        <w:proofErr w:type="spellEnd"/>
        <w:r w:rsidR="004520DE" w:rsidRPr="00AC5ABD">
          <w:rPr>
            <w:color w:val="0563C1"/>
            <w:szCs w:val="20"/>
            <w:u w:val="single"/>
          </w:rPr>
          <w:t>]</w:t>
        </w:r>
      </w:hyperlink>
    </w:p>
    <w:p w14:paraId="6BAB803B" w14:textId="77777777" w:rsidR="004520DE" w:rsidRPr="00AC5ABD" w:rsidRDefault="001C145E" w:rsidP="004520DE">
      <w:pPr>
        <w:spacing w:after="60" w:line="240" w:lineRule="auto"/>
        <w:rPr>
          <w:szCs w:val="20"/>
        </w:rPr>
      </w:pPr>
      <w:hyperlink r:id="rId19">
        <w:r w:rsidR="004520DE" w:rsidRPr="00AC5ABD">
          <w:rPr>
            <w:color w:val="0563C1"/>
            <w:szCs w:val="20"/>
            <w:u w:val="single"/>
          </w:rPr>
          <w:t xml:space="preserve">Ay </w:t>
        </w:r>
        <w:proofErr w:type="spellStart"/>
        <w:r w:rsidR="004520DE" w:rsidRPr="00AC5ABD">
          <w:rPr>
            <w:color w:val="0563C1"/>
            <w:szCs w:val="20"/>
            <w:u w:val="single"/>
          </w:rPr>
          <w:t>yıldızlı</w:t>
        </w:r>
        <w:proofErr w:type="spellEnd"/>
        <w:r w:rsidR="004520DE" w:rsidRPr="00AC5ABD">
          <w:rPr>
            <w:color w:val="0563C1"/>
            <w:szCs w:val="20"/>
            <w:u w:val="single"/>
          </w:rPr>
          <w:t xml:space="preserve"> </w:t>
        </w:r>
        <w:proofErr w:type="spellStart"/>
        <w:r w:rsidR="004520DE" w:rsidRPr="00AC5ABD">
          <w:rPr>
            <w:color w:val="0563C1"/>
            <w:szCs w:val="20"/>
            <w:u w:val="single"/>
          </w:rPr>
          <w:t>Bayrağım</w:t>
        </w:r>
        <w:proofErr w:type="spellEnd"/>
        <w:r w:rsidR="004520DE" w:rsidRPr="00AC5ABD">
          <w:rPr>
            <w:color w:val="0563C1"/>
            <w:szCs w:val="20"/>
            <w:u w:val="single"/>
          </w:rPr>
          <w:t xml:space="preserve"> </w:t>
        </w:r>
        <w:proofErr w:type="spellStart"/>
        <w:r w:rsidR="004520DE" w:rsidRPr="00AC5ABD">
          <w:rPr>
            <w:color w:val="0563C1"/>
            <w:szCs w:val="20"/>
            <w:u w:val="single"/>
          </w:rPr>
          <w:t>Şarkısı</w:t>
        </w:r>
        <w:proofErr w:type="spellEnd"/>
      </w:hyperlink>
    </w:p>
    <w:p w14:paraId="2D635457" w14:textId="77777777" w:rsidR="004520DE" w:rsidRPr="00AC5ABD" w:rsidRDefault="004520DE" w:rsidP="004520DE">
      <w:pPr>
        <w:spacing w:after="60" w:line="240" w:lineRule="auto"/>
        <w:rPr>
          <w:szCs w:val="20"/>
        </w:rPr>
      </w:pPr>
    </w:p>
    <w:p w14:paraId="56A75FA7" w14:textId="77777777" w:rsidR="004520DE" w:rsidRPr="00AC5ABD" w:rsidRDefault="004520DE" w:rsidP="00AC5ABD">
      <w:pPr>
        <w:spacing w:after="0" w:line="240" w:lineRule="auto"/>
        <w:ind w:left="-284" w:right="-143"/>
        <w:rPr>
          <w:b/>
          <w:color w:val="ED7D31"/>
          <w:szCs w:val="20"/>
        </w:rPr>
      </w:pPr>
      <w:bookmarkStart w:id="0" w:name="_Hlk206801612"/>
      <w:r w:rsidRPr="00AC5ABD">
        <w:rPr>
          <w:rStyle w:val="Vurgu"/>
          <w:szCs w:val="20"/>
        </w:rPr>
        <w:t xml:space="preserve">Bu </w:t>
      </w:r>
      <w:proofErr w:type="spellStart"/>
      <w:r w:rsidRPr="00AC5ABD">
        <w:rPr>
          <w:rStyle w:val="Vurgu"/>
          <w:szCs w:val="20"/>
        </w:rPr>
        <w:t>içerikte</w:t>
      </w:r>
      <w:proofErr w:type="spellEnd"/>
      <w:r w:rsidRPr="00AC5ABD">
        <w:rPr>
          <w:rStyle w:val="Vurgu"/>
          <w:szCs w:val="20"/>
        </w:rPr>
        <w:t xml:space="preserve"> </w:t>
      </w:r>
      <w:proofErr w:type="spellStart"/>
      <w:r w:rsidRPr="00AC5ABD">
        <w:rPr>
          <w:rStyle w:val="Vurgu"/>
          <w:szCs w:val="20"/>
        </w:rPr>
        <w:t>yer</w:t>
      </w:r>
      <w:proofErr w:type="spellEnd"/>
      <w:r w:rsidRPr="00AC5ABD">
        <w:rPr>
          <w:rStyle w:val="Vurgu"/>
          <w:szCs w:val="20"/>
        </w:rPr>
        <w:t xml:space="preserve"> </w:t>
      </w:r>
      <w:proofErr w:type="spellStart"/>
      <w:r w:rsidRPr="00AC5ABD">
        <w:rPr>
          <w:rStyle w:val="Vurgu"/>
          <w:szCs w:val="20"/>
        </w:rPr>
        <w:t>alan</w:t>
      </w:r>
      <w:proofErr w:type="spellEnd"/>
      <w:r w:rsidRPr="00AC5ABD">
        <w:rPr>
          <w:rStyle w:val="Vurgu"/>
          <w:szCs w:val="20"/>
        </w:rPr>
        <w:t xml:space="preserve"> </w:t>
      </w:r>
      <w:proofErr w:type="spellStart"/>
      <w:r w:rsidRPr="00AC5ABD">
        <w:rPr>
          <w:rStyle w:val="Vurgu"/>
          <w:szCs w:val="20"/>
        </w:rPr>
        <w:t>yazı</w:t>
      </w:r>
      <w:proofErr w:type="spellEnd"/>
      <w:r w:rsidRPr="00AC5ABD">
        <w:rPr>
          <w:rStyle w:val="Vurgu"/>
          <w:szCs w:val="20"/>
        </w:rPr>
        <w:t xml:space="preserve">, </w:t>
      </w:r>
      <w:proofErr w:type="spellStart"/>
      <w:r w:rsidRPr="00AC5ABD">
        <w:rPr>
          <w:rStyle w:val="Vurgu"/>
          <w:szCs w:val="20"/>
        </w:rPr>
        <w:t>fotoğraf</w:t>
      </w:r>
      <w:proofErr w:type="spellEnd"/>
      <w:r w:rsidRPr="00AC5ABD">
        <w:rPr>
          <w:rStyle w:val="Vurgu"/>
          <w:szCs w:val="20"/>
        </w:rPr>
        <w:t xml:space="preserve"> </w:t>
      </w:r>
      <w:proofErr w:type="spellStart"/>
      <w:r w:rsidRPr="00AC5ABD">
        <w:rPr>
          <w:rStyle w:val="Vurgu"/>
          <w:szCs w:val="20"/>
        </w:rPr>
        <w:t>ve</w:t>
      </w:r>
      <w:proofErr w:type="spellEnd"/>
      <w:r w:rsidRPr="00AC5ABD">
        <w:rPr>
          <w:rStyle w:val="Vurgu"/>
          <w:szCs w:val="20"/>
        </w:rPr>
        <w:t xml:space="preserve"> </w:t>
      </w:r>
      <w:proofErr w:type="spellStart"/>
      <w:r w:rsidRPr="00AC5ABD">
        <w:rPr>
          <w:rStyle w:val="Vurgu"/>
          <w:szCs w:val="20"/>
        </w:rPr>
        <w:t>sair</w:t>
      </w:r>
      <w:proofErr w:type="spellEnd"/>
      <w:r w:rsidRPr="00AC5ABD">
        <w:rPr>
          <w:rStyle w:val="Vurgu"/>
          <w:szCs w:val="20"/>
        </w:rPr>
        <w:t xml:space="preserve"> </w:t>
      </w:r>
      <w:proofErr w:type="spellStart"/>
      <w:r w:rsidRPr="00AC5ABD">
        <w:rPr>
          <w:rStyle w:val="Vurgu"/>
          <w:szCs w:val="20"/>
        </w:rPr>
        <w:t>içeriklerin</w:t>
      </w:r>
      <w:proofErr w:type="spellEnd"/>
      <w:r w:rsidRPr="00AC5ABD">
        <w:rPr>
          <w:rStyle w:val="Vurgu"/>
          <w:szCs w:val="20"/>
        </w:rPr>
        <w:t xml:space="preserve">, </w:t>
      </w:r>
      <w:proofErr w:type="spellStart"/>
      <w:r w:rsidRPr="00AC5ABD">
        <w:rPr>
          <w:rStyle w:val="Vurgu"/>
          <w:szCs w:val="20"/>
        </w:rPr>
        <w:t>bireysel</w:t>
      </w:r>
      <w:proofErr w:type="spellEnd"/>
      <w:r w:rsidRPr="00AC5ABD">
        <w:rPr>
          <w:rStyle w:val="Vurgu"/>
          <w:szCs w:val="20"/>
        </w:rPr>
        <w:t xml:space="preserve"> </w:t>
      </w:r>
      <w:proofErr w:type="spellStart"/>
      <w:r w:rsidRPr="00AC5ABD">
        <w:rPr>
          <w:rStyle w:val="Vurgu"/>
          <w:szCs w:val="20"/>
        </w:rPr>
        <w:t>kullanım</w:t>
      </w:r>
      <w:proofErr w:type="spellEnd"/>
      <w:r w:rsidRPr="00AC5ABD">
        <w:rPr>
          <w:rStyle w:val="Vurgu"/>
          <w:szCs w:val="20"/>
        </w:rPr>
        <w:t xml:space="preserve"> </w:t>
      </w:r>
      <w:proofErr w:type="spellStart"/>
      <w:r w:rsidRPr="00AC5ABD">
        <w:rPr>
          <w:rStyle w:val="Vurgu"/>
          <w:szCs w:val="20"/>
        </w:rPr>
        <w:t>dışında</w:t>
      </w:r>
      <w:proofErr w:type="spellEnd"/>
      <w:r w:rsidRPr="00AC5ABD">
        <w:rPr>
          <w:rStyle w:val="Vurgu"/>
          <w:szCs w:val="20"/>
        </w:rPr>
        <w:t xml:space="preserve"> </w:t>
      </w:r>
      <w:proofErr w:type="spellStart"/>
      <w:r w:rsidRPr="00AC5ABD">
        <w:rPr>
          <w:rStyle w:val="Vurgu"/>
          <w:szCs w:val="20"/>
        </w:rPr>
        <w:t>izin</w:t>
      </w:r>
      <w:proofErr w:type="spellEnd"/>
      <w:r w:rsidRPr="00AC5ABD">
        <w:rPr>
          <w:rStyle w:val="Vurgu"/>
          <w:szCs w:val="20"/>
        </w:rPr>
        <w:t xml:space="preserve"> </w:t>
      </w:r>
      <w:proofErr w:type="spellStart"/>
      <w:r w:rsidRPr="00AC5ABD">
        <w:rPr>
          <w:rStyle w:val="Vurgu"/>
          <w:szCs w:val="20"/>
        </w:rPr>
        <w:t>alınmadan</w:t>
      </w:r>
      <w:proofErr w:type="spellEnd"/>
      <w:r w:rsidRPr="00AC5ABD">
        <w:rPr>
          <w:rStyle w:val="Vurgu"/>
          <w:szCs w:val="20"/>
        </w:rPr>
        <w:t xml:space="preserve"> </w:t>
      </w:r>
      <w:proofErr w:type="spellStart"/>
      <w:r w:rsidRPr="00AC5ABD">
        <w:rPr>
          <w:rStyle w:val="Vurgu"/>
          <w:szCs w:val="20"/>
        </w:rPr>
        <w:t>kısmen</w:t>
      </w:r>
      <w:proofErr w:type="spellEnd"/>
      <w:r w:rsidRPr="00AC5ABD">
        <w:rPr>
          <w:rStyle w:val="Vurgu"/>
          <w:szCs w:val="20"/>
        </w:rPr>
        <w:t xml:space="preserve"> </w:t>
      </w:r>
      <w:proofErr w:type="spellStart"/>
      <w:r w:rsidRPr="00AC5ABD">
        <w:rPr>
          <w:rStyle w:val="Vurgu"/>
          <w:szCs w:val="20"/>
        </w:rPr>
        <w:t>ya</w:t>
      </w:r>
      <w:proofErr w:type="spellEnd"/>
      <w:r w:rsidRPr="00AC5ABD">
        <w:rPr>
          <w:rStyle w:val="Vurgu"/>
          <w:szCs w:val="20"/>
        </w:rPr>
        <w:t xml:space="preserve"> da </w:t>
      </w:r>
      <w:proofErr w:type="spellStart"/>
      <w:r w:rsidRPr="00AC5ABD">
        <w:rPr>
          <w:rStyle w:val="Vurgu"/>
          <w:szCs w:val="20"/>
        </w:rPr>
        <w:t>tamamen</w:t>
      </w:r>
      <w:proofErr w:type="spellEnd"/>
      <w:r w:rsidRPr="00AC5ABD">
        <w:rPr>
          <w:rStyle w:val="Vurgu"/>
          <w:szCs w:val="20"/>
        </w:rPr>
        <w:t xml:space="preserve"> </w:t>
      </w:r>
      <w:proofErr w:type="spellStart"/>
      <w:r w:rsidRPr="00AC5ABD">
        <w:rPr>
          <w:rStyle w:val="Vurgu"/>
          <w:szCs w:val="20"/>
        </w:rPr>
        <w:t>kopyalanması</w:t>
      </w:r>
      <w:proofErr w:type="spellEnd"/>
      <w:r w:rsidRPr="00AC5ABD">
        <w:rPr>
          <w:rStyle w:val="Vurgu"/>
          <w:szCs w:val="20"/>
        </w:rPr>
        <w:t xml:space="preserve">, </w:t>
      </w:r>
      <w:proofErr w:type="spellStart"/>
      <w:r w:rsidRPr="00AC5ABD">
        <w:rPr>
          <w:rStyle w:val="Vurgu"/>
          <w:szCs w:val="20"/>
        </w:rPr>
        <w:t>çoğaltılması</w:t>
      </w:r>
      <w:proofErr w:type="spellEnd"/>
      <w:r w:rsidRPr="00AC5ABD">
        <w:rPr>
          <w:rStyle w:val="Vurgu"/>
          <w:szCs w:val="20"/>
        </w:rPr>
        <w:t xml:space="preserve">, </w:t>
      </w:r>
      <w:proofErr w:type="spellStart"/>
      <w:r w:rsidRPr="00AC5ABD">
        <w:rPr>
          <w:rStyle w:val="Vurgu"/>
          <w:szCs w:val="20"/>
        </w:rPr>
        <w:t>kullanılması</w:t>
      </w:r>
      <w:proofErr w:type="spellEnd"/>
      <w:r w:rsidRPr="00AC5ABD">
        <w:rPr>
          <w:rStyle w:val="Vurgu"/>
          <w:szCs w:val="20"/>
        </w:rPr>
        <w:t xml:space="preserve">, </w:t>
      </w:r>
      <w:proofErr w:type="spellStart"/>
      <w:r w:rsidRPr="00AC5ABD">
        <w:rPr>
          <w:rStyle w:val="Vurgu"/>
          <w:szCs w:val="20"/>
        </w:rPr>
        <w:t>yayınlanması</w:t>
      </w:r>
      <w:proofErr w:type="spellEnd"/>
      <w:r w:rsidRPr="00AC5ABD">
        <w:rPr>
          <w:rStyle w:val="Vurgu"/>
          <w:szCs w:val="20"/>
        </w:rPr>
        <w:t xml:space="preserve"> </w:t>
      </w:r>
      <w:proofErr w:type="spellStart"/>
      <w:r w:rsidRPr="00AC5ABD">
        <w:rPr>
          <w:rStyle w:val="Vurgu"/>
          <w:szCs w:val="20"/>
        </w:rPr>
        <w:t>ve</w:t>
      </w:r>
      <w:proofErr w:type="spellEnd"/>
      <w:r w:rsidRPr="00AC5ABD">
        <w:rPr>
          <w:rStyle w:val="Vurgu"/>
          <w:szCs w:val="20"/>
        </w:rPr>
        <w:t xml:space="preserve"> </w:t>
      </w:r>
      <w:proofErr w:type="spellStart"/>
      <w:r w:rsidRPr="00AC5ABD">
        <w:rPr>
          <w:rStyle w:val="Vurgu"/>
          <w:szCs w:val="20"/>
        </w:rPr>
        <w:t>dağıtılması</w:t>
      </w:r>
      <w:proofErr w:type="spellEnd"/>
      <w:r w:rsidRPr="00AC5ABD">
        <w:rPr>
          <w:rStyle w:val="Vurgu"/>
          <w:szCs w:val="20"/>
        </w:rPr>
        <w:t xml:space="preserve"> </w:t>
      </w:r>
      <w:proofErr w:type="spellStart"/>
      <w:r w:rsidRPr="00AC5ABD">
        <w:rPr>
          <w:rStyle w:val="Vurgu"/>
          <w:szCs w:val="20"/>
        </w:rPr>
        <w:t>yasaktır</w:t>
      </w:r>
      <w:proofErr w:type="spellEnd"/>
      <w:r w:rsidRPr="00AC5ABD">
        <w:rPr>
          <w:rStyle w:val="Vurgu"/>
          <w:szCs w:val="20"/>
        </w:rPr>
        <w:t xml:space="preserve">. </w:t>
      </w:r>
      <w:proofErr w:type="spellStart"/>
      <w:r w:rsidRPr="00AC5ABD">
        <w:rPr>
          <w:rStyle w:val="Vurgu"/>
          <w:szCs w:val="20"/>
        </w:rPr>
        <w:t>İçeriğin</w:t>
      </w:r>
      <w:proofErr w:type="spellEnd"/>
      <w:r w:rsidRPr="00AC5ABD">
        <w:rPr>
          <w:rStyle w:val="Vurgu"/>
          <w:szCs w:val="20"/>
        </w:rPr>
        <w:t xml:space="preserve"> </w:t>
      </w:r>
      <w:proofErr w:type="spellStart"/>
      <w:r w:rsidRPr="00AC5ABD">
        <w:rPr>
          <w:rStyle w:val="Vurgu"/>
          <w:szCs w:val="20"/>
        </w:rPr>
        <w:t>tüm</w:t>
      </w:r>
      <w:proofErr w:type="spellEnd"/>
      <w:r w:rsidRPr="00AC5ABD">
        <w:rPr>
          <w:rStyle w:val="Vurgu"/>
          <w:szCs w:val="20"/>
        </w:rPr>
        <w:t xml:space="preserve"> </w:t>
      </w:r>
      <w:proofErr w:type="spellStart"/>
      <w:r w:rsidRPr="00AC5ABD">
        <w:rPr>
          <w:rStyle w:val="Vurgu"/>
          <w:szCs w:val="20"/>
        </w:rPr>
        <w:t>hakları</w:t>
      </w:r>
      <w:proofErr w:type="spellEnd"/>
      <w:r w:rsidRPr="00AC5ABD">
        <w:rPr>
          <w:rStyle w:val="Vurgu"/>
          <w:szCs w:val="20"/>
        </w:rPr>
        <w:t xml:space="preserve"> </w:t>
      </w:r>
      <w:proofErr w:type="spellStart"/>
      <w:r w:rsidRPr="00AC5ABD">
        <w:rPr>
          <w:rStyle w:val="Vurgu"/>
          <w:szCs w:val="20"/>
        </w:rPr>
        <w:t>saklıdır</w:t>
      </w:r>
      <w:proofErr w:type="spellEnd"/>
      <w:r w:rsidRPr="00AC5ABD">
        <w:rPr>
          <w:rStyle w:val="Vurgu"/>
          <w:szCs w:val="20"/>
        </w:rPr>
        <w:t>.</w:t>
      </w:r>
      <w:r w:rsidRPr="00AC5ABD">
        <w:rPr>
          <w:szCs w:val="20"/>
        </w:rPr>
        <w:t xml:space="preserve"> </w:t>
      </w:r>
      <w:r w:rsidRPr="00AC5ABD">
        <w:rPr>
          <w:noProof/>
          <w:szCs w:val="20"/>
        </w:rPr>
        <w:drawing>
          <wp:inline distT="0" distB="0" distL="0" distR="0" wp14:anchorId="6E0D5F89" wp14:editId="1216EAC1">
            <wp:extent cx="438150" cy="219075"/>
            <wp:effectExtent l="0" t="0" r="0" b="9525"/>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438150" cy="219075"/>
                    </a:xfrm>
                    <a:prstGeom prst="rect">
                      <a:avLst/>
                    </a:prstGeom>
                    <a:noFill/>
                    <a:ln>
                      <a:noFill/>
                    </a:ln>
                  </pic:spPr>
                </pic:pic>
              </a:graphicData>
            </a:graphic>
          </wp:inline>
        </w:drawing>
      </w:r>
      <w:bookmarkEnd w:id="0"/>
    </w:p>
    <w:p w14:paraId="788FE4F3" w14:textId="5DBD7D13" w:rsidR="00F627DB" w:rsidRPr="00AC5ABD" w:rsidRDefault="00CC4454">
      <w:pPr>
        <w:rPr>
          <w:szCs w:val="20"/>
        </w:rPr>
      </w:pPr>
      <w:r w:rsidRPr="00AC5ABD">
        <w:rPr>
          <w:rFonts w:eastAsia="Comic Sans MS"/>
          <w:szCs w:val="20"/>
        </w:rPr>
        <w:t xml:space="preserve"> </w:t>
      </w:r>
    </w:p>
    <w:sectPr w:rsidR="00F627DB" w:rsidRPr="00AC5ABD" w:rsidSect="00034616">
      <w:headerReference w:type="default" r:id="rId21"/>
      <w:footerReference w:type="default" r:id="rId22"/>
      <w:pgSz w:w="11906" w:h="16838"/>
      <w:pgMar w:top="426" w:right="566" w:bottom="284" w:left="85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D3181DA" w14:textId="77777777" w:rsidR="001C145E" w:rsidRDefault="001C145E">
      <w:pPr>
        <w:spacing w:after="0" w:line="240" w:lineRule="auto"/>
      </w:pPr>
      <w:r>
        <w:separator/>
      </w:r>
    </w:p>
  </w:endnote>
  <w:endnote w:type="continuationSeparator" w:id="0">
    <w:p w14:paraId="38532CAF" w14:textId="77777777" w:rsidR="001C145E" w:rsidRDefault="001C14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omic Sans MS">
    <w:panose1 w:val="030F0702030302020204"/>
    <w:charset w:val="A2"/>
    <w:family w:val="script"/>
    <w:pitch w:val="variable"/>
    <w:sig w:usb0="00000687" w:usb1="00000013" w:usb2="00000000" w:usb3="00000000" w:csb0="0000009F" w:csb1="00000000"/>
  </w:font>
  <w:font w:name="Calibri">
    <w:panose1 w:val="020F0502020204030204"/>
    <w:charset w:val="A2"/>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65A342" w14:textId="77777777" w:rsidR="00F627DB" w:rsidRDefault="00F627DB">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163EBC6" w14:textId="77777777" w:rsidR="001C145E" w:rsidRDefault="001C145E">
      <w:pPr>
        <w:spacing w:after="0" w:line="240" w:lineRule="auto"/>
      </w:pPr>
      <w:r>
        <w:separator/>
      </w:r>
    </w:p>
  </w:footnote>
  <w:footnote w:type="continuationSeparator" w:id="0">
    <w:p w14:paraId="767057B9" w14:textId="77777777" w:rsidR="001C145E" w:rsidRDefault="001C145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E07E08" w14:textId="77777777" w:rsidR="00F627DB" w:rsidRDefault="00F627DB">
    <w:pPr>
      <w:pStyle w:val="stBilgi"/>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eNumara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eNumara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eMaddemi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eMaddemi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eNumara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eMaddemi"/>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proofState w:spelling="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16765F"/>
    <w:rsid w:val="001C145E"/>
    <w:rsid w:val="0029639D"/>
    <w:rsid w:val="00326F90"/>
    <w:rsid w:val="00344285"/>
    <w:rsid w:val="004520DE"/>
    <w:rsid w:val="00797345"/>
    <w:rsid w:val="007D7AEC"/>
    <w:rsid w:val="008D7014"/>
    <w:rsid w:val="009716D6"/>
    <w:rsid w:val="00AA1D8D"/>
    <w:rsid w:val="00AC5ABD"/>
    <w:rsid w:val="00B47730"/>
    <w:rsid w:val="00BA3FBF"/>
    <w:rsid w:val="00C819CF"/>
    <w:rsid w:val="00CB0664"/>
    <w:rsid w:val="00CC4454"/>
    <w:rsid w:val="00F627DB"/>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B377510"/>
  <w14:defaultImageDpi w14:val="330"/>
  <w15:docId w15:val="{EA7A566E-D86F-4EB8-AAF3-CAA2D9B0AE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80" w:line="252" w:lineRule="auto"/>
    </w:pPr>
    <w:rPr>
      <w:rFonts w:ascii="Comic Sans MS" w:hAnsi="Comic Sans MS"/>
      <w:color w:val="000000"/>
      <w:sz w:val="20"/>
    </w:rPr>
  </w:style>
  <w:style w:type="paragraph" w:styleId="Balk1">
    <w:name w:val="heading 1"/>
    <w:basedOn w:val="Normal"/>
    <w:next w:val="Normal"/>
    <w:link w:val="Balk1Char"/>
    <w:uiPriority w:val="9"/>
    <w:qFormat/>
    <w:rsid w:val="00FC693F"/>
    <w:pPr>
      <w:keepNext/>
      <w:keepLines/>
      <w:outlineLvl w:val="0"/>
    </w:pPr>
    <w:rPr>
      <w:rFonts w:asciiTheme="majorHAnsi" w:eastAsiaTheme="majorEastAsia" w:hAnsiTheme="majorHAnsi" w:cstheme="majorBidi"/>
      <w:b/>
      <w:bCs/>
      <w:szCs w:val="28"/>
    </w:rPr>
  </w:style>
  <w:style w:type="paragraph" w:styleId="Balk2">
    <w:name w:val="heading 2"/>
    <w:basedOn w:val="Normal"/>
    <w:next w:val="Normal"/>
    <w:link w:val="Balk2Char"/>
    <w:uiPriority w:val="9"/>
    <w:unhideWhenUsed/>
    <w:qFormat/>
    <w:rsid w:val="00FC693F"/>
    <w:pPr>
      <w:keepNext/>
      <w:keepLines/>
      <w:outlineLvl w:val="1"/>
    </w:pPr>
    <w:rPr>
      <w:rFonts w:asciiTheme="majorHAnsi" w:eastAsiaTheme="majorEastAsia" w:hAnsiTheme="majorHAnsi" w:cstheme="majorBidi"/>
      <w:b/>
      <w:bCs/>
      <w:szCs w:val="26"/>
    </w:rPr>
  </w:style>
  <w:style w:type="paragraph" w:styleId="Balk3">
    <w:name w:val="heading 3"/>
    <w:basedOn w:val="Normal"/>
    <w:next w:val="Normal"/>
    <w:link w:val="Balk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Balk4">
    <w:name w:val="heading 4"/>
    <w:basedOn w:val="Normal"/>
    <w:next w:val="Normal"/>
    <w:link w:val="Balk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Balk5">
    <w:name w:val="heading 5"/>
    <w:basedOn w:val="Normal"/>
    <w:next w:val="Normal"/>
    <w:link w:val="Balk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Balk6">
    <w:name w:val="heading 6"/>
    <w:basedOn w:val="Normal"/>
    <w:next w:val="Normal"/>
    <w:link w:val="Balk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Balk7">
    <w:name w:val="heading 7"/>
    <w:basedOn w:val="Normal"/>
    <w:next w:val="Normal"/>
    <w:link w:val="Balk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Balk8">
    <w:name w:val="heading 8"/>
    <w:basedOn w:val="Normal"/>
    <w:next w:val="Normal"/>
    <w:link w:val="Balk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Balk9">
    <w:name w:val="heading 9"/>
    <w:basedOn w:val="Normal"/>
    <w:next w:val="Normal"/>
    <w:link w:val="Balk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E618BF"/>
    <w:pPr>
      <w:tabs>
        <w:tab w:val="center" w:pos="4680"/>
        <w:tab w:val="right" w:pos="9360"/>
      </w:tabs>
      <w:spacing w:after="0" w:line="240" w:lineRule="auto"/>
    </w:pPr>
  </w:style>
  <w:style w:type="character" w:customStyle="1" w:styleId="stBilgiChar">
    <w:name w:val="Üst Bilgi Char"/>
    <w:basedOn w:val="VarsaylanParagrafYazTipi"/>
    <w:link w:val="stBilgi"/>
    <w:uiPriority w:val="99"/>
    <w:rsid w:val="00E618BF"/>
  </w:style>
  <w:style w:type="paragraph" w:styleId="AltBilgi">
    <w:name w:val="footer"/>
    <w:basedOn w:val="Normal"/>
    <w:link w:val="AltBilgiChar"/>
    <w:uiPriority w:val="99"/>
    <w:unhideWhenUsed/>
    <w:rsid w:val="00E618BF"/>
    <w:pPr>
      <w:tabs>
        <w:tab w:val="center" w:pos="4680"/>
        <w:tab w:val="right" w:pos="9360"/>
      </w:tabs>
      <w:spacing w:after="0" w:line="240" w:lineRule="auto"/>
    </w:pPr>
  </w:style>
  <w:style w:type="character" w:customStyle="1" w:styleId="AltBilgiChar">
    <w:name w:val="Alt Bilgi Char"/>
    <w:basedOn w:val="VarsaylanParagrafYazTipi"/>
    <w:link w:val="AltBilgi"/>
    <w:uiPriority w:val="99"/>
    <w:rsid w:val="00E618BF"/>
  </w:style>
  <w:style w:type="paragraph" w:styleId="AralkYok">
    <w:name w:val="No Spacing"/>
    <w:uiPriority w:val="1"/>
    <w:qFormat/>
    <w:rsid w:val="00FC693F"/>
    <w:pPr>
      <w:spacing w:after="0" w:line="240" w:lineRule="auto"/>
    </w:pPr>
  </w:style>
  <w:style w:type="character" w:customStyle="1" w:styleId="Balk1Char">
    <w:name w:val="Başlık 1 Char"/>
    <w:basedOn w:val="VarsaylanParagrafYazTipi"/>
    <w:link w:val="Balk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Balk2Char">
    <w:name w:val="Başlık 2 Char"/>
    <w:basedOn w:val="VarsaylanParagrafYazTipi"/>
    <w:link w:val="Balk2"/>
    <w:uiPriority w:val="9"/>
    <w:rsid w:val="00FC693F"/>
    <w:rPr>
      <w:rFonts w:asciiTheme="majorHAnsi" w:eastAsiaTheme="majorEastAsia" w:hAnsiTheme="majorHAnsi" w:cstheme="majorBidi"/>
      <w:b/>
      <w:bCs/>
      <w:color w:val="4F81BD" w:themeColor="accent1"/>
      <w:sz w:val="26"/>
      <w:szCs w:val="26"/>
    </w:rPr>
  </w:style>
  <w:style w:type="character" w:customStyle="1" w:styleId="Balk3Char">
    <w:name w:val="Başlık 3 Char"/>
    <w:basedOn w:val="VarsaylanParagrafYazTipi"/>
    <w:link w:val="Balk3"/>
    <w:uiPriority w:val="9"/>
    <w:rsid w:val="00FC693F"/>
    <w:rPr>
      <w:rFonts w:asciiTheme="majorHAnsi" w:eastAsiaTheme="majorEastAsia" w:hAnsiTheme="majorHAnsi" w:cstheme="majorBidi"/>
      <w:b/>
      <w:bCs/>
      <w:color w:val="4F81BD" w:themeColor="accent1"/>
    </w:rPr>
  </w:style>
  <w:style w:type="paragraph" w:styleId="KonuBal">
    <w:name w:val="Title"/>
    <w:basedOn w:val="Normal"/>
    <w:next w:val="Normal"/>
    <w:link w:val="KonuBalChar"/>
    <w:uiPriority w:val="10"/>
    <w:qFormat/>
    <w:rsid w:val="00FC693F"/>
    <w:pPr>
      <w:keepNext/>
      <w:contextualSpacing/>
    </w:pPr>
    <w:rPr>
      <w:rFonts w:asciiTheme="majorHAnsi" w:eastAsiaTheme="majorEastAsia" w:hAnsiTheme="majorHAnsi" w:cstheme="majorBidi"/>
      <w:b/>
      <w:spacing w:val="5"/>
      <w:kern w:val="28"/>
      <w:szCs w:val="52"/>
    </w:rPr>
  </w:style>
  <w:style w:type="character" w:customStyle="1" w:styleId="KonuBalChar">
    <w:name w:val="Konu Başlığı Char"/>
    <w:basedOn w:val="VarsaylanParagrafYazTipi"/>
    <w:link w:val="KonuBal"/>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ltyaz">
    <w:name w:val="Subtitle"/>
    <w:basedOn w:val="Normal"/>
    <w:next w:val="Normal"/>
    <w:link w:val="Altyaz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ltyazChar">
    <w:name w:val="Altyazı Char"/>
    <w:basedOn w:val="VarsaylanParagrafYazTipi"/>
    <w:link w:val="Altyaz"/>
    <w:uiPriority w:val="11"/>
    <w:rsid w:val="00FC693F"/>
    <w:rPr>
      <w:rFonts w:asciiTheme="majorHAnsi" w:eastAsiaTheme="majorEastAsia" w:hAnsiTheme="majorHAnsi" w:cstheme="majorBidi"/>
      <w:i/>
      <w:iCs/>
      <w:color w:val="4F81BD" w:themeColor="accent1"/>
      <w:spacing w:val="15"/>
      <w:sz w:val="24"/>
      <w:szCs w:val="24"/>
    </w:rPr>
  </w:style>
  <w:style w:type="paragraph" w:styleId="ListeParagraf">
    <w:name w:val="List Paragraph"/>
    <w:basedOn w:val="Normal"/>
    <w:uiPriority w:val="34"/>
    <w:qFormat/>
    <w:rsid w:val="00FC693F"/>
    <w:pPr>
      <w:ind w:left="720"/>
      <w:contextualSpacing/>
    </w:pPr>
  </w:style>
  <w:style w:type="paragraph" w:styleId="GvdeMetni">
    <w:name w:val="Body Text"/>
    <w:basedOn w:val="Normal"/>
    <w:link w:val="GvdeMetniChar"/>
    <w:uiPriority w:val="99"/>
    <w:unhideWhenUsed/>
    <w:rsid w:val="00AA1D8D"/>
    <w:pPr>
      <w:spacing w:after="120"/>
    </w:pPr>
  </w:style>
  <w:style w:type="character" w:customStyle="1" w:styleId="GvdeMetniChar">
    <w:name w:val="Gövde Metni Char"/>
    <w:basedOn w:val="VarsaylanParagrafYazTipi"/>
    <w:link w:val="GvdeMetni"/>
    <w:uiPriority w:val="99"/>
    <w:rsid w:val="00AA1D8D"/>
  </w:style>
  <w:style w:type="paragraph" w:styleId="GvdeMetni2">
    <w:name w:val="Body Text 2"/>
    <w:basedOn w:val="Normal"/>
    <w:link w:val="GvdeMetni2Char"/>
    <w:uiPriority w:val="99"/>
    <w:unhideWhenUsed/>
    <w:rsid w:val="00AA1D8D"/>
    <w:pPr>
      <w:spacing w:after="120" w:line="480" w:lineRule="auto"/>
    </w:pPr>
  </w:style>
  <w:style w:type="character" w:customStyle="1" w:styleId="GvdeMetni2Char">
    <w:name w:val="Gövde Metni 2 Char"/>
    <w:basedOn w:val="VarsaylanParagrafYazTipi"/>
    <w:link w:val="GvdeMetni2"/>
    <w:uiPriority w:val="99"/>
    <w:rsid w:val="00AA1D8D"/>
  </w:style>
  <w:style w:type="paragraph" w:styleId="GvdeMetni3">
    <w:name w:val="Body Text 3"/>
    <w:basedOn w:val="Normal"/>
    <w:link w:val="GvdeMetni3Char"/>
    <w:uiPriority w:val="99"/>
    <w:unhideWhenUsed/>
    <w:rsid w:val="00AA1D8D"/>
    <w:pPr>
      <w:spacing w:after="120"/>
    </w:pPr>
    <w:rPr>
      <w:sz w:val="16"/>
      <w:szCs w:val="16"/>
    </w:rPr>
  </w:style>
  <w:style w:type="character" w:customStyle="1" w:styleId="GvdeMetni3Char">
    <w:name w:val="Gövde Metni 3 Char"/>
    <w:basedOn w:val="VarsaylanParagrafYazTipi"/>
    <w:link w:val="GvdeMetni3"/>
    <w:uiPriority w:val="99"/>
    <w:rsid w:val="00AA1D8D"/>
    <w:rPr>
      <w:sz w:val="16"/>
      <w:szCs w:val="16"/>
    </w:rPr>
  </w:style>
  <w:style w:type="paragraph" w:styleId="Liste">
    <w:name w:val="List"/>
    <w:basedOn w:val="Normal"/>
    <w:uiPriority w:val="99"/>
    <w:unhideWhenUsed/>
    <w:rsid w:val="00AA1D8D"/>
    <w:pPr>
      <w:ind w:left="360" w:hanging="360"/>
      <w:contextualSpacing/>
    </w:pPr>
  </w:style>
  <w:style w:type="paragraph" w:styleId="Liste2">
    <w:name w:val="List 2"/>
    <w:basedOn w:val="Normal"/>
    <w:uiPriority w:val="99"/>
    <w:unhideWhenUsed/>
    <w:rsid w:val="00326F90"/>
    <w:pPr>
      <w:ind w:left="720" w:hanging="360"/>
      <w:contextualSpacing/>
    </w:pPr>
  </w:style>
  <w:style w:type="paragraph" w:styleId="Liste3">
    <w:name w:val="List 3"/>
    <w:basedOn w:val="Normal"/>
    <w:uiPriority w:val="99"/>
    <w:unhideWhenUsed/>
    <w:rsid w:val="00326F90"/>
    <w:pPr>
      <w:ind w:left="1080" w:hanging="360"/>
      <w:contextualSpacing/>
    </w:pPr>
  </w:style>
  <w:style w:type="paragraph" w:styleId="ListeMaddemi">
    <w:name w:val="List Bullet"/>
    <w:basedOn w:val="Normal"/>
    <w:uiPriority w:val="99"/>
    <w:unhideWhenUsed/>
    <w:rsid w:val="00326F90"/>
    <w:pPr>
      <w:numPr>
        <w:numId w:val="1"/>
      </w:numPr>
      <w:contextualSpacing/>
    </w:pPr>
  </w:style>
  <w:style w:type="paragraph" w:styleId="ListeMaddemi2">
    <w:name w:val="List Bullet 2"/>
    <w:basedOn w:val="Normal"/>
    <w:uiPriority w:val="99"/>
    <w:unhideWhenUsed/>
    <w:rsid w:val="00326F90"/>
    <w:pPr>
      <w:numPr>
        <w:numId w:val="2"/>
      </w:numPr>
      <w:contextualSpacing/>
    </w:pPr>
  </w:style>
  <w:style w:type="paragraph" w:styleId="ListeMaddemi3">
    <w:name w:val="List Bullet 3"/>
    <w:basedOn w:val="Normal"/>
    <w:uiPriority w:val="99"/>
    <w:unhideWhenUsed/>
    <w:rsid w:val="00326F90"/>
    <w:pPr>
      <w:numPr>
        <w:numId w:val="3"/>
      </w:numPr>
      <w:contextualSpacing/>
    </w:pPr>
  </w:style>
  <w:style w:type="paragraph" w:styleId="ListeNumaras">
    <w:name w:val="List Number"/>
    <w:basedOn w:val="Normal"/>
    <w:uiPriority w:val="99"/>
    <w:unhideWhenUsed/>
    <w:rsid w:val="00326F90"/>
    <w:pPr>
      <w:numPr>
        <w:numId w:val="5"/>
      </w:numPr>
      <w:contextualSpacing/>
    </w:pPr>
  </w:style>
  <w:style w:type="paragraph" w:styleId="ListeNumaras2">
    <w:name w:val="List Number 2"/>
    <w:basedOn w:val="Normal"/>
    <w:uiPriority w:val="99"/>
    <w:unhideWhenUsed/>
    <w:rsid w:val="0029639D"/>
    <w:pPr>
      <w:numPr>
        <w:numId w:val="6"/>
      </w:numPr>
      <w:contextualSpacing/>
    </w:pPr>
  </w:style>
  <w:style w:type="paragraph" w:styleId="ListeNumaras3">
    <w:name w:val="List Number 3"/>
    <w:basedOn w:val="Normal"/>
    <w:uiPriority w:val="99"/>
    <w:unhideWhenUsed/>
    <w:rsid w:val="0029639D"/>
    <w:pPr>
      <w:numPr>
        <w:numId w:val="7"/>
      </w:numPr>
      <w:contextualSpacing/>
    </w:pPr>
  </w:style>
  <w:style w:type="paragraph" w:styleId="ListeDevam">
    <w:name w:val="List Continue"/>
    <w:basedOn w:val="Normal"/>
    <w:uiPriority w:val="99"/>
    <w:unhideWhenUsed/>
    <w:rsid w:val="0029639D"/>
    <w:pPr>
      <w:spacing w:after="120"/>
      <w:ind w:left="360"/>
      <w:contextualSpacing/>
    </w:pPr>
  </w:style>
  <w:style w:type="paragraph" w:styleId="ListeDevam2">
    <w:name w:val="List Continue 2"/>
    <w:basedOn w:val="Normal"/>
    <w:uiPriority w:val="99"/>
    <w:unhideWhenUsed/>
    <w:rsid w:val="0029639D"/>
    <w:pPr>
      <w:spacing w:after="120"/>
      <w:ind w:left="720"/>
      <w:contextualSpacing/>
    </w:pPr>
  </w:style>
  <w:style w:type="paragraph" w:styleId="ListeDevam3">
    <w:name w:val="List Continue 3"/>
    <w:basedOn w:val="Normal"/>
    <w:uiPriority w:val="99"/>
    <w:unhideWhenUsed/>
    <w:rsid w:val="0029639D"/>
    <w:pPr>
      <w:spacing w:after="120"/>
      <w:ind w:left="1080"/>
      <w:contextualSpacing/>
    </w:pPr>
  </w:style>
  <w:style w:type="paragraph" w:styleId="MakroMetni">
    <w:name w:val="macro"/>
    <w:link w:val="MakroMetni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MetniChar">
    <w:name w:val="Makro Metni Char"/>
    <w:basedOn w:val="VarsaylanParagrafYazTipi"/>
    <w:link w:val="MakroMetni"/>
    <w:uiPriority w:val="99"/>
    <w:rsid w:val="0029639D"/>
    <w:rPr>
      <w:rFonts w:ascii="Courier" w:hAnsi="Courier"/>
      <w:sz w:val="20"/>
      <w:szCs w:val="20"/>
    </w:rPr>
  </w:style>
  <w:style w:type="paragraph" w:styleId="Alnt">
    <w:name w:val="Quote"/>
    <w:basedOn w:val="Normal"/>
    <w:next w:val="Normal"/>
    <w:link w:val="AlntChar"/>
    <w:uiPriority w:val="29"/>
    <w:qFormat/>
    <w:rsid w:val="00FC693F"/>
    <w:rPr>
      <w:i/>
      <w:iCs/>
      <w:color w:val="000000" w:themeColor="text1"/>
    </w:rPr>
  </w:style>
  <w:style w:type="character" w:customStyle="1" w:styleId="AlntChar">
    <w:name w:val="Alıntı Char"/>
    <w:basedOn w:val="VarsaylanParagrafYazTipi"/>
    <w:link w:val="Alnt"/>
    <w:uiPriority w:val="29"/>
    <w:rsid w:val="00FC693F"/>
    <w:rPr>
      <w:i/>
      <w:iCs/>
      <w:color w:val="000000" w:themeColor="text1"/>
    </w:rPr>
  </w:style>
  <w:style w:type="character" w:customStyle="1" w:styleId="Balk4Char">
    <w:name w:val="Başlık 4 Char"/>
    <w:basedOn w:val="VarsaylanParagrafYazTipi"/>
    <w:link w:val="Balk4"/>
    <w:uiPriority w:val="9"/>
    <w:semiHidden/>
    <w:rsid w:val="00FC693F"/>
    <w:rPr>
      <w:rFonts w:asciiTheme="majorHAnsi" w:eastAsiaTheme="majorEastAsia" w:hAnsiTheme="majorHAnsi" w:cstheme="majorBidi"/>
      <w:b/>
      <w:bCs/>
      <w:i/>
      <w:iCs/>
      <w:color w:val="4F81BD" w:themeColor="accent1"/>
    </w:rPr>
  </w:style>
  <w:style w:type="character" w:customStyle="1" w:styleId="Balk5Char">
    <w:name w:val="Başlık 5 Char"/>
    <w:basedOn w:val="VarsaylanParagrafYazTipi"/>
    <w:link w:val="Balk5"/>
    <w:uiPriority w:val="9"/>
    <w:semiHidden/>
    <w:rsid w:val="00FC693F"/>
    <w:rPr>
      <w:rFonts w:asciiTheme="majorHAnsi" w:eastAsiaTheme="majorEastAsia" w:hAnsiTheme="majorHAnsi" w:cstheme="majorBidi"/>
      <w:color w:val="243F60" w:themeColor="accent1" w:themeShade="7F"/>
    </w:rPr>
  </w:style>
  <w:style w:type="character" w:customStyle="1" w:styleId="Balk6Char">
    <w:name w:val="Başlık 6 Char"/>
    <w:basedOn w:val="VarsaylanParagrafYazTipi"/>
    <w:link w:val="Balk6"/>
    <w:uiPriority w:val="9"/>
    <w:semiHidden/>
    <w:rsid w:val="00FC693F"/>
    <w:rPr>
      <w:rFonts w:asciiTheme="majorHAnsi" w:eastAsiaTheme="majorEastAsia" w:hAnsiTheme="majorHAnsi" w:cstheme="majorBidi"/>
      <w:i/>
      <w:iCs/>
      <w:color w:val="243F60" w:themeColor="accent1" w:themeShade="7F"/>
    </w:rPr>
  </w:style>
  <w:style w:type="character" w:customStyle="1" w:styleId="Balk7Char">
    <w:name w:val="Başlık 7 Char"/>
    <w:basedOn w:val="VarsaylanParagrafYazTipi"/>
    <w:link w:val="Balk7"/>
    <w:uiPriority w:val="9"/>
    <w:semiHidden/>
    <w:rsid w:val="00FC693F"/>
    <w:rPr>
      <w:rFonts w:asciiTheme="majorHAnsi" w:eastAsiaTheme="majorEastAsia" w:hAnsiTheme="majorHAnsi" w:cstheme="majorBidi"/>
      <w:i/>
      <w:iCs/>
      <w:color w:val="404040" w:themeColor="text1" w:themeTint="BF"/>
    </w:rPr>
  </w:style>
  <w:style w:type="character" w:customStyle="1" w:styleId="Balk8Char">
    <w:name w:val="Başlık 8 Char"/>
    <w:basedOn w:val="VarsaylanParagrafYazTipi"/>
    <w:link w:val="Balk8"/>
    <w:uiPriority w:val="9"/>
    <w:semiHidden/>
    <w:rsid w:val="00FC693F"/>
    <w:rPr>
      <w:rFonts w:asciiTheme="majorHAnsi" w:eastAsiaTheme="majorEastAsia" w:hAnsiTheme="majorHAnsi" w:cstheme="majorBidi"/>
      <w:color w:val="4F81BD" w:themeColor="accent1"/>
      <w:sz w:val="20"/>
      <w:szCs w:val="20"/>
    </w:rPr>
  </w:style>
  <w:style w:type="character" w:customStyle="1" w:styleId="Balk9Char">
    <w:name w:val="Başlık 9 Char"/>
    <w:basedOn w:val="VarsaylanParagrafYazTipi"/>
    <w:link w:val="Balk9"/>
    <w:uiPriority w:val="9"/>
    <w:semiHidden/>
    <w:rsid w:val="00FC693F"/>
    <w:rPr>
      <w:rFonts w:asciiTheme="majorHAnsi" w:eastAsiaTheme="majorEastAsia" w:hAnsiTheme="majorHAnsi" w:cstheme="majorBidi"/>
      <w:i/>
      <w:iCs/>
      <w:color w:val="404040" w:themeColor="text1" w:themeTint="BF"/>
      <w:sz w:val="20"/>
      <w:szCs w:val="20"/>
    </w:rPr>
  </w:style>
  <w:style w:type="paragraph" w:styleId="ResimYazs">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Gl">
    <w:name w:val="Strong"/>
    <w:basedOn w:val="VarsaylanParagrafYazTipi"/>
    <w:uiPriority w:val="22"/>
    <w:qFormat/>
    <w:rsid w:val="00FC693F"/>
    <w:rPr>
      <w:b/>
      <w:bCs/>
    </w:rPr>
  </w:style>
  <w:style w:type="character" w:styleId="Vurgu">
    <w:name w:val="Emphasis"/>
    <w:basedOn w:val="VarsaylanParagrafYazTipi"/>
    <w:uiPriority w:val="20"/>
    <w:qFormat/>
    <w:rsid w:val="00FC693F"/>
    <w:rPr>
      <w:i/>
      <w:iCs/>
    </w:rPr>
  </w:style>
  <w:style w:type="paragraph" w:styleId="GlAlnt">
    <w:name w:val="Intense Quote"/>
    <w:basedOn w:val="Normal"/>
    <w:next w:val="Normal"/>
    <w:link w:val="GlAlntChar"/>
    <w:uiPriority w:val="30"/>
    <w:qFormat/>
    <w:rsid w:val="00FC693F"/>
    <w:pPr>
      <w:spacing w:before="200" w:after="280"/>
      <w:ind w:left="936" w:right="936"/>
    </w:pPr>
    <w:rPr>
      <w:b/>
      <w:bCs/>
      <w:i/>
      <w:iCs/>
      <w:color w:val="4F81BD" w:themeColor="accent1"/>
    </w:rPr>
  </w:style>
  <w:style w:type="character" w:customStyle="1" w:styleId="GlAlntChar">
    <w:name w:val="Güçlü Alıntı Char"/>
    <w:basedOn w:val="VarsaylanParagrafYazTipi"/>
    <w:link w:val="GlAlnt"/>
    <w:uiPriority w:val="30"/>
    <w:rsid w:val="00FC693F"/>
    <w:rPr>
      <w:b/>
      <w:bCs/>
      <w:i/>
      <w:iCs/>
      <w:color w:val="4F81BD" w:themeColor="accent1"/>
    </w:rPr>
  </w:style>
  <w:style w:type="character" w:styleId="HafifVurgulama">
    <w:name w:val="Subtle Emphasis"/>
    <w:basedOn w:val="VarsaylanParagrafYazTipi"/>
    <w:uiPriority w:val="19"/>
    <w:qFormat/>
    <w:rsid w:val="00FC693F"/>
    <w:rPr>
      <w:i/>
      <w:iCs/>
      <w:color w:val="808080" w:themeColor="text1" w:themeTint="7F"/>
    </w:rPr>
  </w:style>
  <w:style w:type="character" w:styleId="GlVurgulama">
    <w:name w:val="Intense Emphasis"/>
    <w:basedOn w:val="VarsaylanParagrafYazTipi"/>
    <w:uiPriority w:val="21"/>
    <w:qFormat/>
    <w:rsid w:val="00FC693F"/>
    <w:rPr>
      <w:b/>
      <w:bCs/>
      <w:i/>
      <w:iCs/>
      <w:color w:val="4F81BD" w:themeColor="accent1"/>
    </w:rPr>
  </w:style>
  <w:style w:type="character" w:styleId="HafifBavuru">
    <w:name w:val="Subtle Reference"/>
    <w:basedOn w:val="VarsaylanParagrafYazTipi"/>
    <w:uiPriority w:val="31"/>
    <w:qFormat/>
    <w:rsid w:val="00FC693F"/>
    <w:rPr>
      <w:smallCaps/>
      <w:color w:val="C0504D" w:themeColor="accent2"/>
      <w:u w:val="single"/>
    </w:rPr>
  </w:style>
  <w:style w:type="character" w:styleId="GlBavuru">
    <w:name w:val="Intense Reference"/>
    <w:basedOn w:val="VarsaylanParagrafYazTipi"/>
    <w:uiPriority w:val="32"/>
    <w:qFormat/>
    <w:rsid w:val="00FC693F"/>
    <w:rPr>
      <w:b/>
      <w:bCs/>
      <w:smallCaps/>
      <w:color w:val="C0504D" w:themeColor="accent2"/>
      <w:spacing w:val="5"/>
      <w:u w:val="single"/>
    </w:rPr>
  </w:style>
  <w:style w:type="character" w:styleId="KitapBal">
    <w:name w:val="Book Title"/>
    <w:basedOn w:val="VarsaylanParagrafYazTipi"/>
    <w:uiPriority w:val="33"/>
    <w:qFormat/>
    <w:rsid w:val="00FC693F"/>
    <w:rPr>
      <w:b/>
      <w:bCs/>
      <w:smallCaps/>
      <w:spacing w:val="5"/>
    </w:rPr>
  </w:style>
  <w:style w:type="paragraph" w:styleId="TBal">
    <w:name w:val="TOC Heading"/>
    <w:basedOn w:val="Balk1"/>
    <w:next w:val="Normal"/>
    <w:uiPriority w:val="39"/>
    <w:semiHidden/>
    <w:unhideWhenUsed/>
    <w:qFormat/>
    <w:rsid w:val="00FC693F"/>
    <w:pPr>
      <w:outlineLvl w:val="9"/>
    </w:pPr>
  </w:style>
  <w:style w:type="table" w:styleId="TabloKlavuzu">
    <w:name w:val="Table Grid"/>
    <w:basedOn w:val="NormalTablo"/>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kGlgeleme">
    <w:name w:val="Light Shading"/>
    <w:basedOn w:val="NormalTablo"/>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AkGlgeleme-Vurgu1">
    <w:name w:val="Light Shading Accent 1"/>
    <w:basedOn w:val="NormalTablo"/>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AkGlgeleme-Vurgu2">
    <w:name w:val="Light Shading Accent 2"/>
    <w:basedOn w:val="NormalTablo"/>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AkGlgeleme-Vurgu3">
    <w:name w:val="Light Shading Accent 3"/>
    <w:basedOn w:val="NormalTablo"/>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AkGlgeleme-Vurgu4">
    <w:name w:val="Light Shading Accent 4"/>
    <w:basedOn w:val="NormalTablo"/>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AkGlgeleme-Vurgu5">
    <w:name w:val="Light Shading Accent 5"/>
    <w:basedOn w:val="NormalTablo"/>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AkGlgeleme-Vurgu6">
    <w:name w:val="Light Shading Accent 6"/>
    <w:basedOn w:val="NormalTablo"/>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kListe">
    <w:name w:val="Light List"/>
    <w:basedOn w:val="NormalTablo"/>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AkListe-Vurgu1">
    <w:name w:val="Light List Accent 1"/>
    <w:basedOn w:val="NormalTablo"/>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AkListe-Vurgu2">
    <w:name w:val="Light List Accent 2"/>
    <w:basedOn w:val="NormalTablo"/>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AkListe-Vurgu3">
    <w:name w:val="Light List Accent 3"/>
    <w:basedOn w:val="NormalTablo"/>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AkListe-Vurgu4">
    <w:name w:val="Light List Accent 4"/>
    <w:basedOn w:val="NormalTablo"/>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AkListe-Vurgu5">
    <w:name w:val="Light List Accent 5"/>
    <w:basedOn w:val="NormalTablo"/>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AkListe-Vurgu6">
    <w:name w:val="Light List Accent 6"/>
    <w:basedOn w:val="NormalTablo"/>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kKlavuz">
    <w:name w:val="Light Grid"/>
    <w:basedOn w:val="NormalTablo"/>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AkKlavuz-Vurgu1">
    <w:name w:val="Light Grid Accent 1"/>
    <w:basedOn w:val="NormalTablo"/>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AkKlavuz-Vurgu2">
    <w:name w:val="Light Grid Accent 2"/>
    <w:basedOn w:val="NormalTablo"/>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AkKlavuz-Vurgu3">
    <w:name w:val="Light Grid Accent 3"/>
    <w:basedOn w:val="NormalTablo"/>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AkKlavuz-Vurgu4">
    <w:name w:val="Light Grid Accent 4"/>
    <w:basedOn w:val="NormalTablo"/>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AkKlavuz-Vurgu5">
    <w:name w:val="Light Grid Accent 5"/>
    <w:basedOn w:val="NormalTablo"/>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AkKlavuz-Vurgu6">
    <w:name w:val="Light Grid Accent 6"/>
    <w:basedOn w:val="NormalTablo"/>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OrtaGlgeleme1">
    <w:name w:val="Medium Shading 1"/>
    <w:basedOn w:val="NormalTablo"/>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OrtaGlgeleme1-Vurgu1">
    <w:name w:val="Medium Shading 1 Accent 1"/>
    <w:basedOn w:val="NormalTablo"/>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OrtaGlgeleme1-Vurgu2">
    <w:name w:val="Medium Shading 1 Accent 2"/>
    <w:basedOn w:val="NormalTablo"/>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OrtaGlgeleme1-Vurgu3">
    <w:name w:val="Medium Shading 1 Accent 3"/>
    <w:basedOn w:val="NormalTablo"/>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OrtaGlgeleme1-Vurgu4">
    <w:name w:val="Medium Shading 1 Accent 4"/>
    <w:basedOn w:val="NormalTablo"/>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OrtaGlgeleme1-Vurgu5">
    <w:name w:val="Medium Shading 1 Accent 5"/>
    <w:basedOn w:val="NormalTablo"/>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OrtaGlgeleme1-Vurgu6">
    <w:name w:val="Medium Shading 1 Accent 6"/>
    <w:basedOn w:val="NormalTablo"/>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OrtaGlgeleme2">
    <w:name w:val="Medium Shading 2"/>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1">
    <w:name w:val="Medium Shading 2 Accent 1"/>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2">
    <w:name w:val="Medium Shading 2 Accent 2"/>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3">
    <w:name w:val="Medium Shading 2 Accent 3"/>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4">
    <w:name w:val="Medium Shading 2 Accent 4"/>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5">
    <w:name w:val="Medium Shading 2 Accent 5"/>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6">
    <w:name w:val="Medium Shading 2 Accent 6"/>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Liste1">
    <w:name w:val="Medium List 1"/>
    <w:basedOn w:val="NormalTablo"/>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OrtaListe1-Vurgu1">
    <w:name w:val="Medium List 1 Accent 1"/>
    <w:basedOn w:val="NormalTablo"/>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OrtaListe1-Vurgu2">
    <w:name w:val="Medium List 1 Accent 2"/>
    <w:basedOn w:val="NormalTablo"/>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OrtaListe1-Vurgu3">
    <w:name w:val="Medium List 1 Accent 3"/>
    <w:basedOn w:val="NormalTablo"/>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OrtaListe1-Vurgu4">
    <w:name w:val="Medium List 1 Accent 4"/>
    <w:basedOn w:val="NormalTablo"/>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OrtaListe1-Vurgu5">
    <w:name w:val="Medium List 1 Accent 5"/>
    <w:basedOn w:val="NormalTablo"/>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OrtaListe1-Vurgu6">
    <w:name w:val="Medium List 1 Accent 6"/>
    <w:basedOn w:val="NormalTablo"/>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OrtaListe2">
    <w:name w:val="Medium List 2"/>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2-Vurgu1">
    <w:name w:val="Medium List 2 Accent 1"/>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2">
    <w:name w:val="Medium List 2 Accent 2"/>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3">
    <w:name w:val="Medium List 2 Accent 3"/>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4">
    <w:name w:val="Medium List 2 Accent 4"/>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5">
    <w:name w:val="Medium List 2 Accent 5"/>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6">
    <w:name w:val="Medium List 2 Accent 6"/>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OrtaKlavuz1">
    <w:name w:val="Medium Grid 1"/>
    <w:basedOn w:val="NormalTablo"/>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OrtaKlavuz1-Vurgu1">
    <w:name w:val="Medium Grid 1 Accent 1"/>
    <w:basedOn w:val="NormalTablo"/>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OrtaKlavuz1-Vurgu2">
    <w:name w:val="Medium Grid 1 Accent 2"/>
    <w:basedOn w:val="NormalTablo"/>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OrtaKlavuz1-Vurgu3">
    <w:name w:val="Medium Grid 1 Accent 3"/>
    <w:basedOn w:val="NormalTablo"/>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OrtaKlavuz1-Vurgu4">
    <w:name w:val="Medium Grid 1 Accent 4"/>
    <w:basedOn w:val="NormalTablo"/>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OrtaKlavuz1-Vurgu5">
    <w:name w:val="Medium Grid 1 Accent 5"/>
    <w:basedOn w:val="NormalTablo"/>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OrtaKlavuz1-Vurgu6">
    <w:name w:val="Medium Grid 1 Accent 6"/>
    <w:basedOn w:val="NormalTablo"/>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OrtaKlavuz2">
    <w:name w:val="Medium Grid 2"/>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OrtaKlavuz2-Vurgu1">
    <w:name w:val="Medium Grid 2 Accent 1"/>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OrtaKlavuz2-Vurgu2">
    <w:name w:val="Medium Grid 2 Accent 2"/>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OrtaKlavuz2-Vurgu3">
    <w:name w:val="Medium Grid 2 Accent 3"/>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OrtaKlavuz2-Vurgu4">
    <w:name w:val="Medium Grid 2 Accent 4"/>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OrtaKlavuz2-Vurgu5">
    <w:name w:val="Medium Grid 2 Accent 5"/>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OrtaKlavuz2-Vurgu6">
    <w:name w:val="Medium Grid 2 Accent 6"/>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OrtaKlavuz3">
    <w:name w:val="Medium Grid 3"/>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OrtaKlavuz3-Vurgu1">
    <w:name w:val="Medium Grid 3 Accent 1"/>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OrtaKlavuz3-Vurgu2">
    <w:name w:val="Medium Grid 3 Accent 2"/>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OrtaKlavuz3-Vurgu3">
    <w:name w:val="Medium Grid 3 Accent 3"/>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OrtaKlavuz3-Vurgu4">
    <w:name w:val="Medium Grid 3 Accent 4"/>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OrtaKlavuz3-Vurgu5">
    <w:name w:val="Medium Grid 3 Accent 5"/>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OrtaKlavuz3-Vurgu6">
    <w:name w:val="Medium Grid 3 Accent 6"/>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KoyuListe">
    <w:name w:val="Dark List"/>
    <w:basedOn w:val="NormalTablo"/>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KoyuListe-Vurgu1">
    <w:name w:val="Dark List Accent 1"/>
    <w:basedOn w:val="NormalTablo"/>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KoyuListe-Vurgu2">
    <w:name w:val="Dark List Accent 2"/>
    <w:basedOn w:val="NormalTablo"/>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KoyuListe-Vurgu3">
    <w:name w:val="Dark List Accent 3"/>
    <w:basedOn w:val="NormalTablo"/>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KoyuListe-Vurgu4">
    <w:name w:val="Dark List Accent 4"/>
    <w:basedOn w:val="NormalTablo"/>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KoyuListe-Vurgu5">
    <w:name w:val="Dark List Accent 5"/>
    <w:basedOn w:val="NormalTablo"/>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KoyuListe-Vurgu6">
    <w:name w:val="Dark List Accent 6"/>
    <w:basedOn w:val="NormalTablo"/>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RenkliGlgeleme">
    <w:name w:val="Colorful Shading"/>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RenkliGlgeleme-Vurgu1">
    <w:name w:val="Colorful Shading Accent 1"/>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RenkliGlgeleme-Vurgu2">
    <w:name w:val="Colorful Shading Accent 2"/>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RenkliGlgeleme-Vurgu3">
    <w:name w:val="Colorful Shading Accent 3"/>
    <w:basedOn w:val="NormalTablo"/>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RenkliGlgeleme-Vurgu4">
    <w:name w:val="Colorful Shading Accent 4"/>
    <w:basedOn w:val="NormalTablo"/>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RenkliGlgeleme-Vurgu5">
    <w:name w:val="Colorful Shading Accent 5"/>
    <w:basedOn w:val="NormalTablo"/>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RenkliGlgeleme-Vurgu6">
    <w:name w:val="Colorful Shading Accent 6"/>
    <w:basedOn w:val="NormalTablo"/>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RenkliListe">
    <w:name w:val="Colorful List"/>
    <w:basedOn w:val="NormalTablo"/>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RenkliListe-Vurgu1">
    <w:name w:val="Colorful List Accent 1"/>
    <w:basedOn w:val="NormalTablo"/>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RenkliListe-Vurgu2">
    <w:name w:val="Colorful List Accent 2"/>
    <w:basedOn w:val="NormalTablo"/>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RenkliListe-Vurgu3">
    <w:name w:val="Colorful List Accent 3"/>
    <w:basedOn w:val="NormalTablo"/>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RenkliListe-Vurgu4">
    <w:name w:val="Colorful List Accent 4"/>
    <w:basedOn w:val="NormalTablo"/>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RenkliListe-Vurgu5">
    <w:name w:val="Colorful List Accent 5"/>
    <w:basedOn w:val="NormalTablo"/>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RenkliListe-Vurgu6">
    <w:name w:val="Colorful List Accent 6"/>
    <w:basedOn w:val="NormalTablo"/>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RenkliKlavuz">
    <w:name w:val="Colorful Grid"/>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RenkliKlavuz-Vurgu1">
    <w:name w:val="Colorful Grid Accent 1"/>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RenkliKlavuz-Vurgu2">
    <w:name w:val="Colorful Grid Accent 2"/>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RenkliKlavuz-Vurgu3">
    <w:name w:val="Colorful Grid Accent 3"/>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RenkliKlavuz-Vurgu4">
    <w:name w:val="Colorful Grid Accent 4"/>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RenkliKlavuz-Vurgu5">
    <w:name w:val="Colorful Grid Accent 5"/>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RenkliKlavuz-Vurgu6">
    <w:name w:val="Colorful Grid Accent 6"/>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NormalWeb">
    <w:name w:val="Normal (Web)"/>
    <w:basedOn w:val="Normal"/>
    <w:uiPriority w:val="99"/>
    <w:semiHidden/>
    <w:unhideWhenUsed/>
    <w:rsid w:val="00AC5ABD"/>
    <w:pPr>
      <w:spacing w:before="100" w:beforeAutospacing="1" w:after="100" w:afterAutospacing="1" w:line="240" w:lineRule="auto"/>
    </w:pPr>
    <w:rPr>
      <w:rFonts w:ascii="Times New Roman" w:eastAsia="Times New Roman" w:hAnsi="Times New Roman" w:cs="Times New Roman"/>
      <w:color w:val="auto"/>
      <w:sz w:val="24"/>
      <w:szCs w:val="24"/>
      <w:lang w:val="tr-TR"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02732157">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anneninokulu.com/robot-j2-sabah-sporu/" TargetMode="External"/><Relationship Id="rId13" Type="http://schemas.openxmlformats.org/officeDocument/2006/relationships/hyperlink" Target="https://www.anneninokulu.com/dairesi-bayrak-oyunu/" TargetMode="External"/><Relationship Id="rId18" Type="http://schemas.openxmlformats.org/officeDocument/2006/relationships/hyperlink" Target="https://www.anneninokulu.com/bayrak-gosterisi/" TargetMode="External"/><Relationship Id="rId3" Type="http://schemas.openxmlformats.org/officeDocument/2006/relationships/styles" Target="styles.xml"/><Relationship Id="rId21"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hyperlink" Target="https://www.anneninokulu.com/bayrak-deneyi/" TargetMode="External"/><Relationship Id="rId17" Type="http://schemas.openxmlformats.org/officeDocument/2006/relationships/hyperlink" Target="https://www.anneninokulu.com/dunya-bayraklari-egitici-film/" TargetMode="External"/><Relationship Id="rId2" Type="http://schemas.openxmlformats.org/officeDocument/2006/relationships/numbering" Target="numbering.xml"/><Relationship Id="rId16" Type="http://schemas.openxmlformats.org/officeDocument/2006/relationships/hyperlink" Target="https://www.anneninokulu.com/ay-yildizli-bayragim-sarkisi/" TargetMode="External"/><Relationship Id="rId20" Type="http://schemas.openxmlformats.org/officeDocument/2006/relationships/image" Target="media/image1.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anneninokulu.com/bayrak-sarkisi/"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www.anneninokulu.com/bayrak-gosterisi/" TargetMode="External"/><Relationship Id="rId23" Type="http://schemas.openxmlformats.org/officeDocument/2006/relationships/fontTable" Target="fontTable.xml"/><Relationship Id="rId10" Type="http://schemas.openxmlformats.org/officeDocument/2006/relationships/hyperlink" Target="https://www.anneninokulu.com/bayrak-sarkisi/" TargetMode="External"/><Relationship Id="rId19" Type="http://schemas.openxmlformats.org/officeDocument/2006/relationships/hyperlink" Target="https://www.anneninokulu.com/ay-yildizli-bayragim-sarkisi/" TargetMode="External"/><Relationship Id="rId4" Type="http://schemas.openxmlformats.org/officeDocument/2006/relationships/settings" Target="settings.xml"/><Relationship Id="rId9" Type="http://schemas.openxmlformats.org/officeDocument/2006/relationships/hyperlink" Target="https://www.anneninokulu.com/topla-topla-yerine-koy-sarkisi/" TargetMode="External"/><Relationship Id="rId14" Type="http://schemas.openxmlformats.org/officeDocument/2006/relationships/hyperlink" Target="https://www.anneninokulu.com/rafadan-tayfa-bayrak-yarisi/" TargetMode="External"/><Relationship Id="rId2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6</Pages>
  <Words>2520</Words>
  <Characters>14368</Characters>
  <Application>Microsoft Office Word</Application>
  <DocSecurity>0</DocSecurity>
  <Lines>119</Lines>
  <Paragraphs>33</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16855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Mustafa Aygün</cp:lastModifiedBy>
  <cp:revision>3</cp:revision>
  <cp:lastPrinted>2026-10-13T23:13:00Z</cp:lastPrinted>
  <dcterms:created xsi:type="dcterms:W3CDTF">2026-10-13T23:13:00Z</dcterms:created>
  <dcterms:modified xsi:type="dcterms:W3CDTF">2026-10-14T20:04:00Z</dcterms:modified>
  <cp:category/>
</cp:coreProperties>
</file>