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1A578" w14:textId="77777777" w:rsidR="007B42EB" w:rsidRPr="00F93DEC" w:rsidRDefault="00F93DEC">
      <w:pPr>
        <w:pStyle w:val="KonuBal"/>
        <w:jc w:val="center"/>
        <w:rPr>
          <w:rFonts w:ascii="Comic Sans MS" w:hAnsi="Comic Sans MS"/>
          <w:szCs w:val="20"/>
        </w:rPr>
      </w:pPr>
      <w:r w:rsidRPr="00F93DEC">
        <w:rPr>
          <w:rFonts w:ascii="Comic Sans MS" w:hAnsi="Comic Sans MS"/>
          <w:color w:val="F85883"/>
          <w:szCs w:val="20"/>
        </w:rPr>
        <w:t>GÜNLÜK PLAN</w:t>
      </w:r>
    </w:p>
    <w:p w14:paraId="6AA5D112" w14:textId="77777777" w:rsidR="007B42EB" w:rsidRPr="00F93DEC" w:rsidRDefault="00F93DEC">
      <w:pPr>
        <w:rPr>
          <w:szCs w:val="20"/>
        </w:rPr>
      </w:pPr>
      <w:r w:rsidRPr="00F93DEC">
        <w:rPr>
          <w:b/>
          <w:szCs w:val="20"/>
        </w:rPr>
        <w:t>Okul Adı:</w:t>
      </w:r>
    </w:p>
    <w:p w14:paraId="76528FB4" w14:textId="77777777" w:rsidR="007B42EB" w:rsidRPr="00F93DEC" w:rsidRDefault="00F93DEC">
      <w:pPr>
        <w:rPr>
          <w:szCs w:val="20"/>
        </w:rPr>
      </w:pPr>
      <w:r w:rsidRPr="00F93DEC">
        <w:rPr>
          <w:b/>
          <w:szCs w:val="20"/>
        </w:rPr>
        <w:t>Öğretmen Adı:</w:t>
      </w:r>
    </w:p>
    <w:p w14:paraId="585FE95F" w14:textId="77777777" w:rsidR="007B42EB" w:rsidRPr="00F93DEC" w:rsidRDefault="00F93DEC">
      <w:pPr>
        <w:rPr>
          <w:szCs w:val="20"/>
        </w:rPr>
      </w:pPr>
      <w:r w:rsidRPr="00F93DEC">
        <w:rPr>
          <w:b/>
          <w:szCs w:val="20"/>
        </w:rPr>
        <w:t>Yaş Grubu: 48–60 Ay (4 Yaş)</w:t>
      </w:r>
    </w:p>
    <w:p w14:paraId="7288BA73" w14:textId="77777777" w:rsidR="007B42EB" w:rsidRPr="00F93DEC" w:rsidRDefault="00F93DEC">
      <w:pPr>
        <w:rPr>
          <w:szCs w:val="20"/>
        </w:rPr>
      </w:pPr>
      <w:r w:rsidRPr="00F93DEC">
        <w:rPr>
          <w:b/>
          <w:szCs w:val="20"/>
        </w:rPr>
        <w:t>Tarih: 23.10.2026 Cuma</w:t>
      </w:r>
    </w:p>
    <w:p w14:paraId="0265BEEC" w14:textId="77777777" w:rsidR="007B42EB" w:rsidRPr="00F93DEC" w:rsidRDefault="00F93DEC">
      <w:pPr>
        <w:pStyle w:val="Balk1"/>
        <w:rPr>
          <w:rFonts w:ascii="Comic Sans MS" w:hAnsi="Comic Sans MS"/>
          <w:szCs w:val="20"/>
        </w:rPr>
      </w:pPr>
      <w:r w:rsidRPr="00F93DEC">
        <w:rPr>
          <w:rFonts w:ascii="Comic Sans MS" w:hAnsi="Comic Sans MS"/>
          <w:color w:val="F85883"/>
          <w:szCs w:val="20"/>
        </w:rPr>
        <w:t>ALAN BECERİLERİ, ÖĞRENME ÇIKTILARI VE SÜREÇ BİLEŞENLERİ</w:t>
      </w:r>
    </w:p>
    <w:p w14:paraId="145A2201" w14:textId="77777777" w:rsidR="007B42EB" w:rsidRPr="00F93DEC" w:rsidRDefault="00F93DEC">
      <w:pPr>
        <w:pStyle w:val="Balk2"/>
        <w:rPr>
          <w:rFonts w:ascii="Comic Sans MS" w:hAnsi="Comic Sans MS"/>
          <w:szCs w:val="20"/>
        </w:rPr>
      </w:pPr>
      <w:r w:rsidRPr="00F93DEC">
        <w:rPr>
          <w:rFonts w:ascii="Comic Sans MS" w:hAnsi="Comic Sans MS"/>
          <w:color w:val="002060"/>
          <w:szCs w:val="20"/>
        </w:rPr>
        <w:t>TÜRKÇE ALANI</w:t>
      </w:r>
    </w:p>
    <w:p w14:paraId="60D731AB" w14:textId="77777777" w:rsidR="007B42EB" w:rsidRPr="00F93DEC" w:rsidRDefault="00F93DEC">
      <w:pPr>
        <w:keepNext/>
        <w:rPr>
          <w:szCs w:val="20"/>
        </w:rPr>
      </w:pPr>
      <w:r w:rsidRPr="00F93DEC">
        <w:rPr>
          <w:b/>
          <w:szCs w:val="20"/>
        </w:rPr>
        <w:t>TADB. Dinleme / İzleme</w:t>
      </w:r>
    </w:p>
    <w:p w14:paraId="07E21D5B" w14:textId="77777777" w:rsidR="007B42EB" w:rsidRPr="00F93DEC" w:rsidRDefault="00F93DEC">
      <w:pPr>
        <w:keepNext/>
        <w:rPr>
          <w:szCs w:val="20"/>
        </w:rPr>
      </w:pPr>
      <w:r w:rsidRPr="00F93DEC">
        <w:rPr>
          <w:b/>
          <w:szCs w:val="20"/>
        </w:rPr>
        <w:t>TADB.2. Dinledikleri / izledikleri şiir, hikâye, tekerleme, video, tiyatro, animasyon gibi materyaller ile ilgili yeni anlamlar oluşturabilme</w:t>
      </w:r>
    </w:p>
    <w:p w14:paraId="088CEAC7" w14:textId="77777777" w:rsidR="007B42EB" w:rsidRPr="00F93DEC" w:rsidRDefault="00F93DEC">
      <w:pPr>
        <w:keepNext/>
        <w:rPr>
          <w:szCs w:val="20"/>
        </w:rPr>
      </w:pPr>
      <w:r w:rsidRPr="00F93DEC">
        <w:rPr>
          <w:szCs w:val="20"/>
        </w:rPr>
        <w:t>TADB.</w:t>
      </w:r>
      <w:proofErr w:type="gramStart"/>
      <w:r w:rsidRPr="00F93DEC">
        <w:rPr>
          <w:szCs w:val="20"/>
        </w:rPr>
        <w:t>2.a.</w:t>
      </w:r>
      <w:proofErr w:type="gramEnd"/>
      <w:r w:rsidRPr="00F93DEC">
        <w:rPr>
          <w:szCs w:val="20"/>
        </w:rPr>
        <w:t xml:space="preserve"> Dinledik</w:t>
      </w:r>
      <w:r w:rsidRPr="00F93DEC">
        <w:rPr>
          <w:szCs w:val="20"/>
        </w:rPr>
        <w:t>leri / izledikleri materyallerde yer alan bilgiler ile günlük yaşamı arasında ilişki kurar.</w:t>
      </w:r>
    </w:p>
    <w:p w14:paraId="2117890B" w14:textId="77777777" w:rsidR="007B42EB" w:rsidRPr="00F93DEC" w:rsidRDefault="00F93DEC">
      <w:pPr>
        <w:keepNext/>
        <w:rPr>
          <w:szCs w:val="20"/>
        </w:rPr>
      </w:pPr>
      <w:r w:rsidRPr="00F93DEC">
        <w:rPr>
          <w:b/>
          <w:szCs w:val="20"/>
        </w:rPr>
        <w:t>TADB.4. Dinledikleri / izledikleri şiir, hikâye, tekerleme, video, tiyatro, animasyon gibi materyalleri değerlendirebilme</w:t>
      </w:r>
    </w:p>
    <w:p w14:paraId="1EF1400B" w14:textId="77777777" w:rsidR="007B42EB" w:rsidRPr="00F93DEC" w:rsidRDefault="00F93DEC">
      <w:pPr>
        <w:rPr>
          <w:szCs w:val="20"/>
        </w:rPr>
      </w:pPr>
      <w:r w:rsidRPr="00F93DEC">
        <w:rPr>
          <w:szCs w:val="20"/>
        </w:rPr>
        <w:t>TADB.</w:t>
      </w:r>
      <w:proofErr w:type="gramStart"/>
      <w:r w:rsidRPr="00F93DEC">
        <w:rPr>
          <w:szCs w:val="20"/>
        </w:rPr>
        <w:t>4.a.</w:t>
      </w:r>
      <w:proofErr w:type="gramEnd"/>
      <w:r w:rsidRPr="00F93DEC">
        <w:rPr>
          <w:szCs w:val="20"/>
        </w:rPr>
        <w:t xml:space="preserve"> Dinledikleri / izledikleri mater</w:t>
      </w:r>
      <w:r w:rsidRPr="00F93DEC">
        <w:rPr>
          <w:szCs w:val="20"/>
        </w:rPr>
        <w:t>yallere ilişkin duygu ve düşüncelerini ifade eder.</w:t>
      </w:r>
    </w:p>
    <w:p w14:paraId="28329FB1" w14:textId="77777777" w:rsidR="007B42EB" w:rsidRPr="00F93DEC" w:rsidRDefault="00F93DEC">
      <w:pPr>
        <w:pStyle w:val="Balk2"/>
        <w:rPr>
          <w:rFonts w:ascii="Comic Sans MS" w:hAnsi="Comic Sans MS"/>
          <w:szCs w:val="20"/>
        </w:rPr>
      </w:pPr>
      <w:r w:rsidRPr="00F93DEC">
        <w:rPr>
          <w:rFonts w:ascii="Comic Sans MS" w:hAnsi="Comic Sans MS"/>
          <w:color w:val="002060"/>
          <w:szCs w:val="20"/>
        </w:rPr>
        <w:t>MATEMATİK ALANI</w:t>
      </w:r>
    </w:p>
    <w:p w14:paraId="39251DE5" w14:textId="77777777" w:rsidR="007B42EB" w:rsidRPr="00F93DEC" w:rsidRDefault="00F93DEC">
      <w:pPr>
        <w:keepNext/>
        <w:rPr>
          <w:szCs w:val="20"/>
        </w:rPr>
      </w:pPr>
      <w:r w:rsidRPr="00F93DEC">
        <w:rPr>
          <w:b/>
          <w:szCs w:val="20"/>
        </w:rPr>
        <w:t>MAB6. Sayma</w:t>
      </w:r>
    </w:p>
    <w:p w14:paraId="5FF8B6CD" w14:textId="77777777" w:rsidR="007B42EB" w:rsidRPr="00F93DEC" w:rsidRDefault="00F93DEC">
      <w:pPr>
        <w:keepNext/>
        <w:rPr>
          <w:szCs w:val="20"/>
        </w:rPr>
      </w:pPr>
      <w:r w:rsidRPr="00F93DEC">
        <w:rPr>
          <w:b/>
          <w:szCs w:val="20"/>
        </w:rPr>
        <w:t>MAB.1. Sayıları farklı durumlarda doğru kullanabilme</w:t>
      </w:r>
    </w:p>
    <w:p w14:paraId="6389C3CB" w14:textId="77777777" w:rsidR="007B42EB" w:rsidRPr="00F93DEC" w:rsidRDefault="00F93DEC">
      <w:pPr>
        <w:keepNext/>
        <w:rPr>
          <w:szCs w:val="20"/>
        </w:rPr>
      </w:pPr>
      <w:r w:rsidRPr="00F93DEC">
        <w:rPr>
          <w:szCs w:val="20"/>
        </w:rPr>
        <w:t>MAB.</w:t>
      </w:r>
      <w:proofErr w:type="gramStart"/>
      <w:r w:rsidRPr="00F93DEC">
        <w:rPr>
          <w:szCs w:val="20"/>
        </w:rPr>
        <w:t>1.c.</w:t>
      </w:r>
      <w:proofErr w:type="gramEnd"/>
      <w:r w:rsidRPr="00F93DEC">
        <w:rPr>
          <w:szCs w:val="20"/>
        </w:rPr>
        <w:t xml:space="preserve"> 1 ile 5 arasında nesne / varlık miktarını saymadan / bir bakışta söyler.</w:t>
      </w:r>
    </w:p>
    <w:p w14:paraId="37291D1C" w14:textId="77777777" w:rsidR="007B42EB" w:rsidRPr="00F93DEC" w:rsidRDefault="00F93DEC">
      <w:pPr>
        <w:keepNext/>
        <w:rPr>
          <w:szCs w:val="20"/>
        </w:rPr>
      </w:pPr>
      <w:r w:rsidRPr="00F93DEC">
        <w:rPr>
          <w:szCs w:val="20"/>
        </w:rPr>
        <w:t>MAB.</w:t>
      </w:r>
      <w:proofErr w:type="gramStart"/>
      <w:r w:rsidRPr="00F93DEC">
        <w:rPr>
          <w:szCs w:val="20"/>
        </w:rPr>
        <w:t>1.ç.</w:t>
      </w:r>
      <w:proofErr w:type="gramEnd"/>
      <w:r w:rsidRPr="00F93DEC">
        <w:rPr>
          <w:szCs w:val="20"/>
        </w:rPr>
        <w:t xml:space="preserve"> 1 ile 10 arasındaki nesne / varlı</w:t>
      </w:r>
      <w:r w:rsidRPr="00F93DEC">
        <w:rPr>
          <w:szCs w:val="20"/>
        </w:rPr>
        <w:t>k miktarını sayarak belirler.</w:t>
      </w:r>
    </w:p>
    <w:p w14:paraId="3F4E9742" w14:textId="77777777" w:rsidR="007B42EB" w:rsidRPr="00F93DEC" w:rsidRDefault="00F93DEC">
      <w:pPr>
        <w:keepNext/>
        <w:rPr>
          <w:szCs w:val="20"/>
        </w:rPr>
      </w:pPr>
      <w:r w:rsidRPr="00F93DEC">
        <w:rPr>
          <w:b/>
          <w:szCs w:val="20"/>
        </w:rPr>
        <w:t>MAB1. Matematiksel Muhakeme</w:t>
      </w:r>
    </w:p>
    <w:p w14:paraId="450DA1E2" w14:textId="77777777" w:rsidR="007B42EB" w:rsidRPr="00F93DEC" w:rsidRDefault="00F93DEC">
      <w:pPr>
        <w:keepNext/>
        <w:rPr>
          <w:szCs w:val="20"/>
        </w:rPr>
      </w:pPr>
      <w:r w:rsidRPr="00F93DEC">
        <w:rPr>
          <w:b/>
          <w:szCs w:val="20"/>
        </w:rPr>
        <w:t>MAB.3. Matematikle ilgili durumları yorumlayabilme</w:t>
      </w:r>
    </w:p>
    <w:p w14:paraId="37082BF3" w14:textId="77777777" w:rsidR="007B42EB" w:rsidRPr="00F93DEC" w:rsidRDefault="00F93DEC">
      <w:pPr>
        <w:keepNext/>
        <w:rPr>
          <w:szCs w:val="20"/>
        </w:rPr>
      </w:pPr>
      <w:r w:rsidRPr="00F93DEC">
        <w:rPr>
          <w:szCs w:val="20"/>
        </w:rPr>
        <w:t>MAB.</w:t>
      </w:r>
      <w:proofErr w:type="gramStart"/>
      <w:r w:rsidRPr="00F93DEC">
        <w:rPr>
          <w:szCs w:val="20"/>
        </w:rPr>
        <w:t>3.a.</w:t>
      </w:r>
      <w:proofErr w:type="gramEnd"/>
      <w:r w:rsidRPr="00F93DEC">
        <w:rPr>
          <w:szCs w:val="20"/>
        </w:rPr>
        <w:t xml:space="preserve"> Matematikle ilgili bir durumu nesne / çizim / sembolle gösterir.</w:t>
      </w:r>
    </w:p>
    <w:p w14:paraId="4F8AE2BE" w14:textId="77777777" w:rsidR="007B42EB" w:rsidRPr="00F93DEC" w:rsidRDefault="00F93DEC">
      <w:pPr>
        <w:rPr>
          <w:szCs w:val="20"/>
        </w:rPr>
      </w:pPr>
      <w:r w:rsidRPr="00F93DEC">
        <w:rPr>
          <w:szCs w:val="20"/>
        </w:rPr>
        <w:t>MAB.</w:t>
      </w:r>
      <w:proofErr w:type="gramStart"/>
      <w:r w:rsidRPr="00F93DEC">
        <w:rPr>
          <w:szCs w:val="20"/>
        </w:rPr>
        <w:t>3.b.</w:t>
      </w:r>
      <w:proofErr w:type="gramEnd"/>
      <w:r w:rsidRPr="00F93DEC">
        <w:rPr>
          <w:szCs w:val="20"/>
        </w:rPr>
        <w:t xml:space="preserve"> Sayıları nesne / çizim / rakam kullanarak gösterir.</w:t>
      </w:r>
    </w:p>
    <w:p w14:paraId="1E296838" w14:textId="77777777" w:rsidR="007B42EB" w:rsidRPr="00F93DEC" w:rsidRDefault="00F93DEC">
      <w:pPr>
        <w:pStyle w:val="Balk2"/>
        <w:rPr>
          <w:rFonts w:ascii="Comic Sans MS" w:hAnsi="Comic Sans MS"/>
          <w:szCs w:val="20"/>
        </w:rPr>
      </w:pPr>
      <w:r w:rsidRPr="00F93DEC">
        <w:rPr>
          <w:rFonts w:ascii="Comic Sans MS" w:hAnsi="Comic Sans MS"/>
          <w:color w:val="002060"/>
          <w:szCs w:val="20"/>
        </w:rPr>
        <w:t>FEN ALANI</w:t>
      </w:r>
    </w:p>
    <w:p w14:paraId="358FF3FA" w14:textId="77777777" w:rsidR="007B42EB" w:rsidRPr="00F93DEC" w:rsidRDefault="00F93DEC">
      <w:pPr>
        <w:keepNext/>
        <w:rPr>
          <w:szCs w:val="20"/>
        </w:rPr>
      </w:pPr>
      <w:r w:rsidRPr="00F93DEC">
        <w:rPr>
          <w:b/>
          <w:szCs w:val="20"/>
        </w:rPr>
        <w:t>FB</w:t>
      </w:r>
      <w:r w:rsidRPr="00F93DEC">
        <w:rPr>
          <w:b/>
          <w:szCs w:val="20"/>
        </w:rPr>
        <w:t>AB7. Deney Yapma</w:t>
      </w:r>
    </w:p>
    <w:p w14:paraId="6E8F8A2B" w14:textId="77777777" w:rsidR="007B42EB" w:rsidRPr="00F93DEC" w:rsidRDefault="00F93DEC">
      <w:pPr>
        <w:keepNext/>
        <w:rPr>
          <w:szCs w:val="20"/>
        </w:rPr>
      </w:pPr>
      <w:r w:rsidRPr="00F93DEC">
        <w:rPr>
          <w:b/>
          <w:szCs w:val="20"/>
        </w:rPr>
        <w:t>FAB.7. Merak ettiği konular / olay / durum hakkında deneyler yapabilme</w:t>
      </w:r>
    </w:p>
    <w:p w14:paraId="13B49759" w14:textId="77777777" w:rsidR="007B42EB" w:rsidRPr="00F93DEC" w:rsidRDefault="00F93DEC">
      <w:pPr>
        <w:keepNext/>
        <w:rPr>
          <w:szCs w:val="20"/>
        </w:rPr>
      </w:pPr>
      <w:r w:rsidRPr="00F93DEC">
        <w:rPr>
          <w:szCs w:val="20"/>
        </w:rPr>
        <w:t>FAB.</w:t>
      </w:r>
      <w:proofErr w:type="gramStart"/>
      <w:r w:rsidRPr="00F93DEC">
        <w:rPr>
          <w:szCs w:val="20"/>
        </w:rPr>
        <w:t>7.a.</w:t>
      </w:r>
      <w:proofErr w:type="gramEnd"/>
      <w:r w:rsidRPr="00F93DEC">
        <w:rPr>
          <w:szCs w:val="20"/>
        </w:rPr>
        <w:t xml:space="preserve"> Bir problem durumuna yönelik deney yapmak için uygun malzemeleri seçer.</w:t>
      </w:r>
    </w:p>
    <w:p w14:paraId="121EF166" w14:textId="77777777" w:rsidR="007B42EB" w:rsidRPr="00F93DEC" w:rsidRDefault="00F93DEC">
      <w:pPr>
        <w:keepNext/>
        <w:rPr>
          <w:szCs w:val="20"/>
        </w:rPr>
      </w:pPr>
      <w:r w:rsidRPr="00F93DEC">
        <w:rPr>
          <w:szCs w:val="20"/>
        </w:rPr>
        <w:t>FAB.</w:t>
      </w:r>
      <w:proofErr w:type="gramStart"/>
      <w:r w:rsidRPr="00F93DEC">
        <w:rPr>
          <w:szCs w:val="20"/>
        </w:rPr>
        <w:t>7.b.</w:t>
      </w:r>
      <w:proofErr w:type="gramEnd"/>
      <w:r w:rsidRPr="00F93DEC">
        <w:rPr>
          <w:szCs w:val="20"/>
        </w:rPr>
        <w:t xml:space="preserve"> Seçtiği malzemelerle deneyler yapar.</w:t>
      </w:r>
    </w:p>
    <w:p w14:paraId="481F9525" w14:textId="77777777" w:rsidR="007B42EB" w:rsidRPr="00F93DEC" w:rsidRDefault="00F93DEC">
      <w:pPr>
        <w:rPr>
          <w:szCs w:val="20"/>
        </w:rPr>
      </w:pPr>
      <w:r w:rsidRPr="00F93DEC">
        <w:rPr>
          <w:szCs w:val="20"/>
        </w:rPr>
        <w:t>FAB.</w:t>
      </w:r>
      <w:proofErr w:type="gramStart"/>
      <w:r w:rsidRPr="00F93DEC">
        <w:rPr>
          <w:szCs w:val="20"/>
        </w:rPr>
        <w:t>7.c.</w:t>
      </w:r>
      <w:proofErr w:type="gramEnd"/>
      <w:r w:rsidRPr="00F93DEC">
        <w:rPr>
          <w:szCs w:val="20"/>
        </w:rPr>
        <w:t xml:space="preserve"> Deney sürecinde ortaya </w:t>
      </w:r>
      <w:r w:rsidRPr="00F93DEC">
        <w:rPr>
          <w:szCs w:val="20"/>
        </w:rPr>
        <w:t>çıkan değişimleri gözlemler.</w:t>
      </w:r>
    </w:p>
    <w:p w14:paraId="7EA98407" w14:textId="77777777" w:rsidR="007B42EB" w:rsidRPr="00F93DEC" w:rsidRDefault="00F93DEC">
      <w:pPr>
        <w:pStyle w:val="Balk2"/>
        <w:rPr>
          <w:rFonts w:ascii="Comic Sans MS" w:hAnsi="Comic Sans MS"/>
          <w:szCs w:val="20"/>
        </w:rPr>
      </w:pPr>
      <w:r w:rsidRPr="00F93DEC">
        <w:rPr>
          <w:rFonts w:ascii="Comic Sans MS" w:hAnsi="Comic Sans MS"/>
          <w:color w:val="002060"/>
          <w:szCs w:val="20"/>
        </w:rPr>
        <w:t>HAREKET VE SAĞLIK ALANI</w:t>
      </w:r>
    </w:p>
    <w:p w14:paraId="483B0DB5" w14:textId="77777777" w:rsidR="007B42EB" w:rsidRPr="00F93DEC" w:rsidRDefault="00F93DEC">
      <w:pPr>
        <w:keepNext/>
        <w:rPr>
          <w:szCs w:val="20"/>
        </w:rPr>
      </w:pPr>
      <w:r w:rsidRPr="00F93DEC">
        <w:rPr>
          <w:b/>
          <w:szCs w:val="20"/>
        </w:rPr>
        <w:t>HSAB1. Aktif Yaşam İçin Motor Beceriler</w:t>
      </w:r>
    </w:p>
    <w:p w14:paraId="1C89BAB0" w14:textId="77777777" w:rsidR="007B42EB" w:rsidRPr="00F93DEC" w:rsidRDefault="00F93DEC">
      <w:pPr>
        <w:keepNext/>
        <w:rPr>
          <w:szCs w:val="20"/>
        </w:rPr>
      </w:pPr>
      <w:r w:rsidRPr="00F93DEC">
        <w:rPr>
          <w:b/>
          <w:szCs w:val="20"/>
        </w:rPr>
        <w:t>HSAB.1. Farklı çevre ve fiziksel etkinliklerde temel hareket becerilerini sergileyebilme</w:t>
      </w:r>
    </w:p>
    <w:p w14:paraId="6ACBB4EC" w14:textId="77777777" w:rsidR="007B42EB" w:rsidRPr="00F93DEC" w:rsidRDefault="00F93DEC">
      <w:pPr>
        <w:keepNext/>
        <w:rPr>
          <w:szCs w:val="20"/>
        </w:rPr>
      </w:pPr>
      <w:r w:rsidRPr="00F93DEC">
        <w:rPr>
          <w:szCs w:val="20"/>
        </w:rPr>
        <w:t>HSAB.</w:t>
      </w:r>
      <w:proofErr w:type="gramStart"/>
      <w:r w:rsidRPr="00F93DEC">
        <w:rPr>
          <w:szCs w:val="20"/>
        </w:rPr>
        <w:t>1.a.</w:t>
      </w:r>
      <w:proofErr w:type="gramEnd"/>
      <w:r w:rsidRPr="00F93DEC">
        <w:rPr>
          <w:szCs w:val="20"/>
        </w:rPr>
        <w:t xml:space="preserve"> Basit yönergeler doğrultusunda yer değiştirme hareketleri yapar.</w:t>
      </w:r>
    </w:p>
    <w:p w14:paraId="23E8AA69" w14:textId="77777777" w:rsidR="007B42EB" w:rsidRPr="00F93DEC" w:rsidRDefault="00F93DEC">
      <w:pPr>
        <w:keepNext/>
        <w:rPr>
          <w:szCs w:val="20"/>
        </w:rPr>
      </w:pPr>
      <w:r w:rsidRPr="00F93DEC">
        <w:rPr>
          <w:b/>
          <w:szCs w:val="20"/>
        </w:rPr>
        <w:t>HSAB.5. Kişisel ve genel alanın farkında olarak hareket edebilme</w:t>
      </w:r>
    </w:p>
    <w:p w14:paraId="2FDE4E8B" w14:textId="77777777" w:rsidR="007B42EB" w:rsidRPr="00F93DEC" w:rsidRDefault="00F93DEC">
      <w:pPr>
        <w:rPr>
          <w:szCs w:val="20"/>
        </w:rPr>
      </w:pPr>
      <w:r w:rsidRPr="00F93DEC">
        <w:rPr>
          <w:szCs w:val="20"/>
        </w:rPr>
        <w:t>HSAB.</w:t>
      </w:r>
      <w:proofErr w:type="gramStart"/>
      <w:r w:rsidRPr="00F93DEC">
        <w:rPr>
          <w:szCs w:val="20"/>
        </w:rPr>
        <w:t>5.b.</w:t>
      </w:r>
      <w:proofErr w:type="gramEnd"/>
      <w:r w:rsidRPr="00F93DEC">
        <w:rPr>
          <w:szCs w:val="20"/>
        </w:rPr>
        <w:t xml:space="preserve"> Genel alan içerisinde kişisel alanını korur.</w:t>
      </w:r>
    </w:p>
    <w:p w14:paraId="75081C98" w14:textId="77777777" w:rsidR="007B42EB" w:rsidRPr="00F93DEC" w:rsidRDefault="00F93DEC">
      <w:pPr>
        <w:pStyle w:val="Balk1"/>
        <w:rPr>
          <w:rFonts w:ascii="Comic Sans MS" w:hAnsi="Comic Sans MS"/>
          <w:szCs w:val="20"/>
        </w:rPr>
      </w:pPr>
      <w:r w:rsidRPr="00F93DEC">
        <w:rPr>
          <w:rFonts w:ascii="Comic Sans MS" w:hAnsi="Comic Sans MS"/>
          <w:color w:val="F85883"/>
          <w:szCs w:val="20"/>
        </w:rPr>
        <w:t>EĞİLİMLER</w:t>
      </w:r>
    </w:p>
    <w:p w14:paraId="533DE423" w14:textId="77777777" w:rsidR="007B42EB" w:rsidRPr="00F93DEC" w:rsidRDefault="00F93DEC">
      <w:pPr>
        <w:rPr>
          <w:szCs w:val="20"/>
        </w:rPr>
      </w:pPr>
      <w:r w:rsidRPr="00F93DEC">
        <w:rPr>
          <w:b/>
          <w:szCs w:val="20"/>
        </w:rPr>
        <w:t>E2. Sosyal Eğilimler</w:t>
      </w:r>
    </w:p>
    <w:p w14:paraId="0865E25E" w14:textId="77777777" w:rsidR="007B42EB" w:rsidRPr="00F93DEC" w:rsidRDefault="00F93DEC">
      <w:pPr>
        <w:rPr>
          <w:szCs w:val="20"/>
        </w:rPr>
      </w:pPr>
      <w:r w:rsidRPr="00F93DEC">
        <w:rPr>
          <w:szCs w:val="20"/>
        </w:rPr>
        <w:t>E2.5. Oyunseverlik</w:t>
      </w:r>
    </w:p>
    <w:p w14:paraId="47A9E6D9" w14:textId="77777777" w:rsidR="007B42EB" w:rsidRPr="00F93DEC" w:rsidRDefault="00F93DEC">
      <w:pPr>
        <w:rPr>
          <w:szCs w:val="20"/>
        </w:rPr>
      </w:pPr>
      <w:r w:rsidRPr="00F93DEC">
        <w:rPr>
          <w:b/>
          <w:szCs w:val="20"/>
        </w:rPr>
        <w:t>E3. Entelektüel Eğilimler</w:t>
      </w:r>
    </w:p>
    <w:p w14:paraId="5C09DD3C" w14:textId="77777777" w:rsidR="007B42EB" w:rsidRPr="00F93DEC" w:rsidRDefault="00F93DEC">
      <w:pPr>
        <w:rPr>
          <w:szCs w:val="20"/>
        </w:rPr>
      </w:pPr>
      <w:r w:rsidRPr="00F93DEC">
        <w:rPr>
          <w:szCs w:val="20"/>
        </w:rPr>
        <w:t>E3.2. Odaklanma</w:t>
      </w:r>
      <w:r w:rsidRPr="00F93DEC">
        <w:rPr>
          <w:szCs w:val="20"/>
        </w:rPr>
        <w:br/>
        <w:t>E3.3. Yaratıcılık</w:t>
      </w:r>
    </w:p>
    <w:p w14:paraId="01792ECD" w14:textId="77777777" w:rsidR="007B42EB" w:rsidRPr="00F93DEC" w:rsidRDefault="00F93DEC">
      <w:pPr>
        <w:pStyle w:val="Balk1"/>
        <w:rPr>
          <w:rFonts w:ascii="Comic Sans MS" w:hAnsi="Comic Sans MS"/>
          <w:szCs w:val="20"/>
        </w:rPr>
      </w:pPr>
      <w:r w:rsidRPr="00F93DEC">
        <w:rPr>
          <w:rFonts w:ascii="Comic Sans MS" w:hAnsi="Comic Sans MS"/>
          <w:color w:val="F85883"/>
          <w:szCs w:val="20"/>
        </w:rPr>
        <w:t>PROGRAMLAR ARASI BİLEŞENLER</w:t>
      </w:r>
    </w:p>
    <w:p w14:paraId="21052672" w14:textId="77777777" w:rsidR="007B42EB" w:rsidRPr="00F93DEC" w:rsidRDefault="00F93DEC">
      <w:pPr>
        <w:rPr>
          <w:szCs w:val="20"/>
        </w:rPr>
      </w:pPr>
      <w:r w:rsidRPr="00F93DEC">
        <w:rPr>
          <w:b/>
          <w:color w:val="002060"/>
          <w:szCs w:val="20"/>
        </w:rPr>
        <w:t>SOSYAL-DUYGUSAL ÖĞRENME BECERİLERİ</w:t>
      </w:r>
    </w:p>
    <w:p w14:paraId="5DA0B130" w14:textId="77777777" w:rsidR="007B42EB" w:rsidRPr="00F93DEC" w:rsidRDefault="00F93DEC">
      <w:pPr>
        <w:rPr>
          <w:szCs w:val="20"/>
        </w:rPr>
      </w:pPr>
      <w:r w:rsidRPr="00F93DEC">
        <w:rPr>
          <w:szCs w:val="20"/>
        </w:rPr>
        <w:t>SDB2.1. İletişim</w:t>
      </w:r>
    </w:p>
    <w:p w14:paraId="78BA789B" w14:textId="77777777" w:rsidR="007B42EB" w:rsidRPr="00F93DEC" w:rsidRDefault="00F93DEC">
      <w:pPr>
        <w:rPr>
          <w:szCs w:val="20"/>
        </w:rPr>
      </w:pPr>
      <w:r w:rsidRPr="00F93DEC">
        <w:rPr>
          <w:b/>
          <w:color w:val="002060"/>
          <w:szCs w:val="20"/>
        </w:rPr>
        <w:t>DEĞERLER</w:t>
      </w:r>
    </w:p>
    <w:p w14:paraId="7174AF67" w14:textId="77777777" w:rsidR="000C603F" w:rsidRPr="00F93DEC" w:rsidRDefault="000C603F" w:rsidP="000C603F">
      <w:pPr>
        <w:keepNext/>
        <w:spacing w:after="0" w:line="276" w:lineRule="auto"/>
        <w:rPr>
          <w:rFonts w:cs="Times New Roman"/>
          <w:color w:val="000000" w:themeColor="text1"/>
          <w:szCs w:val="20"/>
        </w:rPr>
      </w:pPr>
      <w:r w:rsidRPr="00F93DEC">
        <w:rPr>
          <w:rFonts w:cs="Times New Roman"/>
          <w:b/>
          <w:color w:val="000000" w:themeColor="text1"/>
          <w:szCs w:val="20"/>
        </w:rPr>
        <w:t xml:space="preserve">D3. </w:t>
      </w:r>
      <w:proofErr w:type="spellStart"/>
      <w:r w:rsidRPr="00F93DEC">
        <w:rPr>
          <w:rFonts w:cs="Times New Roman"/>
          <w:b/>
          <w:color w:val="000000" w:themeColor="text1"/>
          <w:szCs w:val="20"/>
        </w:rPr>
        <w:t>Çalışkanlık</w:t>
      </w:r>
      <w:proofErr w:type="spellEnd"/>
    </w:p>
    <w:p w14:paraId="2479F104" w14:textId="77777777" w:rsidR="000C603F" w:rsidRPr="00F93DEC" w:rsidRDefault="000C603F" w:rsidP="000C603F">
      <w:pPr>
        <w:spacing w:after="0" w:line="276" w:lineRule="auto"/>
        <w:rPr>
          <w:rFonts w:cs="Times New Roman"/>
          <w:color w:val="000000" w:themeColor="text1"/>
          <w:szCs w:val="20"/>
        </w:rPr>
      </w:pPr>
      <w:r w:rsidRPr="00F93DEC">
        <w:rPr>
          <w:rFonts w:cs="Times New Roman"/>
          <w:color w:val="000000" w:themeColor="text1"/>
          <w:szCs w:val="20"/>
        </w:rPr>
        <w:t xml:space="preserve">D3.4. </w:t>
      </w:r>
      <w:proofErr w:type="spellStart"/>
      <w:r w:rsidRPr="00F93DEC">
        <w:rPr>
          <w:rFonts w:cs="Times New Roman"/>
          <w:color w:val="000000" w:themeColor="text1"/>
          <w:szCs w:val="20"/>
        </w:rPr>
        <w:t>Çalışmalarda</w:t>
      </w:r>
      <w:proofErr w:type="spellEnd"/>
      <w:r w:rsidRPr="00F93DEC">
        <w:rPr>
          <w:rFonts w:cs="Times New Roman"/>
          <w:color w:val="000000" w:themeColor="text1"/>
          <w:szCs w:val="20"/>
        </w:rPr>
        <w:t xml:space="preserve"> </w:t>
      </w:r>
      <w:proofErr w:type="spellStart"/>
      <w:r w:rsidRPr="00F93DEC">
        <w:rPr>
          <w:rFonts w:cs="Times New Roman"/>
          <w:color w:val="000000" w:themeColor="text1"/>
          <w:szCs w:val="20"/>
        </w:rPr>
        <w:t>aktif</w:t>
      </w:r>
      <w:proofErr w:type="spellEnd"/>
      <w:r w:rsidRPr="00F93DEC">
        <w:rPr>
          <w:rFonts w:cs="Times New Roman"/>
          <w:color w:val="000000" w:themeColor="text1"/>
          <w:szCs w:val="20"/>
        </w:rPr>
        <w:t xml:space="preserve"> </w:t>
      </w:r>
      <w:proofErr w:type="spellStart"/>
      <w:r w:rsidRPr="00F93DEC">
        <w:rPr>
          <w:rFonts w:cs="Times New Roman"/>
          <w:color w:val="000000" w:themeColor="text1"/>
          <w:szCs w:val="20"/>
        </w:rPr>
        <w:t>rol</w:t>
      </w:r>
      <w:proofErr w:type="spellEnd"/>
      <w:r w:rsidRPr="00F93DEC">
        <w:rPr>
          <w:rFonts w:cs="Times New Roman"/>
          <w:color w:val="000000" w:themeColor="text1"/>
          <w:szCs w:val="20"/>
        </w:rPr>
        <w:t xml:space="preserve"> </w:t>
      </w:r>
      <w:proofErr w:type="spellStart"/>
      <w:r w:rsidRPr="00F93DEC">
        <w:rPr>
          <w:rFonts w:cs="Times New Roman"/>
          <w:color w:val="000000" w:themeColor="text1"/>
          <w:szCs w:val="20"/>
        </w:rPr>
        <w:t>almak</w:t>
      </w:r>
      <w:proofErr w:type="spellEnd"/>
    </w:p>
    <w:p w14:paraId="6391D16D" w14:textId="77777777" w:rsidR="007B42EB" w:rsidRPr="00F93DEC" w:rsidRDefault="00F93DEC">
      <w:pPr>
        <w:rPr>
          <w:szCs w:val="20"/>
        </w:rPr>
      </w:pPr>
      <w:r w:rsidRPr="00F93DEC">
        <w:rPr>
          <w:b/>
          <w:color w:val="002060"/>
          <w:szCs w:val="20"/>
        </w:rPr>
        <w:t>OKURYAZARLIK BECERİLERİ</w:t>
      </w:r>
    </w:p>
    <w:p w14:paraId="6C1C1D7C" w14:textId="77777777" w:rsidR="007B42EB" w:rsidRPr="00F93DEC" w:rsidRDefault="00F93DEC">
      <w:pPr>
        <w:rPr>
          <w:szCs w:val="20"/>
        </w:rPr>
      </w:pPr>
      <w:r w:rsidRPr="00F93DEC">
        <w:rPr>
          <w:szCs w:val="20"/>
        </w:rPr>
        <w:t>OB4. Görsel Okuryazarlık</w:t>
      </w:r>
    </w:p>
    <w:p w14:paraId="10F2073E" w14:textId="77777777" w:rsidR="001B141D" w:rsidRPr="00F93DEC" w:rsidRDefault="00F93DEC">
      <w:pPr>
        <w:rPr>
          <w:b/>
          <w:color w:val="F85883"/>
          <w:szCs w:val="20"/>
        </w:rPr>
      </w:pPr>
      <w:r w:rsidRPr="00F93DEC">
        <w:rPr>
          <w:b/>
          <w:color w:val="F85883"/>
          <w:szCs w:val="20"/>
        </w:rPr>
        <w:t xml:space="preserve">Kavramlar: </w:t>
      </w:r>
    </w:p>
    <w:p w14:paraId="6ACB63DC" w14:textId="77777777" w:rsidR="001B141D" w:rsidRPr="00F93DEC" w:rsidRDefault="00F93DEC">
      <w:pPr>
        <w:rPr>
          <w:szCs w:val="20"/>
        </w:rPr>
      </w:pPr>
      <w:proofErr w:type="spellStart"/>
      <w:r w:rsidRPr="00F93DEC">
        <w:rPr>
          <w:b/>
          <w:color w:val="002060"/>
          <w:szCs w:val="20"/>
        </w:rPr>
        <w:t>Sayı</w:t>
      </w:r>
      <w:proofErr w:type="spellEnd"/>
      <w:r w:rsidRPr="00F93DEC">
        <w:rPr>
          <w:b/>
          <w:color w:val="002060"/>
          <w:szCs w:val="20"/>
        </w:rPr>
        <w:t xml:space="preserve">: </w:t>
      </w:r>
      <w:r w:rsidRPr="00F93DEC">
        <w:rPr>
          <w:szCs w:val="20"/>
        </w:rPr>
        <w:t xml:space="preserve">3. </w:t>
      </w:r>
    </w:p>
    <w:p w14:paraId="0DA4048D" w14:textId="300C815C" w:rsidR="007B42EB" w:rsidRPr="00F93DEC" w:rsidRDefault="00F93DEC">
      <w:pPr>
        <w:rPr>
          <w:szCs w:val="20"/>
        </w:rPr>
      </w:pPr>
      <w:proofErr w:type="spellStart"/>
      <w:r w:rsidRPr="00F93DEC">
        <w:rPr>
          <w:b/>
          <w:color w:val="002060"/>
          <w:szCs w:val="20"/>
        </w:rPr>
        <w:t>Miktar</w:t>
      </w:r>
      <w:proofErr w:type="spellEnd"/>
      <w:r w:rsidRPr="00F93DEC">
        <w:rPr>
          <w:b/>
          <w:color w:val="002060"/>
          <w:szCs w:val="20"/>
        </w:rPr>
        <w:t xml:space="preserve">: </w:t>
      </w:r>
      <w:proofErr w:type="spellStart"/>
      <w:r w:rsidRPr="00F93DEC">
        <w:rPr>
          <w:szCs w:val="20"/>
        </w:rPr>
        <w:t>Boş</w:t>
      </w:r>
      <w:proofErr w:type="spellEnd"/>
      <w:r w:rsidRPr="00F93DEC">
        <w:rPr>
          <w:szCs w:val="20"/>
        </w:rPr>
        <w:t>–</w:t>
      </w:r>
      <w:proofErr w:type="spellStart"/>
      <w:r w:rsidRPr="00F93DEC">
        <w:rPr>
          <w:szCs w:val="20"/>
        </w:rPr>
        <w:t>dolu</w:t>
      </w:r>
      <w:proofErr w:type="spellEnd"/>
      <w:r w:rsidRPr="00F93DEC">
        <w:rPr>
          <w:szCs w:val="20"/>
        </w:rPr>
        <w:t>.</w:t>
      </w:r>
    </w:p>
    <w:p w14:paraId="684F5B47" w14:textId="77777777" w:rsidR="007B42EB" w:rsidRPr="00F93DEC" w:rsidRDefault="00F93DEC">
      <w:pPr>
        <w:rPr>
          <w:szCs w:val="20"/>
        </w:rPr>
      </w:pPr>
      <w:r w:rsidRPr="00F93DEC">
        <w:rPr>
          <w:b/>
          <w:color w:val="F85883"/>
          <w:szCs w:val="20"/>
        </w:rPr>
        <w:t xml:space="preserve">Sözcükler: </w:t>
      </w:r>
      <w:r w:rsidRPr="00F93DEC">
        <w:rPr>
          <w:szCs w:val="20"/>
        </w:rPr>
        <w:t>Üç, boş, dolu, damla, rüzgârgülü.</w:t>
      </w:r>
    </w:p>
    <w:p w14:paraId="476DACA0" w14:textId="77777777" w:rsidR="007B42EB" w:rsidRPr="00F93DEC" w:rsidRDefault="00F93DEC">
      <w:pPr>
        <w:rPr>
          <w:szCs w:val="20"/>
        </w:rPr>
      </w:pPr>
      <w:r w:rsidRPr="00F93DEC">
        <w:rPr>
          <w:b/>
          <w:color w:val="F85883"/>
          <w:szCs w:val="20"/>
        </w:rPr>
        <w:lastRenderedPageBreak/>
        <w:t xml:space="preserve">Materyaller: </w:t>
      </w:r>
      <w:r w:rsidRPr="00F93DEC">
        <w:rPr>
          <w:szCs w:val="20"/>
        </w:rPr>
        <w:t xml:space="preserve">Büyük bloklar, 1–2–3 rakam kartları ve üç nokta kartları, aynı büyüklükte üç </w:t>
      </w:r>
      <w:r w:rsidRPr="00F93DEC">
        <w:rPr>
          <w:szCs w:val="20"/>
        </w:rPr>
        <w:t>bölmeli iki kap, bölmelere uygun büyük bloklar, sepet, iki kırılmaz şeffaf bardak, su, kâğıt havlu, tepsi, bez, iki kukla, 3 biçimli kanatları olan büyük ve önceden kesilmiş kelebek kalıpları, kısa küt uçlu pipetler, bant, pastel boya, kâğıt, yere sabitlen</w:t>
      </w:r>
      <w:r w:rsidRPr="00F93DEC">
        <w:rPr>
          <w:szCs w:val="20"/>
        </w:rPr>
        <w:t>ecek üç geniş nokta, 4 Yaş Çekirdek 1 kitabı. Duyusal oyun için yumuşak oyun hamuru, geniş ağızlı kaplar, büyük kaşıklar ve hamur altlıkları hazırlanır.</w:t>
      </w:r>
    </w:p>
    <w:p w14:paraId="55845D4D" w14:textId="77777777" w:rsidR="007B42EB" w:rsidRPr="00F93DEC" w:rsidRDefault="00F93DEC">
      <w:pPr>
        <w:rPr>
          <w:szCs w:val="20"/>
        </w:rPr>
      </w:pPr>
      <w:r w:rsidRPr="00F93DEC">
        <w:rPr>
          <w:b/>
          <w:color w:val="F85883"/>
          <w:szCs w:val="20"/>
        </w:rPr>
        <w:t xml:space="preserve">Eğitim/Öğrenme Ortamları: </w:t>
      </w:r>
      <w:r w:rsidRPr="00F93DEC">
        <w:rPr>
          <w:szCs w:val="20"/>
        </w:rPr>
        <w:t xml:space="preserve">Minderli çember, inceleme masası, sanat masaları ve sakin köşe </w:t>
      </w:r>
      <w:r w:rsidRPr="00F93DEC">
        <w:rPr>
          <w:szCs w:val="20"/>
        </w:rPr>
        <w:t>hazırlanır. Hareket alanındaki engeller kaldırılır; küçük gruplar için yeterli boşluk ayrılır. Görseller çocukların erişebileceği yükseklikte sunulur. Sanat merkezinde iki–üç çocuğun birlikte oynayabileceği duyusal oyun masası düzenlenir. Deney düzeneği gü</w:t>
      </w:r>
      <w:r w:rsidRPr="00F93DEC">
        <w:rPr>
          <w:szCs w:val="20"/>
        </w:rPr>
        <w:t>venli ve gün içinde yeniden gözlemlenebilecek bir yere yerleştirilir.</w:t>
      </w:r>
    </w:p>
    <w:p w14:paraId="51FC3162" w14:textId="77777777" w:rsidR="007B42EB" w:rsidRPr="00F93DEC" w:rsidRDefault="00F93DEC">
      <w:pPr>
        <w:pStyle w:val="Balk1"/>
        <w:rPr>
          <w:rFonts w:ascii="Comic Sans MS" w:hAnsi="Comic Sans MS"/>
          <w:szCs w:val="20"/>
        </w:rPr>
      </w:pPr>
      <w:r w:rsidRPr="00F93DEC">
        <w:rPr>
          <w:rFonts w:ascii="Comic Sans MS" w:hAnsi="Comic Sans MS"/>
          <w:color w:val="002060"/>
          <w:szCs w:val="20"/>
        </w:rPr>
        <w:t>ÖĞRENME-ÖĞRETME UYGULAMALARI</w:t>
      </w:r>
    </w:p>
    <w:p w14:paraId="52FF5158" w14:textId="77777777" w:rsidR="007B42EB" w:rsidRPr="00F93DEC" w:rsidRDefault="00F93DEC">
      <w:pPr>
        <w:pStyle w:val="Balk2"/>
        <w:rPr>
          <w:rFonts w:ascii="Comic Sans MS" w:hAnsi="Comic Sans MS"/>
          <w:szCs w:val="20"/>
        </w:rPr>
      </w:pPr>
      <w:r w:rsidRPr="00F93DEC">
        <w:rPr>
          <w:rFonts w:ascii="Comic Sans MS" w:hAnsi="Comic Sans MS"/>
          <w:color w:val="F85883"/>
          <w:szCs w:val="20"/>
        </w:rPr>
        <w:t>Güne Başlama Zamanı</w:t>
      </w:r>
    </w:p>
    <w:p w14:paraId="3C116640" w14:textId="77777777" w:rsidR="00F93DEC" w:rsidRPr="00F93DEC" w:rsidRDefault="00F93DEC" w:rsidP="00F93DEC">
      <w:pPr>
        <w:spacing w:after="60"/>
        <w:rPr>
          <w:szCs w:val="20"/>
        </w:rPr>
      </w:pPr>
      <w:r w:rsidRPr="00F93DEC">
        <w:rPr>
          <w:szCs w:val="20"/>
        </w:rPr>
        <w:t>Öğretmen çocukları adlarıyla karşılar; el sallama, gülümseme veya sözlü selamlaşma seçenekleri sunar. Çocuklar kişisel eşyalarını yerleşt</w:t>
      </w:r>
      <w:r w:rsidRPr="00F93DEC">
        <w:rPr>
          <w:szCs w:val="20"/>
        </w:rPr>
        <w:t xml:space="preserve">irir. Çemberde isteyen çocuk duygu kartı seçerek kendini ifade eder. Takvimde günün tarihi ve hava durumu incelenir; akış </w:t>
      </w:r>
      <w:proofErr w:type="spellStart"/>
      <w:r w:rsidRPr="00F93DEC">
        <w:rPr>
          <w:szCs w:val="20"/>
        </w:rPr>
        <w:t>görselleriyle</w:t>
      </w:r>
      <w:proofErr w:type="spellEnd"/>
      <w:r w:rsidRPr="00F93DEC">
        <w:rPr>
          <w:szCs w:val="20"/>
        </w:rPr>
        <w:t xml:space="preserve"> </w:t>
      </w:r>
      <w:proofErr w:type="spellStart"/>
      <w:r w:rsidRPr="00F93DEC">
        <w:rPr>
          <w:szCs w:val="20"/>
        </w:rPr>
        <w:t>yapılacaklar</w:t>
      </w:r>
      <w:proofErr w:type="spellEnd"/>
      <w:r w:rsidRPr="00F93DEC">
        <w:rPr>
          <w:szCs w:val="20"/>
        </w:rPr>
        <w:t xml:space="preserve"> </w:t>
      </w:r>
      <w:proofErr w:type="spellStart"/>
      <w:r w:rsidRPr="00F93DEC">
        <w:rPr>
          <w:szCs w:val="20"/>
        </w:rPr>
        <w:t>kısaca</w:t>
      </w:r>
      <w:proofErr w:type="spellEnd"/>
      <w:r w:rsidRPr="00F93DEC">
        <w:rPr>
          <w:szCs w:val="20"/>
        </w:rPr>
        <w:t xml:space="preserve"> </w:t>
      </w:r>
      <w:proofErr w:type="spellStart"/>
      <w:r w:rsidRPr="00F93DEC">
        <w:rPr>
          <w:szCs w:val="20"/>
        </w:rPr>
        <w:t>paylaşılır</w:t>
      </w:r>
      <w:proofErr w:type="spellEnd"/>
      <w:r w:rsidRPr="00F93DEC">
        <w:rPr>
          <w:szCs w:val="20"/>
        </w:rPr>
        <w:t xml:space="preserve">. </w:t>
      </w:r>
      <w:hyperlink r:id="rId6">
        <w:r w:rsidRPr="00F93DEC">
          <w:rPr>
            <w:color w:val="0563C1"/>
            <w:szCs w:val="20"/>
            <w:u w:val="single"/>
          </w:rPr>
          <w:t xml:space="preserve">The Smurfs Dance Party Go </w:t>
        </w:r>
        <w:proofErr w:type="spellStart"/>
        <w:r w:rsidRPr="00F93DEC">
          <w:rPr>
            <w:color w:val="0563C1"/>
            <w:szCs w:val="20"/>
            <w:u w:val="single"/>
          </w:rPr>
          <w:t>Go</w:t>
        </w:r>
        <w:proofErr w:type="spellEnd"/>
        <w:r w:rsidRPr="00F93DEC">
          <w:rPr>
            <w:color w:val="0563C1"/>
            <w:szCs w:val="20"/>
            <w:u w:val="single"/>
          </w:rPr>
          <w:t xml:space="preserve"> </w:t>
        </w:r>
        <w:proofErr w:type="spellStart"/>
        <w:r w:rsidRPr="00F93DEC">
          <w:rPr>
            <w:color w:val="0563C1"/>
            <w:szCs w:val="20"/>
            <w:u w:val="single"/>
          </w:rPr>
          <w:t>Go</w:t>
        </w:r>
        <w:proofErr w:type="spellEnd"/>
        <w:r w:rsidRPr="00F93DEC">
          <w:rPr>
            <w:color w:val="0563C1"/>
            <w:szCs w:val="20"/>
            <w:u w:val="single"/>
          </w:rPr>
          <w:t xml:space="preserve"> Get It Sabah </w:t>
        </w:r>
        <w:proofErr w:type="spellStart"/>
        <w:r w:rsidRPr="00F93DEC">
          <w:rPr>
            <w:color w:val="0563C1"/>
            <w:szCs w:val="20"/>
            <w:u w:val="single"/>
          </w:rPr>
          <w:t>Sporu</w:t>
        </w:r>
        <w:proofErr w:type="spellEnd"/>
      </w:hyperlink>
      <w:r w:rsidRPr="00F93DEC">
        <w:rPr>
          <w:szCs w:val="20"/>
        </w:rPr>
        <w:t xml:space="preserve"> </w:t>
      </w:r>
      <w:proofErr w:type="spellStart"/>
      <w:r w:rsidRPr="00F93DEC">
        <w:rPr>
          <w:szCs w:val="20"/>
        </w:rPr>
        <w:t>eşliğinde</w:t>
      </w:r>
      <w:proofErr w:type="spellEnd"/>
      <w:r w:rsidRPr="00F93DEC">
        <w:rPr>
          <w:szCs w:val="20"/>
        </w:rPr>
        <w:t xml:space="preserve"> </w:t>
      </w:r>
      <w:proofErr w:type="spellStart"/>
      <w:r w:rsidRPr="00F93DEC">
        <w:rPr>
          <w:szCs w:val="20"/>
        </w:rPr>
        <w:t>kısa</w:t>
      </w:r>
      <w:proofErr w:type="spellEnd"/>
      <w:r w:rsidRPr="00F93DEC">
        <w:rPr>
          <w:szCs w:val="20"/>
        </w:rPr>
        <w:t xml:space="preserve"> </w:t>
      </w:r>
      <w:proofErr w:type="spellStart"/>
      <w:r w:rsidRPr="00F93DEC">
        <w:rPr>
          <w:szCs w:val="20"/>
        </w:rPr>
        <w:t>hareketlerle</w:t>
      </w:r>
      <w:proofErr w:type="spellEnd"/>
      <w:r w:rsidRPr="00F93DEC">
        <w:rPr>
          <w:szCs w:val="20"/>
        </w:rPr>
        <w:t xml:space="preserve"> </w:t>
      </w:r>
      <w:proofErr w:type="spellStart"/>
      <w:r w:rsidRPr="00F93DEC">
        <w:rPr>
          <w:szCs w:val="20"/>
        </w:rPr>
        <w:t>güne</w:t>
      </w:r>
      <w:proofErr w:type="spellEnd"/>
      <w:r w:rsidRPr="00F93DEC">
        <w:rPr>
          <w:szCs w:val="20"/>
        </w:rPr>
        <w:t xml:space="preserve"> </w:t>
      </w:r>
      <w:proofErr w:type="spellStart"/>
      <w:r w:rsidRPr="00F93DEC">
        <w:rPr>
          <w:szCs w:val="20"/>
        </w:rPr>
        <w:t>başlanır</w:t>
      </w:r>
      <w:proofErr w:type="spellEnd"/>
      <w:r w:rsidRPr="00F93DEC">
        <w:rPr>
          <w:szCs w:val="20"/>
        </w:rPr>
        <w:t xml:space="preserve">. </w:t>
      </w:r>
      <w:proofErr w:type="spellStart"/>
      <w:r w:rsidRPr="00F93DEC">
        <w:rPr>
          <w:szCs w:val="20"/>
        </w:rPr>
        <w:t>Ardından</w:t>
      </w:r>
      <w:proofErr w:type="spellEnd"/>
      <w:r w:rsidRPr="00F93DEC">
        <w:rPr>
          <w:szCs w:val="20"/>
        </w:rPr>
        <w:t xml:space="preserve"> </w:t>
      </w:r>
      <w:proofErr w:type="spellStart"/>
      <w:r w:rsidRPr="00F93DEC">
        <w:rPr>
          <w:szCs w:val="20"/>
        </w:rPr>
        <w:t>öğrenme</w:t>
      </w:r>
      <w:proofErr w:type="spellEnd"/>
      <w:r w:rsidRPr="00F93DEC">
        <w:rPr>
          <w:szCs w:val="20"/>
        </w:rPr>
        <w:t xml:space="preserve"> </w:t>
      </w:r>
      <w:proofErr w:type="spellStart"/>
      <w:r w:rsidRPr="00F93DEC">
        <w:rPr>
          <w:szCs w:val="20"/>
        </w:rPr>
        <w:t>merkezlerine</w:t>
      </w:r>
      <w:proofErr w:type="spellEnd"/>
      <w:r w:rsidRPr="00F93DEC">
        <w:rPr>
          <w:szCs w:val="20"/>
        </w:rPr>
        <w:t xml:space="preserve"> </w:t>
      </w:r>
      <w:proofErr w:type="spellStart"/>
      <w:r w:rsidRPr="00F93DEC">
        <w:rPr>
          <w:szCs w:val="20"/>
        </w:rPr>
        <w:t>geçilir</w:t>
      </w:r>
      <w:proofErr w:type="spellEnd"/>
      <w:r w:rsidRPr="00F93DEC">
        <w:rPr>
          <w:szCs w:val="20"/>
        </w:rPr>
        <w:t>.</w:t>
      </w:r>
    </w:p>
    <w:p w14:paraId="6BBBB807" w14:textId="77777777" w:rsidR="007B42EB" w:rsidRPr="00F93DEC" w:rsidRDefault="00F93DEC">
      <w:pPr>
        <w:pStyle w:val="Balk2"/>
        <w:rPr>
          <w:rFonts w:ascii="Comic Sans MS" w:hAnsi="Comic Sans MS"/>
          <w:szCs w:val="20"/>
        </w:rPr>
      </w:pPr>
      <w:proofErr w:type="spellStart"/>
      <w:r w:rsidRPr="00F93DEC">
        <w:rPr>
          <w:rFonts w:ascii="Comic Sans MS" w:hAnsi="Comic Sans MS"/>
          <w:color w:val="F85883"/>
          <w:szCs w:val="20"/>
        </w:rPr>
        <w:t>Öğrenme</w:t>
      </w:r>
      <w:proofErr w:type="spellEnd"/>
      <w:r w:rsidRPr="00F93DEC">
        <w:rPr>
          <w:rFonts w:ascii="Comic Sans MS" w:hAnsi="Comic Sans MS"/>
          <w:color w:val="F85883"/>
          <w:szCs w:val="20"/>
        </w:rPr>
        <w:t xml:space="preserve"> </w:t>
      </w:r>
      <w:proofErr w:type="spellStart"/>
      <w:r w:rsidRPr="00F93DEC">
        <w:rPr>
          <w:rFonts w:ascii="Comic Sans MS" w:hAnsi="Comic Sans MS"/>
          <w:color w:val="F85883"/>
          <w:szCs w:val="20"/>
        </w:rPr>
        <w:t>Merkezlerinde</w:t>
      </w:r>
      <w:proofErr w:type="spellEnd"/>
      <w:r w:rsidRPr="00F93DEC">
        <w:rPr>
          <w:rFonts w:ascii="Comic Sans MS" w:hAnsi="Comic Sans MS"/>
          <w:color w:val="F85883"/>
          <w:szCs w:val="20"/>
        </w:rPr>
        <w:t xml:space="preserve"> Oyun</w:t>
      </w:r>
    </w:p>
    <w:p w14:paraId="1B8FE606" w14:textId="77777777" w:rsidR="007B42EB" w:rsidRPr="00F93DEC" w:rsidRDefault="00F93DEC">
      <w:pPr>
        <w:rPr>
          <w:szCs w:val="20"/>
        </w:rPr>
      </w:pPr>
      <w:r w:rsidRPr="00F93DEC">
        <w:rPr>
          <w:szCs w:val="20"/>
        </w:rPr>
        <w:t>Çocuklar blok, kitap, sanat ve evcilik merkezlerinden ilgi du</w:t>
      </w:r>
      <w:r w:rsidRPr="00F93DEC">
        <w:rPr>
          <w:szCs w:val="20"/>
        </w:rPr>
        <w:t>yduklarını seçer. Günün materyalleri ilgili merkezlere yerleştirilir. Öğretmen çocukların oyununu gözlemler; katılmak isteyen çocuğun isteğini arkadaşına iletmesine yardımcı olur. Serbest oyun sürekli sorularla kesilmez.</w:t>
      </w:r>
    </w:p>
    <w:p w14:paraId="7A7822DB" w14:textId="77777777" w:rsidR="007B42EB" w:rsidRPr="00F93DEC" w:rsidRDefault="00F93DEC">
      <w:pPr>
        <w:rPr>
          <w:szCs w:val="20"/>
        </w:rPr>
      </w:pPr>
      <w:r w:rsidRPr="00F93DEC">
        <w:rPr>
          <w:szCs w:val="20"/>
        </w:rPr>
        <w:t>Sanat merkezindeki duyusal oyun mas</w:t>
      </w:r>
      <w:r w:rsidRPr="00F93DEC">
        <w:rPr>
          <w:szCs w:val="20"/>
        </w:rPr>
        <w:t>asına yumuşak oyun hamuru, geniş ağızlı kaplar, büyük kaşıklar ve altlıklar yerleştirilir. İsteyen çocuk hamuru sıkar, bastırır, yuvarlar; kaplara doldurup boşaltır ve kendi oyununu kurar. İsterse üç büyük hamur parçasını yan yana getirir; sayma zorunlu tu</w:t>
      </w:r>
      <w:r w:rsidRPr="00F93DEC">
        <w:rPr>
          <w:szCs w:val="20"/>
        </w:rPr>
        <w:t>tulmaz. Öğretmen çocuğun oyununa eşlik ederek “Kabına ne doldurdun?” gibi kısa sorularla anlatmasını destekler. Malzemeye dokunmak istemeyen çocuk kaşık kullanabilir veya başka bir merkezi seçebilir. Malzemeler bireysel hassasiyetlere uygun seçilir; yetişk</w:t>
      </w:r>
      <w:r w:rsidRPr="00F93DEC">
        <w:rPr>
          <w:szCs w:val="20"/>
        </w:rPr>
        <w:t>in gözetimi sağlanır.</w:t>
      </w:r>
    </w:p>
    <w:p w14:paraId="6DDE31FA" w14:textId="77777777" w:rsidR="007B42EB" w:rsidRPr="00F93DEC" w:rsidRDefault="00F93DEC">
      <w:pPr>
        <w:pStyle w:val="Balk2"/>
        <w:rPr>
          <w:rFonts w:ascii="Comic Sans MS" w:hAnsi="Comic Sans MS"/>
          <w:szCs w:val="20"/>
        </w:rPr>
      </w:pPr>
      <w:r w:rsidRPr="00F93DEC">
        <w:rPr>
          <w:rFonts w:ascii="Comic Sans MS" w:hAnsi="Comic Sans MS"/>
          <w:color w:val="F85883"/>
          <w:szCs w:val="20"/>
        </w:rPr>
        <w:t>Toplanma, Temizlik ve Beslenme</w:t>
      </w:r>
    </w:p>
    <w:p w14:paraId="00303EEF" w14:textId="77777777" w:rsidR="007B42EB" w:rsidRPr="00F93DEC" w:rsidRDefault="00F93DEC">
      <w:pPr>
        <w:rPr>
          <w:szCs w:val="20"/>
        </w:rPr>
      </w:pPr>
      <w:r w:rsidRPr="00F93DEC">
        <w:rPr>
          <w:szCs w:val="20"/>
        </w:rPr>
        <w:t xml:space="preserve">Toplanma zamanı geldiğinde </w:t>
      </w:r>
      <w:hyperlink r:id="rId7">
        <w:r w:rsidRPr="00F93DEC">
          <w:rPr>
            <w:color w:val="0563C1"/>
            <w:szCs w:val="20"/>
            <w:u w:val="single"/>
          </w:rPr>
          <w:t>“Topla Topla Yerine Koy”</w:t>
        </w:r>
      </w:hyperlink>
      <w:r w:rsidRPr="00F93DEC">
        <w:rPr>
          <w:szCs w:val="20"/>
        </w:rPr>
        <w:t xml:space="preserve"> şarkısı eşliğinde sınıf toplanmaya başlanır.</w:t>
      </w:r>
    </w:p>
    <w:p w14:paraId="55EAF4B8" w14:textId="77777777" w:rsidR="007B42EB" w:rsidRPr="00F93DEC" w:rsidRDefault="00F93DEC">
      <w:pPr>
        <w:keepNext/>
        <w:rPr>
          <w:szCs w:val="20"/>
        </w:rPr>
      </w:pPr>
      <w:r w:rsidRPr="00F93DEC">
        <w:rPr>
          <w:b/>
          <w:color w:val="FF0000"/>
          <w:szCs w:val="20"/>
        </w:rPr>
        <w:t>TOPLA TOPLA YERİNE KOY</w:t>
      </w:r>
    </w:p>
    <w:p w14:paraId="31BB22E5" w14:textId="77777777" w:rsidR="007B42EB" w:rsidRPr="00F93DEC" w:rsidRDefault="00F93DEC">
      <w:pPr>
        <w:rPr>
          <w:szCs w:val="20"/>
        </w:rPr>
      </w:pPr>
      <w:r w:rsidRPr="00F93DEC">
        <w:rPr>
          <w:szCs w:val="20"/>
        </w:rPr>
        <w:t>Topla topla yerine koy</w:t>
      </w:r>
      <w:r w:rsidRPr="00F93DEC">
        <w:rPr>
          <w:szCs w:val="20"/>
        </w:rPr>
        <w:br/>
        <w:t>Oyuncaklar mutlu olsun</w:t>
      </w:r>
      <w:r w:rsidRPr="00F93DEC">
        <w:rPr>
          <w:szCs w:val="20"/>
        </w:rPr>
        <w:br/>
        <w:t>Arkadaşın da oynasın</w:t>
      </w:r>
      <w:r w:rsidRPr="00F93DEC">
        <w:rPr>
          <w:szCs w:val="20"/>
        </w:rPr>
        <w:br/>
        <w:t>Sınıfımız güzel olsun.</w:t>
      </w:r>
    </w:p>
    <w:p w14:paraId="73366A34" w14:textId="77777777" w:rsidR="007B42EB" w:rsidRPr="00F93DEC" w:rsidRDefault="00F93DEC">
      <w:pPr>
        <w:rPr>
          <w:szCs w:val="20"/>
        </w:rPr>
      </w:pPr>
      <w:r w:rsidRPr="00F93DEC">
        <w:rPr>
          <w:szCs w:val="20"/>
        </w:rPr>
        <w:t xml:space="preserve">Çocuklar kullandıkları oyuncakları ait oldukları kutulara yerleştirir. Toplama işlemi tamamlandıktan sonra öğretmen çocuklarla birlikte sınıfı gözden geçirir. Lavabo </w:t>
      </w:r>
      <w:r w:rsidRPr="00F93DEC">
        <w:rPr>
          <w:szCs w:val="20"/>
        </w:rPr>
        <w:t>alanına geçmek üzere sıra olunur; hep birlikte ritmik biçimde aşağıdaki tekerleme söylenir:</w:t>
      </w:r>
    </w:p>
    <w:p w14:paraId="099543E1" w14:textId="77777777" w:rsidR="007B42EB" w:rsidRPr="00F93DEC" w:rsidRDefault="00F93DEC">
      <w:pPr>
        <w:rPr>
          <w:szCs w:val="20"/>
        </w:rPr>
      </w:pPr>
      <w:r w:rsidRPr="00F93DEC">
        <w:rPr>
          <w:b/>
          <w:szCs w:val="20"/>
        </w:rPr>
        <w:t>“Bir sağa baktım, bir sola baktım</w:t>
      </w:r>
      <w:r w:rsidRPr="00F93DEC">
        <w:rPr>
          <w:b/>
          <w:szCs w:val="20"/>
        </w:rPr>
        <w:br/>
        <w:t>Lokomotif yaptım, çuf çuf çuf.”</w:t>
      </w:r>
    </w:p>
    <w:p w14:paraId="3E59D34C" w14:textId="77777777" w:rsidR="007B42EB" w:rsidRPr="00F93DEC" w:rsidRDefault="00F93DEC">
      <w:pPr>
        <w:rPr>
          <w:szCs w:val="20"/>
        </w:rPr>
      </w:pPr>
      <w:r w:rsidRPr="00F93DEC">
        <w:rPr>
          <w:szCs w:val="20"/>
        </w:rPr>
        <w:t>Düzeni bozmadan yürünerek lavaboya varılır. Öğretmen gözetiminde ellerin su ve sabunla yıkanması v</w:t>
      </w:r>
      <w:r w:rsidRPr="00F93DEC">
        <w:rPr>
          <w:szCs w:val="20"/>
        </w:rPr>
        <w:t>e kişisel temizliğin bağımsızca yapılması desteklenir. Çocuklar yemek masalarına güvenli biçimde oturur. Beslenme çantalarını açmalarına rehberlik edilir. Beslenmeden önce hep birlikte kısa bir dua edilir ve “Afiyet olsun.” denilir. Beslenme sonrasında çoc</w:t>
      </w:r>
      <w:r w:rsidRPr="00F93DEC">
        <w:rPr>
          <w:szCs w:val="20"/>
        </w:rPr>
        <w:t>uklar çöplerini çöp kutusuna atar, kullandıkları alanı düzenler ve kişisel temizliklerini gerçekleştirir. Suyun gereksiz akıtılmaması ve atıkların uygun kutuya atılması hatırlatılır.</w:t>
      </w:r>
    </w:p>
    <w:p w14:paraId="170BEC2B" w14:textId="77777777" w:rsidR="007B42EB" w:rsidRPr="00F93DEC" w:rsidRDefault="00F93DEC">
      <w:pPr>
        <w:pStyle w:val="Balk1"/>
        <w:rPr>
          <w:rFonts w:ascii="Comic Sans MS" w:hAnsi="Comic Sans MS"/>
          <w:szCs w:val="20"/>
        </w:rPr>
      </w:pPr>
      <w:r w:rsidRPr="00F93DEC">
        <w:rPr>
          <w:rFonts w:ascii="Comic Sans MS" w:hAnsi="Comic Sans MS"/>
          <w:color w:val="F85883"/>
          <w:szCs w:val="20"/>
        </w:rPr>
        <w:t>ETKİNLİKLER</w:t>
      </w:r>
    </w:p>
    <w:p w14:paraId="35FA028B" w14:textId="77777777" w:rsidR="007B42EB" w:rsidRPr="00F93DEC" w:rsidRDefault="00F93DEC">
      <w:pPr>
        <w:rPr>
          <w:szCs w:val="20"/>
        </w:rPr>
      </w:pPr>
      <w:proofErr w:type="spellStart"/>
      <w:r w:rsidRPr="00F93DEC">
        <w:rPr>
          <w:b/>
          <w:color w:val="002060"/>
          <w:szCs w:val="20"/>
        </w:rPr>
        <w:t>Türkçe</w:t>
      </w:r>
      <w:proofErr w:type="spellEnd"/>
      <w:r w:rsidRPr="00F93DEC">
        <w:rPr>
          <w:b/>
          <w:color w:val="002060"/>
          <w:szCs w:val="20"/>
        </w:rPr>
        <w:t xml:space="preserve"> (</w:t>
      </w:r>
      <w:proofErr w:type="spellStart"/>
      <w:r w:rsidRPr="00F93DEC">
        <w:rPr>
          <w:b/>
          <w:color w:val="002060"/>
          <w:szCs w:val="20"/>
        </w:rPr>
        <w:t>Bütünleştirilmiş</w:t>
      </w:r>
      <w:proofErr w:type="spellEnd"/>
      <w:r w:rsidRPr="00F93DEC">
        <w:rPr>
          <w:b/>
          <w:color w:val="002060"/>
          <w:szCs w:val="20"/>
        </w:rPr>
        <w:t xml:space="preserve"> Büyük </w:t>
      </w:r>
      <w:proofErr w:type="spellStart"/>
      <w:r w:rsidRPr="00F93DEC">
        <w:rPr>
          <w:b/>
          <w:color w:val="002060"/>
          <w:szCs w:val="20"/>
        </w:rPr>
        <w:t>Grup</w:t>
      </w:r>
      <w:proofErr w:type="spellEnd"/>
      <w:r w:rsidRPr="00F93DEC">
        <w:rPr>
          <w:b/>
          <w:color w:val="002060"/>
          <w:szCs w:val="20"/>
        </w:rPr>
        <w:t xml:space="preserve"> Etkinliği)</w:t>
      </w:r>
    </w:p>
    <w:p w14:paraId="53405467" w14:textId="77777777" w:rsidR="007B42EB" w:rsidRPr="00F93DEC" w:rsidRDefault="00F93DEC">
      <w:pPr>
        <w:rPr>
          <w:szCs w:val="20"/>
        </w:rPr>
      </w:pPr>
      <w:r w:rsidRPr="00F93DEC">
        <w:rPr>
          <w:szCs w:val="20"/>
        </w:rPr>
        <w:t>Çocuklar aşağıdaki tekerleme hareketlerle söylenerek çembere davet edilir.</w:t>
      </w:r>
    </w:p>
    <w:p w14:paraId="65F2DF50" w14:textId="77777777" w:rsidR="007B42EB" w:rsidRPr="00F93DEC" w:rsidRDefault="00F93DEC">
      <w:pPr>
        <w:rPr>
          <w:szCs w:val="20"/>
        </w:rPr>
      </w:pPr>
      <w:r w:rsidRPr="00F93DEC">
        <w:rPr>
          <w:b/>
          <w:szCs w:val="20"/>
        </w:rPr>
        <w:t xml:space="preserve">Tık tık tık kim geliyor? (Parmaklar sırayla yere </w:t>
      </w:r>
      <w:r w:rsidRPr="00F93DEC">
        <w:rPr>
          <w:b/>
          <w:szCs w:val="20"/>
        </w:rPr>
        <w:t>vurulur.)</w:t>
      </w:r>
      <w:r w:rsidRPr="00F93DEC">
        <w:rPr>
          <w:b/>
          <w:szCs w:val="20"/>
        </w:rPr>
        <w:br/>
        <w:t>Kanatları renkli bir kelebek geliyor! (Kollar göğüste çapraz yapılıp kanat gibi sallanır.)</w:t>
      </w:r>
      <w:r w:rsidRPr="00F93DEC">
        <w:rPr>
          <w:b/>
          <w:szCs w:val="20"/>
        </w:rPr>
        <w:br/>
        <w:t>Sessizce çiçeğine konanı, (Minderler gösterilir.)</w:t>
      </w:r>
      <w:r w:rsidRPr="00F93DEC">
        <w:rPr>
          <w:b/>
          <w:szCs w:val="20"/>
        </w:rPr>
        <w:br/>
        <w:t>Renkli Kelebek çok seviyor! Şşşt...</w:t>
      </w:r>
      <w:r w:rsidRPr="00F93DEC">
        <w:rPr>
          <w:b/>
          <w:szCs w:val="20"/>
        </w:rPr>
        <w:br/>
        <w:t>Kelebek şimdi uyuyor! (Sessizlik sağlanır.)</w:t>
      </w:r>
    </w:p>
    <w:p w14:paraId="316DEF7B" w14:textId="17C2ED07" w:rsidR="007B42EB" w:rsidRPr="00F93DEC" w:rsidRDefault="00F93DEC">
      <w:pPr>
        <w:rPr>
          <w:szCs w:val="20"/>
        </w:rPr>
      </w:pPr>
      <w:hyperlink r:id="rId8">
        <w:r w:rsidRPr="00F93DEC">
          <w:rPr>
            <w:color w:val="0563C1"/>
            <w:szCs w:val="20"/>
            <w:u w:val="single"/>
          </w:rPr>
          <w:t xml:space="preserve">“Üç’ün </w:t>
        </w:r>
        <w:proofErr w:type="spellStart"/>
        <w:r w:rsidRPr="00F93DEC">
          <w:rPr>
            <w:color w:val="0563C1"/>
            <w:szCs w:val="20"/>
            <w:u w:val="single"/>
          </w:rPr>
          <w:t>Rüzgâr</w:t>
        </w:r>
        <w:proofErr w:type="spellEnd"/>
        <w:r w:rsidRPr="00F93DEC">
          <w:rPr>
            <w:color w:val="0563C1"/>
            <w:szCs w:val="20"/>
            <w:u w:val="single"/>
          </w:rPr>
          <w:t xml:space="preserve"> </w:t>
        </w:r>
        <w:proofErr w:type="spellStart"/>
        <w:r w:rsidRPr="00F93DEC">
          <w:rPr>
            <w:color w:val="0563C1"/>
            <w:szCs w:val="20"/>
            <w:u w:val="single"/>
          </w:rPr>
          <w:t>Bahçesi</w:t>
        </w:r>
        <w:proofErr w:type="spellEnd"/>
        <w:r w:rsidRPr="00F93DEC">
          <w:rPr>
            <w:color w:val="0563C1"/>
            <w:szCs w:val="20"/>
            <w:u w:val="single"/>
          </w:rPr>
          <w:t>”</w:t>
        </w:r>
      </w:hyperlink>
      <w:r w:rsidRPr="00F93DEC">
        <w:rPr>
          <w:szCs w:val="20"/>
        </w:rPr>
        <w:t xml:space="preserve"> </w:t>
      </w:r>
      <w:proofErr w:type="spellStart"/>
      <w:r w:rsidRPr="00F93DEC">
        <w:rPr>
          <w:szCs w:val="20"/>
        </w:rPr>
        <w:t>hikâyesi</w:t>
      </w:r>
      <w:proofErr w:type="spellEnd"/>
      <w:r w:rsidRPr="00F93DEC">
        <w:rPr>
          <w:szCs w:val="20"/>
        </w:rPr>
        <w:t xml:space="preserve"> </w:t>
      </w:r>
      <w:proofErr w:type="spellStart"/>
      <w:r w:rsidRPr="00F93DEC">
        <w:rPr>
          <w:szCs w:val="20"/>
        </w:rPr>
        <w:t>görselleri</w:t>
      </w:r>
      <w:proofErr w:type="spellEnd"/>
      <w:r w:rsidRPr="00F93DEC">
        <w:rPr>
          <w:szCs w:val="20"/>
        </w:rPr>
        <w:t xml:space="preserve"> </w:t>
      </w:r>
      <w:proofErr w:type="spellStart"/>
      <w:r w:rsidRPr="00F93DEC">
        <w:rPr>
          <w:szCs w:val="20"/>
        </w:rPr>
        <w:t>gösterilerek</w:t>
      </w:r>
      <w:proofErr w:type="spellEnd"/>
      <w:r w:rsidRPr="00F93DEC">
        <w:rPr>
          <w:szCs w:val="20"/>
        </w:rPr>
        <w:t xml:space="preserve"> </w:t>
      </w:r>
      <w:proofErr w:type="spellStart"/>
      <w:r w:rsidRPr="00F93DEC">
        <w:rPr>
          <w:szCs w:val="20"/>
        </w:rPr>
        <w:t>okunur</w:t>
      </w:r>
      <w:proofErr w:type="spellEnd"/>
      <w:r w:rsidRPr="00F93DEC">
        <w:rPr>
          <w:szCs w:val="20"/>
        </w:rPr>
        <w:t>. Bir–iki kısa duraklamayla çocukların görsellere bakmasına ve kendiliğinden konuşmasına zaman tanınır. Çocuklar (MAB.</w:t>
      </w:r>
      <w:proofErr w:type="gramStart"/>
      <w:r w:rsidRPr="00F93DEC">
        <w:rPr>
          <w:szCs w:val="20"/>
        </w:rPr>
        <w:t>1.ç</w:t>
      </w:r>
      <w:proofErr w:type="gramEnd"/>
      <w:r w:rsidRPr="00F93DEC">
        <w:rPr>
          <w:szCs w:val="20"/>
        </w:rPr>
        <w:t>) üç rüzg</w:t>
      </w:r>
      <w:r w:rsidRPr="00F93DEC">
        <w:rPr>
          <w:szCs w:val="20"/>
        </w:rPr>
        <w:t>ârgülünün bulunduğu görselde her birini göstererek sayar.</w:t>
      </w:r>
    </w:p>
    <w:p w14:paraId="61891F58" w14:textId="77777777" w:rsidR="007B42EB" w:rsidRPr="00F93DEC" w:rsidRDefault="00F93DEC">
      <w:pPr>
        <w:rPr>
          <w:szCs w:val="20"/>
        </w:rPr>
      </w:pPr>
      <w:r w:rsidRPr="00F93DEC">
        <w:rPr>
          <w:szCs w:val="20"/>
        </w:rPr>
        <w:t>“Rüzgâr eserken çevrende nelerin hareket ettiğini gördün?” sorusuyla (TADB.</w:t>
      </w:r>
      <w:proofErr w:type="gramStart"/>
      <w:r w:rsidRPr="00F93DEC">
        <w:rPr>
          <w:szCs w:val="20"/>
        </w:rPr>
        <w:t>2.a</w:t>
      </w:r>
      <w:proofErr w:type="gramEnd"/>
      <w:r w:rsidRPr="00F93DEC">
        <w:rPr>
          <w:szCs w:val="20"/>
        </w:rPr>
        <w:t>) hikâyeyi günlük yaşamlarıyla ilişkilendirirler. Yanıt vermekte zorlanan çocuğa “Saçların ya da ağaçların yaprakları ha</w:t>
      </w:r>
      <w:r w:rsidRPr="00F93DEC">
        <w:rPr>
          <w:szCs w:val="20"/>
        </w:rPr>
        <w:t>reket etmiş miydi?” gibi somut bir ipucu sunulur.</w:t>
      </w:r>
    </w:p>
    <w:p w14:paraId="64844EC1" w14:textId="77777777" w:rsidR="007B42EB" w:rsidRPr="00F93DEC" w:rsidRDefault="00F93DEC">
      <w:pPr>
        <w:rPr>
          <w:szCs w:val="20"/>
        </w:rPr>
      </w:pPr>
      <w:r w:rsidRPr="00F93DEC">
        <w:rPr>
          <w:szCs w:val="20"/>
        </w:rPr>
        <w:lastRenderedPageBreak/>
        <w:t>Çocuklar ellerini rüzgârgülü gibi açar. “Hafif bir rüzgâr esiyor.” denildiğinde ellerini yavaşça hareket ettirir; “Rüzgâr dindi.” denildiğinde dururlar. Ardından (TADB.</w:t>
      </w:r>
      <w:proofErr w:type="gramStart"/>
      <w:r w:rsidRPr="00F93DEC">
        <w:rPr>
          <w:szCs w:val="20"/>
        </w:rPr>
        <w:t>4.a</w:t>
      </w:r>
      <w:proofErr w:type="gramEnd"/>
      <w:r w:rsidRPr="00F93DEC">
        <w:rPr>
          <w:szCs w:val="20"/>
        </w:rPr>
        <w:t xml:space="preserve">) hikâyede sevdikleri bir </w:t>
      </w:r>
      <w:r w:rsidRPr="00F93DEC">
        <w:rPr>
          <w:szCs w:val="20"/>
        </w:rPr>
        <w:t>bölümü ve hissettiklerini anlatırlar. Konuşmak istemeyen çocuk ilgili görseli gösterebilir. Çocuklar (SDB2.1) arkadaşlarının anlatımlarını dinler ve kendi düşüncelerini paylaşır.</w:t>
      </w:r>
    </w:p>
    <w:p w14:paraId="7A38EFDB" w14:textId="77777777" w:rsidR="000C603F" w:rsidRPr="00F93DEC" w:rsidRDefault="000C603F" w:rsidP="000C603F">
      <w:pPr>
        <w:keepNext/>
        <w:rPr>
          <w:szCs w:val="20"/>
        </w:rPr>
      </w:pPr>
      <w:proofErr w:type="spellStart"/>
      <w:r w:rsidRPr="00F93DEC">
        <w:rPr>
          <w:b/>
          <w:color w:val="002060"/>
          <w:szCs w:val="20"/>
        </w:rPr>
        <w:t>Matematik</w:t>
      </w:r>
      <w:proofErr w:type="spellEnd"/>
      <w:r w:rsidRPr="00F93DEC">
        <w:rPr>
          <w:b/>
          <w:color w:val="002060"/>
          <w:szCs w:val="20"/>
        </w:rPr>
        <w:t xml:space="preserve"> (Büyük </w:t>
      </w:r>
      <w:proofErr w:type="spellStart"/>
      <w:r w:rsidRPr="00F93DEC">
        <w:rPr>
          <w:b/>
          <w:color w:val="002060"/>
          <w:szCs w:val="20"/>
        </w:rPr>
        <w:t>Grup</w:t>
      </w:r>
      <w:proofErr w:type="spellEnd"/>
      <w:r w:rsidRPr="00F93DEC">
        <w:rPr>
          <w:b/>
          <w:color w:val="002060"/>
          <w:szCs w:val="20"/>
        </w:rPr>
        <w:t xml:space="preserve"> </w:t>
      </w:r>
      <w:proofErr w:type="spellStart"/>
      <w:r w:rsidRPr="00F93DEC">
        <w:rPr>
          <w:b/>
          <w:color w:val="002060"/>
          <w:szCs w:val="20"/>
        </w:rPr>
        <w:t>ve</w:t>
      </w:r>
      <w:proofErr w:type="spellEnd"/>
      <w:r w:rsidRPr="00F93DEC">
        <w:rPr>
          <w:b/>
          <w:color w:val="002060"/>
          <w:szCs w:val="20"/>
        </w:rPr>
        <w:t xml:space="preserve"> </w:t>
      </w:r>
      <w:proofErr w:type="spellStart"/>
      <w:r w:rsidRPr="00F93DEC">
        <w:rPr>
          <w:b/>
          <w:color w:val="002060"/>
          <w:szCs w:val="20"/>
        </w:rPr>
        <w:t>Bireysel</w:t>
      </w:r>
      <w:proofErr w:type="spellEnd"/>
      <w:r w:rsidRPr="00F93DEC">
        <w:rPr>
          <w:b/>
          <w:color w:val="002060"/>
          <w:szCs w:val="20"/>
        </w:rPr>
        <w:t xml:space="preserve"> </w:t>
      </w:r>
      <w:proofErr w:type="spellStart"/>
      <w:r w:rsidRPr="00F93DEC">
        <w:rPr>
          <w:b/>
          <w:color w:val="002060"/>
          <w:szCs w:val="20"/>
        </w:rPr>
        <w:t>Etkinlik</w:t>
      </w:r>
      <w:proofErr w:type="spellEnd"/>
      <w:r w:rsidRPr="00F93DEC">
        <w:rPr>
          <w:b/>
          <w:color w:val="002060"/>
          <w:szCs w:val="20"/>
        </w:rPr>
        <w:t>)</w:t>
      </w:r>
    </w:p>
    <w:p w14:paraId="75569F23" w14:textId="49FC8F1F" w:rsidR="000C603F" w:rsidRPr="00F93DEC" w:rsidRDefault="000C603F" w:rsidP="000C603F">
      <w:pPr>
        <w:rPr>
          <w:szCs w:val="20"/>
        </w:rPr>
      </w:pPr>
      <w:proofErr w:type="spellStart"/>
      <w:r w:rsidRPr="00F93DEC">
        <w:rPr>
          <w:szCs w:val="20"/>
        </w:rPr>
        <w:t>Öğretmen</w:t>
      </w:r>
      <w:proofErr w:type="spellEnd"/>
      <w:r w:rsidRPr="00F93DEC">
        <w:rPr>
          <w:szCs w:val="20"/>
        </w:rPr>
        <w:t xml:space="preserve"> </w:t>
      </w:r>
      <w:proofErr w:type="spellStart"/>
      <w:r w:rsidRPr="00F93DEC">
        <w:rPr>
          <w:szCs w:val="20"/>
        </w:rPr>
        <w:t>sade</w:t>
      </w:r>
      <w:proofErr w:type="spellEnd"/>
      <w:r w:rsidRPr="00F93DEC">
        <w:rPr>
          <w:szCs w:val="20"/>
        </w:rPr>
        <w:t xml:space="preserve"> </w:t>
      </w:r>
      <w:proofErr w:type="spellStart"/>
      <w:r w:rsidRPr="00F93DEC">
        <w:rPr>
          <w:szCs w:val="20"/>
        </w:rPr>
        <w:t>bir</w:t>
      </w:r>
      <w:proofErr w:type="spellEnd"/>
      <w:r w:rsidRPr="00F93DEC">
        <w:rPr>
          <w:szCs w:val="20"/>
        </w:rPr>
        <w:t xml:space="preserve"> </w:t>
      </w:r>
      <w:proofErr w:type="spellStart"/>
      <w:r w:rsidRPr="00F93DEC">
        <w:rPr>
          <w:szCs w:val="20"/>
        </w:rPr>
        <w:t>tepside</w:t>
      </w:r>
      <w:proofErr w:type="spellEnd"/>
      <w:r w:rsidRPr="00F93DEC">
        <w:rPr>
          <w:szCs w:val="20"/>
        </w:rPr>
        <w:t xml:space="preserve"> </w:t>
      </w:r>
      <w:proofErr w:type="spellStart"/>
      <w:r w:rsidRPr="00F93DEC">
        <w:rPr>
          <w:szCs w:val="20"/>
        </w:rPr>
        <w:t>üç</w:t>
      </w:r>
      <w:proofErr w:type="spellEnd"/>
      <w:r w:rsidRPr="00F93DEC">
        <w:rPr>
          <w:szCs w:val="20"/>
        </w:rPr>
        <w:t xml:space="preserve"> </w:t>
      </w:r>
      <w:proofErr w:type="spellStart"/>
      <w:r w:rsidRPr="00F93DEC">
        <w:rPr>
          <w:szCs w:val="20"/>
        </w:rPr>
        <w:t>büyük</w:t>
      </w:r>
      <w:proofErr w:type="spellEnd"/>
      <w:r w:rsidRPr="00F93DEC">
        <w:rPr>
          <w:szCs w:val="20"/>
        </w:rPr>
        <w:t xml:space="preserve"> </w:t>
      </w:r>
      <w:proofErr w:type="spellStart"/>
      <w:r w:rsidRPr="00F93DEC">
        <w:rPr>
          <w:szCs w:val="20"/>
        </w:rPr>
        <w:t>blok</w:t>
      </w:r>
      <w:proofErr w:type="spellEnd"/>
      <w:r w:rsidRPr="00F93DEC">
        <w:rPr>
          <w:szCs w:val="20"/>
        </w:rPr>
        <w:t xml:space="preserve"> </w:t>
      </w:r>
      <w:proofErr w:type="spellStart"/>
      <w:r w:rsidRPr="00F93DEC">
        <w:rPr>
          <w:szCs w:val="20"/>
        </w:rPr>
        <w:t>gösterir</w:t>
      </w:r>
      <w:proofErr w:type="spellEnd"/>
      <w:r w:rsidRPr="00F93DEC">
        <w:rPr>
          <w:szCs w:val="20"/>
        </w:rPr>
        <w:t xml:space="preserve">. </w:t>
      </w:r>
      <w:proofErr w:type="spellStart"/>
      <w:r w:rsidRPr="00F93DEC">
        <w:rPr>
          <w:szCs w:val="20"/>
        </w:rPr>
        <w:t>Çocuklar</w:t>
      </w:r>
      <w:proofErr w:type="spellEnd"/>
      <w:r w:rsidRPr="00F93DEC">
        <w:rPr>
          <w:szCs w:val="20"/>
        </w:rPr>
        <w:t xml:space="preserve"> (MAB.1.c) </w:t>
      </w:r>
      <w:proofErr w:type="spellStart"/>
      <w:r w:rsidRPr="00F93DEC">
        <w:rPr>
          <w:szCs w:val="20"/>
        </w:rPr>
        <w:t>miktarı</w:t>
      </w:r>
      <w:proofErr w:type="spellEnd"/>
      <w:r w:rsidRPr="00F93DEC">
        <w:rPr>
          <w:szCs w:val="20"/>
        </w:rPr>
        <w:t xml:space="preserve"> </w:t>
      </w:r>
      <w:proofErr w:type="spellStart"/>
      <w:r w:rsidRPr="00F93DEC">
        <w:rPr>
          <w:szCs w:val="20"/>
        </w:rPr>
        <w:t>bir</w:t>
      </w:r>
      <w:proofErr w:type="spellEnd"/>
      <w:r w:rsidRPr="00F93DEC">
        <w:rPr>
          <w:szCs w:val="20"/>
        </w:rPr>
        <w:t xml:space="preserve"> </w:t>
      </w:r>
      <w:proofErr w:type="spellStart"/>
      <w:r w:rsidRPr="00F93DEC">
        <w:rPr>
          <w:szCs w:val="20"/>
        </w:rPr>
        <w:t>bakışta</w:t>
      </w:r>
      <w:proofErr w:type="spellEnd"/>
      <w:r w:rsidRPr="00F93DEC">
        <w:rPr>
          <w:szCs w:val="20"/>
        </w:rPr>
        <w:t xml:space="preserve"> </w:t>
      </w:r>
      <w:proofErr w:type="spellStart"/>
      <w:r w:rsidRPr="00F93DEC">
        <w:rPr>
          <w:szCs w:val="20"/>
        </w:rPr>
        <w:t>söylemeyi</w:t>
      </w:r>
      <w:proofErr w:type="spellEnd"/>
      <w:r w:rsidRPr="00F93DEC">
        <w:rPr>
          <w:szCs w:val="20"/>
        </w:rPr>
        <w:t xml:space="preserve"> </w:t>
      </w:r>
      <w:proofErr w:type="spellStart"/>
      <w:r w:rsidRPr="00F93DEC">
        <w:rPr>
          <w:szCs w:val="20"/>
        </w:rPr>
        <w:t>dener</w:t>
      </w:r>
      <w:proofErr w:type="spellEnd"/>
      <w:r w:rsidRPr="00F93DEC">
        <w:rPr>
          <w:szCs w:val="20"/>
        </w:rPr>
        <w:t xml:space="preserve">; </w:t>
      </w:r>
      <w:proofErr w:type="spellStart"/>
      <w:r w:rsidRPr="00F93DEC">
        <w:rPr>
          <w:szCs w:val="20"/>
        </w:rPr>
        <w:t>ardından</w:t>
      </w:r>
      <w:proofErr w:type="spellEnd"/>
      <w:r w:rsidRPr="00F93DEC">
        <w:rPr>
          <w:szCs w:val="20"/>
        </w:rPr>
        <w:t xml:space="preserve"> (MAB.</w:t>
      </w:r>
      <w:proofErr w:type="gramStart"/>
      <w:r w:rsidRPr="00F93DEC">
        <w:rPr>
          <w:szCs w:val="20"/>
        </w:rPr>
        <w:t>1.ç</w:t>
      </w:r>
      <w:proofErr w:type="gramEnd"/>
      <w:r w:rsidRPr="00F93DEC">
        <w:rPr>
          <w:szCs w:val="20"/>
        </w:rPr>
        <w:t xml:space="preserve">) her </w:t>
      </w:r>
      <w:proofErr w:type="spellStart"/>
      <w:r w:rsidRPr="00F93DEC">
        <w:rPr>
          <w:szCs w:val="20"/>
        </w:rPr>
        <w:t>bloğa</w:t>
      </w:r>
      <w:proofErr w:type="spellEnd"/>
      <w:r w:rsidRPr="00F93DEC">
        <w:rPr>
          <w:szCs w:val="20"/>
        </w:rPr>
        <w:t xml:space="preserve"> </w:t>
      </w:r>
      <w:proofErr w:type="spellStart"/>
      <w:r w:rsidRPr="00F93DEC">
        <w:rPr>
          <w:szCs w:val="20"/>
        </w:rPr>
        <w:t>bir</w:t>
      </w:r>
      <w:proofErr w:type="spellEnd"/>
      <w:r w:rsidRPr="00F93DEC">
        <w:rPr>
          <w:szCs w:val="20"/>
        </w:rPr>
        <w:t xml:space="preserve"> </w:t>
      </w:r>
      <w:proofErr w:type="spellStart"/>
      <w:r w:rsidRPr="00F93DEC">
        <w:rPr>
          <w:szCs w:val="20"/>
        </w:rPr>
        <w:t>kez</w:t>
      </w:r>
      <w:proofErr w:type="spellEnd"/>
      <w:r w:rsidRPr="00F93DEC">
        <w:rPr>
          <w:szCs w:val="20"/>
        </w:rPr>
        <w:t xml:space="preserve"> </w:t>
      </w:r>
      <w:proofErr w:type="spellStart"/>
      <w:r w:rsidRPr="00F93DEC">
        <w:rPr>
          <w:szCs w:val="20"/>
        </w:rPr>
        <w:t>dokunarak</w:t>
      </w:r>
      <w:proofErr w:type="spellEnd"/>
      <w:r w:rsidRPr="00F93DEC">
        <w:rPr>
          <w:szCs w:val="20"/>
        </w:rPr>
        <w:t xml:space="preserve"> </w:t>
      </w:r>
      <w:proofErr w:type="spellStart"/>
      <w:r w:rsidRPr="00F93DEC">
        <w:rPr>
          <w:szCs w:val="20"/>
        </w:rPr>
        <w:t>sayar</w:t>
      </w:r>
      <w:proofErr w:type="spellEnd"/>
      <w:r w:rsidRPr="00F93DEC">
        <w:rPr>
          <w:szCs w:val="20"/>
        </w:rPr>
        <w:t xml:space="preserve">. </w:t>
      </w:r>
      <w:proofErr w:type="spellStart"/>
      <w:r w:rsidRPr="00F93DEC">
        <w:rPr>
          <w:szCs w:val="20"/>
        </w:rPr>
        <w:t>Bloklar</w:t>
      </w:r>
      <w:proofErr w:type="spellEnd"/>
      <w:r w:rsidRPr="00F93DEC">
        <w:rPr>
          <w:szCs w:val="20"/>
        </w:rPr>
        <w:t xml:space="preserve"> </w:t>
      </w:r>
      <w:proofErr w:type="spellStart"/>
      <w:r w:rsidRPr="00F93DEC">
        <w:rPr>
          <w:szCs w:val="20"/>
        </w:rPr>
        <w:t>önce</w:t>
      </w:r>
      <w:proofErr w:type="spellEnd"/>
      <w:r w:rsidRPr="00F93DEC">
        <w:rPr>
          <w:szCs w:val="20"/>
        </w:rPr>
        <w:t xml:space="preserve"> </w:t>
      </w:r>
      <w:proofErr w:type="spellStart"/>
      <w:r w:rsidRPr="00F93DEC">
        <w:rPr>
          <w:szCs w:val="20"/>
        </w:rPr>
        <w:t>yan</w:t>
      </w:r>
      <w:proofErr w:type="spellEnd"/>
      <w:r w:rsidRPr="00F93DEC">
        <w:rPr>
          <w:szCs w:val="20"/>
        </w:rPr>
        <w:t xml:space="preserve"> </w:t>
      </w:r>
      <w:proofErr w:type="spellStart"/>
      <w:r w:rsidRPr="00F93DEC">
        <w:rPr>
          <w:szCs w:val="20"/>
        </w:rPr>
        <w:t>yana</w:t>
      </w:r>
      <w:proofErr w:type="spellEnd"/>
      <w:r w:rsidRPr="00F93DEC">
        <w:rPr>
          <w:szCs w:val="20"/>
        </w:rPr>
        <w:t xml:space="preserve">, </w:t>
      </w:r>
      <w:proofErr w:type="spellStart"/>
      <w:r w:rsidRPr="00F93DEC">
        <w:rPr>
          <w:szCs w:val="20"/>
        </w:rPr>
        <w:t>sonra</w:t>
      </w:r>
      <w:proofErr w:type="spellEnd"/>
      <w:r w:rsidRPr="00F93DEC">
        <w:rPr>
          <w:szCs w:val="20"/>
        </w:rPr>
        <w:t xml:space="preserve"> </w:t>
      </w:r>
      <w:proofErr w:type="spellStart"/>
      <w:r w:rsidRPr="00F93DEC">
        <w:rPr>
          <w:szCs w:val="20"/>
        </w:rPr>
        <w:t>biraz</w:t>
      </w:r>
      <w:proofErr w:type="spellEnd"/>
      <w:r w:rsidRPr="00F93DEC">
        <w:rPr>
          <w:szCs w:val="20"/>
        </w:rPr>
        <w:t xml:space="preserve"> </w:t>
      </w:r>
      <w:proofErr w:type="spellStart"/>
      <w:r w:rsidRPr="00F93DEC">
        <w:rPr>
          <w:szCs w:val="20"/>
        </w:rPr>
        <w:t>aralıklı</w:t>
      </w:r>
      <w:proofErr w:type="spellEnd"/>
      <w:r w:rsidRPr="00F93DEC">
        <w:rPr>
          <w:szCs w:val="20"/>
        </w:rPr>
        <w:t xml:space="preserve"> </w:t>
      </w:r>
      <w:proofErr w:type="spellStart"/>
      <w:r w:rsidRPr="00F93DEC">
        <w:rPr>
          <w:szCs w:val="20"/>
        </w:rPr>
        <w:t>yerleştirilir</w:t>
      </w:r>
      <w:proofErr w:type="spellEnd"/>
      <w:r w:rsidRPr="00F93DEC">
        <w:rPr>
          <w:szCs w:val="20"/>
        </w:rPr>
        <w:t>. “</w:t>
      </w:r>
      <w:proofErr w:type="spellStart"/>
      <w:r w:rsidRPr="00F93DEC">
        <w:rPr>
          <w:szCs w:val="20"/>
        </w:rPr>
        <w:t>Bloklarımızı</w:t>
      </w:r>
      <w:proofErr w:type="spellEnd"/>
      <w:r w:rsidRPr="00F93DEC">
        <w:rPr>
          <w:szCs w:val="20"/>
        </w:rPr>
        <w:t xml:space="preserve"> </w:t>
      </w:r>
      <w:proofErr w:type="spellStart"/>
      <w:r w:rsidRPr="00F93DEC">
        <w:rPr>
          <w:szCs w:val="20"/>
        </w:rPr>
        <w:t>yeniden</w:t>
      </w:r>
      <w:proofErr w:type="spellEnd"/>
      <w:r w:rsidRPr="00F93DEC">
        <w:rPr>
          <w:szCs w:val="20"/>
        </w:rPr>
        <w:t xml:space="preserve"> </w:t>
      </w:r>
      <w:proofErr w:type="spellStart"/>
      <w:r w:rsidRPr="00F93DEC">
        <w:rPr>
          <w:szCs w:val="20"/>
        </w:rPr>
        <w:t>sayalım</w:t>
      </w:r>
      <w:proofErr w:type="spellEnd"/>
      <w:r w:rsidRPr="00F93DEC">
        <w:rPr>
          <w:szCs w:val="20"/>
        </w:rPr>
        <w:t xml:space="preserve">. </w:t>
      </w:r>
      <w:proofErr w:type="spellStart"/>
      <w:r w:rsidRPr="00F93DEC">
        <w:rPr>
          <w:szCs w:val="20"/>
        </w:rPr>
        <w:t>Kaç</w:t>
      </w:r>
      <w:proofErr w:type="spellEnd"/>
      <w:r w:rsidRPr="00F93DEC">
        <w:rPr>
          <w:szCs w:val="20"/>
        </w:rPr>
        <w:t xml:space="preserve"> </w:t>
      </w:r>
      <w:proofErr w:type="spellStart"/>
      <w:r w:rsidRPr="00F93DEC">
        <w:rPr>
          <w:szCs w:val="20"/>
        </w:rPr>
        <w:t>tane</w:t>
      </w:r>
      <w:proofErr w:type="spellEnd"/>
      <w:r w:rsidRPr="00F93DEC">
        <w:rPr>
          <w:szCs w:val="20"/>
        </w:rPr>
        <w:t xml:space="preserve"> </w:t>
      </w:r>
      <w:proofErr w:type="spellStart"/>
      <w:r w:rsidRPr="00F93DEC">
        <w:rPr>
          <w:szCs w:val="20"/>
        </w:rPr>
        <w:t>oldu</w:t>
      </w:r>
      <w:proofErr w:type="spellEnd"/>
      <w:r w:rsidRPr="00F93DEC">
        <w:rPr>
          <w:szCs w:val="20"/>
        </w:rPr>
        <w:t xml:space="preserve">?” </w:t>
      </w:r>
      <w:proofErr w:type="spellStart"/>
      <w:r w:rsidRPr="00F93DEC">
        <w:rPr>
          <w:szCs w:val="20"/>
        </w:rPr>
        <w:t>sorusuyla</w:t>
      </w:r>
      <w:proofErr w:type="spellEnd"/>
      <w:r w:rsidRPr="00F93DEC">
        <w:rPr>
          <w:szCs w:val="20"/>
        </w:rPr>
        <w:t xml:space="preserve"> </w:t>
      </w:r>
      <w:proofErr w:type="spellStart"/>
      <w:r w:rsidRPr="00F93DEC">
        <w:rPr>
          <w:szCs w:val="20"/>
        </w:rPr>
        <w:t>çocukların</w:t>
      </w:r>
      <w:proofErr w:type="spellEnd"/>
      <w:r w:rsidRPr="00F93DEC">
        <w:rPr>
          <w:szCs w:val="20"/>
        </w:rPr>
        <w:t xml:space="preserve"> </w:t>
      </w:r>
      <w:proofErr w:type="spellStart"/>
      <w:r w:rsidRPr="00F93DEC">
        <w:rPr>
          <w:szCs w:val="20"/>
        </w:rPr>
        <w:t>aynı</w:t>
      </w:r>
      <w:proofErr w:type="spellEnd"/>
      <w:r w:rsidRPr="00F93DEC">
        <w:rPr>
          <w:szCs w:val="20"/>
        </w:rPr>
        <w:t xml:space="preserve"> </w:t>
      </w:r>
      <w:proofErr w:type="spellStart"/>
      <w:r w:rsidRPr="00F93DEC">
        <w:rPr>
          <w:szCs w:val="20"/>
        </w:rPr>
        <w:t>nesneleri</w:t>
      </w:r>
      <w:proofErr w:type="spellEnd"/>
      <w:r w:rsidRPr="00F93DEC">
        <w:rPr>
          <w:szCs w:val="20"/>
        </w:rPr>
        <w:t xml:space="preserve"> </w:t>
      </w:r>
      <w:proofErr w:type="spellStart"/>
      <w:r w:rsidRPr="00F93DEC">
        <w:rPr>
          <w:szCs w:val="20"/>
        </w:rPr>
        <w:t>farklı</w:t>
      </w:r>
      <w:proofErr w:type="spellEnd"/>
      <w:r w:rsidRPr="00F93DEC">
        <w:rPr>
          <w:szCs w:val="20"/>
        </w:rPr>
        <w:t xml:space="preserve"> </w:t>
      </w:r>
      <w:proofErr w:type="spellStart"/>
      <w:r w:rsidRPr="00F93DEC">
        <w:rPr>
          <w:szCs w:val="20"/>
        </w:rPr>
        <w:t>yerleşimlerde</w:t>
      </w:r>
      <w:proofErr w:type="spellEnd"/>
      <w:r w:rsidRPr="00F93DEC">
        <w:rPr>
          <w:szCs w:val="20"/>
        </w:rPr>
        <w:t xml:space="preserve"> </w:t>
      </w:r>
      <w:proofErr w:type="spellStart"/>
      <w:r w:rsidRPr="00F93DEC">
        <w:rPr>
          <w:szCs w:val="20"/>
        </w:rPr>
        <w:t>saymasına</w:t>
      </w:r>
      <w:proofErr w:type="spellEnd"/>
      <w:r w:rsidRPr="00F93DEC">
        <w:rPr>
          <w:szCs w:val="20"/>
        </w:rPr>
        <w:t xml:space="preserve"> </w:t>
      </w:r>
      <w:proofErr w:type="spellStart"/>
      <w:r w:rsidRPr="00F93DEC">
        <w:rPr>
          <w:szCs w:val="20"/>
        </w:rPr>
        <w:t>fırsat</w:t>
      </w:r>
      <w:proofErr w:type="spellEnd"/>
      <w:r w:rsidRPr="00F93DEC">
        <w:rPr>
          <w:szCs w:val="20"/>
        </w:rPr>
        <w:t xml:space="preserve"> </w:t>
      </w:r>
      <w:proofErr w:type="spellStart"/>
      <w:r w:rsidRPr="00F93DEC">
        <w:rPr>
          <w:szCs w:val="20"/>
        </w:rPr>
        <w:t>verilir</w:t>
      </w:r>
      <w:proofErr w:type="spellEnd"/>
      <w:r w:rsidRPr="00F93DEC">
        <w:rPr>
          <w:szCs w:val="20"/>
        </w:rPr>
        <w:t>.</w:t>
      </w:r>
      <w:r w:rsidRPr="00F93DEC">
        <w:rPr>
          <w:rFonts w:cs="Times New Roman"/>
          <w:color w:val="000000" w:themeColor="text1"/>
          <w:szCs w:val="20"/>
        </w:rPr>
        <w:t xml:space="preserve"> (</w:t>
      </w:r>
      <w:r w:rsidRPr="00F93DEC">
        <w:rPr>
          <w:rFonts w:cs="Times New Roman"/>
          <w:color w:val="000000" w:themeColor="text1"/>
          <w:szCs w:val="20"/>
        </w:rPr>
        <w:t>D3.4.</w:t>
      </w:r>
      <w:r w:rsidRPr="00F93DEC">
        <w:rPr>
          <w:rFonts w:cs="Times New Roman"/>
          <w:color w:val="000000" w:themeColor="text1"/>
          <w:szCs w:val="20"/>
        </w:rPr>
        <w:t>)</w:t>
      </w:r>
    </w:p>
    <w:p w14:paraId="17240837" w14:textId="77777777" w:rsidR="000C603F" w:rsidRPr="00F93DEC" w:rsidRDefault="000C603F" w:rsidP="000C603F">
      <w:pPr>
        <w:rPr>
          <w:szCs w:val="20"/>
        </w:rPr>
      </w:pPr>
      <w:hyperlink r:id="rId9">
        <w:r w:rsidRPr="00F93DEC">
          <w:rPr>
            <w:color w:val="0563C1"/>
            <w:szCs w:val="20"/>
            <w:u w:val="single"/>
          </w:rPr>
          <w:t xml:space="preserve">“3 </w:t>
        </w:r>
        <w:proofErr w:type="spellStart"/>
        <w:r w:rsidRPr="00F93DEC">
          <w:rPr>
            <w:color w:val="0563C1"/>
            <w:szCs w:val="20"/>
            <w:u w:val="single"/>
          </w:rPr>
          <w:t>Rakamını</w:t>
        </w:r>
        <w:proofErr w:type="spellEnd"/>
        <w:r w:rsidRPr="00F93DEC">
          <w:rPr>
            <w:color w:val="0563C1"/>
            <w:szCs w:val="20"/>
            <w:u w:val="single"/>
          </w:rPr>
          <w:t xml:space="preserve"> </w:t>
        </w:r>
        <w:proofErr w:type="spellStart"/>
        <w:r w:rsidRPr="00F93DEC">
          <w:rPr>
            <w:color w:val="0563C1"/>
            <w:szCs w:val="20"/>
            <w:u w:val="single"/>
          </w:rPr>
          <w:t>Öğreniyorum</w:t>
        </w:r>
        <w:proofErr w:type="spellEnd"/>
        <w:r w:rsidRPr="00F93DEC">
          <w:rPr>
            <w:color w:val="0563C1"/>
            <w:szCs w:val="20"/>
            <w:u w:val="single"/>
          </w:rPr>
          <w:t>”</w:t>
        </w:r>
      </w:hyperlink>
      <w:r w:rsidRPr="00F93DEC">
        <w:rPr>
          <w:szCs w:val="20"/>
        </w:rPr>
        <w:t xml:space="preserve"> filmi </w:t>
      </w:r>
      <w:proofErr w:type="spellStart"/>
      <w:r w:rsidRPr="00F93DEC">
        <w:rPr>
          <w:szCs w:val="20"/>
        </w:rPr>
        <w:t>ve</w:t>
      </w:r>
      <w:proofErr w:type="spellEnd"/>
      <w:r w:rsidRPr="00F93DEC">
        <w:rPr>
          <w:szCs w:val="20"/>
        </w:rPr>
        <w:t xml:space="preserve"> </w:t>
      </w:r>
      <w:hyperlink r:id="rId10">
        <w:r w:rsidRPr="00F93DEC">
          <w:rPr>
            <w:color w:val="0070C0"/>
            <w:szCs w:val="20"/>
            <w:u w:val="single"/>
          </w:rPr>
          <w:t xml:space="preserve">3 </w:t>
        </w:r>
        <w:proofErr w:type="spellStart"/>
        <w:r w:rsidRPr="00F93DEC">
          <w:rPr>
            <w:color w:val="0070C0"/>
            <w:szCs w:val="20"/>
            <w:u w:val="single"/>
          </w:rPr>
          <w:t>Rakamı</w:t>
        </w:r>
        <w:proofErr w:type="spellEnd"/>
        <w:r w:rsidRPr="00F93DEC">
          <w:rPr>
            <w:color w:val="0070C0"/>
            <w:szCs w:val="20"/>
            <w:u w:val="single"/>
          </w:rPr>
          <w:t xml:space="preserve"> </w:t>
        </w:r>
        <w:proofErr w:type="spellStart"/>
        <w:r w:rsidRPr="00F93DEC">
          <w:rPr>
            <w:color w:val="0070C0"/>
            <w:szCs w:val="20"/>
            <w:u w:val="single"/>
          </w:rPr>
          <w:t>ile</w:t>
        </w:r>
        <w:proofErr w:type="spellEnd"/>
        <w:r w:rsidRPr="00F93DEC">
          <w:rPr>
            <w:color w:val="0070C0"/>
            <w:szCs w:val="20"/>
            <w:u w:val="single"/>
          </w:rPr>
          <w:t xml:space="preserve"> </w:t>
        </w:r>
        <w:proofErr w:type="spellStart"/>
        <w:r w:rsidRPr="00F93DEC">
          <w:rPr>
            <w:color w:val="0070C0"/>
            <w:szCs w:val="20"/>
            <w:u w:val="single"/>
          </w:rPr>
          <w:t>İlgili</w:t>
        </w:r>
        <w:proofErr w:type="spellEnd"/>
        <w:r w:rsidRPr="00F93DEC">
          <w:rPr>
            <w:color w:val="0070C0"/>
            <w:szCs w:val="20"/>
            <w:u w:val="single"/>
          </w:rPr>
          <w:t xml:space="preserve"> Flash </w:t>
        </w:r>
        <w:proofErr w:type="spellStart"/>
        <w:r w:rsidRPr="00F93DEC">
          <w:rPr>
            <w:color w:val="0070C0"/>
            <w:szCs w:val="20"/>
            <w:u w:val="single"/>
          </w:rPr>
          <w:t>Kartları</w:t>
        </w:r>
        <w:proofErr w:type="spellEnd"/>
        <w:r w:rsidRPr="00F93DEC">
          <w:rPr>
            <w:color w:val="0070C0"/>
            <w:szCs w:val="20"/>
            <w:u w:val="single"/>
          </w:rPr>
          <w:t xml:space="preserve"> </w:t>
        </w:r>
        <w:proofErr w:type="spellStart"/>
        <w:r w:rsidRPr="00F93DEC">
          <w:rPr>
            <w:color w:val="0070C0"/>
            <w:szCs w:val="20"/>
            <w:u w:val="single"/>
          </w:rPr>
          <w:t>ve</w:t>
        </w:r>
        <w:proofErr w:type="spellEnd"/>
        <w:r w:rsidRPr="00F93DEC">
          <w:rPr>
            <w:color w:val="0070C0"/>
            <w:szCs w:val="20"/>
            <w:u w:val="single"/>
          </w:rPr>
          <w:t xml:space="preserve"> </w:t>
        </w:r>
        <w:proofErr w:type="spellStart"/>
        <w:r w:rsidRPr="00F93DEC">
          <w:rPr>
            <w:color w:val="0070C0"/>
            <w:szCs w:val="20"/>
            <w:u w:val="single"/>
          </w:rPr>
          <w:t>Slayt</w:t>
        </w:r>
        <w:proofErr w:type="spellEnd"/>
        <w:r w:rsidRPr="00F93DEC">
          <w:rPr>
            <w:color w:val="0070C0"/>
            <w:szCs w:val="20"/>
            <w:u w:val="single"/>
          </w:rPr>
          <w:t xml:space="preserve"> </w:t>
        </w:r>
        <w:proofErr w:type="spellStart"/>
        <w:r w:rsidRPr="00F93DEC">
          <w:rPr>
            <w:color w:val="0070C0"/>
            <w:szCs w:val="20"/>
            <w:u w:val="single"/>
          </w:rPr>
          <w:t>Gösterisi</w:t>
        </w:r>
        <w:proofErr w:type="spellEnd"/>
      </w:hyperlink>
      <w:r w:rsidRPr="00F93DEC">
        <w:rPr>
          <w:color w:val="000000" w:themeColor="text1"/>
          <w:szCs w:val="20"/>
          <w:u w:val="single"/>
        </w:rPr>
        <w:t xml:space="preserve"> </w:t>
      </w:r>
      <w:proofErr w:type="spellStart"/>
      <w:r w:rsidRPr="00F93DEC">
        <w:rPr>
          <w:szCs w:val="20"/>
        </w:rPr>
        <w:t>izlenir</w:t>
      </w:r>
      <w:proofErr w:type="spellEnd"/>
      <w:r w:rsidRPr="00F93DEC">
        <w:rPr>
          <w:szCs w:val="20"/>
        </w:rPr>
        <w:t xml:space="preserve">. </w:t>
      </w:r>
      <w:proofErr w:type="spellStart"/>
      <w:r w:rsidRPr="00F93DEC">
        <w:rPr>
          <w:szCs w:val="20"/>
        </w:rPr>
        <w:t>Üç</w:t>
      </w:r>
      <w:proofErr w:type="spellEnd"/>
      <w:r w:rsidRPr="00F93DEC">
        <w:rPr>
          <w:szCs w:val="20"/>
        </w:rPr>
        <w:t xml:space="preserve"> </w:t>
      </w:r>
      <w:proofErr w:type="spellStart"/>
      <w:r w:rsidRPr="00F93DEC">
        <w:rPr>
          <w:szCs w:val="20"/>
        </w:rPr>
        <w:t>bloğun</w:t>
      </w:r>
      <w:proofErr w:type="spellEnd"/>
      <w:r w:rsidRPr="00F93DEC">
        <w:rPr>
          <w:szCs w:val="20"/>
        </w:rPr>
        <w:t xml:space="preserve"> </w:t>
      </w:r>
      <w:proofErr w:type="spellStart"/>
      <w:r w:rsidRPr="00F93DEC">
        <w:rPr>
          <w:szCs w:val="20"/>
        </w:rPr>
        <w:t>yanına</w:t>
      </w:r>
      <w:proofErr w:type="spellEnd"/>
      <w:r w:rsidRPr="00F93DEC">
        <w:rPr>
          <w:szCs w:val="20"/>
        </w:rPr>
        <w:t xml:space="preserve"> 3 </w:t>
      </w:r>
      <w:proofErr w:type="spellStart"/>
      <w:r w:rsidRPr="00F93DEC">
        <w:rPr>
          <w:szCs w:val="20"/>
        </w:rPr>
        <w:t>rakamı</w:t>
      </w:r>
      <w:proofErr w:type="spellEnd"/>
      <w:r w:rsidRPr="00F93DEC">
        <w:rPr>
          <w:szCs w:val="20"/>
        </w:rPr>
        <w:t xml:space="preserve"> </w:t>
      </w:r>
      <w:proofErr w:type="spellStart"/>
      <w:r w:rsidRPr="00F93DEC">
        <w:rPr>
          <w:szCs w:val="20"/>
        </w:rPr>
        <w:t>ve</w:t>
      </w:r>
      <w:proofErr w:type="spellEnd"/>
      <w:r w:rsidRPr="00F93DEC">
        <w:rPr>
          <w:szCs w:val="20"/>
        </w:rPr>
        <w:t xml:space="preserve"> </w:t>
      </w:r>
      <w:proofErr w:type="spellStart"/>
      <w:r w:rsidRPr="00F93DEC">
        <w:rPr>
          <w:szCs w:val="20"/>
        </w:rPr>
        <w:t>üç</w:t>
      </w:r>
      <w:proofErr w:type="spellEnd"/>
      <w:r w:rsidRPr="00F93DEC">
        <w:rPr>
          <w:szCs w:val="20"/>
        </w:rPr>
        <w:t xml:space="preserve"> </w:t>
      </w:r>
      <w:proofErr w:type="spellStart"/>
      <w:r w:rsidRPr="00F93DEC">
        <w:rPr>
          <w:szCs w:val="20"/>
        </w:rPr>
        <w:t>nokta</w:t>
      </w:r>
      <w:proofErr w:type="spellEnd"/>
      <w:r w:rsidRPr="00F93DEC">
        <w:rPr>
          <w:szCs w:val="20"/>
        </w:rPr>
        <w:t xml:space="preserve"> </w:t>
      </w:r>
      <w:proofErr w:type="spellStart"/>
      <w:r w:rsidRPr="00F93DEC">
        <w:rPr>
          <w:szCs w:val="20"/>
        </w:rPr>
        <w:t>kartı</w:t>
      </w:r>
      <w:proofErr w:type="spellEnd"/>
      <w:r w:rsidRPr="00F93DEC">
        <w:rPr>
          <w:szCs w:val="20"/>
        </w:rPr>
        <w:t xml:space="preserve"> </w:t>
      </w:r>
      <w:proofErr w:type="spellStart"/>
      <w:r w:rsidRPr="00F93DEC">
        <w:rPr>
          <w:szCs w:val="20"/>
        </w:rPr>
        <w:t>yerleştirilir</w:t>
      </w:r>
      <w:proofErr w:type="spellEnd"/>
      <w:r w:rsidRPr="00F93DEC">
        <w:rPr>
          <w:szCs w:val="20"/>
        </w:rPr>
        <w:t xml:space="preserve">. </w:t>
      </w:r>
      <w:proofErr w:type="spellStart"/>
      <w:r w:rsidRPr="00F93DEC">
        <w:rPr>
          <w:szCs w:val="20"/>
        </w:rPr>
        <w:t>Çocuklar</w:t>
      </w:r>
      <w:proofErr w:type="spellEnd"/>
      <w:r w:rsidRPr="00F93DEC">
        <w:rPr>
          <w:szCs w:val="20"/>
        </w:rPr>
        <w:t xml:space="preserve"> (OB4) </w:t>
      </w:r>
      <w:proofErr w:type="spellStart"/>
      <w:r w:rsidRPr="00F93DEC">
        <w:rPr>
          <w:szCs w:val="20"/>
        </w:rPr>
        <w:t>kartları</w:t>
      </w:r>
      <w:proofErr w:type="spellEnd"/>
      <w:r w:rsidRPr="00F93DEC">
        <w:rPr>
          <w:szCs w:val="20"/>
        </w:rPr>
        <w:t xml:space="preserve"> </w:t>
      </w:r>
      <w:proofErr w:type="spellStart"/>
      <w:r w:rsidRPr="00F93DEC">
        <w:rPr>
          <w:szCs w:val="20"/>
        </w:rPr>
        <w:t>inceleyerek</w:t>
      </w:r>
      <w:proofErr w:type="spellEnd"/>
      <w:r w:rsidRPr="00F93DEC">
        <w:rPr>
          <w:szCs w:val="20"/>
        </w:rPr>
        <w:t xml:space="preserve"> </w:t>
      </w:r>
      <w:proofErr w:type="spellStart"/>
      <w:r w:rsidRPr="00F93DEC">
        <w:rPr>
          <w:szCs w:val="20"/>
        </w:rPr>
        <w:t>bloklarıyla</w:t>
      </w:r>
      <w:proofErr w:type="spellEnd"/>
      <w:r w:rsidRPr="00F93DEC">
        <w:rPr>
          <w:szCs w:val="20"/>
        </w:rPr>
        <w:t xml:space="preserve"> </w:t>
      </w:r>
      <w:proofErr w:type="spellStart"/>
      <w:r w:rsidRPr="00F93DEC">
        <w:rPr>
          <w:szCs w:val="20"/>
        </w:rPr>
        <w:t>eşleştirir</w:t>
      </w:r>
      <w:proofErr w:type="spellEnd"/>
      <w:r w:rsidRPr="00F93DEC">
        <w:rPr>
          <w:szCs w:val="20"/>
        </w:rPr>
        <w:t xml:space="preserve">. Kendi </w:t>
      </w:r>
      <w:proofErr w:type="spellStart"/>
      <w:r w:rsidRPr="00F93DEC">
        <w:rPr>
          <w:szCs w:val="20"/>
        </w:rPr>
        <w:t>üçlü</w:t>
      </w:r>
      <w:proofErr w:type="spellEnd"/>
      <w:r w:rsidRPr="00F93DEC">
        <w:rPr>
          <w:szCs w:val="20"/>
        </w:rPr>
        <w:t xml:space="preserve"> </w:t>
      </w:r>
      <w:proofErr w:type="spellStart"/>
      <w:r w:rsidRPr="00F93DEC">
        <w:rPr>
          <w:szCs w:val="20"/>
        </w:rPr>
        <w:t>gruplarını</w:t>
      </w:r>
      <w:proofErr w:type="spellEnd"/>
      <w:r w:rsidRPr="00F93DEC">
        <w:rPr>
          <w:szCs w:val="20"/>
        </w:rPr>
        <w:t xml:space="preserve"> (MAB.</w:t>
      </w:r>
      <w:proofErr w:type="gramStart"/>
      <w:r w:rsidRPr="00F93DEC">
        <w:rPr>
          <w:szCs w:val="20"/>
        </w:rPr>
        <w:t>3.b</w:t>
      </w:r>
      <w:proofErr w:type="gramEnd"/>
      <w:r w:rsidRPr="00F93DEC">
        <w:rPr>
          <w:szCs w:val="20"/>
        </w:rPr>
        <w:t xml:space="preserve">) </w:t>
      </w:r>
      <w:proofErr w:type="spellStart"/>
      <w:r w:rsidRPr="00F93DEC">
        <w:rPr>
          <w:szCs w:val="20"/>
        </w:rPr>
        <w:t>rakam</w:t>
      </w:r>
      <w:proofErr w:type="spellEnd"/>
      <w:r w:rsidRPr="00F93DEC">
        <w:rPr>
          <w:szCs w:val="20"/>
        </w:rPr>
        <w:t xml:space="preserve"> </w:t>
      </w:r>
      <w:proofErr w:type="spellStart"/>
      <w:r w:rsidRPr="00F93DEC">
        <w:rPr>
          <w:szCs w:val="20"/>
        </w:rPr>
        <w:t>kartıyla</w:t>
      </w:r>
      <w:proofErr w:type="spellEnd"/>
      <w:r w:rsidRPr="00F93DEC">
        <w:rPr>
          <w:szCs w:val="20"/>
        </w:rPr>
        <w:t xml:space="preserve"> </w:t>
      </w:r>
      <w:proofErr w:type="spellStart"/>
      <w:r w:rsidRPr="00F93DEC">
        <w:rPr>
          <w:szCs w:val="20"/>
        </w:rPr>
        <w:t>gösterir</w:t>
      </w:r>
      <w:proofErr w:type="spellEnd"/>
      <w:r w:rsidRPr="00F93DEC">
        <w:rPr>
          <w:szCs w:val="20"/>
        </w:rPr>
        <w:t xml:space="preserve">; </w:t>
      </w:r>
      <w:proofErr w:type="spellStart"/>
      <w:r w:rsidRPr="00F93DEC">
        <w:rPr>
          <w:szCs w:val="20"/>
        </w:rPr>
        <w:t>isteyen</w:t>
      </w:r>
      <w:proofErr w:type="spellEnd"/>
      <w:r w:rsidRPr="00F93DEC">
        <w:rPr>
          <w:szCs w:val="20"/>
        </w:rPr>
        <w:t xml:space="preserve"> </w:t>
      </w:r>
      <w:proofErr w:type="spellStart"/>
      <w:r w:rsidRPr="00F93DEC">
        <w:rPr>
          <w:szCs w:val="20"/>
        </w:rPr>
        <w:t>çocuk</w:t>
      </w:r>
      <w:proofErr w:type="spellEnd"/>
      <w:r w:rsidRPr="00F93DEC">
        <w:rPr>
          <w:szCs w:val="20"/>
        </w:rPr>
        <w:t xml:space="preserve"> </w:t>
      </w:r>
      <w:proofErr w:type="spellStart"/>
      <w:r w:rsidRPr="00F93DEC">
        <w:rPr>
          <w:szCs w:val="20"/>
        </w:rPr>
        <w:t>kâğıdına</w:t>
      </w:r>
      <w:proofErr w:type="spellEnd"/>
      <w:r w:rsidRPr="00F93DEC">
        <w:rPr>
          <w:szCs w:val="20"/>
        </w:rPr>
        <w:t xml:space="preserve"> </w:t>
      </w:r>
      <w:proofErr w:type="spellStart"/>
      <w:r w:rsidRPr="00F93DEC">
        <w:rPr>
          <w:szCs w:val="20"/>
        </w:rPr>
        <w:t>üç</w:t>
      </w:r>
      <w:proofErr w:type="spellEnd"/>
      <w:r w:rsidRPr="00F93DEC">
        <w:rPr>
          <w:szCs w:val="20"/>
        </w:rPr>
        <w:t xml:space="preserve"> </w:t>
      </w:r>
      <w:proofErr w:type="spellStart"/>
      <w:r w:rsidRPr="00F93DEC">
        <w:rPr>
          <w:szCs w:val="20"/>
        </w:rPr>
        <w:t>nokta</w:t>
      </w:r>
      <w:proofErr w:type="spellEnd"/>
      <w:r w:rsidRPr="00F93DEC">
        <w:rPr>
          <w:szCs w:val="20"/>
        </w:rPr>
        <w:t xml:space="preserve"> </w:t>
      </w:r>
      <w:proofErr w:type="spellStart"/>
      <w:r w:rsidRPr="00F93DEC">
        <w:rPr>
          <w:szCs w:val="20"/>
        </w:rPr>
        <w:t>çizerek</w:t>
      </w:r>
      <w:proofErr w:type="spellEnd"/>
      <w:r w:rsidRPr="00F93DEC">
        <w:rPr>
          <w:szCs w:val="20"/>
        </w:rPr>
        <w:t xml:space="preserve"> </w:t>
      </w:r>
      <w:proofErr w:type="spellStart"/>
      <w:r w:rsidRPr="00F93DEC">
        <w:rPr>
          <w:szCs w:val="20"/>
        </w:rPr>
        <w:t>miktarı</w:t>
      </w:r>
      <w:proofErr w:type="spellEnd"/>
      <w:r w:rsidRPr="00F93DEC">
        <w:rPr>
          <w:szCs w:val="20"/>
        </w:rPr>
        <w:t xml:space="preserve"> </w:t>
      </w:r>
      <w:proofErr w:type="spellStart"/>
      <w:r w:rsidRPr="00F93DEC">
        <w:rPr>
          <w:szCs w:val="20"/>
        </w:rPr>
        <w:t>ifade</w:t>
      </w:r>
      <w:proofErr w:type="spellEnd"/>
      <w:r w:rsidRPr="00F93DEC">
        <w:rPr>
          <w:szCs w:val="20"/>
        </w:rPr>
        <w:t xml:space="preserve"> </w:t>
      </w:r>
      <w:proofErr w:type="spellStart"/>
      <w:r w:rsidRPr="00F93DEC">
        <w:rPr>
          <w:szCs w:val="20"/>
        </w:rPr>
        <w:t>eder</w:t>
      </w:r>
      <w:proofErr w:type="spellEnd"/>
      <w:r w:rsidRPr="00F93DEC">
        <w:rPr>
          <w:szCs w:val="20"/>
        </w:rPr>
        <w:t>.</w:t>
      </w:r>
    </w:p>
    <w:p w14:paraId="5C5BDB41" w14:textId="77777777" w:rsidR="000C603F" w:rsidRPr="00F93DEC" w:rsidRDefault="000C603F" w:rsidP="000C603F">
      <w:pPr>
        <w:rPr>
          <w:szCs w:val="20"/>
        </w:rPr>
      </w:pPr>
      <w:r w:rsidRPr="00F93DEC">
        <w:rPr>
          <w:szCs w:val="20"/>
        </w:rPr>
        <w:t>“</w:t>
      </w:r>
      <w:proofErr w:type="spellStart"/>
      <w:r w:rsidRPr="00F93DEC">
        <w:rPr>
          <w:szCs w:val="20"/>
        </w:rPr>
        <w:t>Kuklanın</w:t>
      </w:r>
      <w:proofErr w:type="spellEnd"/>
      <w:r w:rsidRPr="00F93DEC">
        <w:rPr>
          <w:szCs w:val="20"/>
        </w:rPr>
        <w:t xml:space="preserve"> </w:t>
      </w:r>
      <w:proofErr w:type="spellStart"/>
      <w:r w:rsidRPr="00F93DEC">
        <w:rPr>
          <w:szCs w:val="20"/>
        </w:rPr>
        <w:t>Kutusunu</w:t>
      </w:r>
      <w:proofErr w:type="spellEnd"/>
      <w:r w:rsidRPr="00F93DEC">
        <w:rPr>
          <w:szCs w:val="20"/>
        </w:rPr>
        <w:t xml:space="preserve"> Dolduralım” </w:t>
      </w:r>
      <w:proofErr w:type="spellStart"/>
      <w:r w:rsidRPr="00F93DEC">
        <w:rPr>
          <w:szCs w:val="20"/>
        </w:rPr>
        <w:t>oyununda</w:t>
      </w:r>
      <w:proofErr w:type="spellEnd"/>
      <w:r w:rsidRPr="00F93DEC">
        <w:rPr>
          <w:szCs w:val="20"/>
        </w:rPr>
        <w:t xml:space="preserve"> </w:t>
      </w:r>
      <w:proofErr w:type="spellStart"/>
      <w:r w:rsidRPr="00F93DEC">
        <w:rPr>
          <w:szCs w:val="20"/>
        </w:rPr>
        <w:t>aynı</w:t>
      </w:r>
      <w:proofErr w:type="spellEnd"/>
      <w:r w:rsidRPr="00F93DEC">
        <w:rPr>
          <w:szCs w:val="20"/>
        </w:rPr>
        <w:t xml:space="preserve"> </w:t>
      </w:r>
      <w:proofErr w:type="spellStart"/>
      <w:r w:rsidRPr="00F93DEC">
        <w:rPr>
          <w:szCs w:val="20"/>
        </w:rPr>
        <w:t>büyüklükte</w:t>
      </w:r>
      <w:proofErr w:type="spellEnd"/>
      <w:r w:rsidRPr="00F93DEC">
        <w:rPr>
          <w:szCs w:val="20"/>
        </w:rPr>
        <w:t xml:space="preserve"> </w:t>
      </w:r>
      <w:proofErr w:type="spellStart"/>
      <w:r w:rsidRPr="00F93DEC">
        <w:rPr>
          <w:szCs w:val="20"/>
        </w:rPr>
        <w:t>üç</w:t>
      </w:r>
      <w:proofErr w:type="spellEnd"/>
      <w:r w:rsidRPr="00F93DEC">
        <w:rPr>
          <w:szCs w:val="20"/>
        </w:rPr>
        <w:t xml:space="preserve"> </w:t>
      </w:r>
      <w:proofErr w:type="spellStart"/>
      <w:r w:rsidRPr="00F93DEC">
        <w:rPr>
          <w:szCs w:val="20"/>
        </w:rPr>
        <w:t>bölmeli</w:t>
      </w:r>
      <w:proofErr w:type="spellEnd"/>
      <w:r w:rsidRPr="00F93DEC">
        <w:rPr>
          <w:szCs w:val="20"/>
        </w:rPr>
        <w:t xml:space="preserve"> </w:t>
      </w:r>
      <w:proofErr w:type="spellStart"/>
      <w:r w:rsidRPr="00F93DEC">
        <w:rPr>
          <w:szCs w:val="20"/>
        </w:rPr>
        <w:t>iki</w:t>
      </w:r>
      <w:proofErr w:type="spellEnd"/>
      <w:r w:rsidRPr="00F93DEC">
        <w:rPr>
          <w:szCs w:val="20"/>
        </w:rPr>
        <w:t xml:space="preserve"> </w:t>
      </w:r>
      <w:proofErr w:type="spellStart"/>
      <w:r w:rsidRPr="00F93DEC">
        <w:rPr>
          <w:szCs w:val="20"/>
        </w:rPr>
        <w:t>kap</w:t>
      </w:r>
      <w:proofErr w:type="spellEnd"/>
      <w:r w:rsidRPr="00F93DEC">
        <w:rPr>
          <w:szCs w:val="20"/>
        </w:rPr>
        <w:t xml:space="preserve"> </w:t>
      </w:r>
      <w:proofErr w:type="spellStart"/>
      <w:r w:rsidRPr="00F93DEC">
        <w:rPr>
          <w:szCs w:val="20"/>
        </w:rPr>
        <w:t>gösterilir</w:t>
      </w:r>
      <w:proofErr w:type="spellEnd"/>
      <w:r w:rsidRPr="00F93DEC">
        <w:rPr>
          <w:szCs w:val="20"/>
        </w:rPr>
        <w:t xml:space="preserve">. Biri </w:t>
      </w:r>
      <w:proofErr w:type="spellStart"/>
      <w:r w:rsidRPr="00F93DEC">
        <w:rPr>
          <w:szCs w:val="20"/>
        </w:rPr>
        <w:t>boş</w:t>
      </w:r>
      <w:proofErr w:type="spellEnd"/>
      <w:r w:rsidRPr="00F93DEC">
        <w:rPr>
          <w:szCs w:val="20"/>
        </w:rPr>
        <w:t xml:space="preserve"> </w:t>
      </w:r>
      <w:proofErr w:type="spellStart"/>
      <w:r w:rsidRPr="00F93DEC">
        <w:rPr>
          <w:szCs w:val="20"/>
        </w:rPr>
        <w:t>bırakılır</w:t>
      </w:r>
      <w:proofErr w:type="spellEnd"/>
      <w:r w:rsidRPr="00F93DEC">
        <w:rPr>
          <w:szCs w:val="20"/>
        </w:rPr>
        <w:t xml:space="preserve">, </w:t>
      </w:r>
      <w:proofErr w:type="spellStart"/>
      <w:r w:rsidRPr="00F93DEC">
        <w:rPr>
          <w:szCs w:val="20"/>
        </w:rPr>
        <w:t>diğerinin</w:t>
      </w:r>
      <w:proofErr w:type="spellEnd"/>
      <w:r w:rsidRPr="00F93DEC">
        <w:rPr>
          <w:szCs w:val="20"/>
        </w:rPr>
        <w:t xml:space="preserve"> her </w:t>
      </w:r>
      <w:proofErr w:type="spellStart"/>
      <w:r w:rsidRPr="00F93DEC">
        <w:rPr>
          <w:szCs w:val="20"/>
        </w:rPr>
        <w:t>bölmesine</w:t>
      </w:r>
      <w:proofErr w:type="spellEnd"/>
      <w:r w:rsidRPr="00F93DEC">
        <w:rPr>
          <w:szCs w:val="20"/>
        </w:rPr>
        <w:t xml:space="preserve"> </w:t>
      </w:r>
      <w:proofErr w:type="spellStart"/>
      <w:r w:rsidRPr="00F93DEC">
        <w:rPr>
          <w:szCs w:val="20"/>
        </w:rPr>
        <w:t>uygun</w:t>
      </w:r>
      <w:proofErr w:type="spellEnd"/>
      <w:r w:rsidRPr="00F93DEC">
        <w:rPr>
          <w:szCs w:val="20"/>
        </w:rPr>
        <w:t xml:space="preserve"> </w:t>
      </w:r>
      <w:proofErr w:type="spellStart"/>
      <w:r w:rsidRPr="00F93DEC">
        <w:rPr>
          <w:szCs w:val="20"/>
        </w:rPr>
        <w:t>bir</w:t>
      </w:r>
      <w:proofErr w:type="spellEnd"/>
      <w:r w:rsidRPr="00F93DEC">
        <w:rPr>
          <w:szCs w:val="20"/>
        </w:rPr>
        <w:t xml:space="preserve"> </w:t>
      </w:r>
      <w:proofErr w:type="spellStart"/>
      <w:r w:rsidRPr="00F93DEC">
        <w:rPr>
          <w:szCs w:val="20"/>
        </w:rPr>
        <w:t>büyük</w:t>
      </w:r>
      <w:proofErr w:type="spellEnd"/>
      <w:r w:rsidRPr="00F93DEC">
        <w:rPr>
          <w:szCs w:val="20"/>
        </w:rPr>
        <w:t xml:space="preserve"> </w:t>
      </w:r>
      <w:proofErr w:type="spellStart"/>
      <w:r w:rsidRPr="00F93DEC">
        <w:rPr>
          <w:szCs w:val="20"/>
        </w:rPr>
        <w:t>blok</w:t>
      </w:r>
      <w:proofErr w:type="spellEnd"/>
      <w:r w:rsidRPr="00F93DEC">
        <w:rPr>
          <w:szCs w:val="20"/>
        </w:rPr>
        <w:t xml:space="preserve"> </w:t>
      </w:r>
      <w:proofErr w:type="spellStart"/>
      <w:r w:rsidRPr="00F93DEC">
        <w:rPr>
          <w:szCs w:val="20"/>
        </w:rPr>
        <w:t>konur</w:t>
      </w:r>
      <w:proofErr w:type="spellEnd"/>
      <w:r w:rsidRPr="00F93DEC">
        <w:rPr>
          <w:szCs w:val="20"/>
        </w:rPr>
        <w:t>. Kukla “</w:t>
      </w:r>
      <w:proofErr w:type="spellStart"/>
      <w:r w:rsidRPr="00F93DEC">
        <w:rPr>
          <w:szCs w:val="20"/>
        </w:rPr>
        <w:t>Oyuncaklarımı</w:t>
      </w:r>
      <w:proofErr w:type="spellEnd"/>
      <w:r w:rsidRPr="00F93DEC">
        <w:rPr>
          <w:szCs w:val="20"/>
        </w:rPr>
        <w:t xml:space="preserve"> </w:t>
      </w:r>
      <w:proofErr w:type="spellStart"/>
      <w:r w:rsidRPr="00F93DEC">
        <w:rPr>
          <w:szCs w:val="20"/>
        </w:rPr>
        <w:t>yerleştireceğim</w:t>
      </w:r>
      <w:proofErr w:type="spellEnd"/>
      <w:r w:rsidRPr="00F93DEC">
        <w:rPr>
          <w:szCs w:val="20"/>
        </w:rPr>
        <w:t xml:space="preserve"> </w:t>
      </w:r>
      <w:proofErr w:type="spellStart"/>
      <w:r w:rsidRPr="00F93DEC">
        <w:rPr>
          <w:szCs w:val="20"/>
        </w:rPr>
        <w:t>boş</w:t>
      </w:r>
      <w:proofErr w:type="spellEnd"/>
      <w:r w:rsidRPr="00F93DEC">
        <w:rPr>
          <w:szCs w:val="20"/>
        </w:rPr>
        <w:t xml:space="preserve"> </w:t>
      </w:r>
      <w:proofErr w:type="spellStart"/>
      <w:r w:rsidRPr="00F93DEC">
        <w:rPr>
          <w:szCs w:val="20"/>
        </w:rPr>
        <w:t>kabı</w:t>
      </w:r>
      <w:proofErr w:type="spellEnd"/>
      <w:r w:rsidRPr="00F93DEC">
        <w:rPr>
          <w:szCs w:val="20"/>
        </w:rPr>
        <w:t xml:space="preserve"> </w:t>
      </w:r>
      <w:proofErr w:type="spellStart"/>
      <w:r w:rsidRPr="00F93DEC">
        <w:rPr>
          <w:szCs w:val="20"/>
        </w:rPr>
        <w:t>bulamıyorum</w:t>
      </w:r>
      <w:proofErr w:type="spellEnd"/>
      <w:r w:rsidRPr="00F93DEC">
        <w:rPr>
          <w:szCs w:val="20"/>
        </w:rPr>
        <w:t xml:space="preserve">.” der. </w:t>
      </w:r>
      <w:proofErr w:type="spellStart"/>
      <w:r w:rsidRPr="00F93DEC">
        <w:rPr>
          <w:szCs w:val="20"/>
        </w:rPr>
        <w:t>Çocuklar</w:t>
      </w:r>
      <w:proofErr w:type="spellEnd"/>
      <w:r w:rsidRPr="00F93DEC">
        <w:rPr>
          <w:szCs w:val="20"/>
        </w:rPr>
        <w:t xml:space="preserve"> </w:t>
      </w:r>
      <w:proofErr w:type="spellStart"/>
      <w:r w:rsidRPr="00F93DEC">
        <w:rPr>
          <w:szCs w:val="20"/>
        </w:rPr>
        <w:t>boş</w:t>
      </w:r>
      <w:proofErr w:type="spellEnd"/>
      <w:r w:rsidRPr="00F93DEC">
        <w:rPr>
          <w:szCs w:val="20"/>
        </w:rPr>
        <w:t xml:space="preserve"> </w:t>
      </w:r>
      <w:proofErr w:type="spellStart"/>
      <w:r w:rsidRPr="00F93DEC">
        <w:rPr>
          <w:szCs w:val="20"/>
        </w:rPr>
        <w:t>kabı</w:t>
      </w:r>
      <w:proofErr w:type="spellEnd"/>
      <w:r w:rsidRPr="00F93DEC">
        <w:rPr>
          <w:szCs w:val="20"/>
        </w:rPr>
        <w:t xml:space="preserve"> </w:t>
      </w:r>
      <w:proofErr w:type="spellStart"/>
      <w:r w:rsidRPr="00F93DEC">
        <w:rPr>
          <w:szCs w:val="20"/>
        </w:rPr>
        <w:t>gösterir</w:t>
      </w:r>
      <w:proofErr w:type="spellEnd"/>
      <w:r w:rsidRPr="00F93DEC">
        <w:rPr>
          <w:szCs w:val="20"/>
        </w:rPr>
        <w:t xml:space="preserve">. </w:t>
      </w:r>
      <w:proofErr w:type="spellStart"/>
      <w:r w:rsidRPr="00F93DEC">
        <w:rPr>
          <w:szCs w:val="20"/>
        </w:rPr>
        <w:t>Sırayla</w:t>
      </w:r>
      <w:proofErr w:type="spellEnd"/>
      <w:r w:rsidRPr="00F93DEC">
        <w:rPr>
          <w:szCs w:val="20"/>
        </w:rPr>
        <w:t xml:space="preserve"> </w:t>
      </w:r>
      <w:proofErr w:type="spellStart"/>
      <w:r w:rsidRPr="00F93DEC">
        <w:rPr>
          <w:szCs w:val="20"/>
        </w:rPr>
        <w:t>birer</w:t>
      </w:r>
      <w:proofErr w:type="spellEnd"/>
      <w:r w:rsidRPr="00F93DEC">
        <w:rPr>
          <w:szCs w:val="20"/>
        </w:rPr>
        <w:t xml:space="preserve"> </w:t>
      </w:r>
      <w:proofErr w:type="spellStart"/>
      <w:r w:rsidRPr="00F93DEC">
        <w:rPr>
          <w:szCs w:val="20"/>
        </w:rPr>
        <w:t>blok</w:t>
      </w:r>
      <w:proofErr w:type="spellEnd"/>
      <w:r w:rsidRPr="00F93DEC">
        <w:rPr>
          <w:szCs w:val="20"/>
        </w:rPr>
        <w:t xml:space="preserve"> </w:t>
      </w:r>
      <w:proofErr w:type="spellStart"/>
      <w:r w:rsidRPr="00F93DEC">
        <w:rPr>
          <w:szCs w:val="20"/>
        </w:rPr>
        <w:t>alıp</w:t>
      </w:r>
      <w:proofErr w:type="spellEnd"/>
      <w:r w:rsidRPr="00F93DEC">
        <w:rPr>
          <w:szCs w:val="20"/>
        </w:rPr>
        <w:t xml:space="preserve"> </w:t>
      </w:r>
      <w:proofErr w:type="spellStart"/>
      <w:r w:rsidRPr="00F93DEC">
        <w:rPr>
          <w:szCs w:val="20"/>
        </w:rPr>
        <w:t>boş</w:t>
      </w:r>
      <w:proofErr w:type="spellEnd"/>
      <w:r w:rsidRPr="00F93DEC">
        <w:rPr>
          <w:szCs w:val="20"/>
        </w:rPr>
        <w:t xml:space="preserve"> </w:t>
      </w:r>
      <w:proofErr w:type="spellStart"/>
      <w:r w:rsidRPr="00F93DEC">
        <w:rPr>
          <w:szCs w:val="20"/>
        </w:rPr>
        <w:t>bölmelere</w:t>
      </w:r>
      <w:proofErr w:type="spellEnd"/>
      <w:r w:rsidRPr="00F93DEC">
        <w:rPr>
          <w:szCs w:val="20"/>
        </w:rPr>
        <w:t xml:space="preserve"> </w:t>
      </w:r>
      <w:proofErr w:type="spellStart"/>
      <w:r w:rsidRPr="00F93DEC">
        <w:rPr>
          <w:szCs w:val="20"/>
        </w:rPr>
        <w:t>yerleştirerek</w:t>
      </w:r>
      <w:proofErr w:type="spellEnd"/>
      <w:r w:rsidRPr="00F93DEC">
        <w:rPr>
          <w:szCs w:val="20"/>
        </w:rPr>
        <w:t xml:space="preserve"> (MAB.</w:t>
      </w:r>
      <w:proofErr w:type="gramStart"/>
      <w:r w:rsidRPr="00F93DEC">
        <w:rPr>
          <w:szCs w:val="20"/>
        </w:rPr>
        <w:t>3.a</w:t>
      </w:r>
      <w:proofErr w:type="gramEnd"/>
      <w:r w:rsidRPr="00F93DEC">
        <w:rPr>
          <w:szCs w:val="20"/>
        </w:rPr>
        <w:t xml:space="preserve">) </w:t>
      </w:r>
      <w:proofErr w:type="spellStart"/>
      <w:r w:rsidRPr="00F93DEC">
        <w:rPr>
          <w:szCs w:val="20"/>
        </w:rPr>
        <w:t>boş</w:t>
      </w:r>
      <w:proofErr w:type="spellEnd"/>
      <w:r w:rsidRPr="00F93DEC">
        <w:rPr>
          <w:szCs w:val="20"/>
        </w:rPr>
        <w:t xml:space="preserve"> </w:t>
      </w:r>
      <w:proofErr w:type="spellStart"/>
      <w:r w:rsidRPr="00F93DEC">
        <w:rPr>
          <w:szCs w:val="20"/>
        </w:rPr>
        <w:t>ve</w:t>
      </w:r>
      <w:proofErr w:type="spellEnd"/>
      <w:r w:rsidRPr="00F93DEC">
        <w:rPr>
          <w:szCs w:val="20"/>
        </w:rPr>
        <w:t xml:space="preserve"> </w:t>
      </w:r>
      <w:proofErr w:type="spellStart"/>
      <w:r w:rsidRPr="00F93DEC">
        <w:rPr>
          <w:szCs w:val="20"/>
        </w:rPr>
        <w:t>dolu</w:t>
      </w:r>
      <w:proofErr w:type="spellEnd"/>
      <w:r w:rsidRPr="00F93DEC">
        <w:rPr>
          <w:szCs w:val="20"/>
        </w:rPr>
        <w:t xml:space="preserve"> </w:t>
      </w:r>
      <w:proofErr w:type="spellStart"/>
      <w:r w:rsidRPr="00F93DEC">
        <w:rPr>
          <w:szCs w:val="20"/>
        </w:rPr>
        <w:t>durumlarını</w:t>
      </w:r>
      <w:proofErr w:type="spellEnd"/>
      <w:r w:rsidRPr="00F93DEC">
        <w:rPr>
          <w:szCs w:val="20"/>
        </w:rPr>
        <w:t xml:space="preserve"> </w:t>
      </w:r>
      <w:proofErr w:type="spellStart"/>
      <w:r w:rsidRPr="00F93DEC">
        <w:rPr>
          <w:szCs w:val="20"/>
        </w:rPr>
        <w:t>nesnelerle</w:t>
      </w:r>
      <w:proofErr w:type="spellEnd"/>
      <w:r w:rsidRPr="00F93DEC">
        <w:rPr>
          <w:szCs w:val="20"/>
        </w:rPr>
        <w:t xml:space="preserve"> </w:t>
      </w:r>
      <w:proofErr w:type="spellStart"/>
      <w:r w:rsidRPr="00F93DEC">
        <w:rPr>
          <w:szCs w:val="20"/>
        </w:rPr>
        <w:t>gösterir</w:t>
      </w:r>
      <w:proofErr w:type="spellEnd"/>
      <w:r w:rsidRPr="00F93DEC">
        <w:rPr>
          <w:szCs w:val="20"/>
        </w:rPr>
        <w:t>.</w:t>
      </w:r>
    </w:p>
    <w:p w14:paraId="4AF72C12" w14:textId="77777777" w:rsidR="000C603F" w:rsidRPr="00F93DEC" w:rsidRDefault="000C603F" w:rsidP="000C603F">
      <w:pPr>
        <w:rPr>
          <w:szCs w:val="20"/>
        </w:rPr>
      </w:pPr>
      <w:r w:rsidRPr="00F93DEC">
        <w:rPr>
          <w:szCs w:val="20"/>
        </w:rPr>
        <w:t xml:space="preserve">Kukla </w:t>
      </w:r>
      <w:proofErr w:type="spellStart"/>
      <w:r w:rsidRPr="00F93DEC">
        <w:rPr>
          <w:szCs w:val="20"/>
        </w:rPr>
        <w:t>dolu</w:t>
      </w:r>
      <w:proofErr w:type="spellEnd"/>
      <w:r w:rsidRPr="00F93DEC">
        <w:rPr>
          <w:szCs w:val="20"/>
        </w:rPr>
        <w:t xml:space="preserve"> </w:t>
      </w:r>
      <w:proofErr w:type="spellStart"/>
      <w:r w:rsidRPr="00F93DEC">
        <w:rPr>
          <w:szCs w:val="20"/>
        </w:rPr>
        <w:t>kaptan</w:t>
      </w:r>
      <w:proofErr w:type="spellEnd"/>
      <w:r w:rsidRPr="00F93DEC">
        <w:rPr>
          <w:szCs w:val="20"/>
        </w:rPr>
        <w:t xml:space="preserve"> </w:t>
      </w:r>
      <w:proofErr w:type="spellStart"/>
      <w:r w:rsidRPr="00F93DEC">
        <w:rPr>
          <w:szCs w:val="20"/>
        </w:rPr>
        <w:t>bir</w:t>
      </w:r>
      <w:proofErr w:type="spellEnd"/>
      <w:r w:rsidRPr="00F93DEC">
        <w:rPr>
          <w:szCs w:val="20"/>
        </w:rPr>
        <w:t xml:space="preserve"> </w:t>
      </w:r>
      <w:proofErr w:type="spellStart"/>
      <w:r w:rsidRPr="00F93DEC">
        <w:rPr>
          <w:szCs w:val="20"/>
        </w:rPr>
        <w:t>blok</w:t>
      </w:r>
      <w:proofErr w:type="spellEnd"/>
      <w:r w:rsidRPr="00F93DEC">
        <w:rPr>
          <w:szCs w:val="20"/>
        </w:rPr>
        <w:t xml:space="preserve"> </w:t>
      </w:r>
      <w:proofErr w:type="spellStart"/>
      <w:r w:rsidRPr="00F93DEC">
        <w:rPr>
          <w:szCs w:val="20"/>
        </w:rPr>
        <w:t>çıkarıp</w:t>
      </w:r>
      <w:proofErr w:type="spellEnd"/>
      <w:r w:rsidRPr="00F93DEC">
        <w:rPr>
          <w:szCs w:val="20"/>
        </w:rPr>
        <w:t xml:space="preserve"> “</w:t>
      </w:r>
      <w:proofErr w:type="spellStart"/>
      <w:r w:rsidRPr="00F93DEC">
        <w:rPr>
          <w:szCs w:val="20"/>
        </w:rPr>
        <w:t>Şimdi</w:t>
      </w:r>
      <w:proofErr w:type="spellEnd"/>
      <w:r w:rsidRPr="00F93DEC">
        <w:rPr>
          <w:szCs w:val="20"/>
        </w:rPr>
        <w:t xml:space="preserve"> </w:t>
      </w:r>
      <w:proofErr w:type="spellStart"/>
      <w:r w:rsidRPr="00F93DEC">
        <w:rPr>
          <w:szCs w:val="20"/>
        </w:rPr>
        <w:t>kabım</w:t>
      </w:r>
      <w:proofErr w:type="spellEnd"/>
      <w:r w:rsidRPr="00F93DEC">
        <w:rPr>
          <w:szCs w:val="20"/>
        </w:rPr>
        <w:t xml:space="preserve"> </w:t>
      </w:r>
      <w:proofErr w:type="spellStart"/>
      <w:r w:rsidRPr="00F93DEC">
        <w:rPr>
          <w:szCs w:val="20"/>
        </w:rPr>
        <w:t>tamamen</w:t>
      </w:r>
      <w:proofErr w:type="spellEnd"/>
      <w:r w:rsidRPr="00F93DEC">
        <w:rPr>
          <w:szCs w:val="20"/>
        </w:rPr>
        <w:t xml:space="preserve"> </w:t>
      </w:r>
      <w:proofErr w:type="spellStart"/>
      <w:r w:rsidRPr="00F93DEC">
        <w:rPr>
          <w:szCs w:val="20"/>
        </w:rPr>
        <w:t>boşaldı</w:t>
      </w:r>
      <w:proofErr w:type="spellEnd"/>
      <w:r w:rsidRPr="00F93DEC">
        <w:rPr>
          <w:szCs w:val="20"/>
        </w:rPr>
        <w:t xml:space="preserve"> </w:t>
      </w:r>
      <w:proofErr w:type="spellStart"/>
      <w:r w:rsidRPr="00F93DEC">
        <w:rPr>
          <w:szCs w:val="20"/>
        </w:rPr>
        <w:t>mı</w:t>
      </w:r>
      <w:proofErr w:type="spellEnd"/>
      <w:r w:rsidRPr="00F93DEC">
        <w:rPr>
          <w:szCs w:val="20"/>
        </w:rPr>
        <w:t xml:space="preserve">?” </w:t>
      </w:r>
      <w:proofErr w:type="spellStart"/>
      <w:r w:rsidRPr="00F93DEC">
        <w:rPr>
          <w:szCs w:val="20"/>
        </w:rPr>
        <w:t>diye</w:t>
      </w:r>
      <w:proofErr w:type="spellEnd"/>
      <w:r w:rsidRPr="00F93DEC">
        <w:rPr>
          <w:szCs w:val="20"/>
        </w:rPr>
        <w:t xml:space="preserve"> </w:t>
      </w:r>
      <w:proofErr w:type="spellStart"/>
      <w:r w:rsidRPr="00F93DEC">
        <w:rPr>
          <w:szCs w:val="20"/>
        </w:rPr>
        <w:t>sorar</w:t>
      </w:r>
      <w:proofErr w:type="spellEnd"/>
      <w:r w:rsidRPr="00F93DEC">
        <w:rPr>
          <w:szCs w:val="20"/>
        </w:rPr>
        <w:t xml:space="preserve">. </w:t>
      </w:r>
      <w:proofErr w:type="spellStart"/>
      <w:r w:rsidRPr="00F93DEC">
        <w:rPr>
          <w:szCs w:val="20"/>
        </w:rPr>
        <w:t>Çocukların</w:t>
      </w:r>
      <w:proofErr w:type="spellEnd"/>
      <w:r w:rsidRPr="00F93DEC">
        <w:rPr>
          <w:szCs w:val="20"/>
        </w:rPr>
        <w:t xml:space="preserve"> </w:t>
      </w:r>
      <w:proofErr w:type="spellStart"/>
      <w:r w:rsidRPr="00F93DEC">
        <w:rPr>
          <w:szCs w:val="20"/>
        </w:rPr>
        <w:t>kalan</w:t>
      </w:r>
      <w:proofErr w:type="spellEnd"/>
      <w:r w:rsidRPr="00F93DEC">
        <w:rPr>
          <w:szCs w:val="20"/>
        </w:rPr>
        <w:t xml:space="preserve"> </w:t>
      </w:r>
      <w:proofErr w:type="spellStart"/>
      <w:r w:rsidRPr="00F93DEC">
        <w:rPr>
          <w:szCs w:val="20"/>
        </w:rPr>
        <w:t>blokları</w:t>
      </w:r>
      <w:proofErr w:type="spellEnd"/>
      <w:r w:rsidRPr="00F93DEC">
        <w:rPr>
          <w:szCs w:val="20"/>
        </w:rPr>
        <w:t xml:space="preserve"> </w:t>
      </w:r>
      <w:proofErr w:type="spellStart"/>
      <w:r w:rsidRPr="00F93DEC">
        <w:rPr>
          <w:szCs w:val="20"/>
        </w:rPr>
        <w:t>göstermesi</w:t>
      </w:r>
      <w:proofErr w:type="spellEnd"/>
      <w:r w:rsidRPr="00F93DEC">
        <w:rPr>
          <w:szCs w:val="20"/>
        </w:rPr>
        <w:t xml:space="preserve"> </w:t>
      </w:r>
      <w:proofErr w:type="spellStart"/>
      <w:r w:rsidRPr="00F93DEC">
        <w:rPr>
          <w:szCs w:val="20"/>
        </w:rPr>
        <w:t>ve</w:t>
      </w:r>
      <w:proofErr w:type="spellEnd"/>
      <w:r w:rsidRPr="00F93DEC">
        <w:rPr>
          <w:szCs w:val="20"/>
        </w:rPr>
        <w:t xml:space="preserve"> </w:t>
      </w:r>
      <w:proofErr w:type="spellStart"/>
      <w:r w:rsidRPr="00F93DEC">
        <w:rPr>
          <w:szCs w:val="20"/>
        </w:rPr>
        <w:t>düşüncelerini</w:t>
      </w:r>
      <w:proofErr w:type="spellEnd"/>
      <w:r w:rsidRPr="00F93DEC">
        <w:rPr>
          <w:szCs w:val="20"/>
        </w:rPr>
        <w:t xml:space="preserve"> </w:t>
      </w:r>
      <w:proofErr w:type="spellStart"/>
      <w:r w:rsidRPr="00F93DEC">
        <w:rPr>
          <w:szCs w:val="20"/>
        </w:rPr>
        <w:t>söylemesi</w:t>
      </w:r>
      <w:proofErr w:type="spellEnd"/>
      <w:r w:rsidRPr="00F93DEC">
        <w:rPr>
          <w:szCs w:val="20"/>
        </w:rPr>
        <w:t xml:space="preserve"> </w:t>
      </w:r>
      <w:proofErr w:type="spellStart"/>
      <w:r w:rsidRPr="00F93DEC">
        <w:rPr>
          <w:szCs w:val="20"/>
        </w:rPr>
        <w:t>beklenir</w:t>
      </w:r>
      <w:proofErr w:type="spellEnd"/>
      <w:r w:rsidRPr="00F93DEC">
        <w:rPr>
          <w:szCs w:val="20"/>
        </w:rPr>
        <w:t xml:space="preserve">. </w:t>
      </w:r>
      <w:proofErr w:type="spellStart"/>
      <w:r w:rsidRPr="00F93DEC">
        <w:rPr>
          <w:szCs w:val="20"/>
        </w:rPr>
        <w:t>Ardından</w:t>
      </w:r>
      <w:proofErr w:type="spellEnd"/>
      <w:r w:rsidRPr="00F93DEC">
        <w:rPr>
          <w:szCs w:val="20"/>
        </w:rPr>
        <w:t xml:space="preserve"> </w:t>
      </w:r>
      <w:proofErr w:type="spellStart"/>
      <w:r w:rsidRPr="00F93DEC">
        <w:rPr>
          <w:szCs w:val="20"/>
        </w:rPr>
        <w:t>bütün</w:t>
      </w:r>
      <w:proofErr w:type="spellEnd"/>
      <w:r w:rsidRPr="00F93DEC">
        <w:rPr>
          <w:szCs w:val="20"/>
        </w:rPr>
        <w:t xml:space="preserve"> </w:t>
      </w:r>
      <w:proofErr w:type="spellStart"/>
      <w:r w:rsidRPr="00F93DEC">
        <w:rPr>
          <w:szCs w:val="20"/>
        </w:rPr>
        <w:t>bloklar</w:t>
      </w:r>
      <w:proofErr w:type="spellEnd"/>
      <w:r w:rsidRPr="00F93DEC">
        <w:rPr>
          <w:szCs w:val="20"/>
        </w:rPr>
        <w:t xml:space="preserve"> </w:t>
      </w:r>
      <w:proofErr w:type="spellStart"/>
      <w:r w:rsidRPr="00F93DEC">
        <w:rPr>
          <w:szCs w:val="20"/>
        </w:rPr>
        <w:t>çıkarılarak</w:t>
      </w:r>
      <w:proofErr w:type="spellEnd"/>
      <w:r w:rsidRPr="00F93DEC">
        <w:rPr>
          <w:szCs w:val="20"/>
        </w:rPr>
        <w:t xml:space="preserve"> </w:t>
      </w:r>
      <w:proofErr w:type="spellStart"/>
      <w:r w:rsidRPr="00F93DEC">
        <w:rPr>
          <w:szCs w:val="20"/>
        </w:rPr>
        <w:t>boş</w:t>
      </w:r>
      <w:proofErr w:type="spellEnd"/>
      <w:r w:rsidRPr="00F93DEC">
        <w:rPr>
          <w:szCs w:val="20"/>
        </w:rPr>
        <w:t xml:space="preserve"> </w:t>
      </w:r>
      <w:proofErr w:type="spellStart"/>
      <w:r w:rsidRPr="00F93DEC">
        <w:rPr>
          <w:szCs w:val="20"/>
        </w:rPr>
        <w:t>durumuyla</w:t>
      </w:r>
      <w:proofErr w:type="spellEnd"/>
      <w:r w:rsidRPr="00F93DEC">
        <w:rPr>
          <w:szCs w:val="20"/>
        </w:rPr>
        <w:t xml:space="preserve"> </w:t>
      </w:r>
      <w:proofErr w:type="spellStart"/>
      <w:r w:rsidRPr="00F93DEC">
        <w:rPr>
          <w:szCs w:val="20"/>
        </w:rPr>
        <w:t>karşılaştırılır</w:t>
      </w:r>
      <w:proofErr w:type="spellEnd"/>
      <w:r w:rsidRPr="00F93DEC">
        <w:rPr>
          <w:szCs w:val="20"/>
        </w:rPr>
        <w:t xml:space="preserve">. </w:t>
      </w:r>
      <w:proofErr w:type="spellStart"/>
      <w:r w:rsidRPr="00F93DEC">
        <w:rPr>
          <w:szCs w:val="20"/>
        </w:rPr>
        <w:t>Çocuklar</w:t>
      </w:r>
      <w:proofErr w:type="spellEnd"/>
      <w:r w:rsidRPr="00F93DEC">
        <w:rPr>
          <w:szCs w:val="20"/>
        </w:rPr>
        <w:t xml:space="preserve"> </w:t>
      </w:r>
      <w:proofErr w:type="spellStart"/>
      <w:r w:rsidRPr="00F93DEC">
        <w:rPr>
          <w:szCs w:val="20"/>
        </w:rPr>
        <w:t>kapları</w:t>
      </w:r>
      <w:proofErr w:type="spellEnd"/>
      <w:r w:rsidRPr="00F93DEC">
        <w:rPr>
          <w:szCs w:val="20"/>
        </w:rPr>
        <w:t xml:space="preserve"> </w:t>
      </w:r>
      <w:proofErr w:type="spellStart"/>
      <w:r w:rsidRPr="00F93DEC">
        <w:rPr>
          <w:szCs w:val="20"/>
        </w:rPr>
        <w:t>doldurup</w:t>
      </w:r>
      <w:proofErr w:type="spellEnd"/>
      <w:r w:rsidRPr="00F93DEC">
        <w:rPr>
          <w:szCs w:val="20"/>
        </w:rPr>
        <w:t xml:space="preserve"> </w:t>
      </w:r>
      <w:proofErr w:type="spellStart"/>
      <w:r w:rsidRPr="00F93DEC">
        <w:rPr>
          <w:szCs w:val="20"/>
        </w:rPr>
        <w:t>boşaltarak</w:t>
      </w:r>
      <w:proofErr w:type="spellEnd"/>
      <w:r w:rsidRPr="00F93DEC">
        <w:rPr>
          <w:szCs w:val="20"/>
        </w:rPr>
        <w:t xml:space="preserve"> </w:t>
      </w:r>
      <w:proofErr w:type="spellStart"/>
      <w:r w:rsidRPr="00F93DEC">
        <w:rPr>
          <w:szCs w:val="20"/>
        </w:rPr>
        <w:t>oyunu</w:t>
      </w:r>
      <w:proofErr w:type="spellEnd"/>
      <w:r w:rsidRPr="00F93DEC">
        <w:rPr>
          <w:szCs w:val="20"/>
        </w:rPr>
        <w:t xml:space="preserve"> </w:t>
      </w:r>
      <w:proofErr w:type="spellStart"/>
      <w:r w:rsidRPr="00F93DEC">
        <w:rPr>
          <w:szCs w:val="20"/>
        </w:rPr>
        <w:t>sürdürür</w:t>
      </w:r>
      <w:proofErr w:type="spellEnd"/>
      <w:r w:rsidRPr="00F93DEC">
        <w:rPr>
          <w:szCs w:val="20"/>
        </w:rPr>
        <w:t xml:space="preserve">; her </w:t>
      </w:r>
      <w:proofErr w:type="spellStart"/>
      <w:r w:rsidRPr="00F93DEC">
        <w:rPr>
          <w:szCs w:val="20"/>
        </w:rPr>
        <w:t>çocuk</w:t>
      </w:r>
      <w:proofErr w:type="spellEnd"/>
      <w:r w:rsidRPr="00F93DEC">
        <w:rPr>
          <w:szCs w:val="20"/>
        </w:rPr>
        <w:t xml:space="preserve"> </w:t>
      </w:r>
      <w:proofErr w:type="spellStart"/>
      <w:r w:rsidRPr="00F93DEC">
        <w:rPr>
          <w:szCs w:val="20"/>
        </w:rPr>
        <w:t>için</w:t>
      </w:r>
      <w:proofErr w:type="spellEnd"/>
      <w:r w:rsidRPr="00F93DEC">
        <w:rPr>
          <w:szCs w:val="20"/>
        </w:rPr>
        <w:t xml:space="preserve"> </w:t>
      </w:r>
      <w:proofErr w:type="spellStart"/>
      <w:r w:rsidRPr="00F93DEC">
        <w:rPr>
          <w:szCs w:val="20"/>
        </w:rPr>
        <w:t>aynı</w:t>
      </w:r>
      <w:proofErr w:type="spellEnd"/>
      <w:r w:rsidRPr="00F93DEC">
        <w:rPr>
          <w:szCs w:val="20"/>
        </w:rPr>
        <w:t xml:space="preserve"> </w:t>
      </w:r>
      <w:proofErr w:type="spellStart"/>
      <w:r w:rsidRPr="00F93DEC">
        <w:rPr>
          <w:szCs w:val="20"/>
        </w:rPr>
        <w:t>sorular</w:t>
      </w:r>
      <w:proofErr w:type="spellEnd"/>
      <w:r w:rsidRPr="00F93DEC">
        <w:rPr>
          <w:szCs w:val="20"/>
        </w:rPr>
        <w:t xml:space="preserve"> </w:t>
      </w:r>
      <w:proofErr w:type="spellStart"/>
      <w:r w:rsidRPr="00F93DEC">
        <w:rPr>
          <w:szCs w:val="20"/>
        </w:rPr>
        <w:t>tekrarlanmaz</w:t>
      </w:r>
      <w:proofErr w:type="spellEnd"/>
      <w:r w:rsidRPr="00F93DEC">
        <w:rPr>
          <w:szCs w:val="20"/>
        </w:rPr>
        <w:t>.</w:t>
      </w:r>
    </w:p>
    <w:p w14:paraId="0762981E" w14:textId="1EF6251C" w:rsidR="000C603F" w:rsidRPr="00F93DEC" w:rsidRDefault="000C603F" w:rsidP="000C603F">
      <w:pPr>
        <w:rPr>
          <w:szCs w:val="20"/>
        </w:rPr>
      </w:pPr>
      <w:hyperlink r:id="rId11">
        <w:r w:rsidRPr="00F93DEC">
          <w:rPr>
            <w:color w:val="0563C1"/>
            <w:szCs w:val="20"/>
            <w:u w:val="single"/>
          </w:rPr>
          <w:t>“</w:t>
        </w:r>
        <w:proofErr w:type="spellStart"/>
        <w:r w:rsidRPr="00F93DEC">
          <w:rPr>
            <w:color w:val="0563C1"/>
            <w:szCs w:val="20"/>
            <w:u w:val="single"/>
          </w:rPr>
          <w:t>Boş</w:t>
        </w:r>
        <w:proofErr w:type="spellEnd"/>
        <w:r w:rsidRPr="00F93DEC">
          <w:rPr>
            <w:color w:val="0563C1"/>
            <w:szCs w:val="20"/>
            <w:u w:val="single"/>
          </w:rPr>
          <w:t>–</w:t>
        </w:r>
        <w:proofErr w:type="spellStart"/>
        <w:r w:rsidRPr="00F93DEC">
          <w:rPr>
            <w:color w:val="0563C1"/>
            <w:szCs w:val="20"/>
            <w:u w:val="single"/>
          </w:rPr>
          <w:t>Dolu</w:t>
        </w:r>
        <w:proofErr w:type="spellEnd"/>
        <w:r w:rsidRPr="00F93DEC">
          <w:rPr>
            <w:color w:val="0563C1"/>
            <w:szCs w:val="20"/>
            <w:u w:val="single"/>
          </w:rPr>
          <w:t>”</w:t>
        </w:r>
      </w:hyperlink>
      <w:r w:rsidRPr="00F93DEC">
        <w:rPr>
          <w:szCs w:val="20"/>
        </w:rPr>
        <w:t xml:space="preserve"> </w:t>
      </w:r>
      <w:proofErr w:type="spellStart"/>
      <w:r w:rsidRPr="00F93DEC">
        <w:rPr>
          <w:szCs w:val="20"/>
        </w:rPr>
        <w:t>eğitici</w:t>
      </w:r>
      <w:proofErr w:type="spellEnd"/>
      <w:r w:rsidRPr="00F93DEC">
        <w:rPr>
          <w:szCs w:val="20"/>
        </w:rPr>
        <w:t xml:space="preserve"> </w:t>
      </w:r>
      <w:proofErr w:type="spellStart"/>
      <w:r w:rsidRPr="00F93DEC">
        <w:rPr>
          <w:szCs w:val="20"/>
        </w:rPr>
        <w:t>videosunun</w:t>
      </w:r>
      <w:proofErr w:type="spellEnd"/>
      <w:r w:rsidRPr="00F93DEC">
        <w:rPr>
          <w:szCs w:val="20"/>
        </w:rPr>
        <w:t xml:space="preserve"> </w:t>
      </w:r>
      <w:proofErr w:type="spellStart"/>
      <w:r w:rsidRPr="00F93DEC">
        <w:rPr>
          <w:szCs w:val="20"/>
        </w:rPr>
        <w:t>ilgili</w:t>
      </w:r>
      <w:proofErr w:type="spellEnd"/>
      <w:r w:rsidRPr="00F93DEC">
        <w:rPr>
          <w:szCs w:val="20"/>
        </w:rPr>
        <w:t xml:space="preserve"> </w:t>
      </w:r>
      <w:proofErr w:type="spellStart"/>
      <w:r w:rsidRPr="00F93DEC">
        <w:rPr>
          <w:szCs w:val="20"/>
        </w:rPr>
        <w:t>kısa</w:t>
      </w:r>
      <w:proofErr w:type="spellEnd"/>
      <w:r w:rsidRPr="00F93DEC">
        <w:rPr>
          <w:szCs w:val="20"/>
        </w:rPr>
        <w:t xml:space="preserve"> </w:t>
      </w:r>
      <w:proofErr w:type="spellStart"/>
      <w:r w:rsidRPr="00F93DEC">
        <w:rPr>
          <w:szCs w:val="20"/>
        </w:rPr>
        <w:t>bölümü</w:t>
      </w:r>
      <w:proofErr w:type="spellEnd"/>
      <w:r w:rsidRPr="00F93DEC">
        <w:rPr>
          <w:szCs w:val="20"/>
        </w:rPr>
        <w:t xml:space="preserve"> </w:t>
      </w:r>
      <w:proofErr w:type="spellStart"/>
      <w:r w:rsidRPr="00F93DEC">
        <w:rPr>
          <w:szCs w:val="20"/>
        </w:rPr>
        <w:t>izlenir</w:t>
      </w:r>
      <w:proofErr w:type="spellEnd"/>
      <w:r w:rsidRPr="00F93DEC">
        <w:rPr>
          <w:szCs w:val="20"/>
        </w:rPr>
        <w:t xml:space="preserve">. </w:t>
      </w:r>
      <w:proofErr w:type="spellStart"/>
      <w:r w:rsidRPr="00F93DEC">
        <w:rPr>
          <w:szCs w:val="20"/>
        </w:rPr>
        <w:t>Çocuklar</w:t>
      </w:r>
      <w:proofErr w:type="spellEnd"/>
      <w:r w:rsidRPr="00F93DEC">
        <w:rPr>
          <w:szCs w:val="20"/>
        </w:rPr>
        <w:t xml:space="preserve"> </w:t>
      </w:r>
      <w:proofErr w:type="spellStart"/>
      <w:r w:rsidRPr="00F93DEC">
        <w:rPr>
          <w:szCs w:val="20"/>
        </w:rPr>
        <w:t>gördükleri</w:t>
      </w:r>
      <w:proofErr w:type="spellEnd"/>
      <w:r w:rsidRPr="00F93DEC">
        <w:rPr>
          <w:szCs w:val="20"/>
        </w:rPr>
        <w:t xml:space="preserve"> </w:t>
      </w:r>
      <w:proofErr w:type="spellStart"/>
      <w:r w:rsidRPr="00F93DEC">
        <w:rPr>
          <w:szCs w:val="20"/>
        </w:rPr>
        <w:t>boş</w:t>
      </w:r>
      <w:proofErr w:type="spellEnd"/>
      <w:r w:rsidRPr="00F93DEC">
        <w:rPr>
          <w:szCs w:val="20"/>
        </w:rPr>
        <w:t xml:space="preserve"> </w:t>
      </w:r>
      <w:proofErr w:type="spellStart"/>
      <w:r w:rsidRPr="00F93DEC">
        <w:rPr>
          <w:szCs w:val="20"/>
        </w:rPr>
        <w:t>ve</w:t>
      </w:r>
      <w:proofErr w:type="spellEnd"/>
      <w:r w:rsidRPr="00F93DEC">
        <w:rPr>
          <w:szCs w:val="20"/>
        </w:rPr>
        <w:t xml:space="preserve"> </w:t>
      </w:r>
      <w:proofErr w:type="spellStart"/>
      <w:r w:rsidRPr="00F93DEC">
        <w:rPr>
          <w:szCs w:val="20"/>
        </w:rPr>
        <w:t>dolu</w:t>
      </w:r>
      <w:proofErr w:type="spellEnd"/>
      <w:r w:rsidRPr="00F93DEC">
        <w:rPr>
          <w:szCs w:val="20"/>
        </w:rPr>
        <w:t xml:space="preserve"> </w:t>
      </w:r>
      <w:proofErr w:type="spellStart"/>
      <w:r w:rsidRPr="00F93DEC">
        <w:rPr>
          <w:szCs w:val="20"/>
        </w:rPr>
        <w:t>kapları</w:t>
      </w:r>
      <w:proofErr w:type="spellEnd"/>
      <w:r w:rsidRPr="00F93DEC">
        <w:rPr>
          <w:szCs w:val="20"/>
        </w:rPr>
        <w:t xml:space="preserve"> </w:t>
      </w:r>
      <w:proofErr w:type="spellStart"/>
      <w:r w:rsidRPr="00F93DEC">
        <w:rPr>
          <w:szCs w:val="20"/>
        </w:rPr>
        <w:t>önlerindeki</w:t>
      </w:r>
      <w:proofErr w:type="spellEnd"/>
      <w:r w:rsidRPr="00F93DEC">
        <w:rPr>
          <w:szCs w:val="20"/>
        </w:rPr>
        <w:t xml:space="preserve"> </w:t>
      </w:r>
      <w:proofErr w:type="spellStart"/>
      <w:r w:rsidRPr="00F93DEC">
        <w:rPr>
          <w:szCs w:val="20"/>
        </w:rPr>
        <w:t>kaplarla</w:t>
      </w:r>
      <w:proofErr w:type="spellEnd"/>
      <w:r w:rsidRPr="00F93DEC">
        <w:rPr>
          <w:szCs w:val="20"/>
        </w:rPr>
        <w:t xml:space="preserve"> </w:t>
      </w:r>
      <w:proofErr w:type="spellStart"/>
      <w:proofErr w:type="gramStart"/>
      <w:r w:rsidRPr="00F93DEC">
        <w:rPr>
          <w:szCs w:val="20"/>
        </w:rPr>
        <w:t>eşleştirir</w:t>
      </w:r>
      <w:proofErr w:type="spellEnd"/>
      <w:r w:rsidRPr="00F93DEC">
        <w:rPr>
          <w:szCs w:val="20"/>
        </w:rPr>
        <w:t>.</w:t>
      </w:r>
      <w:r w:rsidRPr="00F93DEC">
        <w:rPr>
          <w:szCs w:val="20"/>
        </w:rPr>
        <w:t>(</w:t>
      </w:r>
      <w:proofErr w:type="gramEnd"/>
      <w:r w:rsidRPr="00F93DEC">
        <w:rPr>
          <w:color w:val="000000" w:themeColor="text1"/>
          <w:szCs w:val="20"/>
        </w:rPr>
        <w:t xml:space="preserve"> </w:t>
      </w:r>
      <w:hyperlink r:id="rId12">
        <w:r w:rsidRPr="00F93DEC">
          <w:rPr>
            <w:color w:val="0070C0"/>
            <w:szCs w:val="20"/>
            <w:u w:val="single"/>
          </w:rPr>
          <w:t>KARE–</w:t>
        </w:r>
        <w:proofErr w:type="spellStart"/>
        <w:r w:rsidRPr="00F93DEC">
          <w:rPr>
            <w:color w:val="0070C0"/>
            <w:szCs w:val="20"/>
            <w:u w:val="single"/>
          </w:rPr>
          <w:t>Boş</w:t>
        </w:r>
        <w:proofErr w:type="spellEnd"/>
        <w:r w:rsidRPr="00F93DEC">
          <w:rPr>
            <w:color w:val="0070C0"/>
            <w:szCs w:val="20"/>
            <w:u w:val="single"/>
          </w:rPr>
          <w:t>–</w:t>
        </w:r>
        <w:proofErr w:type="spellStart"/>
        <w:r w:rsidRPr="00F93DEC">
          <w:rPr>
            <w:color w:val="0070C0"/>
            <w:szCs w:val="20"/>
            <w:u w:val="single"/>
          </w:rPr>
          <w:t>Dolu</w:t>
        </w:r>
        <w:proofErr w:type="spellEnd"/>
      </w:hyperlink>
      <w:r w:rsidRPr="00F93DEC">
        <w:rPr>
          <w:szCs w:val="20"/>
        </w:rPr>
        <w:t xml:space="preserve"> </w:t>
      </w:r>
      <w:proofErr w:type="spellStart"/>
      <w:r w:rsidRPr="00F93DEC">
        <w:rPr>
          <w:szCs w:val="20"/>
        </w:rPr>
        <w:t>çocukların</w:t>
      </w:r>
      <w:proofErr w:type="spellEnd"/>
      <w:r w:rsidRPr="00F93DEC">
        <w:rPr>
          <w:szCs w:val="20"/>
        </w:rPr>
        <w:t xml:space="preserve"> </w:t>
      </w:r>
      <w:proofErr w:type="spellStart"/>
      <w:r w:rsidRPr="00F93DEC">
        <w:rPr>
          <w:szCs w:val="20"/>
        </w:rPr>
        <w:t>ilgilerine</w:t>
      </w:r>
      <w:proofErr w:type="spellEnd"/>
      <w:r w:rsidRPr="00F93DEC">
        <w:rPr>
          <w:szCs w:val="20"/>
        </w:rPr>
        <w:t xml:space="preserve"> </w:t>
      </w:r>
      <w:proofErr w:type="spellStart"/>
      <w:r w:rsidRPr="00F93DEC">
        <w:rPr>
          <w:szCs w:val="20"/>
        </w:rPr>
        <w:t>ve</w:t>
      </w:r>
      <w:proofErr w:type="spellEnd"/>
      <w:r w:rsidRPr="00F93DEC">
        <w:rPr>
          <w:szCs w:val="20"/>
        </w:rPr>
        <w:t xml:space="preserve"> zaman </w:t>
      </w:r>
      <w:proofErr w:type="spellStart"/>
      <w:r w:rsidRPr="00F93DEC">
        <w:rPr>
          <w:szCs w:val="20"/>
        </w:rPr>
        <w:t>olmasına</w:t>
      </w:r>
      <w:proofErr w:type="spellEnd"/>
      <w:r w:rsidRPr="00F93DEC">
        <w:rPr>
          <w:szCs w:val="20"/>
        </w:rPr>
        <w:t xml:space="preserve"> </w:t>
      </w:r>
      <w:proofErr w:type="spellStart"/>
      <w:r w:rsidRPr="00F93DEC">
        <w:rPr>
          <w:szCs w:val="20"/>
        </w:rPr>
        <w:t>göre</w:t>
      </w:r>
      <w:proofErr w:type="spellEnd"/>
      <w:r w:rsidRPr="00F93DEC">
        <w:rPr>
          <w:szCs w:val="20"/>
        </w:rPr>
        <w:t xml:space="preserve"> </w:t>
      </w:r>
      <w:proofErr w:type="spellStart"/>
      <w:r w:rsidRPr="00F93DEC">
        <w:rPr>
          <w:szCs w:val="20"/>
        </w:rPr>
        <w:t>bu</w:t>
      </w:r>
      <w:proofErr w:type="spellEnd"/>
      <w:r w:rsidRPr="00F93DEC">
        <w:rPr>
          <w:szCs w:val="20"/>
        </w:rPr>
        <w:t xml:space="preserve"> </w:t>
      </w:r>
      <w:proofErr w:type="spellStart"/>
      <w:r w:rsidRPr="00F93DEC">
        <w:rPr>
          <w:szCs w:val="20"/>
        </w:rPr>
        <w:t>eğitici</w:t>
      </w:r>
      <w:proofErr w:type="spellEnd"/>
      <w:r w:rsidRPr="00F93DEC">
        <w:rPr>
          <w:szCs w:val="20"/>
        </w:rPr>
        <w:t xml:space="preserve"> film de </w:t>
      </w:r>
      <w:proofErr w:type="spellStart"/>
      <w:r w:rsidRPr="00F93DEC">
        <w:rPr>
          <w:szCs w:val="20"/>
        </w:rPr>
        <w:t>izlenebilir</w:t>
      </w:r>
      <w:proofErr w:type="spellEnd"/>
      <w:r w:rsidRPr="00F93DEC">
        <w:rPr>
          <w:szCs w:val="20"/>
        </w:rPr>
        <w:t>.)</w:t>
      </w:r>
    </w:p>
    <w:p w14:paraId="012198EB" w14:textId="77777777" w:rsidR="007B42EB" w:rsidRPr="00F93DEC" w:rsidRDefault="00F93DEC">
      <w:pPr>
        <w:rPr>
          <w:szCs w:val="20"/>
        </w:rPr>
      </w:pPr>
      <w:r w:rsidRPr="00F93DEC">
        <w:rPr>
          <w:b/>
          <w:color w:val="002060"/>
          <w:szCs w:val="20"/>
        </w:rPr>
        <w:t>Fen (</w:t>
      </w:r>
      <w:proofErr w:type="spellStart"/>
      <w:r w:rsidRPr="00F93DEC">
        <w:rPr>
          <w:b/>
          <w:color w:val="002060"/>
          <w:szCs w:val="20"/>
        </w:rPr>
        <w:t>Küçük</w:t>
      </w:r>
      <w:proofErr w:type="spellEnd"/>
      <w:r w:rsidRPr="00F93DEC">
        <w:rPr>
          <w:b/>
          <w:color w:val="002060"/>
          <w:szCs w:val="20"/>
        </w:rPr>
        <w:t xml:space="preserve"> </w:t>
      </w:r>
      <w:proofErr w:type="spellStart"/>
      <w:r w:rsidRPr="00F93DEC">
        <w:rPr>
          <w:b/>
          <w:color w:val="002060"/>
          <w:szCs w:val="20"/>
        </w:rPr>
        <w:t>Grup</w:t>
      </w:r>
      <w:proofErr w:type="spellEnd"/>
      <w:r w:rsidRPr="00F93DEC">
        <w:rPr>
          <w:b/>
          <w:color w:val="002060"/>
          <w:szCs w:val="20"/>
        </w:rPr>
        <w:t xml:space="preserve"> </w:t>
      </w:r>
      <w:proofErr w:type="spellStart"/>
      <w:r w:rsidRPr="00F93DEC">
        <w:rPr>
          <w:b/>
          <w:color w:val="002060"/>
          <w:szCs w:val="20"/>
        </w:rPr>
        <w:t>Etkinliği</w:t>
      </w:r>
      <w:proofErr w:type="spellEnd"/>
      <w:r w:rsidRPr="00F93DEC">
        <w:rPr>
          <w:b/>
          <w:color w:val="002060"/>
          <w:szCs w:val="20"/>
        </w:rPr>
        <w:t>)</w:t>
      </w:r>
    </w:p>
    <w:p w14:paraId="00F42C71" w14:textId="5F43C5BE" w:rsidR="007B42EB" w:rsidRPr="00F93DEC" w:rsidRDefault="00F93DEC">
      <w:pPr>
        <w:rPr>
          <w:szCs w:val="20"/>
        </w:rPr>
      </w:pPr>
      <w:r w:rsidRPr="00F93DEC">
        <w:rPr>
          <w:szCs w:val="20"/>
        </w:rPr>
        <w:t xml:space="preserve">“Bardaktaki suyu diğer bardağa dökmeden ulaştırabilir miyiz?” sorusu sorulur. Çocukların fikirlerini söylemesi veya hareketle göstermesi beklenir. </w:t>
      </w:r>
      <w:hyperlink r:id="rId13">
        <w:proofErr w:type="spellStart"/>
        <w:r w:rsidR="00C66E72" w:rsidRPr="00F93DEC">
          <w:rPr>
            <w:color w:val="0563C1"/>
            <w:szCs w:val="20"/>
            <w:u w:val="single"/>
          </w:rPr>
          <w:t>Dolu</w:t>
        </w:r>
        <w:proofErr w:type="spellEnd"/>
        <w:r w:rsidR="00C66E72" w:rsidRPr="00F93DEC">
          <w:rPr>
            <w:color w:val="0563C1"/>
            <w:szCs w:val="20"/>
            <w:u w:val="single"/>
          </w:rPr>
          <w:t xml:space="preserve"> </w:t>
        </w:r>
        <w:proofErr w:type="spellStart"/>
        <w:r w:rsidR="00C66E72" w:rsidRPr="00F93DEC">
          <w:rPr>
            <w:color w:val="0563C1"/>
            <w:szCs w:val="20"/>
            <w:u w:val="single"/>
          </w:rPr>
          <w:t>Bardaktaki</w:t>
        </w:r>
        <w:proofErr w:type="spellEnd"/>
        <w:r w:rsidR="00C66E72" w:rsidRPr="00F93DEC">
          <w:rPr>
            <w:color w:val="0563C1"/>
            <w:szCs w:val="20"/>
            <w:u w:val="single"/>
          </w:rPr>
          <w:t xml:space="preserve"> </w:t>
        </w:r>
        <w:proofErr w:type="spellStart"/>
        <w:r w:rsidR="00C66E72" w:rsidRPr="00F93DEC">
          <w:rPr>
            <w:color w:val="0563C1"/>
            <w:szCs w:val="20"/>
            <w:u w:val="single"/>
          </w:rPr>
          <w:t>Suyu</w:t>
        </w:r>
        <w:proofErr w:type="spellEnd"/>
        <w:r w:rsidR="00C66E72" w:rsidRPr="00F93DEC">
          <w:rPr>
            <w:color w:val="0563C1"/>
            <w:szCs w:val="20"/>
            <w:u w:val="single"/>
          </w:rPr>
          <w:t xml:space="preserve"> </w:t>
        </w:r>
        <w:proofErr w:type="spellStart"/>
        <w:r w:rsidR="00C66E72" w:rsidRPr="00F93DEC">
          <w:rPr>
            <w:color w:val="0563C1"/>
            <w:szCs w:val="20"/>
            <w:u w:val="single"/>
          </w:rPr>
          <w:t>Boş</w:t>
        </w:r>
        <w:proofErr w:type="spellEnd"/>
        <w:r w:rsidR="00C66E72" w:rsidRPr="00F93DEC">
          <w:rPr>
            <w:color w:val="0563C1"/>
            <w:szCs w:val="20"/>
            <w:u w:val="single"/>
          </w:rPr>
          <w:t xml:space="preserve"> </w:t>
        </w:r>
        <w:proofErr w:type="spellStart"/>
        <w:r w:rsidR="00C66E72" w:rsidRPr="00F93DEC">
          <w:rPr>
            <w:color w:val="0563C1"/>
            <w:szCs w:val="20"/>
            <w:u w:val="single"/>
          </w:rPr>
          <w:t>Bardağa</w:t>
        </w:r>
        <w:proofErr w:type="spellEnd"/>
        <w:r w:rsidR="00C66E72" w:rsidRPr="00F93DEC">
          <w:rPr>
            <w:color w:val="0563C1"/>
            <w:szCs w:val="20"/>
            <w:u w:val="single"/>
          </w:rPr>
          <w:t xml:space="preserve"> </w:t>
        </w:r>
        <w:proofErr w:type="spellStart"/>
        <w:r w:rsidR="00C66E72" w:rsidRPr="00F93DEC">
          <w:rPr>
            <w:color w:val="0563C1"/>
            <w:szCs w:val="20"/>
            <w:u w:val="single"/>
          </w:rPr>
          <w:t>Aktarma</w:t>
        </w:r>
        <w:proofErr w:type="spellEnd"/>
        <w:r w:rsidR="00C66E72" w:rsidRPr="00F93DEC">
          <w:rPr>
            <w:color w:val="0563C1"/>
            <w:szCs w:val="20"/>
            <w:u w:val="single"/>
          </w:rPr>
          <w:t xml:space="preserve"> </w:t>
        </w:r>
        <w:proofErr w:type="spellStart"/>
        <w:r w:rsidR="00C66E72" w:rsidRPr="00F93DEC">
          <w:rPr>
            <w:color w:val="0563C1"/>
            <w:szCs w:val="20"/>
            <w:u w:val="single"/>
          </w:rPr>
          <w:t>Deneyi</w:t>
        </w:r>
        <w:proofErr w:type="spellEnd"/>
      </w:hyperlink>
      <w:r w:rsidR="00C66E72" w:rsidRPr="00F93DEC">
        <w:rPr>
          <w:szCs w:val="20"/>
        </w:rPr>
        <w:t xml:space="preserve"> </w:t>
      </w:r>
      <w:proofErr w:type="spellStart"/>
      <w:r w:rsidR="00C66E72" w:rsidRPr="00F93DEC">
        <w:rPr>
          <w:szCs w:val="20"/>
        </w:rPr>
        <w:t>için</w:t>
      </w:r>
      <w:proofErr w:type="spellEnd"/>
      <w:r w:rsidR="00C66E72" w:rsidRPr="00F93DEC">
        <w:rPr>
          <w:szCs w:val="20"/>
        </w:rPr>
        <w:t xml:space="preserve"> </w:t>
      </w:r>
      <w:proofErr w:type="spellStart"/>
      <w:r w:rsidR="00C66E72" w:rsidRPr="00F93DEC">
        <w:rPr>
          <w:szCs w:val="20"/>
        </w:rPr>
        <w:t>ç</w:t>
      </w:r>
      <w:r w:rsidRPr="00F93DEC">
        <w:rPr>
          <w:szCs w:val="20"/>
        </w:rPr>
        <w:t>ocuklar</w:t>
      </w:r>
      <w:proofErr w:type="spellEnd"/>
      <w:r w:rsidRPr="00F93DEC">
        <w:rPr>
          <w:szCs w:val="20"/>
        </w:rPr>
        <w:t xml:space="preserve"> (FAB.</w:t>
      </w:r>
      <w:proofErr w:type="gramStart"/>
      <w:r w:rsidRPr="00F93DEC">
        <w:rPr>
          <w:szCs w:val="20"/>
        </w:rPr>
        <w:t>7.a</w:t>
      </w:r>
      <w:proofErr w:type="gramEnd"/>
      <w:r w:rsidRPr="00F93DEC">
        <w:rPr>
          <w:szCs w:val="20"/>
        </w:rPr>
        <w:t xml:space="preserve">) </w:t>
      </w:r>
      <w:proofErr w:type="spellStart"/>
      <w:r w:rsidRPr="00F93DEC">
        <w:rPr>
          <w:szCs w:val="20"/>
        </w:rPr>
        <w:t>sunulan</w:t>
      </w:r>
      <w:proofErr w:type="spellEnd"/>
      <w:r w:rsidRPr="00F93DEC">
        <w:rPr>
          <w:szCs w:val="20"/>
        </w:rPr>
        <w:t xml:space="preserve"> </w:t>
      </w:r>
      <w:proofErr w:type="spellStart"/>
      <w:r w:rsidRPr="00F93DEC">
        <w:rPr>
          <w:szCs w:val="20"/>
        </w:rPr>
        <w:t>malzemeleri</w:t>
      </w:r>
      <w:proofErr w:type="spellEnd"/>
      <w:r w:rsidRPr="00F93DEC">
        <w:rPr>
          <w:szCs w:val="20"/>
        </w:rPr>
        <w:t xml:space="preserve"> inceleyerek denemede kullanacakları iki kırılmaz şeffaf bardağı, suyu, tepsiyi ve kâğıt havluyu seçer.</w:t>
      </w:r>
    </w:p>
    <w:p w14:paraId="32599FF4" w14:textId="77777777" w:rsidR="007B42EB" w:rsidRPr="00F93DEC" w:rsidRDefault="00F93DEC">
      <w:pPr>
        <w:rPr>
          <w:szCs w:val="20"/>
        </w:rPr>
      </w:pPr>
      <w:r w:rsidRPr="00F93DEC">
        <w:rPr>
          <w:szCs w:val="20"/>
        </w:rPr>
        <w:t>Bardaklar tepsi üzerinde yan yana yerleştirilir. Öğretmen bir bardağı yaklaşık yarısına kadar suyla doldurur, diğerini boş bırakır.</w:t>
      </w:r>
      <w:r w:rsidRPr="00F93DEC">
        <w:rPr>
          <w:szCs w:val="20"/>
        </w:rPr>
        <w:t xml:space="preserve"> Çocuklar (FAB.</w:t>
      </w:r>
      <w:proofErr w:type="gramStart"/>
      <w:r w:rsidRPr="00F93DEC">
        <w:rPr>
          <w:szCs w:val="20"/>
        </w:rPr>
        <w:t>7.b</w:t>
      </w:r>
      <w:proofErr w:type="gramEnd"/>
      <w:r w:rsidRPr="00F93DEC">
        <w:rPr>
          <w:szCs w:val="20"/>
        </w:rPr>
        <w:t>) kâğıt havluyu şerit hâlinde katlayarak bir ucunu suya, diğerini boş bardağın tabanına doğru yerleştirir. Havlunun bardaklar arasında kısa bir köprü oluşturması ve ucunun suya değmesi kontrol edilir.</w:t>
      </w:r>
    </w:p>
    <w:p w14:paraId="22E7B0F1" w14:textId="177E9D19" w:rsidR="007B42EB" w:rsidRPr="00F93DEC" w:rsidRDefault="00F93DEC">
      <w:pPr>
        <w:rPr>
          <w:szCs w:val="20"/>
        </w:rPr>
      </w:pPr>
      <w:r w:rsidRPr="00F93DEC">
        <w:rPr>
          <w:szCs w:val="20"/>
        </w:rPr>
        <w:t xml:space="preserve">Çocuklar (E3.2) dikkatlerini havluya </w:t>
      </w:r>
      <w:r w:rsidRPr="00F93DEC">
        <w:rPr>
          <w:szCs w:val="20"/>
        </w:rPr>
        <w:t>yönelterek (FAB.7.c) ıslanan bölümdeki değişimi gözlemler. “Havlunun neresi ıslandı? Islaklık ilerliyor mu?” sorularıyla gördüklerini paylaşırlar. Düzenek bekletilir ve başka bir etkinliğin ardından yeniden incelenir. Diğer bardakta su birikmişse başlangıç</w:t>
      </w:r>
      <w:r w:rsidRPr="00F93DEC">
        <w:rPr>
          <w:szCs w:val="20"/>
        </w:rPr>
        <w:t xml:space="preserve">taki durumla karşılaştırılır. Birikmemişse havludaki ıslanma konuşulur ve gözleme </w:t>
      </w:r>
      <w:proofErr w:type="spellStart"/>
      <w:r w:rsidRPr="00F93DEC">
        <w:rPr>
          <w:szCs w:val="20"/>
        </w:rPr>
        <w:t>daha</w:t>
      </w:r>
      <w:proofErr w:type="spellEnd"/>
      <w:r w:rsidRPr="00F93DEC">
        <w:rPr>
          <w:szCs w:val="20"/>
        </w:rPr>
        <w:t xml:space="preserve"> </w:t>
      </w:r>
      <w:proofErr w:type="spellStart"/>
      <w:r w:rsidRPr="00F93DEC">
        <w:rPr>
          <w:szCs w:val="20"/>
        </w:rPr>
        <w:t>sonra</w:t>
      </w:r>
      <w:proofErr w:type="spellEnd"/>
      <w:r w:rsidRPr="00F93DEC">
        <w:rPr>
          <w:szCs w:val="20"/>
        </w:rPr>
        <w:t xml:space="preserve"> </w:t>
      </w:r>
      <w:proofErr w:type="spellStart"/>
      <w:r w:rsidRPr="00F93DEC">
        <w:rPr>
          <w:szCs w:val="20"/>
        </w:rPr>
        <w:t>devam</w:t>
      </w:r>
      <w:proofErr w:type="spellEnd"/>
      <w:r w:rsidRPr="00F93DEC">
        <w:rPr>
          <w:szCs w:val="20"/>
        </w:rPr>
        <w:t xml:space="preserve"> </w:t>
      </w:r>
      <w:proofErr w:type="spellStart"/>
      <w:proofErr w:type="gramStart"/>
      <w:r w:rsidRPr="00F93DEC">
        <w:rPr>
          <w:szCs w:val="20"/>
        </w:rPr>
        <w:t>edilir.</w:t>
      </w:r>
      <w:r w:rsidRPr="00F93DEC">
        <w:rPr>
          <w:szCs w:val="20"/>
        </w:rPr>
        <w:t>Çocuklar</w:t>
      </w:r>
      <w:proofErr w:type="spellEnd"/>
      <w:proofErr w:type="gramEnd"/>
      <w:r w:rsidRPr="00F93DEC">
        <w:rPr>
          <w:szCs w:val="20"/>
        </w:rPr>
        <w:t xml:space="preserve"> </w:t>
      </w:r>
      <w:proofErr w:type="spellStart"/>
      <w:r w:rsidRPr="00F93DEC">
        <w:rPr>
          <w:szCs w:val="20"/>
        </w:rPr>
        <w:t>boş</w:t>
      </w:r>
      <w:proofErr w:type="spellEnd"/>
      <w:r w:rsidRPr="00F93DEC">
        <w:rPr>
          <w:szCs w:val="20"/>
        </w:rPr>
        <w:t xml:space="preserve"> </w:t>
      </w:r>
      <w:proofErr w:type="spellStart"/>
      <w:r w:rsidRPr="00F93DEC">
        <w:rPr>
          <w:szCs w:val="20"/>
        </w:rPr>
        <w:t>bardakta</w:t>
      </w:r>
      <w:proofErr w:type="spellEnd"/>
      <w:r w:rsidRPr="00F93DEC">
        <w:rPr>
          <w:szCs w:val="20"/>
        </w:rPr>
        <w:t xml:space="preserve"> </w:t>
      </w:r>
      <w:proofErr w:type="spellStart"/>
      <w:r w:rsidRPr="00F93DEC">
        <w:rPr>
          <w:szCs w:val="20"/>
        </w:rPr>
        <w:t>su</w:t>
      </w:r>
      <w:proofErr w:type="spellEnd"/>
      <w:r w:rsidRPr="00F93DEC">
        <w:rPr>
          <w:szCs w:val="20"/>
        </w:rPr>
        <w:t xml:space="preserve"> gördüklerinde artık tamamen boş olmadığını fark eder. </w:t>
      </w:r>
    </w:p>
    <w:p w14:paraId="0068229E" w14:textId="77777777" w:rsidR="007B42EB" w:rsidRPr="00F93DEC" w:rsidRDefault="00F93DEC">
      <w:pPr>
        <w:rPr>
          <w:szCs w:val="20"/>
        </w:rPr>
      </w:pPr>
      <w:proofErr w:type="spellStart"/>
      <w:r w:rsidRPr="00F93DEC">
        <w:rPr>
          <w:b/>
          <w:color w:val="002060"/>
          <w:szCs w:val="20"/>
        </w:rPr>
        <w:t>Hareket</w:t>
      </w:r>
      <w:proofErr w:type="spellEnd"/>
      <w:r w:rsidRPr="00F93DEC">
        <w:rPr>
          <w:b/>
          <w:color w:val="002060"/>
          <w:szCs w:val="20"/>
        </w:rPr>
        <w:t xml:space="preserve"> </w:t>
      </w:r>
      <w:proofErr w:type="spellStart"/>
      <w:r w:rsidRPr="00F93DEC">
        <w:rPr>
          <w:b/>
          <w:color w:val="002060"/>
          <w:szCs w:val="20"/>
        </w:rPr>
        <w:t>ve</w:t>
      </w:r>
      <w:proofErr w:type="spellEnd"/>
      <w:r w:rsidRPr="00F93DEC">
        <w:rPr>
          <w:b/>
          <w:color w:val="002060"/>
          <w:szCs w:val="20"/>
        </w:rPr>
        <w:t xml:space="preserve"> </w:t>
      </w:r>
      <w:proofErr w:type="spellStart"/>
      <w:r w:rsidRPr="00F93DEC">
        <w:rPr>
          <w:b/>
          <w:color w:val="002060"/>
          <w:szCs w:val="20"/>
        </w:rPr>
        <w:t>Sağlık</w:t>
      </w:r>
      <w:proofErr w:type="spellEnd"/>
      <w:r w:rsidRPr="00F93DEC">
        <w:rPr>
          <w:b/>
          <w:color w:val="002060"/>
          <w:szCs w:val="20"/>
        </w:rPr>
        <w:t xml:space="preserve"> </w:t>
      </w:r>
      <w:proofErr w:type="spellStart"/>
      <w:r w:rsidRPr="00F93DEC">
        <w:rPr>
          <w:b/>
          <w:color w:val="002060"/>
          <w:szCs w:val="20"/>
        </w:rPr>
        <w:t>ve</w:t>
      </w:r>
      <w:proofErr w:type="spellEnd"/>
      <w:r w:rsidRPr="00F93DEC">
        <w:rPr>
          <w:b/>
          <w:color w:val="002060"/>
          <w:szCs w:val="20"/>
        </w:rPr>
        <w:t xml:space="preserve"> Matematik (Bütünleştirilmiş Küçük Grup Etkinliği)</w:t>
      </w:r>
    </w:p>
    <w:p w14:paraId="3604C81A" w14:textId="77777777" w:rsidR="007B42EB" w:rsidRPr="00F93DEC" w:rsidRDefault="00F93DEC">
      <w:pPr>
        <w:rPr>
          <w:szCs w:val="20"/>
        </w:rPr>
      </w:pPr>
      <w:hyperlink r:id="rId14">
        <w:r w:rsidRPr="00F93DEC">
          <w:rPr>
            <w:color w:val="0563C1"/>
            <w:szCs w:val="20"/>
            <w:u w:val="single"/>
          </w:rPr>
          <w:t>“3 Rakamı Şarkısı”</w:t>
        </w:r>
      </w:hyperlink>
      <w:r w:rsidRPr="00F93DEC">
        <w:rPr>
          <w:szCs w:val="20"/>
        </w:rPr>
        <w:t xml:space="preserve"> dinlenir. Çocuklar şarkının ardından öğretmen</w:t>
      </w:r>
      <w:r w:rsidRPr="00F93DEC">
        <w:rPr>
          <w:szCs w:val="20"/>
        </w:rPr>
        <w:t xml:space="preserve"> modeliyle üç kez alkışlar, üç kez dizlerine dokunur ve üç parmaklarını gösterir.</w:t>
      </w:r>
    </w:p>
    <w:p w14:paraId="707D4E38" w14:textId="77777777" w:rsidR="007B42EB" w:rsidRPr="00F93DEC" w:rsidRDefault="00F93DEC">
      <w:pPr>
        <w:rPr>
          <w:szCs w:val="20"/>
        </w:rPr>
      </w:pPr>
      <w:r w:rsidRPr="00F93DEC">
        <w:rPr>
          <w:szCs w:val="20"/>
        </w:rPr>
        <w:t>Yere kaymayacak biçimde sabitlenmiş üç geniş nokta yerleştirilir. Çocuk (HSAB.</w:t>
      </w:r>
      <w:proofErr w:type="gramStart"/>
      <w:r w:rsidRPr="00F93DEC">
        <w:rPr>
          <w:szCs w:val="20"/>
        </w:rPr>
        <w:t>1.a</w:t>
      </w:r>
      <w:proofErr w:type="gramEnd"/>
      <w:r w:rsidRPr="00F93DEC">
        <w:rPr>
          <w:szCs w:val="20"/>
        </w:rPr>
        <w:t>) “Noktalara basarak yürü.” yönergesiyle ilerlerken (MAB.1.ç) bir–iki–üç diye sayar. Yolun so</w:t>
      </w:r>
      <w:r w:rsidRPr="00F93DEC">
        <w:rPr>
          <w:szCs w:val="20"/>
        </w:rPr>
        <w:t>nunda bulunan bloklardan üç tane alarak üç bölmeli kabı doldurur. Sonra blokları sepete geri koyup boş kabı gösterir.</w:t>
      </w:r>
    </w:p>
    <w:p w14:paraId="122EB6CE" w14:textId="77777777" w:rsidR="007B42EB" w:rsidRPr="00F93DEC" w:rsidRDefault="00F93DEC">
      <w:pPr>
        <w:rPr>
          <w:szCs w:val="20"/>
        </w:rPr>
      </w:pPr>
      <w:r w:rsidRPr="00F93DEC">
        <w:rPr>
          <w:szCs w:val="20"/>
        </w:rPr>
        <w:t>İkinci turda isteyen çocuk kukla aracılığıyla “Üç adım yürü.” yönergesini verir; arkadaşı hareketi yapar. Çocuklar sırayla yönerge veren v</w:t>
      </w:r>
      <w:r w:rsidRPr="00F93DEC">
        <w:rPr>
          <w:szCs w:val="20"/>
        </w:rPr>
        <w:t>e hareket eden olur. Hareket sırasında (HSAB.</w:t>
      </w:r>
      <w:proofErr w:type="gramStart"/>
      <w:r w:rsidRPr="00F93DEC">
        <w:rPr>
          <w:szCs w:val="20"/>
        </w:rPr>
        <w:t>5.b</w:t>
      </w:r>
      <w:proofErr w:type="gramEnd"/>
      <w:r w:rsidRPr="00F93DEC">
        <w:rPr>
          <w:szCs w:val="20"/>
        </w:rPr>
        <w:t>) birbirlerinin kişisel alanlarını korur. Oyun (E2.5) çocukların ilgisine göre tekrarlanır; herkes kendi hızında ilerler. Yarış ve eleme yapılmaz.</w:t>
      </w:r>
    </w:p>
    <w:p w14:paraId="2527A513" w14:textId="77777777" w:rsidR="007B42EB" w:rsidRPr="00F93DEC" w:rsidRDefault="00F93DEC">
      <w:pPr>
        <w:pStyle w:val="Balk2"/>
        <w:rPr>
          <w:rFonts w:ascii="Comic Sans MS" w:hAnsi="Comic Sans MS"/>
          <w:szCs w:val="20"/>
        </w:rPr>
      </w:pPr>
      <w:r w:rsidRPr="00F93DEC">
        <w:rPr>
          <w:rFonts w:ascii="Comic Sans MS" w:hAnsi="Comic Sans MS"/>
          <w:color w:val="002060"/>
          <w:szCs w:val="20"/>
        </w:rPr>
        <w:t>Çekirdek Kitap Çalışması</w:t>
      </w:r>
    </w:p>
    <w:p w14:paraId="7CF49221" w14:textId="7B090BF6" w:rsidR="007B42EB" w:rsidRPr="00F93DEC" w:rsidRDefault="00F93DEC">
      <w:pPr>
        <w:rPr>
          <w:szCs w:val="20"/>
        </w:rPr>
      </w:pPr>
      <w:r w:rsidRPr="00F93DEC">
        <w:rPr>
          <w:b/>
          <w:bCs/>
          <w:szCs w:val="20"/>
        </w:rPr>
        <w:t>4 Yaş Çekirdek 1 kitabında “3 Rakamı</w:t>
      </w:r>
      <w:r w:rsidRPr="00F93DEC">
        <w:rPr>
          <w:b/>
          <w:bCs/>
          <w:szCs w:val="20"/>
        </w:rPr>
        <w:t>”</w:t>
      </w:r>
      <w:r w:rsidRPr="00F93DEC">
        <w:rPr>
          <w:szCs w:val="20"/>
        </w:rPr>
        <w:t xml:space="preserve"> başlıklı sayfa açılır. Çocuklar (MAB.</w:t>
      </w:r>
      <w:proofErr w:type="gramStart"/>
      <w:r w:rsidRPr="00F93DEC">
        <w:rPr>
          <w:szCs w:val="20"/>
        </w:rPr>
        <w:t>1.ç</w:t>
      </w:r>
      <w:proofErr w:type="gramEnd"/>
      <w:r w:rsidRPr="00F93DEC">
        <w:rPr>
          <w:szCs w:val="20"/>
        </w:rPr>
        <w:t>) üç marakası sayıp boyar; üç kez alkışlar. Miktarı (MAB.</w:t>
      </w:r>
      <w:proofErr w:type="gramStart"/>
      <w:r w:rsidRPr="00F93DEC">
        <w:rPr>
          <w:szCs w:val="20"/>
        </w:rPr>
        <w:t>3.b</w:t>
      </w:r>
      <w:proofErr w:type="gramEnd"/>
      <w:r w:rsidRPr="00F93DEC">
        <w:rPr>
          <w:szCs w:val="20"/>
        </w:rPr>
        <w:t xml:space="preserve">) 3 rakamıyla ilişkilendirir. </w:t>
      </w:r>
      <w:proofErr w:type="spellStart"/>
      <w:r w:rsidRPr="00F93DEC">
        <w:rPr>
          <w:szCs w:val="20"/>
        </w:rPr>
        <w:t>Rakamı</w:t>
      </w:r>
      <w:proofErr w:type="spellEnd"/>
      <w:r w:rsidRPr="00F93DEC">
        <w:rPr>
          <w:szCs w:val="20"/>
        </w:rPr>
        <w:t xml:space="preserve"> </w:t>
      </w:r>
      <w:proofErr w:type="spellStart"/>
      <w:r w:rsidRPr="00F93DEC">
        <w:rPr>
          <w:szCs w:val="20"/>
        </w:rPr>
        <w:t>parmakla</w:t>
      </w:r>
      <w:proofErr w:type="spellEnd"/>
      <w:r w:rsidRPr="00F93DEC">
        <w:rPr>
          <w:szCs w:val="20"/>
        </w:rPr>
        <w:t xml:space="preserve"> </w:t>
      </w:r>
      <w:proofErr w:type="spellStart"/>
      <w:r w:rsidRPr="00F93DEC">
        <w:rPr>
          <w:szCs w:val="20"/>
        </w:rPr>
        <w:t>izleyebilir</w:t>
      </w:r>
      <w:proofErr w:type="spellEnd"/>
      <w:r w:rsidR="000B18EB" w:rsidRPr="00F93DEC">
        <w:rPr>
          <w:szCs w:val="20"/>
        </w:rPr>
        <w:t>.</w:t>
      </w:r>
    </w:p>
    <w:p w14:paraId="480C9DAF" w14:textId="77777777" w:rsidR="000B18EB" w:rsidRPr="00F93DEC" w:rsidRDefault="000B18EB" w:rsidP="000B18EB">
      <w:pPr>
        <w:rPr>
          <w:szCs w:val="20"/>
        </w:rPr>
      </w:pPr>
      <w:proofErr w:type="spellStart"/>
      <w:r w:rsidRPr="00F93DEC">
        <w:rPr>
          <w:szCs w:val="20"/>
        </w:rPr>
        <w:t>Çocuklar</w:t>
      </w:r>
      <w:proofErr w:type="spellEnd"/>
      <w:r w:rsidRPr="00F93DEC">
        <w:rPr>
          <w:szCs w:val="20"/>
        </w:rPr>
        <w:t xml:space="preserve"> </w:t>
      </w:r>
      <w:proofErr w:type="spellStart"/>
      <w:r w:rsidRPr="00F93DEC">
        <w:rPr>
          <w:szCs w:val="20"/>
        </w:rPr>
        <w:t>çalışmalarını</w:t>
      </w:r>
      <w:proofErr w:type="spellEnd"/>
      <w:r w:rsidRPr="00F93DEC">
        <w:rPr>
          <w:szCs w:val="20"/>
        </w:rPr>
        <w:t xml:space="preserve"> </w:t>
      </w:r>
      <w:proofErr w:type="spellStart"/>
      <w:r w:rsidRPr="00F93DEC">
        <w:rPr>
          <w:szCs w:val="20"/>
        </w:rPr>
        <w:t>ve</w:t>
      </w:r>
      <w:proofErr w:type="spellEnd"/>
      <w:r w:rsidRPr="00F93DEC">
        <w:rPr>
          <w:szCs w:val="20"/>
        </w:rPr>
        <w:t xml:space="preserve"> </w:t>
      </w:r>
      <w:proofErr w:type="spellStart"/>
      <w:r w:rsidRPr="00F93DEC">
        <w:rPr>
          <w:szCs w:val="20"/>
        </w:rPr>
        <w:t>kişisel</w:t>
      </w:r>
      <w:proofErr w:type="spellEnd"/>
      <w:r w:rsidRPr="00F93DEC">
        <w:rPr>
          <w:szCs w:val="20"/>
        </w:rPr>
        <w:t xml:space="preserve"> eşyalarını toplar; arkadaşlarıyla vedalaşarak ailelerine teslim edilir.</w:t>
      </w:r>
    </w:p>
    <w:p w14:paraId="4D970016" w14:textId="77777777" w:rsidR="007B42EB" w:rsidRPr="00F93DEC" w:rsidRDefault="00F93DEC">
      <w:pPr>
        <w:pStyle w:val="Balk1"/>
        <w:rPr>
          <w:rFonts w:ascii="Comic Sans MS" w:hAnsi="Comic Sans MS"/>
          <w:szCs w:val="20"/>
        </w:rPr>
      </w:pPr>
      <w:r w:rsidRPr="00F93DEC">
        <w:rPr>
          <w:rFonts w:ascii="Comic Sans MS" w:hAnsi="Comic Sans MS"/>
          <w:color w:val="F85883"/>
          <w:szCs w:val="20"/>
        </w:rPr>
        <w:t>GÜNÜ DEĞERLENDİRME</w:t>
      </w:r>
    </w:p>
    <w:p w14:paraId="754FF946" w14:textId="77777777" w:rsidR="000B18EB" w:rsidRPr="00F93DEC" w:rsidRDefault="000B18EB" w:rsidP="000B18EB">
      <w:pPr>
        <w:keepNext/>
        <w:spacing w:after="60"/>
        <w:rPr>
          <w:rFonts w:cs="Comic Sans MS"/>
          <w:b/>
          <w:bCs/>
          <w:color w:val="ED7D31"/>
          <w:szCs w:val="20"/>
        </w:rPr>
      </w:pPr>
      <w:r w:rsidRPr="00F93DEC">
        <w:rPr>
          <w:szCs w:val="20"/>
        </w:rPr>
        <w:t xml:space="preserve">Gün </w:t>
      </w:r>
      <w:proofErr w:type="spellStart"/>
      <w:r w:rsidRPr="00F93DEC">
        <w:rPr>
          <w:szCs w:val="20"/>
        </w:rPr>
        <w:t>sonunda</w:t>
      </w:r>
      <w:proofErr w:type="spellEnd"/>
      <w:r w:rsidRPr="00F93DEC">
        <w:rPr>
          <w:szCs w:val="20"/>
        </w:rPr>
        <w:t xml:space="preserve"> </w:t>
      </w:r>
      <w:proofErr w:type="spellStart"/>
      <w:r w:rsidRPr="00F93DEC">
        <w:rPr>
          <w:szCs w:val="20"/>
        </w:rPr>
        <w:t>çocuklarla</w:t>
      </w:r>
      <w:proofErr w:type="spellEnd"/>
      <w:r w:rsidRPr="00F93DEC">
        <w:rPr>
          <w:szCs w:val="20"/>
        </w:rPr>
        <w:t xml:space="preserve"> </w:t>
      </w:r>
      <w:proofErr w:type="spellStart"/>
      <w:r w:rsidRPr="00F93DEC">
        <w:rPr>
          <w:szCs w:val="20"/>
        </w:rPr>
        <w:t>kısa</w:t>
      </w:r>
      <w:proofErr w:type="spellEnd"/>
      <w:r w:rsidRPr="00F93DEC">
        <w:rPr>
          <w:szCs w:val="20"/>
        </w:rPr>
        <w:t xml:space="preserve"> </w:t>
      </w:r>
      <w:proofErr w:type="spellStart"/>
      <w:r w:rsidRPr="00F93DEC">
        <w:rPr>
          <w:szCs w:val="20"/>
        </w:rPr>
        <w:t>bir</w:t>
      </w:r>
      <w:proofErr w:type="spellEnd"/>
      <w:r w:rsidRPr="00F93DEC">
        <w:rPr>
          <w:szCs w:val="20"/>
        </w:rPr>
        <w:t xml:space="preserve"> </w:t>
      </w:r>
      <w:proofErr w:type="spellStart"/>
      <w:r w:rsidRPr="00F93DEC">
        <w:rPr>
          <w:szCs w:val="20"/>
        </w:rPr>
        <w:t>değerlendirme</w:t>
      </w:r>
      <w:proofErr w:type="spellEnd"/>
      <w:r w:rsidRPr="00F93DEC">
        <w:rPr>
          <w:szCs w:val="20"/>
        </w:rPr>
        <w:t xml:space="preserve"> </w:t>
      </w:r>
      <w:proofErr w:type="spellStart"/>
      <w:r w:rsidRPr="00F93DEC">
        <w:rPr>
          <w:szCs w:val="20"/>
        </w:rPr>
        <w:t>çemberi</w:t>
      </w:r>
      <w:proofErr w:type="spellEnd"/>
      <w:r w:rsidRPr="00F93DEC">
        <w:rPr>
          <w:szCs w:val="20"/>
        </w:rPr>
        <w:t xml:space="preserve"> </w:t>
      </w:r>
      <w:proofErr w:type="spellStart"/>
      <w:r w:rsidRPr="00F93DEC">
        <w:rPr>
          <w:szCs w:val="20"/>
        </w:rPr>
        <w:t>oluşturulur</w:t>
      </w:r>
      <w:proofErr w:type="spellEnd"/>
      <w:r w:rsidRPr="00F93DEC">
        <w:rPr>
          <w:szCs w:val="20"/>
        </w:rPr>
        <w:t xml:space="preserve">. </w:t>
      </w:r>
      <w:proofErr w:type="spellStart"/>
      <w:r w:rsidRPr="00F93DEC">
        <w:rPr>
          <w:szCs w:val="20"/>
        </w:rPr>
        <w:t>Çocukların</w:t>
      </w:r>
      <w:proofErr w:type="spellEnd"/>
      <w:r w:rsidRPr="00F93DEC">
        <w:rPr>
          <w:szCs w:val="20"/>
        </w:rPr>
        <w:t xml:space="preserve"> </w:t>
      </w:r>
      <w:proofErr w:type="spellStart"/>
      <w:r w:rsidRPr="00F93DEC">
        <w:rPr>
          <w:szCs w:val="20"/>
        </w:rPr>
        <w:t>gün</w:t>
      </w:r>
      <w:proofErr w:type="spellEnd"/>
      <w:r w:rsidRPr="00F93DEC">
        <w:rPr>
          <w:szCs w:val="20"/>
        </w:rPr>
        <w:t xml:space="preserve"> </w:t>
      </w:r>
      <w:proofErr w:type="spellStart"/>
      <w:r w:rsidRPr="00F93DEC">
        <w:rPr>
          <w:szCs w:val="20"/>
        </w:rPr>
        <w:t>içerisinde</w:t>
      </w:r>
      <w:proofErr w:type="spellEnd"/>
      <w:r w:rsidRPr="00F93DEC">
        <w:rPr>
          <w:szCs w:val="20"/>
        </w:rPr>
        <w:t xml:space="preserve"> </w:t>
      </w:r>
      <w:proofErr w:type="spellStart"/>
      <w:r w:rsidRPr="00F93DEC">
        <w:rPr>
          <w:szCs w:val="20"/>
        </w:rPr>
        <w:t>gerçekleştirdikleri</w:t>
      </w:r>
      <w:proofErr w:type="spellEnd"/>
      <w:r w:rsidRPr="00F93DEC">
        <w:rPr>
          <w:szCs w:val="20"/>
        </w:rPr>
        <w:t xml:space="preserve"> </w:t>
      </w:r>
      <w:proofErr w:type="spellStart"/>
      <w:r w:rsidRPr="00F93DEC">
        <w:rPr>
          <w:szCs w:val="20"/>
        </w:rPr>
        <w:t>etkinliklere</w:t>
      </w:r>
      <w:proofErr w:type="spellEnd"/>
      <w:r w:rsidRPr="00F93DEC">
        <w:rPr>
          <w:szCs w:val="20"/>
        </w:rPr>
        <w:t xml:space="preserve"> </w:t>
      </w:r>
      <w:proofErr w:type="spellStart"/>
      <w:r w:rsidRPr="00F93DEC">
        <w:rPr>
          <w:szCs w:val="20"/>
        </w:rPr>
        <w:t>ilişkin</w:t>
      </w:r>
      <w:proofErr w:type="spellEnd"/>
      <w:r w:rsidRPr="00F93DEC">
        <w:rPr>
          <w:szCs w:val="20"/>
        </w:rPr>
        <w:t xml:space="preserve"> </w:t>
      </w:r>
      <w:proofErr w:type="spellStart"/>
      <w:r w:rsidRPr="00F93DEC">
        <w:rPr>
          <w:szCs w:val="20"/>
        </w:rPr>
        <w:t>deneyimlerini</w:t>
      </w:r>
      <w:proofErr w:type="spellEnd"/>
      <w:r w:rsidRPr="00F93DEC">
        <w:rPr>
          <w:szCs w:val="20"/>
        </w:rPr>
        <w:t xml:space="preserve">, </w:t>
      </w:r>
      <w:proofErr w:type="spellStart"/>
      <w:r w:rsidRPr="00F93DEC">
        <w:rPr>
          <w:szCs w:val="20"/>
        </w:rPr>
        <w:t>düşüncelerini</w:t>
      </w:r>
      <w:proofErr w:type="spellEnd"/>
      <w:r w:rsidRPr="00F93DEC">
        <w:rPr>
          <w:szCs w:val="20"/>
        </w:rPr>
        <w:t xml:space="preserve"> </w:t>
      </w:r>
      <w:proofErr w:type="spellStart"/>
      <w:r w:rsidRPr="00F93DEC">
        <w:rPr>
          <w:szCs w:val="20"/>
        </w:rPr>
        <w:t>ve</w:t>
      </w:r>
      <w:proofErr w:type="spellEnd"/>
      <w:r w:rsidRPr="00F93DEC">
        <w:rPr>
          <w:szCs w:val="20"/>
        </w:rPr>
        <w:t xml:space="preserve"> </w:t>
      </w:r>
      <w:proofErr w:type="spellStart"/>
      <w:r w:rsidRPr="00F93DEC">
        <w:rPr>
          <w:szCs w:val="20"/>
        </w:rPr>
        <w:t>duygularını</w:t>
      </w:r>
      <w:proofErr w:type="spellEnd"/>
      <w:r w:rsidRPr="00F93DEC">
        <w:rPr>
          <w:szCs w:val="20"/>
        </w:rPr>
        <w:t xml:space="preserve"> </w:t>
      </w:r>
      <w:proofErr w:type="spellStart"/>
      <w:r w:rsidRPr="00F93DEC">
        <w:rPr>
          <w:szCs w:val="20"/>
        </w:rPr>
        <w:t>paylaşmalarına</w:t>
      </w:r>
      <w:proofErr w:type="spellEnd"/>
      <w:r w:rsidRPr="00F93DEC">
        <w:rPr>
          <w:szCs w:val="20"/>
        </w:rPr>
        <w:t xml:space="preserve"> </w:t>
      </w:r>
      <w:proofErr w:type="spellStart"/>
      <w:r w:rsidRPr="00F93DEC">
        <w:rPr>
          <w:szCs w:val="20"/>
        </w:rPr>
        <w:t>fırsat</w:t>
      </w:r>
      <w:proofErr w:type="spellEnd"/>
      <w:r w:rsidRPr="00F93DEC">
        <w:rPr>
          <w:szCs w:val="20"/>
        </w:rPr>
        <w:t xml:space="preserve"> </w:t>
      </w:r>
      <w:proofErr w:type="spellStart"/>
      <w:r w:rsidRPr="00F93DEC">
        <w:rPr>
          <w:szCs w:val="20"/>
        </w:rPr>
        <w:t>verilir</w:t>
      </w:r>
      <w:proofErr w:type="spellEnd"/>
      <w:r w:rsidRPr="00F93DEC">
        <w:rPr>
          <w:szCs w:val="20"/>
        </w:rPr>
        <w:t xml:space="preserve">. Daha </w:t>
      </w:r>
      <w:proofErr w:type="spellStart"/>
      <w:r w:rsidRPr="00F93DEC">
        <w:rPr>
          <w:szCs w:val="20"/>
        </w:rPr>
        <w:t>sonra</w:t>
      </w:r>
      <w:proofErr w:type="spellEnd"/>
      <w:r w:rsidRPr="00F93DEC">
        <w:rPr>
          <w:szCs w:val="20"/>
        </w:rPr>
        <w:t xml:space="preserve"> </w:t>
      </w:r>
      <w:proofErr w:type="spellStart"/>
      <w:r w:rsidRPr="00F93DEC">
        <w:rPr>
          <w:szCs w:val="20"/>
        </w:rPr>
        <w:t>etkinliklerle</w:t>
      </w:r>
      <w:proofErr w:type="spellEnd"/>
      <w:r w:rsidRPr="00F93DEC">
        <w:rPr>
          <w:szCs w:val="20"/>
        </w:rPr>
        <w:t xml:space="preserve"> </w:t>
      </w:r>
      <w:proofErr w:type="spellStart"/>
      <w:r w:rsidRPr="00F93DEC">
        <w:rPr>
          <w:szCs w:val="20"/>
        </w:rPr>
        <w:t>ilgili</w:t>
      </w:r>
      <w:proofErr w:type="spellEnd"/>
      <w:r w:rsidRPr="00F93DEC">
        <w:rPr>
          <w:szCs w:val="20"/>
        </w:rPr>
        <w:t xml:space="preserve"> </w:t>
      </w:r>
      <w:proofErr w:type="spellStart"/>
      <w:r w:rsidRPr="00F93DEC">
        <w:rPr>
          <w:szCs w:val="20"/>
        </w:rPr>
        <w:t>aşağıdaki</w:t>
      </w:r>
      <w:proofErr w:type="spellEnd"/>
      <w:r w:rsidRPr="00F93DEC">
        <w:rPr>
          <w:szCs w:val="20"/>
        </w:rPr>
        <w:t xml:space="preserve"> </w:t>
      </w:r>
      <w:proofErr w:type="spellStart"/>
      <w:r w:rsidRPr="00F93DEC">
        <w:rPr>
          <w:szCs w:val="20"/>
        </w:rPr>
        <w:t>sorular</w:t>
      </w:r>
      <w:proofErr w:type="spellEnd"/>
      <w:r w:rsidRPr="00F93DEC">
        <w:rPr>
          <w:szCs w:val="20"/>
        </w:rPr>
        <w:t xml:space="preserve"> </w:t>
      </w:r>
      <w:proofErr w:type="spellStart"/>
      <w:r w:rsidRPr="00F93DEC">
        <w:rPr>
          <w:szCs w:val="20"/>
        </w:rPr>
        <w:t>sorularak</w:t>
      </w:r>
      <w:proofErr w:type="spellEnd"/>
      <w:r w:rsidRPr="00F93DEC">
        <w:rPr>
          <w:szCs w:val="20"/>
        </w:rPr>
        <w:t xml:space="preserve"> </w:t>
      </w:r>
      <w:proofErr w:type="spellStart"/>
      <w:r w:rsidRPr="00F93DEC">
        <w:rPr>
          <w:szCs w:val="20"/>
        </w:rPr>
        <w:t>günün</w:t>
      </w:r>
      <w:proofErr w:type="spellEnd"/>
      <w:r w:rsidRPr="00F93DEC">
        <w:rPr>
          <w:szCs w:val="20"/>
        </w:rPr>
        <w:t xml:space="preserve"> </w:t>
      </w:r>
      <w:proofErr w:type="spellStart"/>
      <w:r w:rsidRPr="00F93DEC">
        <w:rPr>
          <w:szCs w:val="20"/>
        </w:rPr>
        <w:t>değerlendirmesi</w:t>
      </w:r>
      <w:proofErr w:type="spellEnd"/>
      <w:r w:rsidRPr="00F93DEC">
        <w:rPr>
          <w:szCs w:val="20"/>
        </w:rPr>
        <w:t xml:space="preserve"> </w:t>
      </w:r>
      <w:proofErr w:type="spellStart"/>
      <w:r w:rsidRPr="00F93DEC">
        <w:rPr>
          <w:szCs w:val="20"/>
        </w:rPr>
        <w:t>yapılır</w:t>
      </w:r>
      <w:proofErr w:type="spellEnd"/>
      <w:r w:rsidRPr="00F93DEC">
        <w:rPr>
          <w:szCs w:val="20"/>
        </w:rPr>
        <w:t>.</w:t>
      </w:r>
    </w:p>
    <w:p w14:paraId="3D701E88" w14:textId="77777777" w:rsidR="007B42EB" w:rsidRPr="00F93DEC" w:rsidRDefault="00F93DEC">
      <w:pPr>
        <w:rPr>
          <w:szCs w:val="20"/>
        </w:rPr>
      </w:pPr>
      <w:r w:rsidRPr="00F93DEC">
        <w:rPr>
          <w:szCs w:val="20"/>
        </w:rPr>
        <w:t xml:space="preserve">• </w:t>
      </w:r>
      <w:proofErr w:type="spellStart"/>
      <w:r w:rsidRPr="00F93DEC">
        <w:rPr>
          <w:szCs w:val="20"/>
        </w:rPr>
        <w:t>Üç</w:t>
      </w:r>
      <w:proofErr w:type="spellEnd"/>
      <w:r w:rsidRPr="00F93DEC">
        <w:rPr>
          <w:szCs w:val="20"/>
        </w:rPr>
        <w:t xml:space="preserve"> </w:t>
      </w:r>
      <w:proofErr w:type="spellStart"/>
      <w:r w:rsidRPr="00F93DEC">
        <w:rPr>
          <w:szCs w:val="20"/>
        </w:rPr>
        <w:t>blok</w:t>
      </w:r>
      <w:proofErr w:type="spellEnd"/>
      <w:r w:rsidRPr="00F93DEC">
        <w:rPr>
          <w:szCs w:val="20"/>
        </w:rPr>
        <w:t xml:space="preserve"> </w:t>
      </w:r>
      <w:proofErr w:type="spellStart"/>
      <w:r w:rsidRPr="00F93DEC">
        <w:rPr>
          <w:szCs w:val="20"/>
        </w:rPr>
        <w:t>olduğunu</w:t>
      </w:r>
      <w:proofErr w:type="spellEnd"/>
      <w:r w:rsidRPr="00F93DEC">
        <w:rPr>
          <w:szCs w:val="20"/>
        </w:rPr>
        <w:t xml:space="preserve"> nasıl kontrol ettin?</w:t>
      </w:r>
    </w:p>
    <w:p w14:paraId="115024FF" w14:textId="77777777" w:rsidR="007B42EB" w:rsidRPr="00F93DEC" w:rsidRDefault="00F93DEC">
      <w:pPr>
        <w:rPr>
          <w:szCs w:val="20"/>
        </w:rPr>
      </w:pPr>
      <w:r w:rsidRPr="00F93DEC">
        <w:rPr>
          <w:szCs w:val="20"/>
        </w:rPr>
        <w:t>• Kâğıt havluda ne değişti?</w:t>
      </w:r>
    </w:p>
    <w:p w14:paraId="4AA7F918" w14:textId="77777777" w:rsidR="007B42EB" w:rsidRPr="00F93DEC" w:rsidRDefault="00F93DEC">
      <w:pPr>
        <w:rPr>
          <w:szCs w:val="20"/>
        </w:rPr>
      </w:pPr>
      <w:r w:rsidRPr="00F93DEC">
        <w:rPr>
          <w:szCs w:val="20"/>
        </w:rPr>
        <w:t>• Hikâyeyi dinlerken hangi bölümde nasıl hissettin?</w:t>
      </w:r>
    </w:p>
    <w:p w14:paraId="290BD8E0" w14:textId="77777777" w:rsidR="007B42EB" w:rsidRPr="00F93DEC" w:rsidRDefault="00F93DEC">
      <w:pPr>
        <w:rPr>
          <w:szCs w:val="20"/>
        </w:rPr>
      </w:pPr>
      <w:r w:rsidRPr="00F93DEC">
        <w:rPr>
          <w:szCs w:val="20"/>
        </w:rPr>
        <w:t>• Evde boş bir kabı nasıl gösterirsin?</w:t>
      </w:r>
    </w:p>
    <w:p w14:paraId="468BC3F8" w14:textId="77777777" w:rsidR="007B42EB" w:rsidRPr="00F93DEC" w:rsidRDefault="00F93DEC">
      <w:pPr>
        <w:rPr>
          <w:szCs w:val="20"/>
        </w:rPr>
      </w:pPr>
      <w:r w:rsidRPr="00F93DEC">
        <w:rPr>
          <w:szCs w:val="20"/>
        </w:rPr>
        <w:lastRenderedPageBreak/>
        <w:t>• Bugün h</w:t>
      </w:r>
      <w:r w:rsidRPr="00F93DEC">
        <w:rPr>
          <w:szCs w:val="20"/>
        </w:rPr>
        <w:t>angi denemeyi kendi başına yaptın?</w:t>
      </w:r>
    </w:p>
    <w:p w14:paraId="7AE9DC94" w14:textId="1B950CD6" w:rsidR="007B42EB" w:rsidRPr="00F93DEC" w:rsidRDefault="00F93DEC">
      <w:pPr>
        <w:rPr>
          <w:szCs w:val="20"/>
        </w:rPr>
      </w:pPr>
      <w:r w:rsidRPr="00F93DEC">
        <w:rPr>
          <w:b/>
          <w:color w:val="002060"/>
          <w:szCs w:val="20"/>
        </w:rPr>
        <w:t xml:space="preserve">Genel </w:t>
      </w:r>
      <w:proofErr w:type="spellStart"/>
      <w:r w:rsidRPr="00F93DEC">
        <w:rPr>
          <w:b/>
          <w:color w:val="002060"/>
          <w:szCs w:val="20"/>
        </w:rPr>
        <w:t>Değerlendirme</w:t>
      </w:r>
      <w:proofErr w:type="spellEnd"/>
      <w:r w:rsidRPr="00F93DEC">
        <w:rPr>
          <w:b/>
          <w:color w:val="002060"/>
          <w:szCs w:val="20"/>
        </w:rPr>
        <w:t xml:space="preserve">: </w:t>
      </w:r>
      <w:proofErr w:type="spellStart"/>
      <w:r w:rsidR="000B18EB" w:rsidRPr="00F93DEC">
        <w:rPr>
          <w:szCs w:val="20"/>
        </w:rPr>
        <w:t>Çocukların</w:t>
      </w:r>
      <w:proofErr w:type="spellEnd"/>
      <w:r w:rsidR="000B18EB" w:rsidRPr="00F93DEC">
        <w:rPr>
          <w:szCs w:val="20"/>
        </w:rPr>
        <w:t xml:space="preserve"> </w:t>
      </w:r>
      <w:proofErr w:type="spellStart"/>
      <w:r w:rsidR="000B18EB" w:rsidRPr="00F93DEC">
        <w:rPr>
          <w:szCs w:val="20"/>
        </w:rPr>
        <w:t>üçlü</w:t>
      </w:r>
      <w:proofErr w:type="spellEnd"/>
      <w:r w:rsidR="000B18EB" w:rsidRPr="00F93DEC">
        <w:rPr>
          <w:szCs w:val="20"/>
        </w:rPr>
        <w:t xml:space="preserve"> </w:t>
      </w:r>
      <w:proofErr w:type="spellStart"/>
      <w:r w:rsidR="000B18EB" w:rsidRPr="00F93DEC">
        <w:rPr>
          <w:szCs w:val="20"/>
        </w:rPr>
        <w:t>gruplar</w:t>
      </w:r>
      <w:proofErr w:type="spellEnd"/>
      <w:r w:rsidR="000B18EB" w:rsidRPr="00F93DEC">
        <w:rPr>
          <w:szCs w:val="20"/>
        </w:rPr>
        <w:t xml:space="preserve"> </w:t>
      </w:r>
      <w:proofErr w:type="spellStart"/>
      <w:r w:rsidR="000B18EB" w:rsidRPr="00F93DEC">
        <w:rPr>
          <w:szCs w:val="20"/>
        </w:rPr>
        <w:t>oluşturma</w:t>
      </w:r>
      <w:proofErr w:type="spellEnd"/>
      <w:r w:rsidR="000B18EB" w:rsidRPr="00F93DEC">
        <w:rPr>
          <w:szCs w:val="20"/>
        </w:rPr>
        <w:t xml:space="preserve">, </w:t>
      </w:r>
      <w:proofErr w:type="spellStart"/>
      <w:r w:rsidR="000B18EB" w:rsidRPr="00F93DEC">
        <w:rPr>
          <w:szCs w:val="20"/>
        </w:rPr>
        <w:t>boş</w:t>
      </w:r>
      <w:proofErr w:type="spellEnd"/>
      <w:r w:rsidR="000B18EB" w:rsidRPr="00F93DEC">
        <w:rPr>
          <w:szCs w:val="20"/>
        </w:rPr>
        <w:t>–</w:t>
      </w:r>
      <w:proofErr w:type="spellStart"/>
      <w:r w:rsidR="000B18EB" w:rsidRPr="00F93DEC">
        <w:rPr>
          <w:szCs w:val="20"/>
        </w:rPr>
        <w:t>dolu</w:t>
      </w:r>
      <w:proofErr w:type="spellEnd"/>
      <w:r w:rsidR="000B18EB" w:rsidRPr="00F93DEC">
        <w:rPr>
          <w:szCs w:val="20"/>
        </w:rPr>
        <w:t xml:space="preserve"> </w:t>
      </w:r>
      <w:proofErr w:type="spellStart"/>
      <w:r w:rsidR="000B18EB" w:rsidRPr="00F93DEC">
        <w:rPr>
          <w:szCs w:val="20"/>
        </w:rPr>
        <w:t>durumlarını</w:t>
      </w:r>
      <w:proofErr w:type="spellEnd"/>
      <w:r w:rsidR="000B18EB" w:rsidRPr="00F93DEC">
        <w:rPr>
          <w:szCs w:val="20"/>
        </w:rPr>
        <w:t xml:space="preserve"> </w:t>
      </w:r>
      <w:proofErr w:type="spellStart"/>
      <w:r w:rsidR="000B18EB" w:rsidRPr="00F93DEC">
        <w:rPr>
          <w:szCs w:val="20"/>
        </w:rPr>
        <w:t>ayırt</w:t>
      </w:r>
      <w:proofErr w:type="spellEnd"/>
      <w:r w:rsidR="000B18EB" w:rsidRPr="00F93DEC">
        <w:rPr>
          <w:szCs w:val="20"/>
        </w:rPr>
        <w:t xml:space="preserve"> </w:t>
      </w:r>
      <w:proofErr w:type="spellStart"/>
      <w:r w:rsidR="000B18EB" w:rsidRPr="00F93DEC">
        <w:rPr>
          <w:szCs w:val="20"/>
        </w:rPr>
        <w:t>etme</w:t>
      </w:r>
      <w:proofErr w:type="spellEnd"/>
      <w:r w:rsidR="000B18EB" w:rsidRPr="00F93DEC">
        <w:rPr>
          <w:szCs w:val="20"/>
        </w:rPr>
        <w:t xml:space="preserve"> </w:t>
      </w:r>
      <w:proofErr w:type="spellStart"/>
      <w:r w:rsidR="000B18EB" w:rsidRPr="00F93DEC">
        <w:rPr>
          <w:szCs w:val="20"/>
        </w:rPr>
        <w:t>ve</w:t>
      </w:r>
      <w:proofErr w:type="spellEnd"/>
      <w:r w:rsidR="000B18EB" w:rsidRPr="00F93DEC">
        <w:rPr>
          <w:szCs w:val="20"/>
        </w:rPr>
        <w:t xml:space="preserve"> </w:t>
      </w:r>
      <w:proofErr w:type="spellStart"/>
      <w:r w:rsidR="000B18EB" w:rsidRPr="00F93DEC">
        <w:rPr>
          <w:szCs w:val="20"/>
        </w:rPr>
        <w:t>deneydeki</w:t>
      </w:r>
      <w:proofErr w:type="spellEnd"/>
      <w:r w:rsidR="000B18EB" w:rsidRPr="00F93DEC">
        <w:rPr>
          <w:szCs w:val="20"/>
        </w:rPr>
        <w:t xml:space="preserve"> </w:t>
      </w:r>
      <w:proofErr w:type="spellStart"/>
      <w:r w:rsidR="000B18EB" w:rsidRPr="00F93DEC">
        <w:rPr>
          <w:szCs w:val="20"/>
        </w:rPr>
        <w:t>değişimleri</w:t>
      </w:r>
      <w:proofErr w:type="spellEnd"/>
      <w:r w:rsidR="000B18EB" w:rsidRPr="00F93DEC">
        <w:rPr>
          <w:szCs w:val="20"/>
        </w:rPr>
        <w:t xml:space="preserve"> </w:t>
      </w:r>
      <w:proofErr w:type="spellStart"/>
      <w:r w:rsidR="000B18EB" w:rsidRPr="00F93DEC">
        <w:rPr>
          <w:szCs w:val="20"/>
        </w:rPr>
        <w:t>gözlemleme</w:t>
      </w:r>
      <w:proofErr w:type="spellEnd"/>
      <w:r w:rsidR="000B18EB" w:rsidRPr="00F93DEC">
        <w:rPr>
          <w:szCs w:val="20"/>
        </w:rPr>
        <w:t xml:space="preserve"> </w:t>
      </w:r>
      <w:proofErr w:type="spellStart"/>
      <w:r w:rsidR="000B18EB" w:rsidRPr="00F93DEC">
        <w:rPr>
          <w:szCs w:val="20"/>
        </w:rPr>
        <w:t>süreçleri</w:t>
      </w:r>
      <w:proofErr w:type="spellEnd"/>
      <w:r w:rsidR="000B18EB" w:rsidRPr="00F93DEC">
        <w:rPr>
          <w:szCs w:val="20"/>
        </w:rPr>
        <w:t xml:space="preserve"> </w:t>
      </w:r>
      <w:proofErr w:type="spellStart"/>
      <w:r w:rsidR="000B18EB" w:rsidRPr="00F93DEC">
        <w:rPr>
          <w:szCs w:val="20"/>
        </w:rPr>
        <w:t>değerlendirildi</w:t>
      </w:r>
      <w:proofErr w:type="spellEnd"/>
      <w:r w:rsidR="000B18EB" w:rsidRPr="00F93DEC">
        <w:rPr>
          <w:szCs w:val="20"/>
        </w:rPr>
        <w:t xml:space="preserve">; </w:t>
      </w:r>
      <w:proofErr w:type="spellStart"/>
      <w:r w:rsidR="000B18EB" w:rsidRPr="00F93DEC">
        <w:rPr>
          <w:szCs w:val="20"/>
        </w:rPr>
        <w:t>verilen</w:t>
      </w:r>
      <w:proofErr w:type="spellEnd"/>
      <w:r w:rsidR="000B18EB" w:rsidRPr="00F93DEC">
        <w:rPr>
          <w:szCs w:val="20"/>
        </w:rPr>
        <w:t xml:space="preserve"> </w:t>
      </w:r>
      <w:proofErr w:type="spellStart"/>
      <w:r w:rsidR="000B18EB" w:rsidRPr="00F93DEC">
        <w:rPr>
          <w:szCs w:val="20"/>
        </w:rPr>
        <w:t>yönergeler</w:t>
      </w:r>
      <w:proofErr w:type="spellEnd"/>
      <w:r w:rsidR="000B18EB" w:rsidRPr="00F93DEC">
        <w:rPr>
          <w:szCs w:val="20"/>
        </w:rPr>
        <w:t xml:space="preserve"> </w:t>
      </w:r>
      <w:proofErr w:type="spellStart"/>
      <w:r w:rsidR="000B18EB" w:rsidRPr="00F93DEC">
        <w:rPr>
          <w:szCs w:val="20"/>
        </w:rPr>
        <w:t>ve</w:t>
      </w:r>
      <w:proofErr w:type="spellEnd"/>
      <w:r w:rsidR="000B18EB" w:rsidRPr="00F93DEC">
        <w:rPr>
          <w:szCs w:val="20"/>
        </w:rPr>
        <w:t xml:space="preserve"> </w:t>
      </w:r>
      <w:proofErr w:type="spellStart"/>
      <w:r w:rsidR="000B18EB" w:rsidRPr="00F93DEC">
        <w:rPr>
          <w:szCs w:val="20"/>
        </w:rPr>
        <w:t>bireysel</w:t>
      </w:r>
      <w:proofErr w:type="spellEnd"/>
      <w:r w:rsidR="000B18EB" w:rsidRPr="00F93DEC">
        <w:rPr>
          <w:szCs w:val="20"/>
        </w:rPr>
        <w:t xml:space="preserve"> </w:t>
      </w:r>
      <w:proofErr w:type="spellStart"/>
      <w:r w:rsidR="000B18EB" w:rsidRPr="00F93DEC">
        <w:rPr>
          <w:szCs w:val="20"/>
        </w:rPr>
        <w:t>desteğin</w:t>
      </w:r>
      <w:proofErr w:type="spellEnd"/>
      <w:r w:rsidR="000B18EB" w:rsidRPr="00F93DEC">
        <w:rPr>
          <w:szCs w:val="20"/>
        </w:rPr>
        <w:t xml:space="preserve"> </w:t>
      </w:r>
      <w:proofErr w:type="spellStart"/>
      <w:r w:rsidR="000B18EB" w:rsidRPr="00F93DEC">
        <w:rPr>
          <w:szCs w:val="20"/>
        </w:rPr>
        <w:t>yeterliliği</w:t>
      </w:r>
      <w:proofErr w:type="spellEnd"/>
      <w:r w:rsidR="000B18EB" w:rsidRPr="00F93DEC">
        <w:rPr>
          <w:szCs w:val="20"/>
        </w:rPr>
        <w:t xml:space="preserve"> </w:t>
      </w:r>
      <w:proofErr w:type="spellStart"/>
      <w:r w:rsidR="000B18EB" w:rsidRPr="00F93DEC">
        <w:rPr>
          <w:szCs w:val="20"/>
        </w:rPr>
        <w:t>gözden</w:t>
      </w:r>
      <w:proofErr w:type="spellEnd"/>
      <w:r w:rsidR="000B18EB" w:rsidRPr="00F93DEC">
        <w:rPr>
          <w:szCs w:val="20"/>
        </w:rPr>
        <w:t xml:space="preserve"> </w:t>
      </w:r>
      <w:proofErr w:type="spellStart"/>
      <w:r w:rsidR="000B18EB" w:rsidRPr="00F93DEC">
        <w:rPr>
          <w:szCs w:val="20"/>
        </w:rPr>
        <w:t>geçirildi</w:t>
      </w:r>
      <w:proofErr w:type="spellEnd"/>
      <w:r w:rsidR="000B18EB" w:rsidRPr="00F93DEC">
        <w:rPr>
          <w:szCs w:val="20"/>
        </w:rPr>
        <w:t xml:space="preserve">, </w:t>
      </w:r>
      <w:proofErr w:type="spellStart"/>
      <w:r w:rsidR="000B18EB" w:rsidRPr="00F93DEC">
        <w:rPr>
          <w:szCs w:val="20"/>
        </w:rPr>
        <w:t>programın</w:t>
      </w:r>
      <w:proofErr w:type="spellEnd"/>
      <w:r w:rsidR="000B18EB" w:rsidRPr="00F93DEC">
        <w:rPr>
          <w:szCs w:val="20"/>
        </w:rPr>
        <w:t xml:space="preserve"> </w:t>
      </w:r>
      <w:proofErr w:type="spellStart"/>
      <w:r w:rsidR="000B18EB" w:rsidRPr="00F93DEC">
        <w:rPr>
          <w:szCs w:val="20"/>
        </w:rPr>
        <w:t>çocukların</w:t>
      </w:r>
      <w:proofErr w:type="spellEnd"/>
      <w:r w:rsidR="000B18EB" w:rsidRPr="00F93DEC">
        <w:rPr>
          <w:szCs w:val="20"/>
        </w:rPr>
        <w:t xml:space="preserve"> </w:t>
      </w:r>
      <w:proofErr w:type="spellStart"/>
      <w:r w:rsidR="000B18EB" w:rsidRPr="00F93DEC">
        <w:rPr>
          <w:szCs w:val="20"/>
        </w:rPr>
        <w:t>ilgi</w:t>
      </w:r>
      <w:proofErr w:type="spellEnd"/>
      <w:r w:rsidR="000B18EB" w:rsidRPr="00F93DEC">
        <w:rPr>
          <w:szCs w:val="20"/>
        </w:rPr>
        <w:t xml:space="preserve"> </w:t>
      </w:r>
      <w:proofErr w:type="spellStart"/>
      <w:r w:rsidR="000B18EB" w:rsidRPr="00F93DEC">
        <w:rPr>
          <w:szCs w:val="20"/>
        </w:rPr>
        <w:t>ve</w:t>
      </w:r>
      <w:proofErr w:type="spellEnd"/>
      <w:r w:rsidR="000B18EB" w:rsidRPr="00F93DEC">
        <w:rPr>
          <w:szCs w:val="20"/>
        </w:rPr>
        <w:t xml:space="preserve"> </w:t>
      </w:r>
      <w:proofErr w:type="spellStart"/>
      <w:r w:rsidR="000B18EB" w:rsidRPr="00F93DEC">
        <w:rPr>
          <w:szCs w:val="20"/>
        </w:rPr>
        <w:t>ihtiyaçlarına</w:t>
      </w:r>
      <w:proofErr w:type="spellEnd"/>
      <w:r w:rsidR="000B18EB" w:rsidRPr="00F93DEC">
        <w:rPr>
          <w:szCs w:val="20"/>
        </w:rPr>
        <w:t xml:space="preserve"> </w:t>
      </w:r>
      <w:proofErr w:type="spellStart"/>
      <w:r w:rsidR="000B18EB" w:rsidRPr="00F93DEC">
        <w:rPr>
          <w:szCs w:val="20"/>
        </w:rPr>
        <w:t>uygunluğu</w:t>
      </w:r>
      <w:proofErr w:type="spellEnd"/>
      <w:r w:rsidR="000B18EB" w:rsidRPr="00F93DEC">
        <w:rPr>
          <w:szCs w:val="20"/>
        </w:rPr>
        <w:t xml:space="preserve"> </w:t>
      </w:r>
      <w:proofErr w:type="spellStart"/>
      <w:r w:rsidR="000B18EB" w:rsidRPr="00F93DEC">
        <w:rPr>
          <w:szCs w:val="20"/>
        </w:rPr>
        <w:t>materyal</w:t>
      </w:r>
      <w:proofErr w:type="spellEnd"/>
      <w:r w:rsidR="000B18EB" w:rsidRPr="00F93DEC">
        <w:rPr>
          <w:szCs w:val="20"/>
        </w:rPr>
        <w:t xml:space="preserve"> </w:t>
      </w:r>
      <w:proofErr w:type="spellStart"/>
      <w:r w:rsidR="000B18EB" w:rsidRPr="00F93DEC">
        <w:rPr>
          <w:szCs w:val="20"/>
        </w:rPr>
        <w:t>ve</w:t>
      </w:r>
      <w:proofErr w:type="spellEnd"/>
      <w:r w:rsidR="000B18EB" w:rsidRPr="00F93DEC">
        <w:rPr>
          <w:szCs w:val="20"/>
        </w:rPr>
        <w:t xml:space="preserve"> </w:t>
      </w:r>
      <w:proofErr w:type="spellStart"/>
      <w:r w:rsidR="000B18EB" w:rsidRPr="00F93DEC">
        <w:rPr>
          <w:szCs w:val="20"/>
        </w:rPr>
        <w:t>süre</w:t>
      </w:r>
      <w:proofErr w:type="spellEnd"/>
      <w:r w:rsidR="000B18EB" w:rsidRPr="00F93DEC">
        <w:rPr>
          <w:szCs w:val="20"/>
        </w:rPr>
        <w:t xml:space="preserve"> </w:t>
      </w:r>
      <w:proofErr w:type="spellStart"/>
      <w:r w:rsidR="000B18EB" w:rsidRPr="00F93DEC">
        <w:rPr>
          <w:szCs w:val="20"/>
        </w:rPr>
        <w:t>kullanımı</w:t>
      </w:r>
      <w:proofErr w:type="spellEnd"/>
      <w:r w:rsidR="000B18EB" w:rsidRPr="00F93DEC">
        <w:rPr>
          <w:szCs w:val="20"/>
        </w:rPr>
        <w:t xml:space="preserve"> </w:t>
      </w:r>
      <w:proofErr w:type="spellStart"/>
      <w:r w:rsidR="000B18EB" w:rsidRPr="00F93DEC">
        <w:rPr>
          <w:szCs w:val="20"/>
        </w:rPr>
        <w:t>açısından</w:t>
      </w:r>
      <w:proofErr w:type="spellEnd"/>
      <w:r w:rsidR="000B18EB" w:rsidRPr="00F93DEC">
        <w:rPr>
          <w:szCs w:val="20"/>
        </w:rPr>
        <w:t xml:space="preserve"> </w:t>
      </w:r>
      <w:proofErr w:type="spellStart"/>
      <w:r w:rsidR="000B18EB" w:rsidRPr="00F93DEC">
        <w:rPr>
          <w:szCs w:val="20"/>
        </w:rPr>
        <w:t>ele</w:t>
      </w:r>
      <w:proofErr w:type="spellEnd"/>
      <w:r w:rsidR="000B18EB" w:rsidRPr="00F93DEC">
        <w:rPr>
          <w:szCs w:val="20"/>
        </w:rPr>
        <w:t xml:space="preserve"> </w:t>
      </w:r>
      <w:proofErr w:type="spellStart"/>
      <w:r w:rsidR="000B18EB" w:rsidRPr="00F93DEC">
        <w:rPr>
          <w:szCs w:val="20"/>
        </w:rPr>
        <w:t>alındı</w:t>
      </w:r>
      <w:proofErr w:type="spellEnd"/>
      <w:r w:rsidR="000B18EB" w:rsidRPr="00F93DEC">
        <w:rPr>
          <w:szCs w:val="20"/>
        </w:rPr>
        <w:t>.</w:t>
      </w:r>
    </w:p>
    <w:p w14:paraId="401A2736" w14:textId="25A0D899" w:rsidR="006F713E" w:rsidRPr="00F93DEC" w:rsidRDefault="006F713E">
      <w:pPr>
        <w:rPr>
          <w:color w:val="002060"/>
          <w:szCs w:val="20"/>
        </w:rPr>
      </w:pPr>
      <w:r w:rsidRPr="00F93DEC">
        <w:rPr>
          <w:rStyle w:val="Gl"/>
          <w:szCs w:val="20"/>
        </w:rPr>
        <w:t>(</w:t>
      </w:r>
      <w:proofErr w:type="spellStart"/>
      <w:r w:rsidRPr="00F93DEC">
        <w:rPr>
          <w:rStyle w:val="Gl"/>
          <w:szCs w:val="20"/>
        </w:rPr>
        <w:t>Öğretmenler</w:t>
      </w:r>
      <w:proofErr w:type="spellEnd"/>
      <w:r w:rsidRPr="00F93DEC">
        <w:rPr>
          <w:rStyle w:val="Gl"/>
          <w:szCs w:val="20"/>
        </w:rPr>
        <w:t xml:space="preserve"> </w:t>
      </w:r>
      <w:proofErr w:type="spellStart"/>
      <w:r w:rsidRPr="00F93DEC">
        <w:rPr>
          <w:rStyle w:val="Gl"/>
          <w:szCs w:val="20"/>
        </w:rPr>
        <w:t>İçin</w:t>
      </w:r>
      <w:proofErr w:type="spellEnd"/>
      <w:r w:rsidRPr="00F93DEC">
        <w:rPr>
          <w:rStyle w:val="Gl"/>
          <w:szCs w:val="20"/>
        </w:rPr>
        <w:t xml:space="preserve"> Not:</w:t>
      </w:r>
      <w:r w:rsidRPr="00F93DEC">
        <w:rPr>
          <w:szCs w:val="20"/>
        </w:rPr>
        <w:t xml:space="preserve"> Bu </w:t>
      </w:r>
      <w:proofErr w:type="spellStart"/>
      <w:r w:rsidRPr="00F93DEC">
        <w:rPr>
          <w:szCs w:val="20"/>
        </w:rPr>
        <w:t>bölüm</w:t>
      </w:r>
      <w:proofErr w:type="spellEnd"/>
      <w:r w:rsidRPr="00F93DEC">
        <w:rPr>
          <w:szCs w:val="20"/>
        </w:rPr>
        <w:t xml:space="preserve">, </w:t>
      </w:r>
      <w:proofErr w:type="spellStart"/>
      <w:r w:rsidRPr="00F93DEC">
        <w:rPr>
          <w:szCs w:val="20"/>
        </w:rPr>
        <w:t>örnektir</w:t>
      </w:r>
      <w:proofErr w:type="spellEnd"/>
      <w:r w:rsidRPr="00F93DEC">
        <w:rPr>
          <w:szCs w:val="20"/>
        </w:rPr>
        <w:t xml:space="preserve">; </w:t>
      </w:r>
      <w:proofErr w:type="spellStart"/>
      <w:r w:rsidRPr="00F93DEC">
        <w:rPr>
          <w:szCs w:val="20"/>
        </w:rPr>
        <w:t>günlük</w:t>
      </w:r>
      <w:proofErr w:type="spellEnd"/>
      <w:r w:rsidRPr="00F93DEC">
        <w:rPr>
          <w:szCs w:val="20"/>
        </w:rPr>
        <w:t xml:space="preserve"> </w:t>
      </w:r>
      <w:proofErr w:type="spellStart"/>
      <w:r w:rsidRPr="00F93DEC">
        <w:rPr>
          <w:szCs w:val="20"/>
        </w:rPr>
        <w:t>planın</w:t>
      </w:r>
      <w:proofErr w:type="spellEnd"/>
      <w:r w:rsidRPr="00F93DEC">
        <w:rPr>
          <w:szCs w:val="20"/>
        </w:rPr>
        <w:t xml:space="preserve"> </w:t>
      </w:r>
      <w:proofErr w:type="spellStart"/>
      <w:r w:rsidRPr="00F93DEC">
        <w:rPr>
          <w:szCs w:val="20"/>
        </w:rPr>
        <w:t>uygulanmasının</w:t>
      </w:r>
      <w:proofErr w:type="spellEnd"/>
      <w:r w:rsidRPr="00F93DEC">
        <w:rPr>
          <w:szCs w:val="20"/>
        </w:rPr>
        <w:t xml:space="preserve"> </w:t>
      </w:r>
      <w:proofErr w:type="spellStart"/>
      <w:r w:rsidRPr="00F93DEC">
        <w:rPr>
          <w:szCs w:val="20"/>
        </w:rPr>
        <w:t>ardından</w:t>
      </w:r>
      <w:proofErr w:type="spellEnd"/>
      <w:r w:rsidRPr="00F93DEC">
        <w:rPr>
          <w:szCs w:val="20"/>
        </w:rPr>
        <w:t xml:space="preserve"> </w:t>
      </w:r>
      <w:proofErr w:type="spellStart"/>
      <w:r w:rsidRPr="00F93DEC">
        <w:rPr>
          <w:szCs w:val="20"/>
        </w:rPr>
        <w:t>çocuk</w:t>
      </w:r>
      <w:proofErr w:type="spellEnd"/>
      <w:r w:rsidRPr="00F93DEC">
        <w:rPr>
          <w:szCs w:val="20"/>
        </w:rPr>
        <w:t xml:space="preserve">, program </w:t>
      </w:r>
      <w:proofErr w:type="spellStart"/>
      <w:r w:rsidRPr="00F93DEC">
        <w:rPr>
          <w:szCs w:val="20"/>
        </w:rPr>
        <w:t>ve</w:t>
      </w:r>
      <w:proofErr w:type="spellEnd"/>
      <w:r w:rsidRPr="00F93DEC">
        <w:rPr>
          <w:szCs w:val="20"/>
        </w:rPr>
        <w:t xml:space="preserve"> </w:t>
      </w:r>
      <w:proofErr w:type="spellStart"/>
      <w:r w:rsidRPr="00F93DEC">
        <w:rPr>
          <w:szCs w:val="20"/>
        </w:rPr>
        <w:t>öğretmen</w:t>
      </w:r>
      <w:proofErr w:type="spellEnd"/>
      <w:r w:rsidRPr="00F93DEC">
        <w:rPr>
          <w:szCs w:val="20"/>
        </w:rPr>
        <w:t xml:space="preserve"> </w:t>
      </w:r>
      <w:proofErr w:type="spellStart"/>
      <w:r w:rsidRPr="00F93DEC">
        <w:rPr>
          <w:szCs w:val="20"/>
        </w:rPr>
        <w:t>bakımından</w:t>
      </w:r>
      <w:proofErr w:type="spellEnd"/>
      <w:r w:rsidRPr="00F93DEC">
        <w:rPr>
          <w:szCs w:val="20"/>
        </w:rPr>
        <w:t xml:space="preserve"> </w:t>
      </w:r>
      <w:proofErr w:type="spellStart"/>
      <w:r w:rsidRPr="00F93DEC">
        <w:rPr>
          <w:szCs w:val="20"/>
        </w:rPr>
        <w:t>değerlendirilmesi</w:t>
      </w:r>
      <w:proofErr w:type="spellEnd"/>
      <w:r w:rsidRPr="00F93DEC">
        <w:rPr>
          <w:szCs w:val="20"/>
        </w:rPr>
        <w:t xml:space="preserve"> </w:t>
      </w:r>
      <w:proofErr w:type="spellStart"/>
      <w:r w:rsidRPr="00F93DEC">
        <w:rPr>
          <w:szCs w:val="20"/>
        </w:rPr>
        <w:t>amacıyla</w:t>
      </w:r>
      <w:proofErr w:type="spellEnd"/>
      <w:r w:rsidRPr="00F93DEC">
        <w:rPr>
          <w:szCs w:val="20"/>
        </w:rPr>
        <w:t xml:space="preserve"> </w:t>
      </w:r>
      <w:proofErr w:type="spellStart"/>
      <w:r w:rsidRPr="00F93DEC">
        <w:rPr>
          <w:szCs w:val="20"/>
        </w:rPr>
        <w:t>öğretmenin</w:t>
      </w:r>
      <w:proofErr w:type="spellEnd"/>
      <w:r w:rsidRPr="00F93DEC">
        <w:rPr>
          <w:szCs w:val="20"/>
        </w:rPr>
        <w:t xml:space="preserve"> </w:t>
      </w:r>
      <w:proofErr w:type="spellStart"/>
      <w:r w:rsidRPr="00F93DEC">
        <w:rPr>
          <w:szCs w:val="20"/>
        </w:rPr>
        <w:t>kendi</w:t>
      </w:r>
      <w:proofErr w:type="spellEnd"/>
      <w:r w:rsidRPr="00F93DEC">
        <w:rPr>
          <w:szCs w:val="20"/>
        </w:rPr>
        <w:t xml:space="preserve"> </w:t>
      </w:r>
      <w:proofErr w:type="spellStart"/>
      <w:r w:rsidRPr="00F93DEC">
        <w:rPr>
          <w:szCs w:val="20"/>
        </w:rPr>
        <w:t>gözlemlerine</w:t>
      </w:r>
      <w:proofErr w:type="spellEnd"/>
      <w:r w:rsidRPr="00F93DEC">
        <w:rPr>
          <w:szCs w:val="20"/>
        </w:rPr>
        <w:t xml:space="preserve"> </w:t>
      </w:r>
      <w:proofErr w:type="spellStart"/>
      <w:r w:rsidRPr="00F93DEC">
        <w:rPr>
          <w:szCs w:val="20"/>
        </w:rPr>
        <w:t>göre</w:t>
      </w:r>
      <w:proofErr w:type="spellEnd"/>
      <w:r w:rsidRPr="00F93DEC">
        <w:rPr>
          <w:szCs w:val="20"/>
        </w:rPr>
        <w:t xml:space="preserve"> </w:t>
      </w:r>
      <w:proofErr w:type="spellStart"/>
      <w:r w:rsidRPr="00F93DEC">
        <w:rPr>
          <w:szCs w:val="20"/>
        </w:rPr>
        <w:t>doldurulmalıdır</w:t>
      </w:r>
      <w:proofErr w:type="spellEnd"/>
      <w:r w:rsidRPr="00F93DEC">
        <w:rPr>
          <w:szCs w:val="20"/>
        </w:rPr>
        <w:t>.</w:t>
      </w:r>
      <w:r w:rsidRPr="00F93DEC">
        <w:rPr>
          <w:szCs w:val="20"/>
        </w:rPr>
        <w:t>)</w:t>
      </w:r>
    </w:p>
    <w:p w14:paraId="5F551ECD" w14:textId="77777777" w:rsidR="007B42EB" w:rsidRPr="00F93DEC" w:rsidRDefault="00F93DEC">
      <w:pPr>
        <w:pStyle w:val="Balk1"/>
        <w:rPr>
          <w:rFonts w:ascii="Comic Sans MS" w:hAnsi="Comic Sans MS"/>
          <w:szCs w:val="20"/>
        </w:rPr>
      </w:pPr>
      <w:r w:rsidRPr="00F93DEC">
        <w:rPr>
          <w:rFonts w:ascii="Comic Sans MS" w:hAnsi="Comic Sans MS"/>
          <w:color w:val="F85883"/>
          <w:szCs w:val="20"/>
        </w:rPr>
        <w:t>FARKLILAŞTIRMA</w:t>
      </w:r>
    </w:p>
    <w:p w14:paraId="0E7C5BB0" w14:textId="77777777" w:rsidR="006F713E" w:rsidRPr="00F93DEC" w:rsidRDefault="00F93DEC">
      <w:pPr>
        <w:rPr>
          <w:szCs w:val="20"/>
        </w:rPr>
      </w:pPr>
      <w:r w:rsidRPr="00F93DEC">
        <w:rPr>
          <w:b/>
          <w:color w:val="002060"/>
          <w:szCs w:val="20"/>
        </w:rPr>
        <w:t xml:space="preserve">Zenginleştirme: </w:t>
      </w:r>
      <w:proofErr w:type="spellStart"/>
      <w:r w:rsidR="006F713E" w:rsidRPr="00F93DEC">
        <w:rPr>
          <w:szCs w:val="20"/>
        </w:rPr>
        <w:t>Üç</w:t>
      </w:r>
      <w:proofErr w:type="spellEnd"/>
      <w:r w:rsidR="006F713E" w:rsidRPr="00F93DEC">
        <w:rPr>
          <w:szCs w:val="20"/>
        </w:rPr>
        <w:t xml:space="preserve"> </w:t>
      </w:r>
      <w:proofErr w:type="spellStart"/>
      <w:r w:rsidR="006F713E" w:rsidRPr="00F93DEC">
        <w:rPr>
          <w:szCs w:val="20"/>
        </w:rPr>
        <w:t>nesneyi</w:t>
      </w:r>
      <w:proofErr w:type="spellEnd"/>
      <w:r w:rsidR="006F713E" w:rsidRPr="00F93DEC">
        <w:rPr>
          <w:szCs w:val="20"/>
        </w:rPr>
        <w:t xml:space="preserve"> </w:t>
      </w:r>
      <w:proofErr w:type="spellStart"/>
      <w:r w:rsidR="006F713E" w:rsidRPr="00F93DEC">
        <w:rPr>
          <w:szCs w:val="20"/>
        </w:rPr>
        <w:t>farklı</w:t>
      </w:r>
      <w:proofErr w:type="spellEnd"/>
      <w:r w:rsidR="006F713E" w:rsidRPr="00F93DEC">
        <w:rPr>
          <w:szCs w:val="20"/>
        </w:rPr>
        <w:t xml:space="preserve"> </w:t>
      </w:r>
      <w:proofErr w:type="spellStart"/>
      <w:r w:rsidR="006F713E" w:rsidRPr="00F93DEC">
        <w:rPr>
          <w:szCs w:val="20"/>
        </w:rPr>
        <w:t>biçimlerde</w:t>
      </w:r>
      <w:proofErr w:type="spellEnd"/>
      <w:r w:rsidR="006F713E" w:rsidRPr="00F93DEC">
        <w:rPr>
          <w:szCs w:val="20"/>
        </w:rPr>
        <w:t xml:space="preserve"> </w:t>
      </w:r>
      <w:proofErr w:type="spellStart"/>
      <w:r w:rsidR="006F713E" w:rsidRPr="00F93DEC">
        <w:rPr>
          <w:szCs w:val="20"/>
        </w:rPr>
        <w:t>yerleştirerek</w:t>
      </w:r>
      <w:proofErr w:type="spellEnd"/>
      <w:r w:rsidR="006F713E" w:rsidRPr="00F93DEC">
        <w:rPr>
          <w:szCs w:val="20"/>
        </w:rPr>
        <w:t xml:space="preserve"> </w:t>
      </w:r>
      <w:proofErr w:type="spellStart"/>
      <w:r w:rsidR="006F713E" w:rsidRPr="00F93DEC">
        <w:rPr>
          <w:szCs w:val="20"/>
        </w:rPr>
        <w:t>miktarın</w:t>
      </w:r>
      <w:proofErr w:type="spellEnd"/>
      <w:r w:rsidR="006F713E" w:rsidRPr="00F93DEC">
        <w:rPr>
          <w:szCs w:val="20"/>
        </w:rPr>
        <w:t xml:space="preserve"> </w:t>
      </w:r>
      <w:proofErr w:type="spellStart"/>
      <w:r w:rsidR="006F713E" w:rsidRPr="00F93DEC">
        <w:rPr>
          <w:szCs w:val="20"/>
        </w:rPr>
        <w:t>değişip</w:t>
      </w:r>
      <w:proofErr w:type="spellEnd"/>
      <w:r w:rsidR="006F713E" w:rsidRPr="00F93DEC">
        <w:rPr>
          <w:szCs w:val="20"/>
        </w:rPr>
        <w:t xml:space="preserve"> </w:t>
      </w:r>
      <w:proofErr w:type="spellStart"/>
      <w:r w:rsidR="006F713E" w:rsidRPr="00F93DEC">
        <w:rPr>
          <w:szCs w:val="20"/>
        </w:rPr>
        <w:t>değişmediğini</w:t>
      </w:r>
      <w:proofErr w:type="spellEnd"/>
      <w:r w:rsidR="006F713E" w:rsidRPr="00F93DEC">
        <w:rPr>
          <w:szCs w:val="20"/>
        </w:rPr>
        <w:t xml:space="preserve"> </w:t>
      </w:r>
      <w:proofErr w:type="spellStart"/>
      <w:r w:rsidR="006F713E" w:rsidRPr="00F93DEC">
        <w:rPr>
          <w:szCs w:val="20"/>
        </w:rPr>
        <w:t>kontrol</w:t>
      </w:r>
      <w:proofErr w:type="spellEnd"/>
      <w:r w:rsidR="006F713E" w:rsidRPr="00F93DEC">
        <w:rPr>
          <w:szCs w:val="20"/>
        </w:rPr>
        <w:t xml:space="preserve"> </w:t>
      </w:r>
      <w:proofErr w:type="spellStart"/>
      <w:r w:rsidR="006F713E" w:rsidRPr="00F93DEC">
        <w:rPr>
          <w:szCs w:val="20"/>
        </w:rPr>
        <w:t>etmesi</w:t>
      </w:r>
      <w:proofErr w:type="spellEnd"/>
      <w:r w:rsidR="006F713E" w:rsidRPr="00F93DEC">
        <w:rPr>
          <w:szCs w:val="20"/>
        </w:rPr>
        <w:t xml:space="preserve"> </w:t>
      </w:r>
      <w:proofErr w:type="spellStart"/>
      <w:r w:rsidR="006F713E" w:rsidRPr="00F93DEC">
        <w:rPr>
          <w:szCs w:val="20"/>
        </w:rPr>
        <w:t>desteklenebilir</w:t>
      </w:r>
      <w:proofErr w:type="spellEnd"/>
      <w:r w:rsidR="006F713E" w:rsidRPr="00F93DEC">
        <w:rPr>
          <w:szCs w:val="20"/>
        </w:rPr>
        <w:t xml:space="preserve">. </w:t>
      </w:r>
      <w:proofErr w:type="spellStart"/>
      <w:r w:rsidR="006F713E" w:rsidRPr="00F93DEC">
        <w:rPr>
          <w:szCs w:val="20"/>
        </w:rPr>
        <w:t>Oluşturduğu</w:t>
      </w:r>
      <w:proofErr w:type="spellEnd"/>
      <w:r w:rsidR="006F713E" w:rsidRPr="00F93DEC">
        <w:rPr>
          <w:szCs w:val="20"/>
        </w:rPr>
        <w:t xml:space="preserve"> </w:t>
      </w:r>
      <w:proofErr w:type="spellStart"/>
      <w:r w:rsidR="006F713E" w:rsidRPr="00F93DEC">
        <w:rPr>
          <w:szCs w:val="20"/>
        </w:rPr>
        <w:t>üçlü</w:t>
      </w:r>
      <w:proofErr w:type="spellEnd"/>
      <w:r w:rsidR="006F713E" w:rsidRPr="00F93DEC">
        <w:rPr>
          <w:szCs w:val="20"/>
        </w:rPr>
        <w:t xml:space="preserve"> </w:t>
      </w:r>
      <w:proofErr w:type="spellStart"/>
      <w:r w:rsidR="006F713E" w:rsidRPr="00F93DEC">
        <w:rPr>
          <w:szCs w:val="20"/>
        </w:rPr>
        <w:t>grubu</w:t>
      </w:r>
      <w:proofErr w:type="spellEnd"/>
      <w:r w:rsidR="006F713E" w:rsidRPr="00F93DEC">
        <w:rPr>
          <w:szCs w:val="20"/>
        </w:rPr>
        <w:t xml:space="preserve"> </w:t>
      </w:r>
      <w:proofErr w:type="spellStart"/>
      <w:r w:rsidR="006F713E" w:rsidRPr="00F93DEC">
        <w:rPr>
          <w:szCs w:val="20"/>
        </w:rPr>
        <w:t>rakam</w:t>
      </w:r>
      <w:proofErr w:type="spellEnd"/>
      <w:r w:rsidR="006F713E" w:rsidRPr="00F93DEC">
        <w:rPr>
          <w:szCs w:val="20"/>
        </w:rPr>
        <w:t xml:space="preserve"> </w:t>
      </w:r>
      <w:proofErr w:type="spellStart"/>
      <w:r w:rsidR="006F713E" w:rsidRPr="00F93DEC">
        <w:rPr>
          <w:szCs w:val="20"/>
        </w:rPr>
        <w:t>ve</w:t>
      </w:r>
      <w:proofErr w:type="spellEnd"/>
      <w:r w:rsidR="006F713E" w:rsidRPr="00F93DEC">
        <w:rPr>
          <w:szCs w:val="20"/>
        </w:rPr>
        <w:t xml:space="preserve"> </w:t>
      </w:r>
      <w:proofErr w:type="spellStart"/>
      <w:r w:rsidR="006F713E" w:rsidRPr="00F93DEC">
        <w:rPr>
          <w:szCs w:val="20"/>
        </w:rPr>
        <w:t>nokta</w:t>
      </w:r>
      <w:proofErr w:type="spellEnd"/>
      <w:r w:rsidR="006F713E" w:rsidRPr="00F93DEC">
        <w:rPr>
          <w:szCs w:val="20"/>
        </w:rPr>
        <w:t xml:space="preserve"> </w:t>
      </w:r>
      <w:proofErr w:type="spellStart"/>
      <w:r w:rsidR="006F713E" w:rsidRPr="00F93DEC">
        <w:rPr>
          <w:szCs w:val="20"/>
        </w:rPr>
        <w:t>kartlarıyla</w:t>
      </w:r>
      <w:proofErr w:type="spellEnd"/>
      <w:r w:rsidR="006F713E" w:rsidRPr="00F93DEC">
        <w:rPr>
          <w:szCs w:val="20"/>
        </w:rPr>
        <w:t xml:space="preserve"> </w:t>
      </w:r>
      <w:proofErr w:type="spellStart"/>
      <w:r w:rsidR="006F713E" w:rsidRPr="00F93DEC">
        <w:rPr>
          <w:szCs w:val="20"/>
        </w:rPr>
        <w:t>eşleştirip</w:t>
      </w:r>
      <w:proofErr w:type="spellEnd"/>
      <w:r w:rsidR="006F713E" w:rsidRPr="00F93DEC">
        <w:rPr>
          <w:szCs w:val="20"/>
        </w:rPr>
        <w:t xml:space="preserve"> </w:t>
      </w:r>
      <w:proofErr w:type="spellStart"/>
      <w:r w:rsidR="006F713E" w:rsidRPr="00F93DEC">
        <w:rPr>
          <w:szCs w:val="20"/>
        </w:rPr>
        <w:t>eşleştirmesini</w:t>
      </w:r>
      <w:proofErr w:type="spellEnd"/>
      <w:r w:rsidR="006F713E" w:rsidRPr="00F93DEC">
        <w:rPr>
          <w:szCs w:val="20"/>
        </w:rPr>
        <w:t xml:space="preserve"> </w:t>
      </w:r>
      <w:proofErr w:type="spellStart"/>
      <w:r w:rsidR="006F713E" w:rsidRPr="00F93DEC">
        <w:rPr>
          <w:szCs w:val="20"/>
        </w:rPr>
        <w:t>açıklaması</w:t>
      </w:r>
      <w:proofErr w:type="spellEnd"/>
      <w:r w:rsidR="006F713E" w:rsidRPr="00F93DEC">
        <w:rPr>
          <w:szCs w:val="20"/>
        </w:rPr>
        <w:t xml:space="preserve"> </w:t>
      </w:r>
      <w:proofErr w:type="spellStart"/>
      <w:r w:rsidR="006F713E" w:rsidRPr="00F93DEC">
        <w:rPr>
          <w:szCs w:val="20"/>
        </w:rPr>
        <w:t>istenebilir</w:t>
      </w:r>
      <w:proofErr w:type="spellEnd"/>
      <w:r w:rsidR="006F713E" w:rsidRPr="00F93DEC">
        <w:rPr>
          <w:szCs w:val="20"/>
        </w:rPr>
        <w:t xml:space="preserve">. </w:t>
      </w:r>
      <w:proofErr w:type="spellStart"/>
      <w:r w:rsidR="006F713E" w:rsidRPr="00F93DEC">
        <w:rPr>
          <w:szCs w:val="20"/>
        </w:rPr>
        <w:t>Kuklanın</w:t>
      </w:r>
      <w:proofErr w:type="spellEnd"/>
      <w:r w:rsidR="006F713E" w:rsidRPr="00F93DEC">
        <w:rPr>
          <w:szCs w:val="20"/>
        </w:rPr>
        <w:t xml:space="preserve"> </w:t>
      </w:r>
      <w:proofErr w:type="spellStart"/>
      <w:r w:rsidR="006F713E" w:rsidRPr="00F93DEC">
        <w:rPr>
          <w:szCs w:val="20"/>
        </w:rPr>
        <w:t>dolu</w:t>
      </w:r>
      <w:proofErr w:type="spellEnd"/>
      <w:r w:rsidR="006F713E" w:rsidRPr="00F93DEC">
        <w:rPr>
          <w:szCs w:val="20"/>
        </w:rPr>
        <w:t xml:space="preserve"> </w:t>
      </w:r>
      <w:proofErr w:type="spellStart"/>
      <w:r w:rsidR="006F713E" w:rsidRPr="00F93DEC">
        <w:rPr>
          <w:szCs w:val="20"/>
        </w:rPr>
        <w:t>kaptan</w:t>
      </w:r>
      <w:proofErr w:type="spellEnd"/>
      <w:r w:rsidR="006F713E" w:rsidRPr="00F93DEC">
        <w:rPr>
          <w:szCs w:val="20"/>
        </w:rPr>
        <w:t xml:space="preserve"> </w:t>
      </w:r>
      <w:proofErr w:type="spellStart"/>
      <w:r w:rsidR="006F713E" w:rsidRPr="00F93DEC">
        <w:rPr>
          <w:szCs w:val="20"/>
        </w:rPr>
        <w:t>bir</w:t>
      </w:r>
      <w:proofErr w:type="spellEnd"/>
      <w:r w:rsidR="006F713E" w:rsidRPr="00F93DEC">
        <w:rPr>
          <w:szCs w:val="20"/>
        </w:rPr>
        <w:t xml:space="preserve"> </w:t>
      </w:r>
      <w:proofErr w:type="spellStart"/>
      <w:r w:rsidR="006F713E" w:rsidRPr="00F93DEC">
        <w:rPr>
          <w:szCs w:val="20"/>
        </w:rPr>
        <w:t>blok</w:t>
      </w:r>
      <w:proofErr w:type="spellEnd"/>
      <w:r w:rsidR="006F713E" w:rsidRPr="00F93DEC">
        <w:rPr>
          <w:szCs w:val="20"/>
        </w:rPr>
        <w:t xml:space="preserve"> </w:t>
      </w:r>
      <w:proofErr w:type="spellStart"/>
      <w:r w:rsidR="006F713E" w:rsidRPr="00F93DEC">
        <w:rPr>
          <w:szCs w:val="20"/>
        </w:rPr>
        <w:t>çıkardığında</w:t>
      </w:r>
      <w:proofErr w:type="spellEnd"/>
      <w:r w:rsidR="006F713E" w:rsidRPr="00F93DEC">
        <w:rPr>
          <w:szCs w:val="20"/>
        </w:rPr>
        <w:t xml:space="preserve"> </w:t>
      </w:r>
      <w:proofErr w:type="spellStart"/>
      <w:r w:rsidR="006F713E" w:rsidRPr="00F93DEC">
        <w:rPr>
          <w:szCs w:val="20"/>
        </w:rPr>
        <w:t>kabın</w:t>
      </w:r>
      <w:proofErr w:type="spellEnd"/>
      <w:r w:rsidR="006F713E" w:rsidRPr="00F93DEC">
        <w:rPr>
          <w:szCs w:val="20"/>
        </w:rPr>
        <w:t xml:space="preserve"> </w:t>
      </w:r>
      <w:proofErr w:type="spellStart"/>
      <w:r w:rsidR="006F713E" w:rsidRPr="00F93DEC">
        <w:rPr>
          <w:szCs w:val="20"/>
        </w:rPr>
        <w:t>neden</w:t>
      </w:r>
      <w:proofErr w:type="spellEnd"/>
      <w:r w:rsidR="006F713E" w:rsidRPr="00F93DEC">
        <w:rPr>
          <w:szCs w:val="20"/>
        </w:rPr>
        <w:t xml:space="preserve"> </w:t>
      </w:r>
      <w:proofErr w:type="spellStart"/>
      <w:r w:rsidR="006F713E" w:rsidRPr="00F93DEC">
        <w:rPr>
          <w:szCs w:val="20"/>
        </w:rPr>
        <w:t>tamamen</w:t>
      </w:r>
      <w:proofErr w:type="spellEnd"/>
      <w:r w:rsidR="006F713E" w:rsidRPr="00F93DEC">
        <w:rPr>
          <w:szCs w:val="20"/>
        </w:rPr>
        <w:t xml:space="preserve"> </w:t>
      </w:r>
      <w:proofErr w:type="spellStart"/>
      <w:r w:rsidR="006F713E" w:rsidRPr="00F93DEC">
        <w:rPr>
          <w:szCs w:val="20"/>
        </w:rPr>
        <w:t>boş</w:t>
      </w:r>
      <w:proofErr w:type="spellEnd"/>
      <w:r w:rsidR="006F713E" w:rsidRPr="00F93DEC">
        <w:rPr>
          <w:szCs w:val="20"/>
        </w:rPr>
        <w:t xml:space="preserve"> </w:t>
      </w:r>
      <w:proofErr w:type="spellStart"/>
      <w:r w:rsidR="006F713E" w:rsidRPr="00F93DEC">
        <w:rPr>
          <w:szCs w:val="20"/>
        </w:rPr>
        <w:t>olmadığını</w:t>
      </w:r>
      <w:proofErr w:type="spellEnd"/>
      <w:r w:rsidR="006F713E" w:rsidRPr="00F93DEC">
        <w:rPr>
          <w:szCs w:val="20"/>
        </w:rPr>
        <w:t xml:space="preserve"> </w:t>
      </w:r>
      <w:proofErr w:type="spellStart"/>
      <w:r w:rsidR="006F713E" w:rsidRPr="00F93DEC">
        <w:rPr>
          <w:szCs w:val="20"/>
        </w:rPr>
        <w:t>anlatmasına</w:t>
      </w:r>
      <w:proofErr w:type="spellEnd"/>
      <w:r w:rsidR="006F713E" w:rsidRPr="00F93DEC">
        <w:rPr>
          <w:szCs w:val="20"/>
        </w:rPr>
        <w:t xml:space="preserve"> </w:t>
      </w:r>
      <w:proofErr w:type="spellStart"/>
      <w:r w:rsidR="006F713E" w:rsidRPr="00F93DEC">
        <w:rPr>
          <w:szCs w:val="20"/>
        </w:rPr>
        <w:t>fırsat</w:t>
      </w:r>
      <w:proofErr w:type="spellEnd"/>
      <w:r w:rsidR="006F713E" w:rsidRPr="00F93DEC">
        <w:rPr>
          <w:szCs w:val="20"/>
        </w:rPr>
        <w:t xml:space="preserve"> </w:t>
      </w:r>
      <w:proofErr w:type="spellStart"/>
      <w:r w:rsidR="006F713E" w:rsidRPr="00F93DEC">
        <w:rPr>
          <w:szCs w:val="20"/>
        </w:rPr>
        <w:t>verilebilir</w:t>
      </w:r>
      <w:proofErr w:type="spellEnd"/>
      <w:r w:rsidR="006F713E" w:rsidRPr="00F93DEC">
        <w:rPr>
          <w:szCs w:val="20"/>
        </w:rPr>
        <w:t xml:space="preserve">. </w:t>
      </w:r>
      <w:proofErr w:type="spellStart"/>
      <w:r w:rsidR="006F713E" w:rsidRPr="00F93DEC">
        <w:rPr>
          <w:szCs w:val="20"/>
        </w:rPr>
        <w:t>Deneyde</w:t>
      </w:r>
      <w:proofErr w:type="spellEnd"/>
      <w:r w:rsidR="006F713E" w:rsidRPr="00F93DEC">
        <w:rPr>
          <w:szCs w:val="20"/>
        </w:rPr>
        <w:t xml:space="preserve"> </w:t>
      </w:r>
      <w:proofErr w:type="spellStart"/>
      <w:r w:rsidR="006F713E" w:rsidRPr="00F93DEC">
        <w:rPr>
          <w:szCs w:val="20"/>
        </w:rPr>
        <w:t>kâğıt</w:t>
      </w:r>
      <w:proofErr w:type="spellEnd"/>
      <w:r w:rsidR="006F713E" w:rsidRPr="00F93DEC">
        <w:rPr>
          <w:szCs w:val="20"/>
        </w:rPr>
        <w:t xml:space="preserve"> </w:t>
      </w:r>
      <w:proofErr w:type="spellStart"/>
      <w:r w:rsidR="006F713E" w:rsidRPr="00F93DEC">
        <w:rPr>
          <w:szCs w:val="20"/>
        </w:rPr>
        <w:t>havludaki</w:t>
      </w:r>
      <w:proofErr w:type="spellEnd"/>
      <w:r w:rsidR="006F713E" w:rsidRPr="00F93DEC">
        <w:rPr>
          <w:szCs w:val="20"/>
        </w:rPr>
        <w:t xml:space="preserve"> </w:t>
      </w:r>
      <w:proofErr w:type="spellStart"/>
      <w:r w:rsidR="006F713E" w:rsidRPr="00F93DEC">
        <w:rPr>
          <w:szCs w:val="20"/>
        </w:rPr>
        <w:t>ıslanmanın</w:t>
      </w:r>
      <w:proofErr w:type="spellEnd"/>
      <w:r w:rsidR="006F713E" w:rsidRPr="00F93DEC">
        <w:rPr>
          <w:szCs w:val="20"/>
        </w:rPr>
        <w:t xml:space="preserve"> </w:t>
      </w:r>
      <w:proofErr w:type="spellStart"/>
      <w:r w:rsidR="006F713E" w:rsidRPr="00F93DEC">
        <w:rPr>
          <w:szCs w:val="20"/>
        </w:rPr>
        <w:t>nasıl</w:t>
      </w:r>
      <w:proofErr w:type="spellEnd"/>
      <w:r w:rsidR="006F713E" w:rsidRPr="00F93DEC">
        <w:rPr>
          <w:szCs w:val="20"/>
        </w:rPr>
        <w:t xml:space="preserve"> </w:t>
      </w:r>
      <w:proofErr w:type="spellStart"/>
      <w:r w:rsidR="006F713E" w:rsidRPr="00F93DEC">
        <w:rPr>
          <w:szCs w:val="20"/>
        </w:rPr>
        <w:t>ilerleyeceğini</w:t>
      </w:r>
      <w:proofErr w:type="spellEnd"/>
      <w:r w:rsidR="006F713E" w:rsidRPr="00F93DEC">
        <w:rPr>
          <w:szCs w:val="20"/>
        </w:rPr>
        <w:t xml:space="preserve"> </w:t>
      </w:r>
      <w:proofErr w:type="spellStart"/>
      <w:r w:rsidR="006F713E" w:rsidRPr="00F93DEC">
        <w:rPr>
          <w:szCs w:val="20"/>
        </w:rPr>
        <w:t>tahmin</w:t>
      </w:r>
      <w:proofErr w:type="spellEnd"/>
      <w:r w:rsidR="006F713E" w:rsidRPr="00F93DEC">
        <w:rPr>
          <w:szCs w:val="20"/>
        </w:rPr>
        <w:t xml:space="preserve"> </w:t>
      </w:r>
      <w:proofErr w:type="spellStart"/>
      <w:r w:rsidR="006F713E" w:rsidRPr="00F93DEC">
        <w:rPr>
          <w:szCs w:val="20"/>
        </w:rPr>
        <w:t>etmesi</w:t>
      </w:r>
      <w:proofErr w:type="spellEnd"/>
      <w:r w:rsidR="006F713E" w:rsidRPr="00F93DEC">
        <w:rPr>
          <w:szCs w:val="20"/>
        </w:rPr>
        <w:t xml:space="preserve"> </w:t>
      </w:r>
      <w:proofErr w:type="spellStart"/>
      <w:r w:rsidR="006F713E" w:rsidRPr="00F93DEC">
        <w:rPr>
          <w:szCs w:val="20"/>
        </w:rPr>
        <w:t>ve</w:t>
      </w:r>
      <w:proofErr w:type="spellEnd"/>
      <w:r w:rsidR="006F713E" w:rsidRPr="00F93DEC">
        <w:rPr>
          <w:szCs w:val="20"/>
        </w:rPr>
        <w:t xml:space="preserve"> </w:t>
      </w:r>
      <w:proofErr w:type="spellStart"/>
      <w:r w:rsidR="006F713E" w:rsidRPr="00F93DEC">
        <w:rPr>
          <w:szCs w:val="20"/>
        </w:rPr>
        <w:t>tahminini</w:t>
      </w:r>
      <w:proofErr w:type="spellEnd"/>
      <w:r w:rsidR="006F713E" w:rsidRPr="00F93DEC">
        <w:rPr>
          <w:szCs w:val="20"/>
        </w:rPr>
        <w:t xml:space="preserve"> </w:t>
      </w:r>
      <w:proofErr w:type="spellStart"/>
      <w:r w:rsidR="006F713E" w:rsidRPr="00F93DEC">
        <w:rPr>
          <w:szCs w:val="20"/>
        </w:rPr>
        <w:t>gözlemiyle</w:t>
      </w:r>
      <w:proofErr w:type="spellEnd"/>
      <w:r w:rsidR="006F713E" w:rsidRPr="00F93DEC">
        <w:rPr>
          <w:szCs w:val="20"/>
        </w:rPr>
        <w:t xml:space="preserve"> </w:t>
      </w:r>
      <w:proofErr w:type="spellStart"/>
      <w:r w:rsidR="006F713E" w:rsidRPr="00F93DEC">
        <w:rPr>
          <w:szCs w:val="20"/>
        </w:rPr>
        <w:t>karşılaştırması</w:t>
      </w:r>
      <w:proofErr w:type="spellEnd"/>
      <w:r w:rsidR="006F713E" w:rsidRPr="00F93DEC">
        <w:rPr>
          <w:szCs w:val="20"/>
        </w:rPr>
        <w:t xml:space="preserve"> </w:t>
      </w:r>
      <w:proofErr w:type="spellStart"/>
      <w:r w:rsidR="006F713E" w:rsidRPr="00F93DEC">
        <w:rPr>
          <w:szCs w:val="20"/>
        </w:rPr>
        <w:t>desteklenebilir</w:t>
      </w:r>
      <w:proofErr w:type="spellEnd"/>
      <w:r w:rsidR="006F713E" w:rsidRPr="00F93DEC">
        <w:rPr>
          <w:szCs w:val="20"/>
        </w:rPr>
        <w:t>.</w:t>
      </w:r>
    </w:p>
    <w:p w14:paraId="4CB8E35F" w14:textId="77777777" w:rsidR="006F713E" w:rsidRPr="00F93DEC" w:rsidRDefault="00F93DEC" w:rsidP="006F713E">
      <w:pPr>
        <w:rPr>
          <w:szCs w:val="20"/>
        </w:rPr>
      </w:pPr>
      <w:proofErr w:type="spellStart"/>
      <w:r w:rsidRPr="00F93DEC">
        <w:rPr>
          <w:b/>
          <w:color w:val="002060"/>
          <w:szCs w:val="20"/>
        </w:rPr>
        <w:t>Destekleme</w:t>
      </w:r>
      <w:proofErr w:type="spellEnd"/>
      <w:r w:rsidRPr="00F93DEC">
        <w:rPr>
          <w:b/>
          <w:color w:val="002060"/>
          <w:szCs w:val="20"/>
        </w:rPr>
        <w:t xml:space="preserve">: </w:t>
      </w:r>
      <w:proofErr w:type="spellStart"/>
      <w:r w:rsidR="006F713E" w:rsidRPr="00F93DEC">
        <w:rPr>
          <w:szCs w:val="20"/>
        </w:rPr>
        <w:t>Sayılacak</w:t>
      </w:r>
      <w:proofErr w:type="spellEnd"/>
      <w:r w:rsidR="006F713E" w:rsidRPr="00F93DEC">
        <w:rPr>
          <w:szCs w:val="20"/>
        </w:rPr>
        <w:t xml:space="preserve"> </w:t>
      </w:r>
      <w:proofErr w:type="spellStart"/>
      <w:r w:rsidR="006F713E" w:rsidRPr="00F93DEC">
        <w:rPr>
          <w:szCs w:val="20"/>
        </w:rPr>
        <w:t>nesneler</w:t>
      </w:r>
      <w:proofErr w:type="spellEnd"/>
      <w:r w:rsidR="006F713E" w:rsidRPr="00F93DEC">
        <w:rPr>
          <w:szCs w:val="20"/>
        </w:rPr>
        <w:t xml:space="preserve"> </w:t>
      </w:r>
      <w:proofErr w:type="spellStart"/>
      <w:r w:rsidR="006F713E" w:rsidRPr="00F93DEC">
        <w:rPr>
          <w:szCs w:val="20"/>
        </w:rPr>
        <w:t>aralıklı</w:t>
      </w:r>
      <w:proofErr w:type="spellEnd"/>
      <w:r w:rsidR="006F713E" w:rsidRPr="00F93DEC">
        <w:rPr>
          <w:szCs w:val="20"/>
        </w:rPr>
        <w:t xml:space="preserve"> </w:t>
      </w:r>
      <w:proofErr w:type="spellStart"/>
      <w:r w:rsidR="006F713E" w:rsidRPr="00F93DEC">
        <w:rPr>
          <w:szCs w:val="20"/>
        </w:rPr>
        <w:t>yerleştirilebilir</w:t>
      </w:r>
      <w:proofErr w:type="spellEnd"/>
      <w:r w:rsidR="006F713E" w:rsidRPr="00F93DEC">
        <w:rPr>
          <w:szCs w:val="20"/>
        </w:rPr>
        <w:t xml:space="preserve"> </w:t>
      </w:r>
      <w:proofErr w:type="spellStart"/>
      <w:r w:rsidR="006F713E" w:rsidRPr="00F93DEC">
        <w:rPr>
          <w:szCs w:val="20"/>
        </w:rPr>
        <w:t>ve</w:t>
      </w:r>
      <w:proofErr w:type="spellEnd"/>
      <w:r w:rsidR="006F713E" w:rsidRPr="00F93DEC">
        <w:rPr>
          <w:szCs w:val="20"/>
        </w:rPr>
        <w:t xml:space="preserve"> her </w:t>
      </w:r>
      <w:proofErr w:type="spellStart"/>
      <w:r w:rsidR="006F713E" w:rsidRPr="00F93DEC">
        <w:rPr>
          <w:szCs w:val="20"/>
        </w:rPr>
        <w:t>nesneye</w:t>
      </w:r>
      <w:proofErr w:type="spellEnd"/>
      <w:r w:rsidR="006F713E" w:rsidRPr="00F93DEC">
        <w:rPr>
          <w:szCs w:val="20"/>
        </w:rPr>
        <w:t xml:space="preserve"> </w:t>
      </w:r>
      <w:proofErr w:type="spellStart"/>
      <w:r w:rsidR="006F713E" w:rsidRPr="00F93DEC">
        <w:rPr>
          <w:szCs w:val="20"/>
        </w:rPr>
        <w:t>bir</w:t>
      </w:r>
      <w:proofErr w:type="spellEnd"/>
      <w:r w:rsidR="006F713E" w:rsidRPr="00F93DEC">
        <w:rPr>
          <w:szCs w:val="20"/>
        </w:rPr>
        <w:t xml:space="preserve"> </w:t>
      </w:r>
      <w:proofErr w:type="spellStart"/>
      <w:r w:rsidR="006F713E" w:rsidRPr="00F93DEC">
        <w:rPr>
          <w:szCs w:val="20"/>
        </w:rPr>
        <w:t>kez</w:t>
      </w:r>
      <w:proofErr w:type="spellEnd"/>
      <w:r w:rsidR="006F713E" w:rsidRPr="00F93DEC">
        <w:rPr>
          <w:szCs w:val="20"/>
        </w:rPr>
        <w:t xml:space="preserve"> </w:t>
      </w:r>
      <w:proofErr w:type="spellStart"/>
      <w:r w:rsidR="006F713E" w:rsidRPr="00F93DEC">
        <w:rPr>
          <w:szCs w:val="20"/>
        </w:rPr>
        <w:t>dokunarak</w:t>
      </w:r>
      <w:proofErr w:type="spellEnd"/>
      <w:r w:rsidR="006F713E" w:rsidRPr="00F93DEC">
        <w:rPr>
          <w:szCs w:val="20"/>
        </w:rPr>
        <w:t xml:space="preserve"> </w:t>
      </w:r>
      <w:proofErr w:type="spellStart"/>
      <w:r w:rsidR="006F713E" w:rsidRPr="00F93DEC">
        <w:rPr>
          <w:szCs w:val="20"/>
        </w:rPr>
        <w:t>sayma</w:t>
      </w:r>
      <w:proofErr w:type="spellEnd"/>
      <w:r w:rsidR="006F713E" w:rsidRPr="00F93DEC">
        <w:rPr>
          <w:szCs w:val="20"/>
        </w:rPr>
        <w:t xml:space="preserve"> </w:t>
      </w:r>
      <w:proofErr w:type="spellStart"/>
      <w:r w:rsidR="006F713E" w:rsidRPr="00F93DEC">
        <w:rPr>
          <w:szCs w:val="20"/>
        </w:rPr>
        <w:t>modellenebilir</w:t>
      </w:r>
      <w:proofErr w:type="spellEnd"/>
      <w:r w:rsidR="006F713E" w:rsidRPr="00F93DEC">
        <w:rPr>
          <w:szCs w:val="20"/>
        </w:rPr>
        <w:t xml:space="preserve">. </w:t>
      </w:r>
      <w:proofErr w:type="spellStart"/>
      <w:r w:rsidR="006F713E" w:rsidRPr="00F93DEC">
        <w:rPr>
          <w:szCs w:val="20"/>
        </w:rPr>
        <w:t>Rakam</w:t>
      </w:r>
      <w:proofErr w:type="spellEnd"/>
      <w:r w:rsidR="006F713E" w:rsidRPr="00F93DEC">
        <w:rPr>
          <w:szCs w:val="20"/>
        </w:rPr>
        <w:t xml:space="preserve"> </w:t>
      </w:r>
      <w:proofErr w:type="spellStart"/>
      <w:r w:rsidR="006F713E" w:rsidRPr="00F93DEC">
        <w:rPr>
          <w:szCs w:val="20"/>
        </w:rPr>
        <w:t>kartı</w:t>
      </w:r>
      <w:proofErr w:type="spellEnd"/>
      <w:r w:rsidR="006F713E" w:rsidRPr="00F93DEC">
        <w:rPr>
          <w:szCs w:val="20"/>
        </w:rPr>
        <w:t xml:space="preserve">, </w:t>
      </w:r>
      <w:proofErr w:type="spellStart"/>
      <w:r w:rsidR="006F713E" w:rsidRPr="00F93DEC">
        <w:rPr>
          <w:szCs w:val="20"/>
        </w:rPr>
        <w:t>üç</w:t>
      </w:r>
      <w:proofErr w:type="spellEnd"/>
      <w:r w:rsidR="006F713E" w:rsidRPr="00F93DEC">
        <w:rPr>
          <w:szCs w:val="20"/>
        </w:rPr>
        <w:t xml:space="preserve"> </w:t>
      </w:r>
      <w:proofErr w:type="spellStart"/>
      <w:r w:rsidR="006F713E" w:rsidRPr="00F93DEC">
        <w:rPr>
          <w:szCs w:val="20"/>
        </w:rPr>
        <w:t>nokta</w:t>
      </w:r>
      <w:proofErr w:type="spellEnd"/>
      <w:r w:rsidR="006F713E" w:rsidRPr="00F93DEC">
        <w:rPr>
          <w:szCs w:val="20"/>
        </w:rPr>
        <w:t xml:space="preserve"> </w:t>
      </w:r>
      <w:proofErr w:type="spellStart"/>
      <w:r w:rsidR="006F713E" w:rsidRPr="00F93DEC">
        <w:rPr>
          <w:szCs w:val="20"/>
        </w:rPr>
        <w:t>kartıyla</w:t>
      </w:r>
      <w:proofErr w:type="spellEnd"/>
      <w:r w:rsidR="006F713E" w:rsidRPr="00F93DEC">
        <w:rPr>
          <w:szCs w:val="20"/>
        </w:rPr>
        <w:t xml:space="preserve"> </w:t>
      </w:r>
      <w:proofErr w:type="spellStart"/>
      <w:r w:rsidR="006F713E" w:rsidRPr="00F93DEC">
        <w:rPr>
          <w:szCs w:val="20"/>
        </w:rPr>
        <w:t>birlikte</w:t>
      </w:r>
      <w:proofErr w:type="spellEnd"/>
      <w:r w:rsidR="006F713E" w:rsidRPr="00F93DEC">
        <w:rPr>
          <w:szCs w:val="20"/>
        </w:rPr>
        <w:t xml:space="preserve"> </w:t>
      </w:r>
      <w:proofErr w:type="spellStart"/>
      <w:r w:rsidR="006F713E" w:rsidRPr="00F93DEC">
        <w:rPr>
          <w:szCs w:val="20"/>
        </w:rPr>
        <w:t>sunulabilir</w:t>
      </w:r>
      <w:proofErr w:type="spellEnd"/>
      <w:r w:rsidR="006F713E" w:rsidRPr="00F93DEC">
        <w:rPr>
          <w:szCs w:val="20"/>
        </w:rPr>
        <w:t xml:space="preserve">. </w:t>
      </w:r>
      <w:proofErr w:type="spellStart"/>
      <w:r w:rsidR="006F713E" w:rsidRPr="00F93DEC">
        <w:rPr>
          <w:szCs w:val="20"/>
        </w:rPr>
        <w:t>Boş</w:t>
      </w:r>
      <w:proofErr w:type="spellEnd"/>
      <w:r w:rsidR="006F713E" w:rsidRPr="00F93DEC">
        <w:rPr>
          <w:szCs w:val="20"/>
        </w:rPr>
        <w:t>–</w:t>
      </w:r>
      <w:proofErr w:type="spellStart"/>
      <w:r w:rsidR="006F713E" w:rsidRPr="00F93DEC">
        <w:rPr>
          <w:szCs w:val="20"/>
        </w:rPr>
        <w:t>dolu</w:t>
      </w:r>
      <w:proofErr w:type="spellEnd"/>
      <w:r w:rsidR="006F713E" w:rsidRPr="00F93DEC">
        <w:rPr>
          <w:szCs w:val="20"/>
        </w:rPr>
        <w:t xml:space="preserve"> </w:t>
      </w:r>
      <w:proofErr w:type="spellStart"/>
      <w:r w:rsidR="006F713E" w:rsidRPr="00F93DEC">
        <w:rPr>
          <w:szCs w:val="20"/>
        </w:rPr>
        <w:t>karşılaştırmasına</w:t>
      </w:r>
      <w:proofErr w:type="spellEnd"/>
      <w:r w:rsidR="006F713E" w:rsidRPr="00F93DEC">
        <w:rPr>
          <w:szCs w:val="20"/>
        </w:rPr>
        <w:t xml:space="preserve"> </w:t>
      </w:r>
      <w:proofErr w:type="spellStart"/>
      <w:r w:rsidR="006F713E" w:rsidRPr="00F93DEC">
        <w:rPr>
          <w:szCs w:val="20"/>
        </w:rPr>
        <w:t>tamamen</w:t>
      </w:r>
      <w:proofErr w:type="spellEnd"/>
      <w:r w:rsidR="006F713E" w:rsidRPr="00F93DEC">
        <w:rPr>
          <w:szCs w:val="20"/>
        </w:rPr>
        <w:t xml:space="preserve"> </w:t>
      </w:r>
      <w:proofErr w:type="spellStart"/>
      <w:r w:rsidR="006F713E" w:rsidRPr="00F93DEC">
        <w:rPr>
          <w:szCs w:val="20"/>
        </w:rPr>
        <w:t>boş</w:t>
      </w:r>
      <w:proofErr w:type="spellEnd"/>
      <w:r w:rsidR="006F713E" w:rsidRPr="00F93DEC">
        <w:rPr>
          <w:szCs w:val="20"/>
        </w:rPr>
        <w:t xml:space="preserve"> </w:t>
      </w:r>
      <w:proofErr w:type="spellStart"/>
      <w:r w:rsidR="006F713E" w:rsidRPr="00F93DEC">
        <w:rPr>
          <w:szCs w:val="20"/>
        </w:rPr>
        <w:t>ve</w:t>
      </w:r>
      <w:proofErr w:type="spellEnd"/>
      <w:r w:rsidR="006F713E" w:rsidRPr="00F93DEC">
        <w:rPr>
          <w:szCs w:val="20"/>
        </w:rPr>
        <w:t xml:space="preserve"> </w:t>
      </w:r>
      <w:proofErr w:type="spellStart"/>
      <w:r w:rsidR="006F713E" w:rsidRPr="00F93DEC">
        <w:rPr>
          <w:szCs w:val="20"/>
        </w:rPr>
        <w:t>tamamen</w:t>
      </w:r>
      <w:proofErr w:type="spellEnd"/>
      <w:r w:rsidR="006F713E" w:rsidRPr="00F93DEC">
        <w:rPr>
          <w:szCs w:val="20"/>
        </w:rPr>
        <w:t xml:space="preserve"> </w:t>
      </w:r>
      <w:proofErr w:type="spellStart"/>
      <w:r w:rsidR="006F713E" w:rsidRPr="00F93DEC">
        <w:rPr>
          <w:szCs w:val="20"/>
        </w:rPr>
        <w:t>dolu</w:t>
      </w:r>
      <w:proofErr w:type="spellEnd"/>
      <w:r w:rsidR="006F713E" w:rsidRPr="00F93DEC">
        <w:rPr>
          <w:szCs w:val="20"/>
        </w:rPr>
        <w:t xml:space="preserve"> </w:t>
      </w:r>
      <w:proofErr w:type="spellStart"/>
      <w:r w:rsidR="006F713E" w:rsidRPr="00F93DEC">
        <w:rPr>
          <w:szCs w:val="20"/>
        </w:rPr>
        <w:t>iki</w:t>
      </w:r>
      <w:proofErr w:type="spellEnd"/>
      <w:r w:rsidR="006F713E" w:rsidRPr="00F93DEC">
        <w:rPr>
          <w:szCs w:val="20"/>
        </w:rPr>
        <w:t xml:space="preserve"> </w:t>
      </w:r>
      <w:proofErr w:type="spellStart"/>
      <w:r w:rsidR="006F713E" w:rsidRPr="00F93DEC">
        <w:rPr>
          <w:szCs w:val="20"/>
        </w:rPr>
        <w:t>kapla</w:t>
      </w:r>
      <w:proofErr w:type="spellEnd"/>
      <w:r w:rsidR="006F713E" w:rsidRPr="00F93DEC">
        <w:rPr>
          <w:szCs w:val="20"/>
        </w:rPr>
        <w:t xml:space="preserve"> </w:t>
      </w:r>
      <w:proofErr w:type="spellStart"/>
      <w:r w:rsidR="006F713E" w:rsidRPr="00F93DEC">
        <w:rPr>
          <w:szCs w:val="20"/>
        </w:rPr>
        <w:t>başlanabilir</w:t>
      </w:r>
      <w:proofErr w:type="spellEnd"/>
      <w:r w:rsidR="006F713E" w:rsidRPr="00F93DEC">
        <w:rPr>
          <w:szCs w:val="20"/>
        </w:rPr>
        <w:t xml:space="preserve">. Tek </w:t>
      </w:r>
      <w:proofErr w:type="spellStart"/>
      <w:r w:rsidR="006F713E" w:rsidRPr="00F93DEC">
        <w:rPr>
          <w:szCs w:val="20"/>
        </w:rPr>
        <w:t>aşamalı</w:t>
      </w:r>
      <w:proofErr w:type="spellEnd"/>
      <w:r w:rsidR="006F713E" w:rsidRPr="00F93DEC">
        <w:rPr>
          <w:szCs w:val="20"/>
        </w:rPr>
        <w:t xml:space="preserve"> </w:t>
      </w:r>
      <w:proofErr w:type="spellStart"/>
      <w:r w:rsidR="006F713E" w:rsidRPr="00F93DEC">
        <w:rPr>
          <w:szCs w:val="20"/>
        </w:rPr>
        <w:t>kısa</w:t>
      </w:r>
      <w:proofErr w:type="spellEnd"/>
      <w:r w:rsidR="006F713E" w:rsidRPr="00F93DEC">
        <w:rPr>
          <w:szCs w:val="20"/>
        </w:rPr>
        <w:t xml:space="preserve"> </w:t>
      </w:r>
      <w:proofErr w:type="spellStart"/>
      <w:r w:rsidR="006F713E" w:rsidRPr="00F93DEC">
        <w:rPr>
          <w:szCs w:val="20"/>
        </w:rPr>
        <w:t>yönergeler</w:t>
      </w:r>
      <w:proofErr w:type="spellEnd"/>
      <w:r w:rsidR="006F713E" w:rsidRPr="00F93DEC">
        <w:rPr>
          <w:szCs w:val="20"/>
        </w:rPr>
        <w:t xml:space="preserve"> </w:t>
      </w:r>
      <w:proofErr w:type="spellStart"/>
      <w:r w:rsidR="006F713E" w:rsidRPr="00F93DEC">
        <w:rPr>
          <w:szCs w:val="20"/>
        </w:rPr>
        <w:t>ve</w:t>
      </w:r>
      <w:proofErr w:type="spellEnd"/>
      <w:r w:rsidR="006F713E" w:rsidRPr="00F93DEC">
        <w:rPr>
          <w:szCs w:val="20"/>
        </w:rPr>
        <w:t xml:space="preserve"> </w:t>
      </w:r>
      <w:proofErr w:type="spellStart"/>
      <w:r w:rsidR="006F713E" w:rsidRPr="00F93DEC">
        <w:rPr>
          <w:szCs w:val="20"/>
        </w:rPr>
        <w:t>bireysel</w:t>
      </w:r>
      <w:proofErr w:type="spellEnd"/>
      <w:r w:rsidR="006F713E" w:rsidRPr="00F93DEC">
        <w:rPr>
          <w:szCs w:val="20"/>
        </w:rPr>
        <w:t xml:space="preserve"> </w:t>
      </w:r>
      <w:proofErr w:type="spellStart"/>
      <w:r w:rsidR="006F713E" w:rsidRPr="00F93DEC">
        <w:rPr>
          <w:szCs w:val="20"/>
        </w:rPr>
        <w:t>eşlik</w:t>
      </w:r>
      <w:proofErr w:type="spellEnd"/>
      <w:r w:rsidR="006F713E" w:rsidRPr="00F93DEC">
        <w:rPr>
          <w:szCs w:val="20"/>
        </w:rPr>
        <w:t xml:space="preserve"> </w:t>
      </w:r>
      <w:proofErr w:type="spellStart"/>
      <w:r w:rsidR="006F713E" w:rsidRPr="00F93DEC">
        <w:rPr>
          <w:szCs w:val="20"/>
        </w:rPr>
        <w:t>sunulabilir</w:t>
      </w:r>
      <w:proofErr w:type="spellEnd"/>
      <w:r w:rsidR="006F713E" w:rsidRPr="00F93DEC">
        <w:rPr>
          <w:szCs w:val="20"/>
        </w:rPr>
        <w:t xml:space="preserve">. </w:t>
      </w:r>
      <w:proofErr w:type="spellStart"/>
      <w:r w:rsidR="006F713E" w:rsidRPr="00F93DEC">
        <w:rPr>
          <w:szCs w:val="20"/>
        </w:rPr>
        <w:t>Hikâye</w:t>
      </w:r>
      <w:proofErr w:type="spellEnd"/>
      <w:r w:rsidR="006F713E" w:rsidRPr="00F93DEC">
        <w:rPr>
          <w:szCs w:val="20"/>
        </w:rPr>
        <w:t xml:space="preserve"> </w:t>
      </w:r>
      <w:proofErr w:type="spellStart"/>
      <w:r w:rsidR="006F713E" w:rsidRPr="00F93DEC">
        <w:rPr>
          <w:szCs w:val="20"/>
        </w:rPr>
        <w:t>sorularına</w:t>
      </w:r>
      <w:proofErr w:type="spellEnd"/>
      <w:r w:rsidR="006F713E" w:rsidRPr="00F93DEC">
        <w:rPr>
          <w:szCs w:val="20"/>
        </w:rPr>
        <w:t xml:space="preserve"> </w:t>
      </w:r>
      <w:proofErr w:type="spellStart"/>
      <w:r w:rsidR="006F713E" w:rsidRPr="00F93DEC">
        <w:rPr>
          <w:szCs w:val="20"/>
        </w:rPr>
        <w:t>görselleri</w:t>
      </w:r>
      <w:proofErr w:type="spellEnd"/>
      <w:r w:rsidR="006F713E" w:rsidRPr="00F93DEC">
        <w:rPr>
          <w:szCs w:val="20"/>
        </w:rPr>
        <w:t xml:space="preserve"> </w:t>
      </w:r>
      <w:proofErr w:type="spellStart"/>
      <w:r w:rsidR="006F713E" w:rsidRPr="00F93DEC">
        <w:rPr>
          <w:szCs w:val="20"/>
        </w:rPr>
        <w:t>işaret</w:t>
      </w:r>
      <w:proofErr w:type="spellEnd"/>
      <w:r w:rsidR="006F713E" w:rsidRPr="00F93DEC">
        <w:rPr>
          <w:szCs w:val="20"/>
        </w:rPr>
        <w:t xml:space="preserve"> </w:t>
      </w:r>
      <w:proofErr w:type="spellStart"/>
      <w:r w:rsidR="006F713E" w:rsidRPr="00F93DEC">
        <w:rPr>
          <w:szCs w:val="20"/>
        </w:rPr>
        <w:t>ederek</w:t>
      </w:r>
      <w:proofErr w:type="spellEnd"/>
      <w:r w:rsidR="006F713E" w:rsidRPr="00F93DEC">
        <w:rPr>
          <w:szCs w:val="20"/>
        </w:rPr>
        <w:t xml:space="preserve"> </w:t>
      </w:r>
      <w:proofErr w:type="spellStart"/>
      <w:r w:rsidR="006F713E" w:rsidRPr="00F93DEC">
        <w:rPr>
          <w:szCs w:val="20"/>
        </w:rPr>
        <w:t>yanıt</w:t>
      </w:r>
      <w:proofErr w:type="spellEnd"/>
      <w:r w:rsidR="006F713E" w:rsidRPr="00F93DEC">
        <w:rPr>
          <w:szCs w:val="20"/>
        </w:rPr>
        <w:t xml:space="preserve"> </w:t>
      </w:r>
      <w:proofErr w:type="spellStart"/>
      <w:r w:rsidR="006F713E" w:rsidRPr="00F93DEC">
        <w:rPr>
          <w:szCs w:val="20"/>
        </w:rPr>
        <w:t>vermesine</w:t>
      </w:r>
      <w:proofErr w:type="spellEnd"/>
      <w:r w:rsidR="006F713E" w:rsidRPr="00F93DEC">
        <w:rPr>
          <w:szCs w:val="20"/>
        </w:rPr>
        <w:t xml:space="preserve"> </w:t>
      </w:r>
      <w:proofErr w:type="spellStart"/>
      <w:r w:rsidR="006F713E" w:rsidRPr="00F93DEC">
        <w:rPr>
          <w:szCs w:val="20"/>
        </w:rPr>
        <w:t>fırsat</w:t>
      </w:r>
      <w:proofErr w:type="spellEnd"/>
      <w:r w:rsidR="006F713E" w:rsidRPr="00F93DEC">
        <w:rPr>
          <w:szCs w:val="20"/>
        </w:rPr>
        <w:t xml:space="preserve"> </w:t>
      </w:r>
      <w:proofErr w:type="spellStart"/>
      <w:r w:rsidR="006F713E" w:rsidRPr="00F93DEC">
        <w:rPr>
          <w:szCs w:val="20"/>
        </w:rPr>
        <w:t>verilebilir</w:t>
      </w:r>
      <w:proofErr w:type="spellEnd"/>
      <w:r w:rsidR="006F713E" w:rsidRPr="00F93DEC">
        <w:rPr>
          <w:szCs w:val="20"/>
        </w:rPr>
        <w:t xml:space="preserve">. </w:t>
      </w:r>
      <w:proofErr w:type="spellStart"/>
      <w:r w:rsidR="006F713E" w:rsidRPr="00F93DEC">
        <w:rPr>
          <w:szCs w:val="20"/>
        </w:rPr>
        <w:t>Deneyde</w:t>
      </w:r>
      <w:proofErr w:type="spellEnd"/>
      <w:r w:rsidR="006F713E" w:rsidRPr="00F93DEC">
        <w:rPr>
          <w:szCs w:val="20"/>
        </w:rPr>
        <w:t xml:space="preserve"> </w:t>
      </w:r>
      <w:proofErr w:type="spellStart"/>
      <w:r w:rsidR="006F713E" w:rsidRPr="00F93DEC">
        <w:rPr>
          <w:szCs w:val="20"/>
        </w:rPr>
        <w:t>kâğıt</w:t>
      </w:r>
      <w:proofErr w:type="spellEnd"/>
      <w:r w:rsidR="006F713E" w:rsidRPr="00F93DEC">
        <w:rPr>
          <w:szCs w:val="20"/>
        </w:rPr>
        <w:t xml:space="preserve"> </w:t>
      </w:r>
      <w:proofErr w:type="spellStart"/>
      <w:r w:rsidR="006F713E" w:rsidRPr="00F93DEC">
        <w:rPr>
          <w:szCs w:val="20"/>
        </w:rPr>
        <w:t>havluyu</w:t>
      </w:r>
      <w:proofErr w:type="spellEnd"/>
      <w:r w:rsidR="006F713E" w:rsidRPr="00F93DEC">
        <w:rPr>
          <w:szCs w:val="20"/>
        </w:rPr>
        <w:t xml:space="preserve"> </w:t>
      </w:r>
      <w:proofErr w:type="spellStart"/>
      <w:r w:rsidR="006F713E" w:rsidRPr="00F93DEC">
        <w:rPr>
          <w:szCs w:val="20"/>
        </w:rPr>
        <w:t>katlama</w:t>
      </w:r>
      <w:proofErr w:type="spellEnd"/>
      <w:r w:rsidR="006F713E" w:rsidRPr="00F93DEC">
        <w:rPr>
          <w:szCs w:val="20"/>
        </w:rPr>
        <w:t xml:space="preserve"> </w:t>
      </w:r>
      <w:proofErr w:type="spellStart"/>
      <w:r w:rsidR="006F713E" w:rsidRPr="00F93DEC">
        <w:rPr>
          <w:szCs w:val="20"/>
        </w:rPr>
        <w:t>ve</w:t>
      </w:r>
      <w:proofErr w:type="spellEnd"/>
      <w:r w:rsidR="006F713E" w:rsidRPr="00F93DEC">
        <w:rPr>
          <w:szCs w:val="20"/>
        </w:rPr>
        <w:t xml:space="preserve"> </w:t>
      </w:r>
      <w:proofErr w:type="spellStart"/>
      <w:r w:rsidR="006F713E" w:rsidRPr="00F93DEC">
        <w:rPr>
          <w:szCs w:val="20"/>
        </w:rPr>
        <w:t>yerleştirme</w:t>
      </w:r>
      <w:proofErr w:type="spellEnd"/>
      <w:r w:rsidR="006F713E" w:rsidRPr="00F93DEC">
        <w:rPr>
          <w:szCs w:val="20"/>
        </w:rPr>
        <w:t xml:space="preserve"> </w:t>
      </w:r>
      <w:proofErr w:type="spellStart"/>
      <w:r w:rsidR="006F713E" w:rsidRPr="00F93DEC">
        <w:rPr>
          <w:szCs w:val="20"/>
        </w:rPr>
        <w:t>aşamalarında</w:t>
      </w:r>
      <w:proofErr w:type="spellEnd"/>
      <w:r w:rsidR="006F713E" w:rsidRPr="00F93DEC">
        <w:rPr>
          <w:szCs w:val="20"/>
        </w:rPr>
        <w:t xml:space="preserve"> </w:t>
      </w:r>
      <w:proofErr w:type="spellStart"/>
      <w:r w:rsidR="006F713E" w:rsidRPr="00F93DEC">
        <w:rPr>
          <w:szCs w:val="20"/>
        </w:rPr>
        <w:t>destek</w:t>
      </w:r>
      <w:proofErr w:type="spellEnd"/>
      <w:r w:rsidR="006F713E" w:rsidRPr="00F93DEC">
        <w:rPr>
          <w:szCs w:val="20"/>
        </w:rPr>
        <w:t xml:space="preserve"> </w:t>
      </w:r>
      <w:proofErr w:type="spellStart"/>
      <w:r w:rsidR="006F713E" w:rsidRPr="00F93DEC">
        <w:rPr>
          <w:szCs w:val="20"/>
        </w:rPr>
        <w:t>verilebilir</w:t>
      </w:r>
      <w:proofErr w:type="spellEnd"/>
      <w:r w:rsidR="006F713E" w:rsidRPr="00F93DEC">
        <w:rPr>
          <w:szCs w:val="20"/>
        </w:rPr>
        <w:t xml:space="preserve">. </w:t>
      </w:r>
      <w:proofErr w:type="spellStart"/>
      <w:r w:rsidR="006F713E" w:rsidRPr="00F93DEC">
        <w:rPr>
          <w:szCs w:val="20"/>
        </w:rPr>
        <w:t>Hareket</w:t>
      </w:r>
      <w:proofErr w:type="spellEnd"/>
      <w:r w:rsidR="006F713E" w:rsidRPr="00F93DEC">
        <w:rPr>
          <w:szCs w:val="20"/>
        </w:rPr>
        <w:t xml:space="preserve"> </w:t>
      </w:r>
      <w:proofErr w:type="spellStart"/>
      <w:r w:rsidR="006F713E" w:rsidRPr="00F93DEC">
        <w:rPr>
          <w:szCs w:val="20"/>
        </w:rPr>
        <w:t>oyununda</w:t>
      </w:r>
      <w:proofErr w:type="spellEnd"/>
      <w:r w:rsidR="006F713E" w:rsidRPr="00F93DEC">
        <w:rPr>
          <w:szCs w:val="20"/>
        </w:rPr>
        <w:t xml:space="preserve"> </w:t>
      </w:r>
      <w:proofErr w:type="spellStart"/>
      <w:r w:rsidR="006F713E" w:rsidRPr="00F93DEC">
        <w:rPr>
          <w:szCs w:val="20"/>
        </w:rPr>
        <w:t>noktalar</w:t>
      </w:r>
      <w:proofErr w:type="spellEnd"/>
      <w:r w:rsidR="006F713E" w:rsidRPr="00F93DEC">
        <w:rPr>
          <w:szCs w:val="20"/>
        </w:rPr>
        <w:t xml:space="preserve"> </w:t>
      </w:r>
      <w:proofErr w:type="spellStart"/>
      <w:r w:rsidR="006F713E" w:rsidRPr="00F93DEC">
        <w:rPr>
          <w:szCs w:val="20"/>
        </w:rPr>
        <w:t>arasındaki</w:t>
      </w:r>
      <w:proofErr w:type="spellEnd"/>
      <w:r w:rsidR="006F713E" w:rsidRPr="00F93DEC">
        <w:rPr>
          <w:szCs w:val="20"/>
        </w:rPr>
        <w:t xml:space="preserve"> </w:t>
      </w:r>
      <w:proofErr w:type="spellStart"/>
      <w:r w:rsidR="006F713E" w:rsidRPr="00F93DEC">
        <w:rPr>
          <w:szCs w:val="20"/>
        </w:rPr>
        <w:t>mesafe</w:t>
      </w:r>
      <w:proofErr w:type="spellEnd"/>
      <w:r w:rsidR="006F713E" w:rsidRPr="00F93DEC">
        <w:rPr>
          <w:szCs w:val="20"/>
        </w:rPr>
        <w:t xml:space="preserve"> </w:t>
      </w:r>
      <w:proofErr w:type="spellStart"/>
      <w:r w:rsidR="006F713E" w:rsidRPr="00F93DEC">
        <w:rPr>
          <w:szCs w:val="20"/>
        </w:rPr>
        <w:t>çocuğun</w:t>
      </w:r>
      <w:proofErr w:type="spellEnd"/>
      <w:r w:rsidR="006F713E" w:rsidRPr="00F93DEC">
        <w:rPr>
          <w:szCs w:val="20"/>
        </w:rPr>
        <w:t xml:space="preserve"> </w:t>
      </w:r>
      <w:proofErr w:type="spellStart"/>
      <w:r w:rsidR="006F713E" w:rsidRPr="00F93DEC">
        <w:rPr>
          <w:szCs w:val="20"/>
        </w:rPr>
        <w:t>ihtiyacına</w:t>
      </w:r>
      <w:proofErr w:type="spellEnd"/>
      <w:r w:rsidR="006F713E" w:rsidRPr="00F93DEC">
        <w:rPr>
          <w:szCs w:val="20"/>
        </w:rPr>
        <w:t xml:space="preserve"> </w:t>
      </w:r>
      <w:proofErr w:type="spellStart"/>
      <w:r w:rsidR="006F713E" w:rsidRPr="00F93DEC">
        <w:rPr>
          <w:szCs w:val="20"/>
        </w:rPr>
        <w:t>göre</w:t>
      </w:r>
      <w:proofErr w:type="spellEnd"/>
      <w:r w:rsidR="006F713E" w:rsidRPr="00F93DEC">
        <w:rPr>
          <w:szCs w:val="20"/>
        </w:rPr>
        <w:t xml:space="preserve"> </w:t>
      </w:r>
      <w:proofErr w:type="spellStart"/>
      <w:r w:rsidR="006F713E" w:rsidRPr="00F93DEC">
        <w:rPr>
          <w:szCs w:val="20"/>
        </w:rPr>
        <w:t>düzenlenebilir</w:t>
      </w:r>
      <w:proofErr w:type="spellEnd"/>
      <w:r w:rsidR="006F713E" w:rsidRPr="00F93DEC">
        <w:rPr>
          <w:szCs w:val="20"/>
        </w:rPr>
        <w:t xml:space="preserve">. </w:t>
      </w:r>
      <w:proofErr w:type="spellStart"/>
      <w:r w:rsidR="006F713E" w:rsidRPr="00F93DEC">
        <w:rPr>
          <w:szCs w:val="20"/>
        </w:rPr>
        <w:t>Duyusal</w:t>
      </w:r>
      <w:proofErr w:type="spellEnd"/>
      <w:r w:rsidR="006F713E" w:rsidRPr="00F93DEC">
        <w:rPr>
          <w:szCs w:val="20"/>
        </w:rPr>
        <w:t xml:space="preserve"> </w:t>
      </w:r>
      <w:proofErr w:type="spellStart"/>
      <w:r w:rsidR="006F713E" w:rsidRPr="00F93DEC">
        <w:rPr>
          <w:szCs w:val="20"/>
        </w:rPr>
        <w:t>oyunda</w:t>
      </w:r>
      <w:proofErr w:type="spellEnd"/>
      <w:r w:rsidR="006F713E" w:rsidRPr="00F93DEC">
        <w:rPr>
          <w:szCs w:val="20"/>
        </w:rPr>
        <w:t xml:space="preserve"> </w:t>
      </w:r>
      <w:proofErr w:type="spellStart"/>
      <w:r w:rsidR="006F713E" w:rsidRPr="00F93DEC">
        <w:rPr>
          <w:szCs w:val="20"/>
        </w:rPr>
        <w:t>yumuşak</w:t>
      </w:r>
      <w:proofErr w:type="spellEnd"/>
      <w:r w:rsidR="006F713E" w:rsidRPr="00F93DEC">
        <w:rPr>
          <w:szCs w:val="20"/>
        </w:rPr>
        <w:t xml:space="preserve"> </w:t>
      </w:r>
      <w:proofErr w:type="spellStart"/>
      <w:r w:rsidR="006F713E" w:rsidRPr="00F93DEC">
        <w:rPr>
          <w:szCs w:val="20"/>
        </w:rPr>
        <w:t>hamur</w:t>
      </w:r>
      <w:proofErr w:type="spellEnd"/>
      <w:r w:rsidR="006F713E" w:rsidRPr="00F93DEC">
        <w:rPr>
          <w:szCs w:val="20"/>
        </w:rPr>
        <w:t xml:space="preserve"> </w:t>
      </w:r>
      <w:proofErr w:type="spellStart"/>
      <w:r w:rsidR="006F713E" w:rsidRPr="00F93DEC">
        <w:rPr>
          <w:szCs w:val="20"/>
        </w:rPr>
        <w:t>ve</w:t>
      </w:r>
      <w:proofErr w:type="spellEnd"/>
      <w:r w:rsidR="006F713E" w:rsidRPr="00F93DEC">
        <w:rPr>
          <w:szCs w:val="20"/>
        </w:rPr>
        <w:t xml:space="preserve"> </w:t>
      </w:r>
      <w:proofErr w:type="spellStart"/>
      <w:r w:rsidR="006F713E" w:rsidRPr="00F93DEC">
        <w:rPr>
          <w:szCs w:val="20"/>
        </w:rPr>
        <w:t>kolay</w:t>
      </w:r>
      <w:proofErr w:type="spellEnd"/>
      <w:r w:rsidR="006F713E" w:rsidRPr="00F93DEC">
        <w:rPr>
          <w:szCs w:val="20"/>
        </w:rPr>
        <w:t xml:space="preserve"> </w:t>
      </w:r>
      <w:proofErr w:type="spellStart"/>
      <w:r w:rsidR="006F713E" w:rsidRPr="00F93DEC">
        <w:rPr>
          <w:szCs w:val="20"/>
        </w:rPr>
        <w:t>kavranan</w:t>
      </w:r>
      <w:proofErr w:type="spellEnd"/>
      <w:r w:rsidR="006F713E" w:rsidRPr="00F93DEC">
        <w:rPr>
          <w:szCs w:val="20"/>
        </w:rPr>
        <w:t xml:space="preserve"> </w:t>
      </w:r>
      <w:proofErr w:type="spellStart"/>
      <w:r w:rsidR="006F713E" w:rsidRPr="00F93DEC">
        <w:rPr>
          <w:szCs w:val="20"/>
        </w:rPr>
        <w:t>araçlar</w:t>
      </w:r>
      <w:proofErr w:type="spellEnd"/>
      <w:r w:rsidR="006F713E" w:rsidRPr="00F93DEC">
        <w:rPr>
          <w:szCs w:val="20"/>
        </w:rPr>
        <w:t xml:space="preserve"> </w:t>
      </w:r>
      <w:proofErr w:type="spellStart"/>
      <w:r w:rsidR="006F713E" w:rsidRPr="00F93DEC">
        <w:rPr>
          <w:szCs w:val="20"/>
        </w:rPr>
        <w:t>sunulabilir</w:t>
      </w:r>
      <w:proofErr w:type="spellEnd"/>
      <w:r w:rsidR="006F713E" w:rsidRPr="00F93DEC">
        <w:rPr>
          <w:szCs w:val="20"/>
        </w:rPr>
        <w:t xml:space="preserve">; </w:t>
      </w:r>
      <w:proofErr w:type="spellStart"/>
      <w:r w:rsidR="006F713E" w:rsidRPr="00F93DEC">
        <w:rPr>
          <w:szCs w:val="20"/>
        </w:rPr>
        <w:t>hamura</w:t>
      </w:r>
      <w:proofErr w:type="spellEnd"/>
      <w:r w:rsidR="006F713E" w:rsidRPr="00F93DEC">
        <w:rPr>
          <w:szCs w:val="20"/>
        </w:rPr>
        <w:t xml:space="preserve"> </w:t>
      </w:r>
      <w:proofErr w:type="spellStart"/>
      <w:r w:rsidR="006F713E" w:rsidRPr="00F93DEC">
        <w:rPr>
          <w:szCs w:val="20"/>
        </w:rPr>
        <w:t>dokunmak</w:t>
      </w:r>
      <w:proofErr w:type="spellEnd"/>
      <w:r w:rsidR="006F713E" w:rsidRPr="00F93DEC">
        <w:rPr>
          <w:szCs w:val="20"/>
        </w:rPr>
        <w:t xml:space="preserve"> </w:t>
      </w:r>
      <w:proofErr w:type="spellStart"/>
      <w:r w:rsidR="006F713E" w:rsidRPr="00F93DEC">
        <w:rPr>
          <w:szCs w:val="20"/>
        </w:rPr>
        <w:t>istemeyen</w:t>
      </w:r>
      <w:proofErr w:type="spellEnd"/>
      <w:r w:rsidR="006F713E" w:rsidRPr="00F93DEC">
        <w:rPr>
          <w:szCs w:val="20"/>
        </w:rPr>
        <w:t xml:space="preserve"> </w:t>
      </w:r>
      <w:proofErr w:type="spellStart"/>
      <w:r w:rsidR="006F713E" w:rsidRPr="00F93DEC">
        <w:rPr>
          <w:szCs w:val="20"/>
        </w:rPr>
        <w:t>çocuğun</w:t>
      </w:r>
      <w:proofErr w:type="spellEnd"/>
      <w:r w:rsidR="006F713E" w:rsidRPr="00F93DEC">
        <w:rPr>
          <w:szCs w:val="20"/>
        </w:rPr>
        <w:t xml:space="preserve"> </w:t>
      </w:r>
      <w:proofErr w:type="spellStart"/>
      <w:r w:rsidR="006F713E" w:rsidRPr="00F93DEC">
        <w:rPr>
          <w:szCs w:val="20"/>
        </w:rPr>
        <w:t>kaşıkla</w:t>
      </w:r>
      <w:proofErr w:type="spellEnd"/>
      <w:r w:rsidR="006F713E" w:rsidRPr="00F93DEC">
        <w:rPr>
          <w:szCs w:val="20"/>
        </w:rPr>
        <w:t xml:space="preserve"> </w:t>
      </w:r>
      <w:proofErr w:type="spellStart"/>
      <w:r w:rsidR="006F713E" w:rsidRPr="00F93DEC">
        <w:rPr>
          <w:szCs w:val="20"/>
        </w:rPr>
        <w:t>katılımı</w:t>
      </w:r>
      <w:proofErr w:type="spellEnd"/>
      <w:r w:rsidR="006F713E" w:rsidRPr="00F93DEC">
        <w:rPr>
          <w:szCs w:val="20"/>
        </w:rPr>
        <w:t xml:space="preserve"> </w:t>
      </w:r>
      <w:proofErr w:type="spellStart"/>
      <w:r w:rsidR="006F713E" w:rsidRPr="00F93DEC">
        <w:rPr>
          <w:szCs w:val="20"/>
        </w:rPr>
        <w:t>desteklenebilir</w:t>
      </w:r>
      <w:proofErr w:type="spellEnd"/>
      <w:r w:rsidR="006F713E" w:rsidRPr="00F93DEC">
        <w:rPr>
          <w:szCs w:val="20"/>
        </w:rPr>
        <w:t>.</w:t>
      </w:r>
    </w:p>
    <w:p w14:paraId="6611D713" w14:textId="70E2ED5C" w:rsidR="007B42EB" w:rsidRPr="00F93DEC" w:rsidRDefault="00F93DEC" w:rsidP="006F713E">
      <w:pPr>
        <w:rPr>
          <w:b/>
          <w:bCs/>
          <w:szCs w:val="20"/>
        </w:rPr>
      </w:pPr>
      <w:r w:rsidRPr="00F93DEC">
        <w:rPr>
          <w:b/>
          <w:bCs/>
          <w:color w:val="F85883"/>
          <w:szCs w:val="20"/>
        </w:rPr>
        <w:t>AİLE / TOPLUM KATILIMI</w:t>
      </w:r>
    </w:p>
    <w:p w14:paraId="5574E7E4" w14:textId="77777777" w:rsidR="007B42EB" w:rsidRPr="00F93DEC" w:rsidRDefault="00F93DEC">
      <w:pPr>
        <w:rPr>
          <w:szCs w:val="20"/>
        </w:rPr>
      </w:pPr>
      <w:r w:rsidRPr="00F93DEC">
        <w:rPr>
          <w:b/>
          <w:color w:val="002060"/>
          <w:szCs w:val="20"/>
        </w:rPr>
        <w:t xml:space="preserve">Aile Katılımı: </w:t>
      </w:r>
      <w:r w:rsidRPr="00F93DEC">
        <w:rPr>
          <w:szCs w:val="20"/>
        </w:rPr>
        <w:t>Aşağıdaki bilgi notu ailelerle paylaşılır.</w:t>
      </w:r>
    </w:p>
    <w:p w14:paraId="525B6551" w14:textId="77777777" w:rsidR="00C66E72" w:rsidRPr="00F93DEC" w:rsidRDefault="00C66E72" w:rsidP="00C66E72">
      <w:pPr>
        <w:pStyle w:val="NormalWeb"/>
        <w:spacing w:before="0" w:beforeAutospacing="0" w:after="0" w:afterAutospacing="0"/>
        <w:rPr>
          <w:rFonts w:ascii="Comic Sans MS" w:hAnsi="Comic Sans MS"/>
          <w:color w:val="002060"/>
          <w:sz w:val="20"/>
          <w:szCs w:val="20"/>
        </w:rPr>
      </w:pPr>
      <w:r w:rsidRPr="00F93DEC">
        <w:rPr>
          <w:rStyle w:val="Gl"/>
          <w:rFonts w:ascii="Comic Sans MS" w:hAnsi="Comic Sans MS"/>
          <w:color w:val="002060"/>
          <w:sz w:val="20"/>
          <w:szCs w:val="20"/>
        </w:rPr>
        <w:t>AİLEYE BİLGİ NOTU</w:t>
      </w:r>
    </w:p>
    <w:p w14:paraId="174AA86C" w14:textId="77777777" w:rsidR="00C66E72" w:rsidRPr="00F93DEC" w:rsidRDefault="00C66E72" w:rsidP="00C66E72">
      <w:pPr>
        <w:pStyle w:val="NormalWeb"/>
        <w:spacing w:before="0" w:beforeAutospacing="0" w:after="0" w:afterAutospacing="0"/>
        <w:rPr>
          <w:rFonts w:ascii="Comic Sans MS" w:hAnsi="Comic Sans MS"/>
          <w:sz w:val="20"/>
          <w:szCs w:val="20"/>
        </w:rPr>
      </w:pPr>
      <w:r w:rsidRPr="00F93DEC">
        <w:rPr>
          <w:rFonts w:ascii="Comic Sans MS" w:hAnsi="Comic Sans MS"/>
          <w:sz w:val="20"/>
          <w:szCs w:val="20"/>
        </w:rPr>
        <w:t>Sevgili Ailemiz,</w:t>
      </w:r>
    </w:p>
    <w:p w14:paraId="262C0277" w14:textId="77777777" w:rsidR="00C66E72" w:rsidRPr="00F93DEC" w:rsidRDefault="00C66E72" w:rsidP="00C66E72">
      <w:pPr>
        <w:pStyle w:val="NormalWeb"/>
        <w:spacing w:before="0" w:beforeAutospacing="0" w:after="0" w:afterAutospacing="0"/>
        <w:rPr>
          <w:rFonts w:ascii="Comic Sans MS" w:hAnsi="Comic Sans MS"/>
          <w:sz w:val="20"/>
          <w:szCs w:val="20"/>
        </w:rPr>
      </w:pPr>
      <w:r w:rsidRPr="00F93DEC">
        <w:rPr>
          <w:rFonts w:ascii="Comic Sans MS" w:hAnsi="Comic Sans MS"/>
          <w:sz w:val="20"/>
          <w:szCs w:val="20"/>
        </w:rPr>
        <w:t>Çocuğunuzdan üç kaşık seçmesini ve her birine dokunarak saymasını isteyin. Kaşıkları önce yan yana, sonra biraz aralıklı yerleştirerek yeniden saymasına fırsat verin.</w:t>
      </w:r>
    </w:p>
    <w:p w14:paraId="016750CC" w14:textId="77777777" w:rsidR="00C66E72" w:rsidRPr="00F93DEC" w:rsidRDefault="00C66E72" w:rsidP="00C66E72">
      <w:pPr>
        <w:pStyle w:val="NormalWeb"/>
        <w:spacing w:before="0" w:beforeAutospacing="0" w:after="0" w:afterAutospacing="0"/>
        <w:rPr>
          <w:rFonts w:ascii="Comic Sans MS" w:hAnsi="Comic Sans MS"/>
          <w:sz w:val="20"/>
          <w:szCs w:val="20"/>
        </w:rPr>
      </w:pPr>
      <w:r w:rsidRPr="00F93DEC">
        <w:rPr>
          <w:rStyle w:val="Gl"/>
          <w:rFonts w:ascii="Comic Sans MS" w:hAnsi="Comic Sans MS"/>
          <w:sz w:val="20"/>
          <w:szCs w:val="20"/>
        </w:rPr>
        <w:t>“Bardaktan Bardağa Su Aktaralım”</w:t>
      </w:r>
      <w:r w:rsidRPr="00F93DEC">
        <w:rPr>
          <w:rFonts w:ascii="Comic Sans MS" w:hAnsi="Comic Sans MS"/>
          <w:sz w:val="20"/>
          <w:szCs w:val="20"/>
        </w:rPr>
        <w:t xml:space="preserve"> oyunu için bir tepsiye iki kırılmaz bardak yerleştirin. Birine çocuğunuzun kolayca taşıyabileceği kadar su koyun, diğerini boş bırakın. Hangisinin boş, hangisinde su olduğunu konuşun. Çocuğunuzun sizin gözetiminizde suyu bir bardaktan diğerine yavaşça aktarmasına fırsat verin. “Hangi bardak boşaldı?”, “Suyun bir kısmını aktardığında ilk bardakta su kaldı mı?” sorularıyla değişimi fark etmesini destekleyin. Bardakta su bulunmasının, bardağın tamamen dolu olduğu anlamına gelmediğini birlikte inceleyin.</w:t>
      </w:r>
    </w:p>
    <w:p w14:paraId="7393531C" w14:textId="77777777" w:rsidR="00C66E72" w:rsidRPr="00F93DEC" w:rsidRDefault="00C66E72" w:rsidP="00C66E72">
      <w:pPr>
        <w:pStyle w:val="NormalWeb"/>
        <w:spacing w:before="0" w:beforeAutospacing="0" w:after="0" w:afterAutospacing="0"/>
        <w:rPr>
          <w:rFonts w:ascii="Comic Sans MS" w:hAnsi="Comic Sans MS"/>
          <w:sz w:val="20"/>
          <w:szCs w:val="20"/>
        </w:rPr>
      </w:pPr>
      <w:r w:rsidRPr="00F93DEC">
        <w:rPr>
          <w:rFonts w:ascii="Comic Sans MS" w:hAnsi="Comic Sans MS"/>
          <w:sz w:val="20"/>
          <w:szCs w:val="20"/>
        </w:rPr>
        <w:t>Oyunu istediği kadar tekrarlamasına ve yaptıklarını kendi sözleriyle anlatmasına zaman tanıyın. Dökülen suyu birlikte silerek kullandığınız alanı düzenleyin.</w:t>
      </w:r>
    </w:p>
    <w:p w14:paraId="75E8516E" w14:textId="77777777" w:rsidR="00C66E72" w:rsidRPr="00F93DEC" w:rsidRDefault="00C66E72" w:rsidP="00C66E72">
      <w:pPr>
        <w:pStyle w:val="NormalWeb"/>
        <w:spacing w:before="0" w:beforeAutospacing="0" w:after="0" w:afterAutospacing="0"/>
        <w:rPr>
          <w:rFonts w:ascii="Comic Sans MS" w:hAnsi="Comic Sans MS"/>
          <w:sz w:val="20"/>
          <w:szCs w:val="20"/>
        </w:rPr>
      </w:pPr>
      <w:r w:rsidRPr="00F93DEC">
        <w:rPr>
          <w:rFonts w:ascii="Comic Sans MS" w:hAnsi="Comic Sans MS"/>
          <w:sz w:val="20"/>
          <w:szCs w:val="20"/>
        </w:rPr>
        <w:t>İlginiz ve desteğiniz için teşekkür ederiz.</w:t>
      </w:r>
      <w:r w:rsidRPr="00F93DEC">
        <w:rPr>
          <w:rFonts w:ascii="Comic Sans MS" w:hAnsi="Comic Sans MS"/>
          <w:sz w:val="20"/>
          <w:szCs w:val="20"/>
        </w:rPr>
        <w:br/>
      </w:r>
      <w:r w:rsidRPr="00F93DEC">
        <w:rPr>
          <w:rStyle w:val="Gl"/>
          <w:rFonts w:ascii="Comic Sans MS" w:hAnsi="Comic Sans MS"/>
          <w:sz w:val="20"/>
          <w:szCs w:val="20"/>
        </w:rPr>
        <w:t>Sınıf Öğretmeni</w:t>
      </w:r>
    </w:p>
    <w:p w14:paraId="0BDAF878" w14:textId="77777777" w:rsidR="007B42EB" w:rsidRPr="00F93DEC" w:rsidRDefault="00F93DEC">
      <w:pPr>
        <w:rPr>
          <w:szCs w:val="20"/>
        </w:rPr>
      </w:pPr>
      <w:proofErr w:type="spellStart"/>
      <w:r w:rsidRPr="00F93DEC">
        <w:rPr>
          <w:b/>
          <w:color w:val="002060"/>
          <w:szCs w:val="20"/>
        </w:rPr>
        <w:t>Toplum</w:t>
      </w:r>
      <w:proofErr w:type="spellEnd"/>
      <w:r w:rsidRPr="00F93DEC">
        <w:rPr>
          <w:b/>
          <w:color w:val="002060"/>
          <w:szCs w:val="20"/>
        </w:rPr>
        <w:t xml:space="preserve"> </w:t>
      </w:r>
      <w:proofErr w:type="spellStart"/>
      <w:r w:rsidRPr="00F93DEC">
        <w:rPr>
          <w:b/>
          <w:color w:val="002060"/>
          <w:szCs w:val="20"/>
        </w:rPr>
        <w:t>Katılımı</w:t>
      </w:r>
      <w:proofErr w:type="spellEnd"/>
      <w:r w:rsidRPr="00F93DEC">
        <w:rPr>
          <w:b/>
          <w:color w:val="002060"/>
          <w:szCs w:val="20"/>
        </w:rPr>
        <w:t xml:space="preserve">: </w:t>
      </w:r>
    </w:p>
    <w:p w14:paraId="6A7ABEFA" w14:textId="6F491381" w:rsidR="007B42EB" w:rsidRPr="00F93DEC" w:rsidRDefault="00F93DEC">
      <w:pPr>
        <w:keepNext/>
        <w:rPr>
          <w:b/>
          <w:color w:val="F85883"/>
          <w:szCs w:val="20"/>
        </w:rPr>
      </w:pPr>
      <w:r w:rsidRPr="00F93DEC">
        <w:rPr>
          <w:b/>
          <w:color w:val="F85883"/>
          <w:szCs w:val="20"/>
        </w:rPr>
        <w:t>ALTERNATİF BAĞLANTILAR VE UYGULAMA ÖNERİLERİ</w:t>
      </w:r>
    </w:p>
    <w:p w14:paraId="287A7FC8" w14:textId="7E84E41C" w:rsidR="00C66E72" w:rsidRPr="00F93DEC" w:rsidRDefault="00C66E72" w:rsidP="00C66E72">
      <w:pPr>
        <w:keepLines/>
        <w:spacing w:after="60"/>
        <w:rPr>
          <w:color w:val="FF0000"/>
          <w:szCs w:val="20"/>
        </w:rPr>
      </w:pPr>
      <w:hyperlink r:id="rId15">
        <w:r w:rsidRPr="00F93DEC">
          <w:rPr>
            <w:color w:val="0563C1"/>
            <w:szCs w:val="20"/>
            <w:u w:val="single"/>
          </w:rPr>
          <w:t xml:space="preserve">3 </w:t>
        </w:r>
        <w:proofErr w:type="spellStart"/>
        <w:r w:rsidRPr="00F93DEC">
          <w:rPr>
            <w:color w:val="0563C1"/>
            <w:szCs w:val="20"/>
            <w:u w:val="single"/>
          </w:rPr>
          <w:t>Rakamı</w:t>
        </w:r>
        <w:proofErr w:type="spellEnd"/>
        <w:r w:rsidRPr="00F93DEC">
          <w:rPr>
            <w:color w:val="0563C1"/>
            <w:szCs w:val="20"/>
            <w:u w:val="single"/>
          </w:rPr>
          <w:t xml:space="preserve"> </w:t>
        </w:r>
        <w:proofErr w:type="spellStart"/>
        <w:r w:rsidRPr="00F93DEC">
          <w:rPr>
            <w:color w:val="0563C1"/>
            <w:szCs w:val="20"/>
            <w:u w:val="single"/>
          </w:rPr>
          <w:t>Şarkısı</w:t>
        </w:r>
        <w:proofErr w:type="spellEnd"/>
      </w:hyperlink>
    </w:p>
    <w:p w14:paraId="42D329EC" w14:textId="18DB19D3" w:rsidR="00C66E72" w:rsidRPr="00F93DEC" w:rsidRDefault="00C66E72" w:rsidP="00C66E72">
      <w:pPr>
        <w:keepLines/>
        <w:spacing w:after="60"/>
        <w:rPr>
          <w:szCs w:val="20"/>
        </w:rPr>
      </w:pPr>
      <w:r w:rsidRPr="00F93DEC">
        <w:rPr>
          <w:color w:val="FF0000"/>
          <w:szCs w:val="20"/>
        </w:rPr>
        <w:t>3 ŞARKISI</w:t>
      </w:r>
      <w:r w:rsidRPr="00F93DEC">
        <w:rPr>
          <w:szCs w:val="20"/>
        </w:rPr>
        <w:br/>
        <w:t xml:space="preserve">Bindik </w:t>
      </w:r>
      <w:proofErr w:type="spellStart"/>
      <w:r w:rsidRPr="00F93DEC">
        <w:rPr>
          <w:szCs w:val="20"/>
        </w:rPr>
        <w:t>rakamlar</w:t>
      </w:r>
      <w:proofErr w:type="spellEnd"/>
      <w:r w:rsidRPr="00F93DEC">
        <w:rPr>
          <w:szCs w:val="20"/>
        </w:rPr>
        <w:t xml:space="preserve"> </w:t>
      </w:r>
      <w:proofErr w:type="spellStart"/>
      <w:r w:rsidRPr="00F93DEC">
        <w:rPr>
          <w:szCs w:val="20"/>
        </w:rPr>
        <w:t>otobüsüne</w:t>
      </w:r>
      <w:proofErr w:type="spellEnd"/>
      <w:r w:rsidRPr="00F93DEC">
        <w:rPr>
          <w:szCs w:val="20"/>
        </w:rPr>
        <w:br/>
      </w:r>
      <w:proofErr w:type="spellStart"/>
      <w:r w:rsidRPr="00F93DEC">
        <w:rPr>
          <w:szCs w:val="20"/>
        </w:rPr>
        <w:t>Gidiyoruz</w:t>
      </w:r>
      <w:proofErr w:type="spellEnd"/>
      <w:r w:rsidRPr="00F93DEC">
        <w:rPr>
          <w:szCs w:val="20"/>
        </w:rPr>
        <w:t xml:space="preserve"> </w:t>
      </w:r>
      <w:proofErr w:type="spellStart"/>
      <w:r w:rsidRPr="00F93DEC">
        <w:rPr>
          <w:szCs w:val="20"/>
        </w:rPr>
        <w:t>üç</w:t>
      </w:r>
      <w:proofErr w:type="spellEnd"/>
      <w:r w:rsidRPr="00F93DEC">
        <w:rPr>
          <w:szCs w:val="20"/>
        </w:rPr>
        <w:t xml:space="preserve"> </w:t>
      </w:r>
      <w:proofErr w:type="spellStart"/>
      <w:r w:rsidRPr="00F93DEC">
        <w:rPr>
          <w:szCs w:val="20"/>
        </w:rPr>
        <w:t>diye</w:t>
      </w:r>
      <w:proofErr w:type="spellEnd"/>
      <w:r w:rsidRPr="00F93DEC">
        <w:rPr>
          <w:szCs w:val="20"/>
        </w:rPr>
        <w:t xml:space="preserve"> </w:t>
      </w:r>
      <w:proofErr w:type="spellStart"/>
      <w:r w:rsidRPr="00F93DEC">
        <w:rPr>
          <w:szCs w:val="20"/>
        </w:rPr>
        <w:t>diye</w:t>
      </w:r>
      <w:proofErr w:type="spellEnd"/>
      <w:r w:rsidRPr="00F93DEC">
        <w:rPr>
          <w:szCs w:val="20"/>
        </w:rPr>
        <w:br/>
      </w:r>
      <w:proofErr w:type="spellStart"/>
      <w:r w:rsidRPr="00F93DEC">
        <w:rPr>
          <w:szCs w:val="20"/>
        </w:rPr>
        <w:t>İkiden</w:t>
      </w:r>
      <w:proofErr w:type="spellEnd"/>
      <w:r w:rsidRPr="00F93DEC">
        <w:rPr>
          <w:szCs w:val="20"/>
        </w:rPr>
        <w:t xml:space="preserve"> </w:t>
      </w:r>
      <w:proofErr w:type="spellStart"/>
      <w:r w:rsidRPr="00F93DEC">
        <w:rPr>
          <w:szCs w:val="20"/>
        </w:rPr>
        <w:t>sonra</w:t>
      </w:r>
      <w:proofErr w:type="spellEnd"/>
      <w:r w:rsidRPr="00F93DEC">
        <w:rPr>
          <w:szCs w:val="20"/>
        </w:rPr>
        <w:t xml:space="preserve"> o </w:t>
      </w:r>
      <w:proofErr w:type="spellStart"/>
      <w:r w:rsidRPr="00F93DEC">
        <w:rPr>
          <w:szCs w:val="20"/>
        </w:rPr>
        <w:t>gelir</w:t>
      </w:r>
      <w:proofErr w:type="spellEnd"/>
      <w:r w:rsidRPr="00F93DEC">
        <w:rPr>
          <w:szCs w:val="20"/>
        </w:rPr>
        <w:br/>
        <w:t xml:space="preserve">Haydi say </w:t>
      </w:r>
      <w:proofErr w:type="spellStart"/>
      <w:r w:rsidRPr="00F93DEC">
        <w:rPr>
          <w:szCs w:val="20"/>
        </w:rPr>
        <w:t>bakalım</w:t>
      </w:r>
      <w:proofErr w:type="spellEnd"/>
      <w:r w:rsidRPr="00F93DEC">
        <w:rPr>
          <w:szCs w:val="20"/>
        </w:rPr>
        <w:t xml:space="preserve"> </w:t>
      </w:r>
      <w:proofErr w:type="spellStart"/>
      <w:r w:rsidRPr="00F93DEC">
        <w:rPr>
          <w:szCs w:val="20"/>
        </w:rPr>
        <w:t>üç</w:t>
      </w:r>
      <w:proofErr w:type="spellEnd"/>
      <w:r w:rsidRPr="00F93DEC">
        <w:rPr>
          <w:szCs w:val="20"/>
        </w:rPr>
        <w:t xml:space="preserve"> </w:t>
      </w:r>
      <w:proofErr w:type="spellStart"/>
      <w:r w:rsidRPr="00F93DEC">
        <w:rPr>
          <w:szCs w:val="20"/>
        </w:rPr>
        <w:t>nedir</w:t>
      </w:r>
      <w:proofErr w:type="spellEnd"/>
      <w:r w:rsidRPr="00F93DEC">
        <w:rPr>
          <w:szCs w:val="20"/>
        </w:rPr>
        <w:t xml:space="preserve"> 1 2 3!</w:t>
      </w:r>
    </w:p>
    <w:p w14:paraId="1BD07A8F" w14:textId="75377FE0" w:rsidR="00C66E72" w:rsidRPr="00F93DEC" w:rsidRDefault="00C66E72" w:rsidP="00C66E72">
      <w:pPr>
        <w:spacing w:after="60"/>
        <w:rPr>
          <w:szCs w:val="20"/>
        </w:rPr>
      </w:pPr>
      <w:hyperlink r:id="rId16">
        <w:r w:rsidRPr="00F93DEC">
          <w:rPr>
            <w:color w:val="0563C1"/>
            <w:szCs w:val="20"/>
            <w:u w:val="single"/>
          </w:rPr>
          <w:t xml:space="preserve">3 </w:t>
        </w:r>
        <w:proofErr w:type="spellStart"/>
        <w:r w:rsidRPr="00F93DEC">
          <w:rPr>
            <w:color w:val="0563C1"/>
            <w:szCs w:val="20"/>
            <w:u w:val="single"/>
          </w:rPr>
          <w:t>Rakamı</w:t>
        </w:r>
        <w:proofErr w:type="spellEnd"/>
        <w:r w:rsidRPr="00F93DEC">
          <w:rPr>
            <w:color w:val="0563C1"/>
            <w:szCs w:val="20"/>
            <w:u w:val="single"/>
          </w:rPr>
          <w:t xml:space="preserve"> </w:t>
        </w:r>
        <w:proofErr w:type="spellStart"/>
        <w:r w:rsidRPr="00F93DEC">
          <w:rPr>
            <w:color w:val="0563C1"/>
            <w:szCs w:val="20"/>
            <w:u w:val="single"/>
          </w:rPr>
          <w:t>Oyunu</w:t>
        </w:r>
        <w:proofErr w:type="spellEnd"/>
      </w:hyperlink>
      <w:r w:rsidRPr="00F93DEC">
        <w:rPr>
          <w:szCs w:val="20"/>
        </w:rPr>
        <w:t xml:space="preserve"> </w:t>
      </w:r>
      <w:proofErr w:type="spellStart"/>
      <w:r w:rsidRPr="00F93DEC">
        <w:rPr>
          <w:szCs w:val="20"/>
        </w:rPr>
        <w:t>oynanır</w:t>
      </w:r>
      <w:proofErr w:type="spellEnd"/>
      <w:r w:rsidRPr="00F93DEC">
        <w:rPr>
          <w:szCs w:val="20"/>
        </w:rPr>
        <w:t xml:space="preserve">. </w:t>
      </w:r>
      <w:proofErr w:type="spellStart"/>
      <w:r w:rsidRPr="00F93DEC">
        <w:rPr>
          <w:szCs w:val="20"/>
        </w:rPr>
        <w:t>Öğretmen</w:t>
      </w:r>
      <w:proofErr w:type="spellEnd"/>
      <w:r w:rsidRPr="00F93DEC">
        <w:rPr>
          <w:szCs w:val="20"/>
        </w:rPr>
        <w:t xml:space="preserve"> </w:t>
      </w:r>
      <w:proofErr w:type="spellStart"/>
      <w:r w:rsidRPr="00F93DEC">
        <w:rPr>
          <w:szCs w:val="20"/>
        </w:rPr>
        <w:t>tefle</w:t>
      </w:r>
      <w:proofErr w:type="spellEnd"/>
      <w:r w:rsidRPr="00F93DEC">
        <w:rPr>
          <w:szCs w:val="20"/>
        </w:rPr>
        <w:t xml:space="preserve"> </w:t>
      </w:r>
      <w:proofErr w:type="spellStart"/>
      <w:r w:rsidRPr="00F93DEC">
        <w:rPr>
          <w:szCs w:val="20"/>
        </w:rPr>
        <w:t>ritim</w:t>
      </w:r>
      <w:proofErr w:type="spellEnd"/>
      <w:r w:rsidRPr="00F93DEC">
        <w:rPr>
          <w:szCs w:val="20"/>
        </w:rPr>
        <w:t xml:space="preserve"> </w:t>
      </w:r>
      <w:proofErr w:type="spellStart"/>
      <w:r w:rsidRPr="00F93DEC">
        <w:rPr>
          <w:szCs w:val="20"/>
        </w:rPr>
        <w:t>tutup</w:t>
      </w:r>
      <w:proofErr w:type="spellEnd"/>
      <w:r w:rsidRPr="00F93DEC">
        <w:rPr>
          <w:szCs w:val="20"/>
        </w:rPr>
        <w:t xml:space="preserve"> </w:t>
      </w:r>
      <w:proofErr w:type="spellStart"/>
      <w:r w:rsidRPr="00F93DEC">
        <w:rPr>
          <w:szCs w:val="20"/>
        </w:rPr>
        <w:t>aşağıdaki</w:t>
      </w:r>
      <w:proofErr w:type="spellEnd"/>
      <w:r w:rsidRPr="00F93DEC">
        <w:rPr>
          <w:szCs w:val="20"/>
        </w:rPr>
        <w:t xml:space="preserve"> </w:t>
      </w:r>
      <w:proofErr w:type="spellStart"/>
      <w:r w:rsidRPr="00F93DEC">
        <w:rPr>
          <w:szCs w:val="20"/>
        </w:rPr>
        <w:t>sözleri</w:t>
      </w:r>
      <w:proofErr w:type="spellEnd"/>
      <w:r w:rsidRPr="00F93DEC">
        <w:rPr>
          <w:szCs w:val="20"/>
        </w:rPr>
        <w:t xml:space="preserve"> </w:t>
      </w:r>
      <w:proofErr w:type="spellStart"/>
      <w:r w:rsidRPr="00F93DEC">
        <w:rPr>
          <w:szCs w:val="20"/>
        </w:rPr>
        <w:t>söyler</w:t>
      </w:r>
      <w:proofErr w:type="spellEnd"/>
      <w:r w:rsidRPr="00F93DEC">
        <w:rPr>
          <w:szCs w:val="20"/>
        </w:rPr>
        <w:t xml:space="preserve">. </w:t>
      </w:r>
      <w:proofErr w:type="spellStart"/>
      <w:r w:rsidRPr="00F93DEC">
        <w:rPr>
          <w:szCs w:val="20"/>
        </w:rPr>
        <w:t>Adı</w:t>
      </w:r>
      <w:proofErr w:type="spellEnd"/>
      <w:r w:rsidRPr="00F93DEC">
        <w:rPr>
          <w:szCs w:val="20"/>
        </w:rPr>
        <w:t xml:space="preserve"> </w:t>
      </w:r>
      <w:proofErr w:type="spellStart"/>
      <w:r w:rsidRPr="00F93DEC">
        <w:rPr>
          <w:szCs w:val="20"/>
        </w:rPr>
        <w:t>söylenen</w:t>
      </w:r>
      <w:proofErr w:type="spellEnd"/>
      <w:r w:rsidRPr="00F93DEC">
        <w:rPr>
          <w:szCs w:val="20"/>
        </w:rPr>
        <w:t xml:space="preserve"> </w:t>
      </w:r>
      <w:proofErr w:type="spellStart"/>
      <w:r w:rsidRPr="00F93DEC">
        <w:rPr>
          <w:szCs w:val="20"/>
        </w:rPr>
        <w:t>çocuk</w:t>
      </w:r>
      <w:proofErr w:type="spellEnd"/>
      <w:r w:rsidRPr="00F93DEC">
        <w:rPr>
          <w:szCs w:val="20"/>
        </w:rPr>
        <w:t xml:space="preserve"> </w:t>
      </w:r>
      <w:proofErr w:type="spellStart"/>
      <w:r w:rsidRPr="00F93DEC">
        <w:rPr>
          <w:szCs w:val="20"/>
        </w:rPr>
        <w:t>sırasını</w:t>
      </w:r>
      <w:proofErr w:type="spellEnd"/>
      <w:r w:rsidRPr="00F93DEC">
        <w:rPr>
          <w:szCs w:val="20"/>
        </w:rPr>
        <w:t xml:space="preserve"> </w:t>
      </w:r>
      <w:proofErr w:type="spellStart"/>
      <w:r w:rsidRPr="00F93DEC">
        <w:rPr>
          <w:szCs w:val="20"/>
        </w:rPr>
        <w:t>izleyerek</w:t>
      </w:r>
      <w:proofErr w:type="spellEnd"/>
      <w:r w:rsidRPr="00F93DEC">
        <w:rPr>
          <w:szCs w:val="20"/>
        </w:rPr>
        <w:t xml:space="preserve"> </w:t>
      </w:r>
      <w:proofErr w:type="spellStart"/>
      <w:r w:rsidRPr="00F93DEC">
        <w:rPr>
          <w:szCs w:val="20"/>
        </w:rPr>
        <w:t>öğretmenin</w:t>
      </w:r>
      <w:proofErr w:type="spellEnd"/>
      <w:r w:rsidRPr="00F93DEC">
        <w:rPr>
          <w:szCs w:val="20"/>
        </w:rPr>
        <w:t xml:space="preserve"> </w:t>
      </w:r>
      <w:proofErr w:type="spellStart"/>
      <w:r w:rsidRPr="00F93DEC">
        <w:rPr>
          <w:szCs w:val="20"/>
        </w:rPr>
        <w:t>arkasına</w:t>
      </w:r>
      <w:proofErr w:type="spellEnd"/>
      <w:r w:rsidRPr="00F93DEC">
        <w:rPr>
          <w:szCs w:val="20"/>
        </w:rPr>
        <w:t xml:space="preserve"> </w:t>
      </w:r>
      <w:proofErr w:type="spellStart"/>
      <w:r w:rsidRPr="00F93DEC">
        <w:rPr>
          <w:szCs w:val="20"/>
        </w:rPr>
        <w:t>geçer</w:t>
      </w:r>
      <w:proofErr w:type="spellEnd"/>
      <w:r w:rsidRPr="00F93DEC">
        <w:rPr>
          <w:szCs w:val="20"/>
        </w:rPr>
        <w:t xml:space="preserve">. </w:t>
      </w:r>
      <w:proofErr w:type="spellStart"/>
      <w:r w:rsidRPr="00F93DEC">
        <w:rPr>
          <w:szCs w:val="20"/>
        </w:rPr>
        <w:t>Üç</w:t>
      </w:r>
      <w:proofErr w:type="spellEnd"/>
      <w:r w:rsidRPr="00F93DEC">
        <w:rPr>
          <w:szCs w:val="20"/>
        </w:rPr>
        <w:t xml:space="preserve"> </w:t>
      </w:r>
      <w:proofErr w:type="spellStart"/>
      <w:r w:rsidRPr="00F93DEC">
        <w:rPr>
          <w:szCs w:val="20"/>
        </w:rPr>
        <w:t>çocuk</w:t>
      </w:r>
      <w:proofErr w:type="spellEnd"/>
      <w:r w:rsidRPr="00F93DEC">
        <w:rPr>
          <w:szCs w:val="20"/>
        </w:rPr>
        <w:t xml:space="preserve"> </w:t>
      </w:r>
      <w:proofErr w:type="spellStart"/>
      <w:r w:rsidRPr="00F93DEC">
        <w:rPr>
          <w:szCs w:val="20"/>
        </w:rPr>
        <w:t>olduğunda</w:t>
      </w:r>
      <w:proofErr w:type="spellEnd"/>
      <w:r w:rsidRPr="00F93DEC">
        <w:rPr>
          <w:szCs w:val="20"/>
        </w:rPr>
        <w:t xml:space="preserve"> </w:t>
      </w:r>
      <w:proofErr w:type="spellStart"/>
      <w:r w:rsidRPr="00F93DEC">
        <w:rPr>
          <w:szCs w:val="20"/>
        </w:rPr>
        <w:t>grup</w:t>
      </w:r>
      <w:proofErr w:type="spellEnd"/>
      <w:r w:rsidRPr="00F93DEC">
        <w:rPr>
          <w:szCs w:val="20"/>
        </w:rPr>
        <w:t xml:space="preserve"> </w:t>
      </w:r>
      <w:proofErr w:type="spellStart"/>
      <w:r w:rsidRPr="00F93DEC">
        <w:rPr>
          <w:szCs w:val="20"/>
        </w:rPr>
        <w:t>durur</w:t>
      </w:r>
      <w:proofErr w:type="spellEnd"/>
      <w:r w:rsidRPr="00F93DEC">
        <w:rPr>
          <w:szCs w:val="20"/>
        </w:rPr>
        <w:t xml:space="preserve">; </w:t>
      </w:r>
      <w:proofErr w:type="spellStart"/>
      <w:r w:rsidRPr="00F93DEC">
        <w:rPr>
          <w:szCs w:val="20"/>
        </w:rPr>
        <w:t>çocuklar</w:t>
      </w:r>
      <w:proofErr w:type="spellEnd"/>
      <w:r w:rsidRPr="00F93DEC">
        <w:rPr>
          <w:szCs w:val="20"/>
        </w:rPr>
        <w:t xml:space="preserve"> </w:t>
      </w:r>
      <w:proofErr w:type="spellStart"/>
      <w:r w:rsidRPr="00F93DEC">
        <w:rPr>
          <w:szCs w:val="20"/>
        </w:rPr>
        <w:t>gruptaki</w:t>
      </w:r>
      <w:proofErr w:type="spellEnd"/>
      <w:r w:rsidRPr="00F93DEC">
        <w:rPr>
          <w:szCs w:val="20"/>
        </w:rPr>
        <w:t xml:space="preserve"> </w:t>
      </w:r>
      <w:proofErr w:type="spellStart"/>
      <w:r w:rsidRPr="00F93DEC">
        <w:rPr>
          <w:szCs w:val="20"/>
        </w:rPr>
        <w:t>arkadaşlarını</w:t>
      </w:r>
      <w:proofErr w:type="spellEnd"/>
      <w:r w:rsidRPr="00F93DEC">
        <w:rPr>
          <w:szCs w:val="20"/>
        </w:rPr>
        <w:t xml:space="preserve"> </w:t>
      </w:r>
      <w:proofErr w:type="spellStart"/>
      <w:r w:rsidRPr="00F93DEC">
        <w:rPr>
          <w:szCs w:val="20"/>
        </w:rPr>
        <w:t>sayarak</w:t>
      </w:r>
      <w:proofErr w:type="spellEnd"/>
      <w:r w:rsidRPr="00F93DEC">
        <w:rPr>
          <w:szCs w:val="20"/>
        </w:rPr>
        <w:t xml:space="preserve"> </w:t>
      </w:r>
      <w:proofErr w:type="spellStart"/>
      <w:r w:rsidRPr="00F93DEC">
        <w:rPr>
          <w:szCs w:val="20"/>
        </w:rPr>
        <w:t>üç</w:t>
      </w:r>
      <w:proofErr w:type="spellEnd"/>
      <w:r w:rsidRPr="00F93DEC">
        <w:rPr>
          <w:szCs w:val="20"/>
        </w:rPr>
        <w:t xml:space="preserve"> </w:t>
      </w:r>
      <w:proofErr w:type="spellStart"/>
      <w:r w:rsidRPr="00F93DEC">
        <w:rPr>
          <w:szCs w:val="20"/>
        </w:rPr>
        <w:t>kişiyi</w:t>
      </w:r>
      <w:proofErr w:type="spellEnd"/>
      <w:r w:rsidRPr="00F93DEC">
        <w:rPr>
          <w:szCs w:val="20"/>
        </w:rPr>
        <w:t xml:space="preserve"> </w:t>
      </w:r>
      <w:proofErr w:type="spellStart"/>
      <w:r w:rsidRPr="00F93DEC">
        <w:rPr>
          <w:szCs w:val="20"/>
        </w:rPr>
        <w:t>gösterir</w:t>
      </w:r>
      <w:proofErr w:type="spellEnd"/>
      <w:r w:rsidRPr="00F93DEC">
        <w:rPr>
          <w:szCs w:val="20"/>
        </w:rPr>
        <w:t xml:space="preserve">. Sonra yeni </w:t>
      </w:r>
      <w:proofErr w:type="spellStart"/>
      <w:r w:rsidRPr="00F93DEC">
        <w:rPr>
          <w:szCs w:val="20"/>
        </w:rPr>
        <w:t>bir</w:t>
      </w:r>
      <w:proofErr w:type="spellEnd"/>
      <w:r w:rsidRPr="00F93DEC">
        <w:rPr>
          <w:szCs w:val="20"/>
        </w:rPr>
        <w:t xml:space="preserve"> </w:t>
      </w:r>
      <w:proofErr w:type="spellStart"/>
      <w:r w:rsidRPr="00F93DEC">
        <w:rPr>
          <w:szCs w:val="20"/>
        </w:rPr>
        <w:t>grup</w:t>
      </w:r>
      <w:proofErr w:type="spellEnd"/>
      <w:r w:rsidRPr="00F93DEC">
        <w:rPr>
          <w:szCs w:val="20"/>
        </w:rPr>
        <w:t xml:space="preserve"> </w:t>
      </w:r>
      <w:proofErr w:type="spellStart"/>
      <w:r w:rsidRPr="00F93DEC">
        <w:rPr>
          <w:szCs w:val="20"/>
        </w:rPr>
        <w:t>oluşturulur</w:t>
      </w:r>
      <w:proofErr w:type="spellEnd"/>
      <w:r w:rsidRPr="00F93DEC">
        <w:rPr>
          <w:szCs w:val="20"/>
        </w:rPr>
        <w:t xml:space="preserve">. Son </w:t>
      </w:r>
      <w:proofErr w:type="spellStart"/>
      <w:r w:rsidRPr="00F93DEC">
        <w:rPr>
          <w:szCs w:val="20"/>
        </w:rPr>
        <w:t>grupta</w:t>
      </w:r>
      <w:proofErr w:type="spellEnd"/>
      <w:r w:rsidRPr="00F93DEC">
        <w:rPr>
          <w:szCs w:val="20"/>
        </w:rPr>
        <w:t xml:space="preserve"> </w:t>
      </w:r>
      <w:proofErr w:type="spellStart"/>
      <w:r w:rsidRPr="00F93DEC">
        <w:rPr>
          <w:szCs w:val="20"/>
        </w:rPr>
        <w:t>üçten</w:t>
      </w:r>
      <w:proofErr w:type="spellEnd"/>
      <w:r w:rsidRPr="00F93DEC">
        <w:rPr>
          <w:szCs w:val="20"/>
        </w:rPr>
        <w:t xml:space="preserve"> </w:t>
      </w:r>
      <w:proofErr w:type="spellStart"/>
      <w:r w:rsidRPr="00F93DEC">
        <w:rPr>
          <w:szCs w:val="20"/>
        </w:rPr>
        <w:t>az</w:t>
      </w:r>
      <w:proofErr w:type="spellEnd"/>
      <w:r w:rsidRPr="00F93DEC">
        <w:rPr>
          <w:szCs w:val="20"/>
        </w:rPr>
        <w:t xml:space="preserve"> </w:t>
      </w:r>
      <w:proofErr w:type="spellStart"/>
      <w:r w:rsidRPr="00F93DEC">
        <w:rPr>
          <w:szCs w:val="20"/>
        </w:rPr>
        <w:t>çocuk</w:t>
      </w:r>
      <w:proofErr w:type="spellEnd"/>
      <w:r w:rsidRPr="00F93DEC">
        <w:rPr>
          <w:szCs w:val="20"/>
        </w:rPr>
        <w:t xml:space="preserve"> </w:t>
      </w:r>
      <w:proofErr w:type="spellStart"/>
      <w:r w:rsidRPr="00F93DEC">
        <w:rPr>
          <w:szCs w:val="20"/>
        </w:rPr>
        <w:t>kalırsa</w:t>
      </w:r>
      <w:proofErr w:type="spellEnd"/>
      <w:r w:rsidRPr="00F93DEC">
        <w:rPr>
          <w:szCs w:val="20"/>
        </w:rPr>
        <w:t xml:space="preserve"> </w:t>
      </w:r>
      <w:proofErr w:type="spellStart"/>
      <w:r w:rsidRPr="00F93DEC">
        <w:rPr>
          <w:szCs w:val="20"/>
        </w:rPr>
        <w:t>gönüllüler</w:t>
      </w:r>
      <w:proofErr w:type="spellEnd"/>
      <w:r w:rsidRPr="00F93DEC">
        <w:rPr>
          <w:szCs w:val="20"/>
        </w:rPr>
        <w:t xml:space="preserve"> </w:t>
      </w:r>
      <w:proofErr w:type="spellStart"/>
      <w:r w:rsidRPr="00F93DEC">
        <w:rPr>
          <w:szCs w:val="20"/>
        </w:rPr>
        <w:t>yeniden</w:t>
      </w:r>
      <w:proofErr w:type="spellEnd"/>
      <w:r w:rsidRPr="00F93DEC">
        <w:rPr>
          <w:szCs w:val="20"/>
        </w:rPr>
        <w:t xml:space="preserve"> </w:t>
      </w:r>
      <w:proofErr w:type="spellStart"/>
      <w:r w:rsidRPr="00F93DEC">
        <w:rPr>
          <w:szCs w:val="20"/>
        </w:rPr>
        <w:t>katılarak</w:t>
      </w:r>
      <w:proofErr w:type="spellEnd"/>
      <w:r w:rsidRPr="00F93DEC">
        <w:rPr>
          <w:szCs w:val="20"/>
        </w:rPr>
        <w:t xml:space="preserve"> </w:t>
      </w:r>
      <w:proofErr w:type="spellStart"/>
      <w:r w:rsidRPr="00F93DEC">
        <w:rPr>
          <w:szCs w:val="20"/>
        </w:rPr>
        <w:t>üç</w:t>
      </w:r>
      <w:proofErr w:type="spellEnd"/>
      <w:r w:rsidRPr="00F93DEC">
        <w:rPr>
          <w:szCs w:val="20"/>
        </w:rPr>
        <w:t xml:space="preserve"> </w:t>
      </w:r>
      <w:proofErr w:type="spellStart"/>
      <w:r w:rsidRPr="00F93DEC">
        <w:rPr>
          <w:szCs w:val="20"/>
        </w:rPr>
        <w:t>kişiyi</w:t>
      </w:r>
      <w:proofErr w:type="spellEnd"/>
      <w:r w:rsidRPr="00F93DEC">
        <w:rPr>
          <w:szCs w:val="20"/>
        </w:rPr>
        <w:t xml:space="preserve"> </w:t>
      </w:r>
      <w:proofErr w:type="spellStart"/>
      <w:r w:rsidRPr="00F93DEC">
        <w:rPr>
          <w:szCs w:val="20"/>
        </w:rPr>
        <w:t>tamamlar</w:t>
      </w:r>
      <w:proofErr w:type="spellEnd"/>
      <w:r w:rsidRPr="00F93DEC">
        <w:rPr>
          <w:szCs w:val="20"/>
        </w:rPr>
        <w:t xml:space="preserve">. Her </w:t>
      </w:r>
      <w:proofErr w:type="spellStart"/>
      <w:r w:rsidRPr="00F93DEC">
        <w:rPr>
          <w:szCs w:val="20"/>
        </w:rPr>
        <w:t>çocuk</w:t>
      </w:r>
      <w:proofErr w:type="spellEnd"/>
      <w:r w:rsidRPr="00F93DEC">
        <w:rPr>
          <w:szCs w:val="20"/>
        </w:rPr>
        <w:t xml:space="preserve"> </w:t>
      </w:r>
      <w:proofErr w:type="spellStart"/>
      <w:r w:rsidRPr="00F93DEC">
        <w:rPr>
          <w:szCs w:val="20"/>
        </w:rPr>
        <w:t>oyuna</w:t>
      </w:r>
      <w:proofErr w:type="spellEnd"/>
      <w:r w:rsidRPr="00F93DEC">
        <w:rPr>
          <w:szCs w:val="20"/>
        </w:rPr>
        <w:t xml:space="preserve"> </w:t>
      </w:r>
      <w:proofErr w:type="spellStart"/>
      <w:r w:rsidRPr="00F93DEC">
        <w:rPr>
          <w:szCs w:val="20"/>
        </w:rPr>
        <w:t>katılır</w:t>
      </w:r>
      <w:proofErr w:type="spellEnd"/>
      <w:r w:rsidRPr="00F93DEC">
        <w:rPr>
          <w:szCs w:val="20"/>
        </w:rPr>
        <w:t xml:space="preserve">; </w:t>
      </w:r>
      <w:proofErr w:type="spellStart"/>
      <w:r w:rsidRPr="00F93DEC">
        <w:rPr>
          <w:szCs w:val="20"/>
        </w:rPr>
        <w:t>kimse</w:t>
      </w:r>
      <w:proofErr w:type="spellEnd"/>
      <w:r w:rsidRPr="00F93DEC">
        <w:rPr>
          <w:szCs w:val="20"/>
        </w:rPr>
        <w:t xml:space="preserve"> </w:t>
      </w:r>
      <w:proofErr w:type="spellStart"/>
      <w:r w:rsidRPr="00F93DEC">
        <w:rPr>
          <w:szCs w:val="20"/>
        </w:rPr>
        <w:t>kovalanmaz</w:t>
      </w:r>
      <w:proofErr w:type="spellEnd"/>
      <w:r w:rsidRPr="00F93DEC">
        <w:rPr>
          <w:szCs w:val="20"/>
        </w:rPr>
        <w:t>.</w:t>
      </w:r>
    </w:p>
    <w:p w14:paraId="27FA7DC4" w14:textId="6AEB4436" w:rsidR="00C66E72" w:rsidRPr="00F93DEC" w:rsidRDefault="00C66E72" w:rsidP="00C66E72">
      <w:pPr>
        <w:keepLines/>
        <w:spacing w:after="60"/>
        <w:rPr>
          <w:szCs w:val="20"/>
        </w:rPr>
      </w:pPr>
      <w:r w:rsidRPr="00F93DEC">
        <w:rPr>
          <w:color w:val="FF0000"/>
          <w:szCs w:val="20"/>
        </w:rPr>
        <w:t>3 OYUNU SÖZLERİ</w:t>
      </w:r>
      <w:r w:rsidRPr="00F93DEC">
        <w:rPr>
          <w:szCs w:val="20"/>
        </w:rPr>
        <w:br/>
      </w:r>
      <w:proofErr w:type="spellStart"/>
      <w:r w:rsidRPr="00F93DEC">
        <w:rPr>
          <w:szCs w:val="20"/>
        </w:rPr>
        <w:t>Benim</w:t>
      </w:r>
      <w:proofErr w:type="spellEnd"/>
      <w:r w:rsidRPr="00F93DEC">
        <w:rPr>
          <w:szCs w:val="20"/>
        </w:rPr>
        <w:t xml:space="preserve"> </w:t>
      </w:r>
      <w:proofErr w:type="spellStart"/>
      <w:r w:rsidRPr="00F93DEC">
        <w:rPr>
          <w:szCs w:val="20"/>
        </w:rPr>
        <w:t>adım</w:t>
      </w:r>
      <w:proofErr w:type="spellEnd"/>
      <w:r w:rsidRPr="00F93DEC">
        <w:rPr>
          <w:szCs w:val="20"/>
        </w:rPr>
        <w:t xml:space="preserve"> </w:t>
      </w:r>
      <w:proofErr w:type="spellStart"/>
      <w:r w:rsidRPr="00F93DEC">
        <w:rPr>
          <w:szCs w:val="20"/>
        </w:rPr>
        <w:t>üç</w:t>
      </w:r>
      <w:proofErr w:type="spellEnd"/>
      <w:r w:rsidRPr="00F93DEC">
        <w:rPr>
          <w:szCs w:val="20"/>
        </w:rPr>
        <w:br/>
      </w:r>
      <w:proofErr w:type="spellStart"/>
      <w:r w:rsidRPr="00F93DEC">
        <w:rPr>
          <w:szCs w:val="20"/>
        </w:rPr>
        <w:t>Yakalamak</w:t>
      </w:r>
      <w:proofErr w:type="spellEnd"/>
      <w:r w:rsidRPr="00F93DEC">
        <w:rPr>
          <w:szCs w:val="20"/>
        </w:rPr>
        <w:t xml:space="preserve"> </w:t>
      </w:r>
      <w:proofErr w:type="spellStart"/>
      <w:r w:rsidRPr="00F93DEC">
        <w:rPr>
          <w:szCs w:val="20"/>
        </w:rPr>
        <w:t>çok</w:t>
      </w:r>
      <w:proofErr w:type="spellEnd"/>
      <w:r w:rsidRPr="00F93DEC">
        <w:rPr>
          <w:szCs w:val="20"/>
        </w:rPr>
        <w:t xml:space="preserve"> </w:t>
      </w:r>
      <w:proofErr w:type="spellStart"/>
      <w:r w:rsidRPr="00F93DEC">
        <w:rPr>
          <w:szCs w:val="20"/>
        </w:rPr>
        <w:t>güç</w:t>
      </w:r>
      <w:proofErr w:type="spellEnd"/>
      <w:r w:rsidRPr="00F93DEC">
        <w:rPr>
          <w:szCs w:val="20"/>
        </w:rPr>
        <w:br/>
      </w:r>
      <w:proofErr w:type="spellStart"/>
      <w:r w:rsidRPr="00F93DEC">
        <w:rPr>
          <w:szCs w:val="20"/>
        </w:rPr>
        <w:t>İkiden</w:t>
      </w:r>
      <w:proofErr w:type="spellEnd"/>
      <w:r w:rsidRPr="00F93DEC">
        <w:rPr>
          <w:szCs w:val="20"/>
        </w:rPr>
        <w:t xml:space="preserve"> </w:t>
      </w:r>
      <w:proofErr w:type="spellStart"/>
      <w:r w:rsidRPr="00F93DEC">
        <w:rPr>
          <w:szCs w:val="20"/>
        </w:rPr>
        <w:t>sonra</w:t>
      </w:r>
      <w:proofErr w:type="spellEnd"/>
      <w:r w:rsidRPr="00F93DEC">
        <w:rPr>
          <w:szCs w:val="20"/>
        </w:rPr>
        <w:t xml:space="preserve"> </w:t>
      </w:r>
      <w:proofErr w:type="spellStart"/>
      <w:r w:rsidRPr="00F93DEC">
        <w:rPr>
          <w:szCs w:val="20"/>
        </w:rPr>
        <w:t>gelirim</w:t>
      </w:r>
      <w:proofErr w:type="spellEnd"/>
      <w:r w:rsidRPr="00F93DEC">
        <w:rPr>
          <w:szCs w:val="20"/>
        </w:rPr>
        <w:br/>
        <w:t xml:space="preserve">................ </w:t>
      </w:r>
      <w:proofErr w:type="spellStart"/>
      <w:r w:rsidRPr="00F93DEC">
        <w:rPr>
          <w:szCs w:val="20"/>
        </w:rPr>
        <w:t>severim</w:t>
      </w:r>
      <w:proofErr w:type="spellEnd"/>
    </w:p>
    <w:p w14:paraId="5EA4CB5E" w14:textId="1F33CF61" w:rsidR="00F93DEC" w:rsidRPr="00F93DEC" w:rsidRDefault="00F93DEC" w:rsidP="00C66E72">
      <w:pPr>
        <w:keepLines/>
        <w:spacing w:after="60"/>
        <w:rPr>
          <w:szCs w:val="20"/>
        </w:rPr>
      </w:pPr>
      <w:hyperlink r:id="rId17">
        <w:r w:rsidRPr="00F93DEC">
          <w:rPr>
            <w:color w:val="0563C1"/>
            <w:szCs w:val="20"/>
            <w:u w:val="single"/>
          </w:rPr>
          <w:t xml:space="preserve">Bal </w:t>
        </w:r>
        <w:proofErr w:type="spellStart"/>
        <w:r w:rsidRPr="00F93DEC">
          <w:rPr>
            <w:color w:val="0563C1"/>
            <w:szCs w:val="20"/>
            <w:u w:val="single"/>
          </w:rPr>
          <w:t>Petekleri</w:t>
        </w:r>
        <w:proofErr w:type="spellEnd"/>
        <w:r w:rsidRPr="00F93DEC">
          <w:rPr>
            <w:color w:val="0563C1"/>
            <w:szCs w:val="20"/>
            <w:u w:val="single"/>
          </w:rPr>
          <w:t xml:space="preserve"> </w:t>
        </w:r>
        <w:proofErr w:type="spellStart"/>
        <w:r w:rsidRPr="00F93DEC">
          <w:rPr>
            <w:color w:val="0563C1"/>
            <w:szCs w:val="20"/>
            <w:u w:val="single"/>
          </w:rPr>
          <w:t>Hikâyesi</w:t>
        </w:r>
        <w:proofErr w:type="spellEnd"/>
      </w:hyperlink>
    </w:p>
    <w:p w14:paraId="617E3C10" w14:textId="77777777" w:rsidR="00C66E72" w:rsidRPr="00F93DEC" w:rsidRDefault="00C66E72">
      <w:pPr>
        <w:keepNext/>
        <w:rPr>
          <w:szCs w:val="20"/>
        </w:rPr>
      </w:pPr>
    </w:p>
    <w:p w14:paraId="440E4D9F" w14:textId="77777777" w:rsidR="007B42EB" w:rsidRPr="00F93DEC" w:rsidRDefault="00F93DEC">
      <w:pPr>
        <w:keepNext/>
        <w:rPr>
          <w:color w:val="000000" w:themeColor="text1"/>
          <w:szCs w:val="20"/>
        </w:rPr>
      </w:pPr>
      <w:proofErr w:type="spellStart"/>
      <w:r w:rsidRPr="00F93DEC">
        <w:rPr>
          <w:b/>
          <w:color w:val="000000" w:themeColor="text1"/>
          <w:szCs w:val="20"/>
        </w:rPr>
        <w:t>Uygulama</w:t>
      </w:r>
      <w:proofErr w:type="spellEnd"/>
      <w:r w:rsidRPr="00F93DEC">
        <w:rPr>
          <w:b/>
          <w:color w:val="000000" w:themeColor="text1"/>
          <w:szCs w:val="20"/>
        </w:rPr>
        <w:t xml:space="preserve"> </w:t>
      </w:r>
      <w:proofErr w:type="spellStart"/>
      <w:r w:rsidRPr="00F93DEC">
        <w:rPr>
          <w:b/>
          <w:color w:val="000000" w:themeColor="text1"/>
          <w:szCs w:val="20"/>
        </w:rPr>
        <w:t>önerileri</w:t>
      </w:r>
      <w:proofErr w:type="spellEnd"/>
    </w:p>
    <w:p w14:paraId="73C496F0" w14:textId="77777777" w:rsidR="007B42EB" w:rsidRPr="00F93DEC" w:rsidRDefault="00F93DEC">
      <w:pPr>
        <w:rPr>
          <w:color w:val="000000" w:themeColor="text1"/>
          <w:szCs w:val="20"/>
        </w:rPr>
      </w:pPr>
      <w:r w:rsidRPr="00F93DEC">
        <w:rPr>
          <w:color w:val="000000" w:themeColor="text1"/>
          <w:szCs w:val="20"/>
        </w:rPr>
        <w:t>• Çocukların ilgisine göre ekran süresi kısa tutulabilir; nesnelerle oynama ve yeniden denemeye daha çok zaman ayrılabilir.</w:t>
      </w:r>
    </w:p>
    <w:p w14:paraId="57DF6EA5" w14:textId="77777777" w:rsidR="007B42EB" w:rsidRPr="00F93DEC" w:rsidRDefault="00F93DEC">
      <w:pPr>
        <w:rPr>
          <w:color w:val="000000" w:themeColor="text1"/>
          <w:szCs w:val="20"/>
        </w:rPr>
      </w:pPr>
      <w:r w:rsidRPr="00F93DEC">
        <w:rPr>
          <w:color w:val="000000" w:themeColor="text1"/>
          <w:szCs w:val="20"/>
        </w:rPr>
        <w:t xml:space="preserve">• Duyusal oyun masası gün içinde yeniden açılabilir. Hamuru sıkma, bastırma, kaşıkla aktarma </w:t>
      </w:r>
      <w:r w:rsidRPr="00F93DEC">
        <w:rPr>
          <w:color w:val="000000" w:themeColor="text1"/>
          <w:szCs w:val="20"/>
        </w:rPr>
        <w:t>ve kapları doldurup boşaltma oyunlarına devam edilebilir.</w:t>
      </w:r>
    </w:p>
    <w:p w14:paraId="31A49AB7" w14:textId="77777777" w:rsidR="007B42EB" w:rsidRPr="00F93DEC" w:rsidRDefault="00F93DEC">
      <w:pPr>
        <w:rPr>
          <w:color w:val="000000" w:themeColor="text1"/>
          <w:szCs w:val="20"/>
        </w:rPr>
      </w:pPr>
      <w:r w:rsidRPr="00F93DEC">
        <w:rPr>
          <w:color w:val="000000" w:themeColor="text1"/>
          <w:szCs w:val="20"/>
        </w:rPr>
        <w:t>• Deney, kullanılacak kâğıt havluyla önceden denenebilir. Su geçişinin süresi değişebileceği için bardaklar gün içinde yeniden gözlemlenebilir.</w:t>
      </w:r>
    </w:p>
    <w:p w14:paraId="12D0321B" w14:textId="40F69F16" w:rsidR="007B42EB" w:rsidRPr="00F93DEC" w:rsidRDefault="00F93DEC">
      <w:pPr>
        <w:rPr>
          <w:color w:val="000000" w:themeColor="text1"/>
          <w:szCs w:val="20"/>
        </w:rPr>
      </w:pPr>
      <w:r w:rsidRPr="00F93DEC">
        <w:rPr>
          <w:color w:val="000000" w:themeColor="text1"/>
          <w:szCs w:val="20"/>
        </w:rPr>
        <w:t>• Hareket oyununda beklemeyi azaltmak için mevcut mate</w:t>
      </w:r>
      <w:r w:rsidRPr="00F93DEC">
        <w:rPr>
          <w:color w:val="000000" w:themeColor="text1"/>
          <w:szCs w:val="20"/>
        </w:rPr>
        <w:t xml:space="preserve">ryallerle küçük gruplar sırayla çalışabilir. </w:t>
      </w:r>
    </w:p>
    <w:p w14:paraId="581EDE32" w14:textId="77777777" w:rsidR="007B42EB" w:rsidRPr="00F93DEC" w:rsidRDefault="00F93DEC">
      <w:pPr>
        <w:rPr>
          <w:color w:val="000000" w:themeColor="text1"/>
          <w:szCs w:val="20"/>
        </w:rPr>
      </w:pPr>
      <w:r w:rsidRPr="00F93DEC">
        <w:rPr>
          <w:color w:val="000000" w:themeColor="text1"/>
          <w:szCs w:val="20"/>
        </w:rPr>
        <w:t>• Çekirdek çalışması çocukların dikkat ve ince motor becerilerine göre kısaltılabilir; sayfanın tamamını bitirme zorunluluğu tutulmayabilir.</w:t>
      </w:r>
    </w:p>
    <w:p w14:paraId="7C6CB234" w14:textId="207664D9" w:rsidR="001B141D" w:rsidRPr="00F93DEC" w:rsidRDefault="001B141D">
      <w:pPr>
        <w:rPr>
          <w:szCs w:val="20"/>
        </w:rPr>
      </w:pPr>
    </w:p>
    <w:p w14:paraId="7907A8B4" w14:textId="35DFF35C" w:rsidR="00C66E72" w:rsidRPr="00F93DEC" w:rsidRDefault="00C66E72">
      <w:pPr>
        <w:rPr>
          <w:szCs w:val="20"/>
        </w:rPr>
      </w:pPr>
    </w:p>
    <w:p w14:paraId="6B87CE89" w14:textId="540B4DDD" w:rsidR="00C66E72" w:rsidRPr="00F93DEC" w:rsidRDefault="00C66E72">
      <w:pPr>
        <w:rPr>
          <w:szCs w:val="20"/>
        </w:rPr>
      </w:pPr>
    </w:p>
    <w:p w14:paraId="13C63BE3" w14:textId="77777777" w:rsidR="00C66E72" w:rsidRPr="00F93DEC" w:rsidRDefault="00C66E72" w:rsidP="00C66E72">
      <w:pPr>
        <w:ind w:left="-284"/>
        <w:rPr>
          <w:b/>
          <w:color w:val="ED7D31"/>
          <w:szCs w:val="20"/>
        </w:rPr>
      </w:pPr>
      <w:r w:rsidRPr="00F93DEC">
        <w:rPr>
          <w:rStyle w:val="Vurgu"/>
          <w:szCs w:val="20"/>
        </w:rPr>
        <w:t xml:space="preserve">Bu </w:t>
      </w:r>
      <w:proofErr w:type="spellStart"/>
      <w:r w:rsidRPr="00F93DEC">
        <w:rPr>
          <w:rStyle w:val="Vurgu"/>
          <w:szCs w:val="20"/>
        </w:rPr>
        <w:t>içerikte</w:t>
      </w:r>
      <w:proofErr w:type="spellEnd"/>
      <w:r w:rsidRPr="00F93DEC">
        <w:rPr>
          <w:rStyle w:val="Vurgu"/>
          <w:szCs w:val="20"/>
        </w:rPr>
        <w:t xml:space="preserve"> </w:t>
      </w:r>
      <w:proofErr w:type="spellStart"/>
      <w:r w:rsidRPr="00F93DEC">
        <w:rPr>
          <w:rStyle w:val="Vurgu"/>
          <w:szCs w:val="20"/>
        </w:rPr>
        <w:t>yer</w:t>
      </w:r>
      <w:proofErr w:type="spellEnd"/>
      <w:r w:rsidRPr="00F93DEC">
        <w:rPr>
          <w:rStyle w:val="Vurgu"/>
          <w:szCs w:val="20"/>
        </w:rPr>
        <w:t xml:space="preserve"> </w:t>
      </w:r>
      <w:proofErr w:type="spellStart"/>
      <w:r w:rsidRPr="00F93DEC">
        <w:rPr>
          <w:rStyle w:val="Vurgu"/>
          <w:szCs w:val="20"/>
        </w:rPr>
        <w:t>alan</w:t>
      </w:r>
      <w:proofErr w:type="spellEnd"/>
      <w:r w:rsidRPr="00F93DEC">
        <w:rPr>
          <w:rStyle w:val="Vurgu"/>
          <w:szCs w:val="20"/>
        </w:rPr>
        <w:t xml:space="preserve"> </w:t>
      </w:r>
      <w:proofErr w:type="spellStart"/>
      <w:r w:rsidRPr="00F93DEC">
        <w:rPr>
          <w:rStyle w:val="Vurgu"/>
          <w:szCs w:val="20"/>
        </w:rPr>
        <w:t>yazı</w:t>
      </w:r>
      <w:proofErr w:type="spellEnd"/>
      <w:r w:rsidRPr="00F93DEC">
        <w:rPr>
          <w:rStyle w:val="Vurgu"/>
          <w:szCs w:val="20"/>
        </w:rPr>
        <w:t xml:space="preserve">, </w:t>
      </w:r>
      <w:proofErr w:type="spellStart"/>
      <w:r w:rsidRPr="00F93DEC">
        <w:rPr>
          <w:rStyle w:val="Vurgu"/>
          <w:szCs w:val="20"/>
        </w:rPr>
        <w:t>fotoğraf</w:t>
      </w:r>
      <w:proofErr w:type="spellEnd"/>
      <w:r w:rsidRPr="00F93DEC">
        <w:rPr>
          <w:rStyle w:val="Vurgu"/>
          <w:szCs w:val="20"/>
        </w:rPr>
        <w:t xml:space="preserve"> </w:t>
      </w:r>
      <w:proofErr w:type="spellStart"/>
      <w:r w:rsidRPr="00F93DEC">
        <w:rPr>
          <w:rStyle w:val="Vurgu"/>
          <w:szCs w:val="20"/>
        </w:rPr>
        <w:t>ve</w:t>
      </w:r>
      <w:proofErr w:type="spellEnd"/>
      <w:r w:rsidRPr="00F93DEC">
        <w:rPr>
          <w:rStyle w:val="Vurgu"/>
          <w:szCs w:val="20"/>
        </w:rPr>
        <w:t xml:space="preserve"> </w:t>
      </w:r>
      <w:proofErr w:type="spellStart"/>
      <w:r w:rsidRPr="00F93DEC">
        <w:rPr>
          <w:rStyle w:val="Vurgu"/>
          <w:szCs w:val="20"/>
        </w:rPr>
        <w:t>sair</w:t>
      </w:r>
      <w:proofErr w:type="spellEnd"/>
      <w:r w:rsidRPr="00F93DEC">
        <w:rPr>
          <w:rStyle w:val="Vurgu"/>
          <w:szCs w:val="20"/>
        </w:rPr>
        <w:t xml:space="preserve"> </w:t>
      </w:r>
      <w:proofErr w:type="spellStart"/>
      <w:r w:rsidRPr="00F93DEC">
        <w:rPr>
          <w:rStyle w:val="Vurgu"/>
          <w:szCs w:val="20"/>
        </w:rPr>
        <w:t>içeriklerin</w:t>
      </w:r>
      <w:proofErr w:type="spellEnd"/>
      <w:r w:rsidRPr="00F93DEC">
        <w:rPr>
          <w:rStyle w:val="Vurgu"/>
          <w:szCs w:val="20"/>
        </w:rPr>
        <w:t xml:space="preserve">, </w:t>
      </w:r>
      <w:proofErr w:type="spellStart"/>
      <w:r w:rsidRPr="00F93DEC">
        <w:rPr>
          <w:rStyle w:val="Vurgu"/>
          <w:szCs w:val="20"/>
        </w:rPr>
        <w:t>bireysel</w:t>
      </w:r>
      <w:proofErr w:type="spellEnd"/>
      <w:r w:rsidRPr="00F93DEC">
        <w:rPr>
          <w:rStyle w:val="Vurgu"/>
          <w:szCs w:val="20"/>
        </w:rPr>
        <w:t xml:space="preserve"> </w:t>
      </w:r>
      <w:proofErr w:type="spellStart"/>
      <w:r w:rsidRPr="00F93DEC">
        <w:rPr>
          <w:rStyle w:val="Vurgu"/>
          <w:szCs w:val="20"/>
        </w:rPr>
        <w:t>kullanım</w:t>
      </w:r>
      <w:proofErr w:type="spellEnd"/>
      <w:r w:rsidRPr="00F93DEC">
        <w:rPr>
          <w:rStyle w:val="Vurgu"/>
          <w:szCs w:val="20"/>
        </w:rPr>
        <w:t xml:space="preserve"> </w:t>
      </w:r>
      <w:proofErr w:type="spellStart"/>
      <w:r w:rsidRPr="00F93DEC">
        <w:rPr>
          <w:rStyle w:val="Vurgu"/>
          <w:szCs w:val="20"/>
        </w:rPr>
        <w:t>dışında</w:t>
      </w:r>
      <w:proofErr w:type="spellEnd"/>
      <w:r w:rsidRPr="00F93DEC">
        <w:rPr>
          <w:rStyle w:val="Vurgu"/>
          <w:szCs w:val="20"/>
        </w:rPr>
        <w:t xml:space="preserve"> </w:t>
      </w:r>
      <w:proofErr w:type="spellStart"/>
      <w:r w:rsidRPr="00F93DEC">
        <w:rPr>
          <w:rStyle w:val="Vurgu"/>
          <w:szCs w:val="20"/>
        </w:rPr>
        <w:t>izin</w:t>
      </w:r>
      <w:proofErr w:type="spellEnd"/>
      <w:r w:rsidRPr="00F93DEC">
        <w:rPr>
          <w:rStyle w:val="Vurgu"/>
          <w:szCs w:val="20"/>
        </w:rPr>
        <w:t xml:space="preserve"> </w:t>
      </w:r>
      <w:proofErr w:type="spellStart"/>
      <w:r w:rsidRPr="00F93DEC">
        <w:rPr>
          <w:rStyle w:val="Vurgu"/>
          <w:szCs w:val="20"/>
        </w:rPr>
        <w:t>alınmadan</w:t>
      </w:r>
      <w:proofErr w:type="spellEnd"/>
      <w:r w:rsidRPr="00F93DEC">
        <w:rPr>
          <w:rStyle w:val="Vurgu"/>
          <w:szCs w:val="20"/>
        </w:rPr>
        <w:t xml:space="preserve"> </w:t>
      </w:r>
      <w:proofErr w:type="spellStart"/>
      <w:r w:rsidRPr="00F93DEC">
        <w:rPr>
          <w:rStyle w:val="Vurgu"/>
          <w:szCs w:val="20"/>
        </w:rPr>
        <w:t>kısmen</w:t>
      </w:r>
      <w:proofErr w:type="spellEnd"/>
      <w:r w:rsidRPr="00F93DEC">
        <w:rPr>
          <w:rStyle w:val="Vurgu"/>
          <w:szCs w:val="20"/>
        </w:rPr>
        <w:t xml:space="preserve"> </w:t>
      </w:r>
      <w:proofErr w:type="spellStart"/>
      <w:r w:rsidRPr="00F93DEC">
        <w:rPr>
          <w:rStyle w:val="Vurgu"/>
          <w:szCs w:val="20"/>
        </w:rPr>
        <w:t>ya</w:t>
      </w:r>
      <w:proofErr w:type="spellEnd"/>
      <w:r w:rsidRPr="00F93DEC">
        <w:rPr>
          <w:rStyle w:val="Vurgu"/>
          <w:szCs w:val="20"/>
        </w:rPr>
        <w:t xml:space="preserve"> da </w:t>
      </w:r>
      <w:proofErr w:type="spellStart"/>
      <w:r w:rsidRPr="00F93DEC">
        <w:rPr>
          <w:rStyle w:val="Vurgu"/>
          <w:szCs w:val="20"/>
        </w:rPr>
        <w:t>tamamen</w:t>
      </w:r>
      <w:proofErr w:type="spellEnd"/>
      <w:r w:rsidRPr="00F93DEC">
        <w:rPr>
          <w:rStyle w:val="Vurgu"/>
          <w:szCs w:val="20"/>
        </w:rPr>
        <w:t xml:space="preserve"> </w:t>
      </w:r>
      <w:proofErr w:type="spellStart"/>
      <w:r w:rsidRPr="00F93DEC">
        <w:rPr>
          <w:rStyle w:val="Vurgu"/>
          <w:szCs w:val="20"/>
        </w:rPr>
        <w:t>kopyalanması</w:t>
      </w:r>
      <w:proofErr w:type="spellEnd"/>
      <w:r w:rsidRPr="00F93DEC">
        <w:rPr>
          <w:rStyle w:val="Vurgu"/>
          <w:szCs w:val="20"/>
        </w:rPr>
        <w:t xml:space="preserve">, </w:t>
      </w:r>
      <w:proofErr w:type="spellStart"/>
      <w:r w:rsidRPr="00F93DEC">
        <w:rPr>
          <w:rStyle w:val="Vurgu"/>
          <w:szCs w:val="20"/>
        </w:rPr>
        <w:t>çoğaltılması</w:t>
      </w:r>
      <w:proofErr w:type="spellEnd"/>
      <w:r w:rsidRPr="00F93DEC">
        <w:rPr>
          <w:rStyle w:val="Vurgu"/>
          <w:szCs w:val="20"/>
        </w:rPr>
        <w:t xml:space="preserve">, </w:t>
      </w:r>
      <w:proofErr w:type="spellStart"/>
      <w:r w:rsidRPr="00F93DEC">
        <w:rPr>
          <w:rStyle w:val="Vurgu"/>
          <w:szCs w:val="20"/>
        </w:rPr>
        <w:t>kullanılması</w:t>
      </w:r>
      <w:proofErr w:type="spellEnd"/>
      <w:r w:rsidRPr="00F93DEC">
        <w:rPr>
          <w:rStyle w:val="Vurgu"/>
          <w:szCs w:val="20"/>
        </w:rPr>
        <w:t xml:space="preserve">, </w:t>
      </w:r>
      <w:proofErr w:type="spellStart"/>
      <w:r w:rsidRPr="00F93DEC">
        <w:rPr>
          <w:rStyle w:val="Vurgu"/>
          <w:szCs w:val="20"/>
        </w:rPr>
        <w:t>yayınlanması</w:t>
      </w:r>
      <w:proofErr w:type="spellEnd"/>
      <w:r w:rsidRPr="00F93DEC">
        <w:rPr>
          <w:rStyle w:val="Vurgu"/>
          <w:szCs w:val="20"/>
        </w:rPr>
        <w:t xml:space="preserve"> </w:t>
      </w:r>
      <w:proofErr w:type="spellStart"/>
      <w:r w:rsidRPr="00F93DEC">
        <w:rPr>
          <w:rStyle w:val="Vurgu"/>
          <w:szCs w:val="20"/>
        </w:rPr>
        <w:t>ve</w:t>
      </w:r>
      <w:proofErr w:type="spellEnd"/>
      <w:r w:rsidRPr="00F93DEC">
        <w:rPr>
          <w:rStyle w:val="Vurgu"/>
          <w:szCs w:val="20"/>
        </w:rPr>
        <w:t xml:space="preserve"> </w:t>
      </w:r>
      <w:proofErr w:type="spellStart"/>
      <w:r w:rsidRPr="00F93DEC">
        <w:rPr>
          <w:rStyle w:val="Vurgu"/>
          <w:szCs w:val="20"/>
        </w:rPr>
        <w:t>dağıtılması</w:t>
      </w:r>
      <w:proofErr w:type="spellEnd"/>
      <w:r w:rsidRPr="00F93DEC">
        <w:rPr>
          <w:rStyle w:val="Vurgu"/>
          <w:szCs w:val="20"/>
        </w:rPr>
        <w:t xml:space="preserve"> </w:t>
      </w:r>
      <w:proofErr w:type="spellStart"/>
      <w:r w:rsidRPr="00F93DEC">
        <w:rPr>
          <w:rStyle w:val="Vurgu"/>
          <w:szCs w:val="20"/>
        </w:rPr>
        <w:t>yasaktır</w:t>
      </w:r>
      <w:proofErr w:type="spellEnd"/>
      <w:r w:rsidRPr="00F93DEC">
        <w:rPr>
          <w:rStyle w:val="Vurgu"/>
          <w:szCs w:val="20"/>
        </w:rPr>
        <w:t xml:space="preserve">. </w:t>
      </w:r>
      <w:proofErr w:type="spellStart"/>
      <w:r w:rsidRPr="00F93DEC">
        <w:rPr>
          <w:rStyle w:val="Vurgu"/>
          <w:szCs w:val="20"/>
        </w:rPr>
        <w:t>İçeriğin</w:t>
      </w:r>
      <w:proofErr w:type="spellEnd"/>
      <w:r w:rsidRPr="00F93DEC">
        <w:rPr>
          <w:rStyle w:val="Vurgu"/>
          <w:szCs w:val="20"/>
        </w:rPr>
        <w:t xml:space="preserve"> </w:t>
      </w:r>
      <w:proofErr w:type="spellStart"/>
      <w:r w:rsidRPr="00F93DEC">
        <w:rPr>
          <w:rStyle w:val="Vurgu"/>
          <w:szCs w:val="20"/>
        </w:rPr>
        <w:t>tüm</w:t>
      </w:r>
      <w:proofErr w:type="spellEnd"/>
      <w:r w:rsidRPr="00F93DEC">
        <w:rPr>
          <w:rStyle w:val="Vurgu"/>
          <w:szCs w:val="20"/>
        </w:rPr>
        <w:t xml:space="preserve"> </w:t>
      </w:r>
      <w:proofErr w:type="spellStart"/>
      <w:r w:rsidRPr="00F93DEC">
        <w:rPr>
          <w:rStyle w:val="Vurgu"/>
          <w:szCs w:val="20"/>
        </w:rPr>
        <w:t>hakları</w:t>
      </w:r>
      <w:proofErr w:type="spellEnd"/>
      <w:r w:rsidRPr="00F93DEC">
        <w:rPr>
          <w:rStyle w:val="Vurgu"/>
          <w:szCs w:val="20"/>
        </w:rPr>
        <w:t xml:space="preserve"> </w:t>
      </w:r>
      <w:proofErr w:type="spellStart"/>
      <w:r w:rsidRPr="00F93DEC">
        <w:rPr>
          <w:rStyle w:val="Vurgu"/>
          <w:szCs w:val="20"/>
        </w:rPr>
        <w:t>saklıdır</w:t>
      </w:r>
      <w:proofErr w:type="spellEnd"/>
      <w:r w:rsidRPr="00F93DEC">
        <w:rPr>
          <w:rStyle w:val="Vurgu"/>
          <w:szCs w:val="20"/>
        </w:rPr>
        <w:t>.</w:t>
      </w:r>
      <w:r w:rsidRPr="00F93DEC">
        <w:rPr>
          <w:szCs w:val="20"/>
        </w:rPr>
        <w:t xml:space="preserve"> </w:t>
      </w:r>
      <w:r w:rsidRPr="00F93DEC">
        <w:rPr>
          <w:noProof/>
          <w:szCs w:val="20"/>
        </w:rPr>
        <w:drawing>
          <wp:inline distT="0" distB="0" distL="0" distR="0" wp14:anchorId="36F43DDF" wp14:editId="52F655A6">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p w14:paraId="50B6E6EF" w14:textId="77777777" w:rsidR="00C66E72" w:rsidRPr="00F93DEC" w:rsidRDefault="00C66E72">
      <w:pPr>
        <w:rPr>
          <w:szCs w:val="20"/>
        </w:rPr>
      </w:pPr>
    </w:p>
    <w:sectPr w:rsidR="00C66E72" w:rsidRPr="00F93DEC" w:rsidSect="00034616">
      <w:pgSz w:w="11906" w:h="16838"/>
      <w:pgMar w:top="426" w:right="566" w:bottom="284"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18EB"/>
    <w:rsid w:val="000C603F"/>
    <w:rsid w:val="0015074B"/>
    <w:rsid w:val="001B141D"/>
    <w:rsid w:val="0029639D"/>
    <w:rsid w:val="00326F90"/>
    <w:rsid w:val="006F713E"/>
    <w:rsid w:val="007B42EB"/>
    <w:rsid w:val="00AA1D8D"/>
    <w:rsid w:val="00B47730"/>
    <w:rsid w:val="00C66E72"/>
    <w:rsid w:val="00CB0664"/>
    <w:rsid w:val="00F93DE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157405"/>
  <w14:defaultImageDpi w14:val="330"/>
  <w15:docId w15:val="{4D454D8A-946C-4F10-A084-4DDFE361B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 w:line="240" w:lineRule="auto"/>
    </w:pPr>
    <w:rPr>
      <w:rFonts w:ascii="Comic Sans MS" w:hAnsi="Comic Sans MS"/>
      <w:color w:val="000000"/>
      <w:sz w:val="20"/>
    </w:rPr>
  </w:style>
  <w:style w:type="paragraph" w:styleId="Balk1">
    <w:name w:val="heading 1"/>
    <w:basedOn w:val="Normal"/>
    <w:next w:val="Normal"/>
    <w:link w:val="Balk1Char"/>
    <w:uiPriority w:val="9"/>
    <w:qFormat/>
    <w:rsid w:val="00FC693F"/>
    <w:pPr>
      <w:keepNext/>
      <w:keepLines/>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FC693F"/>
    <w:pPr>
      <w:keepNext/>
      <w:keepLines/>
      <w:outlineLvl w:val="1"/>
    </w:pPr>
    <w:rPr>
      <w:rFonts w:asciiTheme="majorHAnsi" w:eastAsiaTheme="majorEastAsia" w:hAnsiTheme="majorHAnsi" w:cstheme="majorBidi"/>
      <w:b/>
      <w:bCs/>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contextualSpacing/>
    </w:pPr>
    <w:rPr>
      <w:rFonts w:asciiTheme="majorHAnsi" w:eastAsiaTheme="majorEastAsia" w:hAnsiTheme="majorHAnsi" w:cstheme="majorBidi"/>
      <w:b/>
      <w:spacing w:val="5"/>
      <w:kern w:val="28"/>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66E72"/>
    <w:pPr>
      <w:spacing w:before="100" w:beforeAutospacing="1" w:after="100" w:afterAutospacing="1"/>
    </w:pPr>
    <w:rPr>
      <w:rFonts w:ascii="Times New Roman" w:eastAsia="Times New Roman" w:hAnsi="Times New Roman" w:cs="Times New Roman"/>
      <w:color w:val="auto"/>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04303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ucun-ruzgar-bahcesi-hikayesi/" TargetMode="External"/><Relationship Id="rId13" Type="http://schemas.openxmlformats.org/officeDocument/2006/relationships/hyperlink" Target="https://www.anneninokulu.com/dolu-bardaktaki-suyu-bos-bardaga-aktarma-deneyi/" TargetMode="External"/><Relationship Id="rId1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www.anneninokulu.com/topla-topla-yerine-koy-sarkisi/" TargetMode="External"/><Relationship Id="rId12" Type="http://schemas.openxmlformats.org/officeDocument/2006/relationships/hyperlink" Target="https://www.anneninokulu.com/kare-bos-dolu/" TargetMode="External"/><Relationship Id="rId17" Type="http://schemas.openxmlformats.org/officeDocument/2006/relationships/hyperlink" Target="https://www.anneninokulu.com/bal-petekleri-hikayesi-izin-istemenin-onemi-ozur-dileme-affetme/" TargetMode="External"/><Relationship Id="rId2" Type="http://schemas.openxmlformats.org/officeDocument/2006/relationships/numbering" Target="numbering.xml"/><Relationship Id="rId16" Type="http://schemas.openxmlformats.org/officeDocument/2006/relationships/hyperlink" Target="https://www.anneninokulu.com/3-rakami-oyun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anneninokulu.com/the-smurfs-dance-party-go-go-go-get-it-sabah-sporu/" TargetMode="External"/><Relationship Id="rId11" Type="http://schemas.openxmlformats.org/officeDocument/2006/relationships/hyperlink" Target="https://www.anneninokulu.com/bos-dolu-egitici-video/" TargetMode="External"/><Relationship Id="rId5" Type="http://schemas.openxmlformats.org/officeDocument/2006/relationships/webSettings" Target="webSettings.xml"/><Relationship Id="rId15" Type="http://schemas.openxmlformats.org/officeDocument/2006/relationships/hyperlink" Target="https://www.anneninokulu.com/3-rakami-sarkisi/" TargetMode="External"/><Relationship Id="rId10" Type="http://schemas.openxmlformats.org/officeDocument/2006/relationships/hyperlink" Target="https://www.anneninokulu.com/3-rakami-ile-ilgili-flash-kartlari-ve-slayt-gosteris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nneninokulu.com/3-rakamini-ogreniyorum-egitici-film/" TargetMode="External"/><Relationship Id="rId14" Type="http://schemas.openxmlformats.org/officeDocument/2006/relationships/hyperlink" Target="https://www.anneninokulu.com/3-rakami-sarki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2482</Words>
  <Characters>14148</Characters>
  <Application>Microsoft Office Word</Application>
  <DocSecurity>0</DocSecurity>
  <Lines>117</Lines>
  <Paragraphs>33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16597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Mustafa Aygün</cp:lastModifiedBy>
  <cp:revision>2</cp:revision>
  <cp:lastPrinted>2026-10-13T21:48:00Z</cp:lastPrinted>
  <dcterms:created xsi:type="dcterms:W3CDTF">2026-10-13T21:49:00Z</dcterms:created>
  <dcterms:modified xsi:type="dcterms:W3CDTF">2026-10-13T21:49:00Z</dcterms:modified>
  <cp:category/>
</cp:coreProperties>
</file>