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0A94A" w14:textId="77777777" w:rsidR="005B312F" w:rsidRPr="00C970A6" w:rsidRDefault="00BB0597">
      <w:pPr>
        <w:pStyle w:val="KonuBal"/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>GÜNLÜK PLAN</w:t>
      </w:r>
    </w:p>
    <w:p w14:paraId="71EE5FAB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Okul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Adı</w:t>
      </w:r>
      <w:proofErr w:type="spellEnd"/>
      <w:r w:rsidRPr="00C970A6">
        <w:rPr>
          <w:rFonts w:ascii="Comic Sans MS" w:hAnsi="Comic Sans MS"/>
          <w:sz w:val="20"/>
          <w:szCs w:val="20"/>
        </w:rPr>
        <w:t>:</w:t>
      </w:r>
    </w:p>
    <w:p w14:paraId="60D9105D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Yaş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Grubu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(Ay): 36–48 Ay (3 </w:t>
      </w:r>
      <w:proofErr w:type="spellStart"/>
      <w:r w:rsidRPr="00C970A6">
        <w:rPr>
          <w:rFonts w:ascii="Comic Sans MS" w:hAnsi="Comic Sans MS"/>
          <w:sz w:val="20"/>
          <w:szCs w:val="20"/>
        </w:rPr>
        <w:t>Yaş</w:t>
      </w:r>
      <w:proofErr w:type="spellEnd"/>
      <w:r w:rsidRPr="00C970A6">
        <w:rPr>
          <w:rFonts w:ascii="Comic Sans MS" w:hAnsi="Comic Sans MS"/>
          <w:sz w:val="20"/>
          <w:szCs w:val="20"/>
        </w:rPr>
        <w:t>)</w:t>
      </w:r>
    </w:p>
    <w:p w14:paraId="0255B9B3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Öğretmenin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Adı</w:t>
      </w:r>
      <w:proofErr w:type="spellEnd"/>
      <w:r w:rsidRPr="00C970A6">
        <w:rPr>
          <w:rFonts w:ascii="Comic Sans MS" w:hAnsi="Comic Sans MS"/>
          <w:sz w:val="20"/>
          <w:szCs w:val="20"/>
        </w:rPr>
        <w:t>:</w:t>
      </w:r>
    </w:p>
    <w:p w14:paraId="2DC1A972" w14:textId="0138C9BB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>Tarih: 1</w:t>
      </w:r>
      <w:r w:rsidR="00C970A6">
        <w:rPr>
          <w:rFonts w:ascii="Comic Sans MS" w:hAnsi="Comic Sans MS"/>
          <w:sz w:val="20"/>
          <w:szCs w:val="20"/>
        </w:rPr>
        <w:t>7</w:t>
      </w:r>
      <w:r w:rsidRPr="00C970A6">
        <w:rPr>
          <w:rFonts w:ascii="Comic Sans MS" w:hAnsi="Comic Sans MS"/>
          <w:sz w:val="20"/>
          <w:szCs w:val="20"/>
        </w:rPr>
        <w:t>.09.2026</w:t>
      </w:r>
    </w:p>
    <w:p w14:paraId="798E54B4" w14:textId="77777777" w:rsidR="005B312F" w:rsidRPr="00C970A6" w:rsidRDefault="00BB0597">
      <w:pPr>
        <w:pStyle w:val="Balk1"/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>ALAN BECERİLERİ, ÖĞRENME ÇIKTILARI VE SÜREÇ BİLEŞENLERİ</w:t>
      </w:r>
    </w:p>
    <w:p w14:paraId="64546983" w14:textId="77777777" w:rsidR="005B312F" w:rsidRPr="00C970A6" w:rsidRDefault="00BB0597">
      <w:pPr>
        <w:pStyle w:val="Balk2"/>
        <w:rPr>
          <w:rFonts w:ascii="Comic Sans MS" w:hAnsi="Comic Sans MS"/>
          <w:color w:val="000000" w:themeColor="text1"/>
          <w:sz w:val="20"/>
          <w:szCs w:val="20"/>
        </w:rPr>
      </w:pPr>
      <w:r w:rsidRPr="00C970A6">
        <w:rPr>
          <w:rFonts w:ascii="Comic Sans MS" w:hAnsi="Comic Sans MS"/>
          <w:color w:val="000000" w:themeColor="text1"/>
          <w:sz w:val="20"/>
          <w:szCs w:val="20"/>
        </w:rPr>
        <w:t>TÜRKÇE ALANI</w:t>
      </w:r>
    </w:p>
    <w:p w14:paraId="1560A4A1" w14:textId="77777777" w:rsidR="005B312F" w:rsidRPr="00C970A6" w:rsidRDefault="00BB0597">
      <w:pPr>
        <w:pStyle w:val="Balk2"/>
        <w:rPr>
          <w:rFonts w:ascii="Comic Sans MS" w:hAnsi="Comic Sans MS"/>
          <w:color w:val="000000" w:themeColor="text1"/>
          <w:sz w:val="20"/>
          <w:szCs w:val="20"/>
        </w:rPr>
      </w:pPr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TADB.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Dinleme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/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İzleme</w:t>
      </w:r>
      <w:proofErr w:type="spellEnd"/>
    </w:p>
    <w:p w14:paraId="37986664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TADB.1.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Dinleyecekleri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/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izleyecekleri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şiir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hikâye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tekerleme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, video,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tiyatro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animasyon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gibi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materyalleri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yönetebilme</w:t>
      </w:r>
      <w:proofErr w:type="spellEnd"/>
    </w:p>
    <w:p w14:paraId="6C9CE31E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TADB.1.b. </w:t>
      </w:r>
      <w:proofErr w:type="spellStart"/>
      <w:r w:rsidRPr="00C970A6">
        <w:rPr>
          <w:rFonts w:ascii="Comic Sans MS" w:hAnsi="Comic Sans MS"/>
          <w:sz w:val="20"/>
          <w:szCs w:val="20"/>
        </w:rPr>
        <w:t>Seçilen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materyalleri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kısa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süreli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dinler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/ </w:t>
      </w:r>
      <w:proofErr w:type="spellStart"/>
      <w:r w:rsidRPr="00C970A6">
        <w:rPr>
          <w:rFonts w:ascii="Comic Sans MS" w:hAnsi="Comic Sans MS"/>
          <w:sz w:val="20"/>
          <w:szCs w:val="20"/>
        </w:rPr>
        <w:t>izler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59C1D91A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TADB.2.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Dinledikleri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/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izledikleri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şiir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hikâye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tekerleme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, video,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tiyatro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animasyon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gibi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materyallerle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ilgili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yeni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anlamlar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oluşturabilme</w:t>
      </w:r>
      <w:proofErr w:type="spellEnd"/>
    </w:p>
    <w:p w14:paraId="7CB2A72A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TADB.2.a. </w:t>
      </w:r>
      <w:proofErr w:type="spellStart"/>
      <w:r w:rsidRPr="00C970A6">
        <w:rPr>
          <w:rFonts w:ascii="Comic Sans MS" w:hAnsi="Comic Sans MS"/>
          <w:sz w:val="20"/>
          <w:szCs w:val="20"/>
        </w:rPr>
        <w:t>Yetişkin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rehberliğinde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dinledikleri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/ </w:t>
      </w:r>
      <w:proofErr w:type="spellStart"/>
      <w:r w:rsidRPr="00C970A6">
        <w:rPr>
          <w:rFonts w:ascii="Comic Sans MS" w:hAnsi="Comic Sans MS"/>
          <w:sz w:val="20"/>
          <w:szCs w:val="20"/>
        </w:rPr>
        <w:t>izledikleri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materyallerde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alan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bilgiler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günlük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yaşamı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arasında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ilişki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kurar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6CC3E599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TADB.2.b. </w:t>
      </w:r>
      <w:proofErr w:type="spellStart"/>
      <w:r w:rsidRPr="00C970A6">
        <w:rPr>
          <w:rFonts w:ascii="Comic Sans MS" w:hAnsi="Comic Sans MS"/>
          <w:sz w:val="20"/>
          <w:szCs w:val="20"/>
        </w:rPr>
        <w:t>Görsellerden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yararlanarak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dinleyeceği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/ </w:t>
      </w:r>
      <w:proofErr w:type="spellStart"/>
      <w:r w:rsidRPr="00C970A6">
        <w:rPr>
          <w:rFonts w:ascii="Comic Sans MS" w:hAnsi="Comic Sans MS"/>
          <w:sz w:val="20"/>
          <w:szCs w:val="20"/>
        </w:rPr>
        <w:t>izleyeceği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hakkında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basit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tahminlerde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bulunur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324C1BCA" w14:textId="77777777" w:rsidR="005B312F" w:rsidRPr="00C970A6" w:rsidRDefault="00BB0597">
      <w:pPr>
        <w:pStyle w:val="Balk2"/>
        <w:rPr>
          <w:rFonts w:ascii="Comic Sans MS" w:hAnsi="Comic Sans MS"/>
          <w:color w:val="000000" w:themeColor="text1"/>
          <w:sz w:val="20"/>
          <w:szCs w:val="20"/>
        </w:rPr>
      </w:pPr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TAKB.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Konuşma</w:t>
      </w:r>
      <w:proofErr w:type="spellEnd"/>
    </w:p>
    <w:p w14:paraId="2CD2DBF1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TAKB.1.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Konuşma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sürecini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yönetebilme</w:t>
      </w:r>
      <w:proofErr w:type="spellEnd"/>
    </w:p>
    <w:p w14:paraId="304C71F0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TAKB.1.b. </w:t>
      </w:r>
      <w:proofErr w:type="spellStart"/>
      <w:r w:rsidRPr="00C970A6">
        <w:rPr>
          <w:rFonts w:ascii="Comic Sans MS" w:hAnsi="Comic Sans MS"/>
          <w:sz w:val="20"/>
          <w:szCs w:val="20"/>
        </w:rPr>
        <w:t>Yetişkin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rehberliğinde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uygun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zamanı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bekleyerek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konu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hakkında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konuşur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7FBBBF4D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TAKB.3.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Konuşma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sürecinde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Türkçeyi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doğru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kullanabilme</w:t>
      </w:r>
      <w:proofErr w:type="spellEnd"/>
    </w:p>
    <w:p w14:paraId="60A6F93D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TAKB.3.ç. </w:t>
      </w:r>
      <w:proofErr w:type="spellStart"/>
      <w:r w:rsidRPr="00C970A6">
        <w:rPr>
          <w:rFonts w:ascii="Comic Sans MS" w:hAnsi="Comic Sans MS"/>
          <w:sz w:val="20"/>
          <w:szCs w:val="20"/>
        </w:rPr>
        <w:t>Söylemek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istediklerini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kısa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cümlelerle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ifade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eder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00B47434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TAKB.3.e. </w:t>
      </w:r>
      <w:proofErr w:type="spellStart"/>
      <w:r w:rsidRPr="00C970A6">
        <w:rPr>
          <w:rFonts w:ascii="Comic Sans MS" w:hAnsi="Comic Sans MS"/>
          <w:sz w:val="20"/>
          <w:szCs w:val="20"/>
        </w:rPr>
        <w:t>Konuşmasında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beden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dilini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kullanır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25DA969B" w14:textId="77777777" w:rsidR="005B312F" w:rsidRPr="00C970A6" w:rsidRDefault="00BB0597">
      <w:pPr>
        <w:pStyle w:val="Balk2"/>
        <w:rPr>
          <w:rFonts w:ascii="Comic Sans MS" w:hAnsi="Comic Sans MS"/>
          <w:color w:val="000000" w:themeColor="text1"/>
          <w:sz w:val="20"/>
          <w:szCs w:val="20"/>
        </w:rPr>
      </w:pPr>
      <w:r w:rsidRPr="00C970A6">
        <w:rPr>
          <w:rFonts w:ascii="Comic Sans MS" w:hAnsi="Comic Sans MS"/>
          <w:color w:val="000000" w:themeColor="text1"/>
          <w:sz w:val="20"/>
          <w:szCs w:val="20"/>
        </w:rPr>
        <w:t>HAREKET VE SAĞLIK ALANI</w:t>
      </w:r>
    </w:p>
    <w:p w14:paraId="4DD07620" w14:textId="77777777" w:rsidR="005B312F" w:rsidRPr="00C970A6" w:rsidRDefault="00BB0597">
      <w:pPr>
        <w:pStyle w:val="Balk2"/>
        <w:rPr>
          <w:rFonts w:ascii="Comic Sans MS" w:hAnsi="Comic Sans MS"/>
          <w:color w:val="000000" w:themeColor="text1"/>
          <w:sz w:val="20"/>
          <w:szCs w:val="20"/>
        </w:rPr>
      </w:pPr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HSAB1.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Aktif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Yaşam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İçin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Motor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Beceriler</w:t>
      </w:r>
      <w:proofErr w:type="spellEnd"/>
    </w:p>
    <w:p w14:paraId="51508958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HSAB.1.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Farklı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çevre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fiziksel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etkinliklerde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temel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hareket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becerilerini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sergileyebilme</w:t>
      </w:r>
      <w:proofErr w:type="spellEnd"/>
    </w:p>
    <w:p w14:paraId="19B1E3B7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HSAB.1.a. Basit </w:t>
      </w:r>
      <w:proofErr w:type="spellStart"/>
      <w:r w:rsidRPr="00C970A6">
        <w:rPr>
          <w:rFonts w:ascii="Comic Sans MS" w:hAnsi="Comic Sans MS"/>
          <w:sz w:val="20"/>
          <w:szCs w:val="20"/>
        </w:rPr>
        <w:t>yönergeler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doğrultusunda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değiştirme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hareketleri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yapar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5879A8CA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HSAB.5.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Kişisel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genel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alanın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farkında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olarak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hareket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edebilme</w:t>
      </w:r>
      <w:proofErr w:type="spellEnd"/>
    </w:p>
    <w:p w14:paraId="01006638" w14:textId="3BEE9819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HSAB.5.b. </w:t>
      </w:r>
      <w:proofErr w:type="spellStart"/>
      <w:r w:rsidRPr="00C970A6">
        <w:rPr>
          <w:rFonts w:ascii="Comic Sans MS" w:hAnsi="Comic Sans MS"/>
          <w:sz w:val="20"/>
          <w:szCs w:val="20"/>
        </w:rPr>
        <w:t>Başkalarına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çarpmadan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hareket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eder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075E26A6" w14:textId="77777777" w:rsidR="005B312F" w:rsidRPr="00C970A6" w:rsidRDefault="00BB0597">
      <w:pPr>
        <w:pStyle w:val="Balk2"/>
        <w:rPr>
          <w:rFonts w:ascii="Comic Sans MS" w:hAnsi="Comic Sans MS"/>
          <w:color w:val="000000" w:themeColor="text1"/>
          <w:sz w:val="20"/>
          <w:szCs w:val="20"/>
        </w:rPr>
      </w:pPr>
      <w:r w:rsidRPr="00C970A6">
        <w:rPr>
          <w:rFonts w:ascii="Comic Sans MS" w:hAnsi="Comic Sans MS"/>
          <w:color w:val="000000" w:themeColor="text1"/>
          <w:sz w:val="20"/>
          <w:szCs w:val="20"/>
        </w:rPr>
        <w:t>MÜZİK ALANI</w:t>
      </w:r>
    </w:p>
    <w:p w14:paraId="41FD598A" w14:textId="77777777" w:rsidR="005B312F" w:rsidRPr="00C970A6" w:rsidRDefault="00BB0597">
      <w:pPr>
        <w:pStyle w:val="Balk2"/>
        <w:rPr>
          <w:rFonts w:ascii="Comic Sans MS" w:hAnsi="Comic Sans MS"/>
          <w:color w:val="000000" w:themeColor="text1"/>
          <w:sz w:val="20"/>
          <w:szCs w:val="20"/>
        </w:rPr>
      </w:pPr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MHB4.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Müziksel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Hareket</w:t>
      </w:r>
      <w:proofErr w:type="spellEnd"/>
    </w:p>
    <w:p w14:paraId="2F60E10F" w14:textId="77777777" w:rsidR="005B312F" w:rsidRPr="00C970A6" w:rsidRDefault="00BB0597">
      <w:pPr>
        <w:rPr>
          <w:rFonts w:ascii="Comic Sans MS" w:hAnsi="Comic Sans MS"/>
          <w:b/>
          <w:bCs/>
          <w:color w:val="000000" w:themeColor="text1"/>
          <w:sz w:val="20"/>
          <w:szCs w:val="20"/>
        </w:rPr>
      </w:pPr>
      <w:r w:rsidRPr="00C970A6">
        <w:rPr>
          <w:rFonts w:ascii="Comic Sans MS" w:hAnsi="Comic Sans MS"/>
          <w:b/>
          <w:bCs/>
          <w:color w:val="000000" w:themeColor="text1"/>
          <w:sz w:val="20"/>
          <w:szCs w:val="20"/>
        </w:rPr>
        <w:t xml:space="preserve">MHB.2. </w:t>
      </w:r>
      <w:proofErr w:type="spellStart"/>
      <w:r w:rsidRPr="00C970A6">
        <w:rPr>
          <w:rFonts w:ascii="Comic Sans MS" w:hAnsi="Comic Sans MS"/>
          <w:b/>
          <w:bCs/>
          <w:color w:val="000000" w:themeColor="text1"/>
          <w:sz w:val="20"/>
          <w:szCs w:val="20"/>
        </w:rPr>
        <w:t>Müzik</w:t>
      </w:r>
      <w:proofErr w:type="spellEnd"/>
      <w:r w:rsidRPr="00C970A6">
        <w:rPr>
          <w:rFonts w:ascii="Comic Sans MS" w:hAnsi="Comic Sans MS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color w:val="000000" w:themeColor="text1"/>
          <w:sz w:val="20"/>
          <w:szCs w:val="20"/>
        </w:rPr>
        <w:t>eserleriyle</w:t>
      </w:r>
      <w:proofErr w:type="spellEnd"/>
      <w:r w:rsidRPr="00C970A6">
        <w:rPr>
          <w:rFonts w:ascii="Comic Sans MS" w:hAnsi="Comic Sans MS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color w:val="000000" w:themeColor="text1"/>
          <w:sz w:val="20"/>
          <w:szCs w:val="20"/>
        </w:rPr>
        <w:t>hareket</w:t>
      </w:r>
      <w:proofErr w:type="spellEnd"/>
      <w:r w:rsidRPr="00C970A6">
        <w:rPr>
          <w:rFonts w:ascii="Comic Sans MS" w:hAnsi="Comic Sans MS"/>
          <w:b/>
          <w:bCs/>
          <w:color w:val="000000" w:themeColor="text1"/>
          <w:sz w:val="20"/>
          <w:szCs w:val="20"/>
        </w:rPr>
        <w:t xml:space="preserve"> / dans </w:t>
      </w:r>
      <w:proofErr w:type="spellStart"/>
      <w:r w:rsidRPr="00C970A6">
        <w:rPr>
          <w:rFonts w:ascii="Comic Sans MS" w:hAnsi="Comic Sans MS"/>
          <w:b/>
          <w:bCs/>
          <w:color w:val="000000" w:themeColor="text1"/>
          <w:sz w:val="20"/>
          <w:szCs w:val="20"/>
        </w:rPr>
        <w:t>edebilme</w:t>
      </w:r>
      <w:proofErr w:type="spellEnd"/>
    </w:p>
    <w:p w14:paraId="32A6B70B" w14:textId="77777777" w:rsidR="005B312F" w:rsidRPr="00C970A6" w:rsidRDefault="00BB0597">
      <w:pPr>
        <w:rPr>
          <w:rFonts w:ascii="Comic Sans MS" w:hAnsi="Comic Sans MS"/>
          <w:color w:val="000000" w:themeColor="text1"/>
          <w:sz w:val="20"/>
          <w:szCs w:val="20"/>
        </w:rPr>
      </w:pPr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MHB.2.a.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Müzik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eşliğinde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grupla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birlikte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hareket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/ dans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eder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>.</w:t>
      </w:r>
    </w:p>
    <w:p w14:paraId="40C8FC7C" w14:textId="77777777" w:rsidR="005B312F" w:rsidRPr="00C970A6" w:rsidRDefault="00BB0597">
      <w:pPr>
        <w:pStyle w:val="Balk2"/>
        <w:rPr>
          <w:rFonts w:ascii="Comic Sans MS" w:hAnsi="Comic Sans MS"/>
          <w:color w:val="000000" w:themeColor="text1"/>
          <w:sz w:val="20"/>
          <w:szCs w:val="20"/>
        </w:rPr>
      </w:pPr>
      <w:r w:rsidRPr="00C970A6">
        <w:rPr>
          <w:rFonts w:ascii="Comic Sans MS" w:hAnsi="Comic Sans MS"/>
          <w:color w:val="000000" w:themeColor="text1"/>
          <w:sz w:val="20"/>
          <w:szCs w:val="20"/>
        </w:rPr>
        <w:t>SANAT ALANI</w:t>
      </w:r>
    </w:p>
    <w:p w14:paraId="798AF291" w14:textId="77777777" w:rsidR="005B312F" w:rsidRPr="00C970A6" w:rsidRDefault="00BB0597">
      <w:pPr>
        <w:pStyle w:val="Balk2"/>
        <w:rPr>
          <w:rFonts w:ascii="Comic Sans MS" w:hAnsi="Comic Sans MS"/>
          <w:color w:val="000000" w:themeColor="text1"/>
          <w:sz w:val="20"/>
          <w:szCs w:val="20"/>
        </w:rPr>
      </w:pPr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SNAB4.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Sanatsal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Uygulama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Yapma</w:t>
      </w:r>
      <w:proofErr w:type="spellEnd"/>
    </w:p>
    <w:p w14:paraId="6288967D" w14:textId="77777777" w:rsidR="005B312F" w:rsidRPr="00C970A6" w:rsidRDefault="00BB0597">
      <w:pPr>
        <w:rPr>
          <w:rFonts w:ascii="Comic Sans MS" w:hAnsi="Comic Sans MS"/>
          <w:b/>
          <w:bCs/>
          <w:color w:val="000000" w:themeColor="text1"/>
          <w:sz w:val="20"/>
          <w:szCs w:val="20"/>
        </w:rPr>
      </w:pPr>
      <w:r w:rsidRPr="00C970A6">
        <w:rPr>
          <w:rFonts w:ascii="Comic Sans MS" w:hAnsi="Comic Sans MS"/>
          <w:b/>
          <w:bCs/>
          <w:color w:val="000000" w:themeColor="text1"/>
          <w:sz w:val="20"/>
          <w:szCs w:val="20"/>
        </w:rPr>
        <w:t xml:space="preserve">SNAB.4. Sanat </w:t>
      </w:r>
      <w:proofErr w:type="spellStart"/>
      <w:r w:rsidRPr="00C970A6">
        <w:rPr>
          <w:rFonts w:ascii="Comic Sans MS" w:hAnsi="Comic Sans MS"/>
          <w:b/>
          <w:bCs/>
          <w:color w:val="000000" w:themeColor="text1"/>
          <w:sz w:val="20"/>
          <w:szCs w:val="20"/>
        </w:rPr>
        <w:t>etkinliği</w:t>
      </w:r>
      <w:proofErr w:type="spellEnd"/>
      <w:r w:rsidRPr="00C970A6">
        <w:rPr>
          <w:rFonts w:ascii="Comic Sans MS" w:hAnsi="Comic Sans MS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color w:val="000000" w:themeColor="text1"/>
          <w:sz w:val="20"/>
          <w:szCs w:val="20"/>
        </w:rPr>
        <w:t>uygulayabilme</w:t>
      </w:r>
      <w:proofErr w:type="spellEnd"/>
    </w:p>
    <w:p w14:paraId="2D023651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SNAB.4.b. Sanat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etkinliği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için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gerekli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 w:themeColor="text1"/>
          <w:sz w:val="20"/>
          <w:szCs w:val="20"/>
        </w:rPr>
        <w:t>materyalleri</w:t>
      </w:r>
      <w:proofErr w:type="spellEnd"/>
      <w:r w:rsidRPr="00C970A6">
        <w:rPr>
          <w:rFonts w:ascii="Comic Sans MS" w:hAnsi="Comic Sans MS"/>
          <w:color w:val="000000" w:themeColor="text1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seçer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48EA9366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SNAB.4.c. Sanat </w:t>
      </w:r>
      <w:proofErr w:type="spellStart"/>
      <w:r w:rsidRPr="00C970A6">
        <w:rPr>
          <w:rFonts w:ascii="Comic Sans MS" w:hAnsi="Comic Sans MS"/>
          <w:sz w:val="20"/>
          <w:szCs w:val="20"/>
        </w:rPr>
        <w:t>etkinliklerine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aktif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olarak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katılır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6A257EF4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SNAB.4.ç. Sanat </w:t>
      </w:r>
      <w:proofErr w:type="spellStart"/>
      <w:r w:rsidRPr="00C970A6">
        <w:rPr>
          <w:rFonts w:ascii="Comic Sans MS" w:hAnsi="Comic Sans MS"/>
          <w:sz w:val="20"/>
          <w:szCs w:val="20"/>
        </w:rPr>
        <w:t>etkinliklerinde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özgün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ürünler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oluşturur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3B843ABF" w14:textId="77777777" w:rsidR="005B312F" w:rsidRPr="00C970A6" w:rsidRDefault="00BB0597">
      <w:pPr>
        <w:pStyle w:val="Balk1"/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lastRenderedPageBreak/>
        <w:t>EĞİLİMLER</w:t>
      </w:r>
    </w:p>
    <w:p w14:paraId="5ACE7EA3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E1.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Benlik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Eğilimleri</w:t>
      </w:r>
      <w:proofErr w:type="spellEnd"/>
    </w:p>
    <w:p w14:paraId="3EDD1778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>E1.1. Merak</w:t>
      </w:r>
    </w:p>
    <w:p w14:paraId="42DA31C8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E1.2. </w:t>
      </w:r>
      <w:proofErr w:type="spellStart"/>
      <w:r w:rsidRPr="00C970A6">
        <w:rPr>
          <w:rFonts w:ascii="Comic Sans MS" w:hAnsi="Comic Sans MS"/>
          <w:sz w:val="20"/>
          <w:szCs w:val="20"/>
        </w:rPr>
        <w:t>Bağımsızlık</w:t>
      </w:r>
      <w:proofErr w:type="spellEnd"/>
    </w:p>
    <w:p w14:paraId="47B4A1AB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E2.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Sosyal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Eğilimler</w:t>
      </w:r>
      <w:proofErr w:type="spellEnd"/>
    </w:p>
    <w:p w14:paraId="77AAF90E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>E2.4. Güven</w:t>
      </w:r>
    </w:p>
    <w:p w14:paraId="7521896A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E2.5.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Oyunseverlik</w:t>
      </w:r>
      <w:proofErr w:type="spellEnd"/>
    </w:p>
    <w:p w14:paraId="22A1A71D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E3.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Entelektüel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Eğilimler</w:t>
      </w:r>
      <w:proofErr w:type="spellEnd"/>
    </w:p>
    <w:p w14:paraId="2E94C3E6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E3.3. </w:t>
      </w:r>
      <w:proofErr w:type="spellStart"/>
      <w:r w:rsidRPr="00C970A6">
        <w:rPr>
          <w:rFonts w:ascii="Comic Sans MS" w:hAnsi="Comic Sans MS"/>
          <w:sz w:val="20"/>
          <w:szCs w:val="20"/>
        </w:rPr>
        <w:t>Yaratıcılık</w:t>
      </w:r>
      <w:proofErr w:type="spellEnd"/>
    </w:p>
    <w:p w14:paraId="1C2C2985" w14:textId="77777777" w:rsidR="005B312F" w:rsidRPr="00C970A6" w:rsidRDefault="00BB0597">
      <w:pPr>
        <w:pStyle w:val="Balk1"/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>PROGRAMLAR ARASI BİLEŞENLER</w:t>
      </w:r>
    </w:p>
    <w:p w14:paraId="65419A6C" w14:textId="77777777" w:rsidR="005B312F" w:rsidRPr="00C970A6" w:rsidRDefault="00BB0597">
      <w:pPr>
        <w:pStyle w:val="Balk2"/>
        <w:rPr>
          <w:rFonts w:ascii="Comic Sans MS" w:hAnsi="Comic Sans MS"/>
          <w:color w:val="002060"/>
          <w:sz w:val="20"/>
          <w:szCs w:val="20"/>
        </w:rPr>
      </w:pPr>
      <w:r w:rsidRPr="00C970A6">
        <w:rPr>
          <w:rFonts w:ascii="Comic Sans MS" w:hAnsi="Comic Sans MS"/>
          <w:color w:val="002060"/>
          <w:sz w:val="20"/>
          <w:szCs w:val="20"/>
        </w:rPr>
        <w:t>SOSYAL DUYGUSAL ÖĞRENME BECERİLERİ</w:t>
      </w:r>
    </w:p>
    <w:p w14:paraId="20CE0989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SDB1.1.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Kendini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Tanıma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(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Öz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Farkındalık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)</w:t>
      </w:r>
    </w:p>
    <w:p w14:paraId="378B721B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SDB1.2.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Kendini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Düzenleme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(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Öz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Düzenleme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)</w:t>
      </w:r>
    </w:p>
    <w:p w14:paraId="71B33CC3" w14:textId="015A5DA5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SDB2.1.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İletişim</w:t>
      </w:r>
      <w:proofErr w:type="spellEnd"/>
    </w:p>
    <w:p w14:paraId="042EEDAB" w14:textId="77777777" w:rsidR="005B312F" w:rsidRPr="00C970A6" w:rsidRDefault="00BB0597">
      <w:pPr>
        <w:pStyle w:val="Balk2"/>
        <w:rPr>
          <w:rFonts w:ascii="Comic Sans MS" w:hAnsi="Comic Sans MS"/>
          <w:color w:val="002060"/>
          <w:sz w:val="20"/>
          <w:szCs w:val="20"/>
        </w:rPr>
      </w:pPr>
      <w:r w:rsidRPr="00C970A6">
        <w:rPr>
          <w:rFonts w:ascii="Comic Sans MS" w:hAnsi="Comic Sans MS"/>
          <w:color w:val="002060"/>
          <w:sz w:val="20"/>
          <w:szCs w:val="20"/>
        </w:rPr>
        <w:t>DEĞERLER</w:t>
      </w:r>
    </w:p>
    <w:p w14:paraId="17607118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>D3. ÇALIŞKANLIK</w:t>
      </w:r>
    </w:p>
    <w:p w14:paraId="69DF737E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D3.1. </w:t>
      </w:r>
      <w:proofErr w:type="spellStart"/>
      <w:r w:rsidRPr="00C970A6">
        <w:rPr>
          <w:rFonts w:ascii="Comic Sans MS" w:hAnsi="Comic Sans MS"/>
          <w:sz w:val="20"/>
          <w:szCs w:val="20"/>
        </w:rPr>
        <w:t>Azimli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olmak</w:t>
      </w:r>
      <w:proofErr w:type="spellEnd"/>
    </w:p>
    <w:p w14:paraId="13E4AEC2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>D14. SAYGI</w:t>
      </w:r>
    </w:p>
    <w:p w14:paraId="471100BF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D14.1. </w:t>
      </w:r>
      <w:proofErr w:type="spellStart"/>
      <w:r w:rsidRPr="00C970A6">
        <w:rPr>
          <w:rFonts w:ascii="Comic Sans MS" w:hAnsi="Comic Sans MS"/>
          <w:sz w:val="20"/>
          <w:szCs w:val="20"/>
        </w:rPr>
        <w:t>Nezaketli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olmak</w:t>
      </w:r>
      <w:proofErr w:type="spellEnd"/>
    </w:p>
    <w:p w14:paraId="7CD3FC73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>D16. SORUMLULUK</w:t>
      </w:r>
    </w:p>
    <w:p w14:paraId="6B88D46A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D16.1. </w:t>
      </w:r>
      <w:proofErr w:type="spellStart"/>
      <w:r w:rsidRPr="00C970A6">
        <w:rPr>
          <w:rFonts w:ascii="Comic Sans MS" w:hAnsi="Comic Sans MS"/>
          <w:sz w:val="20"/>
          <w:szCs w:val="20"/>
        </w:rPr>
        <w:t>Kendine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karşı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görevlerini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yerine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getirmek</w:t>
      </w:r>
      <w:proofErr w:type="spellEnd"/>
    </w:p>
    <w:p w14:paraId="5CCE69BE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>D18. TEMİZLİK</w:t>
      </w:r>
    </w:p>
    <w:p w14:paraId="75BB86FF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D18.1. </w:t>
      </w:r>
      <w:proofErr w:type="spellStart"/>
      <w:r w:rsidRPr="00C970A6">
        <w:rPr>
          <w:rFonts w:ascii="Comic Sans MS" w:hAnsi="Comic Sans MS"/>
          <w:sz w:val="20"/>
          <w:szCs w:val="20"/>
        </w:rPr>
        <w:t>Kişisel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temizlik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bakımına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önem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vermek</w:t>
      </w:r>
      <w:proofErr w:type="spellEnd"/>
    </w:p>
    <w:p w14:paraId="6FF6604E" w14:textId="77777777" w:rsidR="005B312F" w:rsidRPr="00C970A6" w:rsidRDefault="00BB0597">
      <w:pPr>
        <w:pStyle w:val="Balk2"/>
        <w:rPr>
          <w:rFonts w:ascii="Comic Sans MS" w:hAnsi="Comic Sans MS"/>
          <w:color w:val="002060"/>
          <w:sz w:val="20"/>
          <w:szCs w:val="20"/>
        </w:rPr>
      </w:pPr>
      <w:r w:rsidRPr="00C970A6">
        <w:rPr>
          <w:rFonts w:ascii="Comic Sans MS" w:hAnsi="Comic Sans MS"/>
          <w:color w:val="002060"/>
          <w:sz w:val="20"/>
          <w:szCs w:val="20"/>
        </w:rPr>
        <w:t>OKURYAZARLIK BECERİLERİ</w:t>
      </w:r>
    </w:p>
    <w:p w14:paraId="59D983E0" w14:textId="77777777" w:rsidR="005B312F" w:rsidRPr="00C970A6" w:rsidRDefault="00BB0597">
      <w:pPr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OB4.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Görsel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Okuryazarlık</w:t>
      </w:r>
      <w:proofErr w:type="spellEnd"/>
    </w:p>
    <w:p w14:paraId="5942BFCF" w14:textId="77777777" w:rsidR="005B312F" w:rsidRPr="00C970A6" w:rsidRDefault="00BB0597">
      <w:pPr>
        <w:pStyle w:val="Balk2"/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Kavramlar</w:t>
      </w:r>
      <w:proofErr w:type="spellEnd"/>
    </w:p>
    <w:p w14:paraId="5B77A050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color w:val="002060"/>
          <w:sz w:val="20"/>
          <w:szCs w:val="20"/>
        </w:rPr>
        <w:t xml:space="preserve">Duygu: </w:t>
      </w:r>
      <w:r w:rsidRPr="00C970A6">
        <w:rPr>
          <w:rFonts w:ascii="Comic Sans MS" w:hAnsi="Comic Sans MS"/>
          <w:sz w:val="20"/>
          <w:szCs w:val="20"/>
        </w:rPr>
        <w:t xml:space="preserve">Mutlu, </w:t>
      </w:r>
      <w:proofErr w:type="spellStart"/>
      <w:r w:rsidRPr="00C970A6">
        <w:rPr>
          <w:rFonts w:ascii="Comic Sans MS" w:hAnsi="Comic Sans MS"/>
          <w:sz w:val="20"/>
          <w:szCs w:val="20"/>
        </w:rPr>
        <w:t>üzgün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korkmuş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heyecanlı</w:t>
      </w:r>
      <w:proofErr w:type="spellEnd"/>
    </w:p>
    <w:p w14:paraId="174DF182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color w:val="1EB0A8"/>
          <w:sz w:val="20"/>
          <w:szCs w:val="20"/>
        </w:rPr>
        <w:t>Sözcükler</w:t>
      </w:r>
      <w:proofErr w:type="spellEnd"/>
      <w:r w:rsidRPr="00C970A6">
        <w:rPr>
          <w:rFonts w:ascii="Comic Sans MS" w:hAnsi="Comic Sans MS"/>
          <w:color w:val="1EB0A8"/>
          <w:sz w:val="20"/>
          <w:szCs w:val="20"/>
        </w:rPr>
        <w:t>:</w:t>
      </w:r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İhtiyaç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denemek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güvenli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fermuar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yuva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2436D6E7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color w:val="1EB0A8"/>
          <w:sz w:val="20"/>
          <w:szCs w:val="20"/>
        </w:rPr>
        <w:t>Materyaller</w:t>
      </w:r>
      <w:proofErr w:type="spellEnd"/>
      <w:r w:rsidRPr="00C970A6">
        <w:rPr>
          <w:rFonts w:ascii="Comic Sans MS" w:hAnsi="Comic Sans MS"/>
          <w:color w:val="1EB0A8"/>
          <w:sz w:val="20"/>
          <w:szCs w:val="20"/>
        </w:rPr>
        <w:t>:</w:t>
      </w:r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Tavşan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kuklası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pelüşü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duygu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kartları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su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şişesi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oyuncak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kutu, “</w:t>
      </w:r>
      <w:proofErr w:type="spellStart"/>
      <w:r w:rsidRPr="00C970A6">
        <w:rPr>
          <w:rFonts w:ascii="Comic Sans MS" w:hAnsi="Comic Sans MS"/>
          <w:sz w:val="20"/>
          <w:szCs w:val="20"/>
        </w:rPr>
        <w:t>Önce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Denerim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”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“Yardım </w:t>
      </w:r>
      <w:proofErr w:type="spellStart"/>
      <w:r w:rsidRPr="00C970A6">
        <w:rPr>
          <w:rFonts w:ascii="Comic Sans MS" w:hAnsi="Comic Sans MS"/>
          <w:sz w:val="20"/>
          <w:szCs w:val="20"/>
        </w:rPr>
        <w:t>İsterim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” </w:t>
      </w:r>
      <w:proofErr w:type="spellStart"/>
      <w:r w:rsidRPr="00C970A6">
        <w:rPr>
          <w:rFonts w:ascii="Comic Sans MS" w:hAnsi="Comic Sans MS"/>
          <w:sz w:val="20"/>
          <w:szCs w:val="20"/>
        </w:rPr>
        <w:t>resimli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kartları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günlük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yaşam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durum </w:t>
      </w:r>
      <w:proofErr w:type="spellStart"/>
      <w:r w:rsidRPr="00C970A6">
        <w:rPr>
          <w:rFonts w:ascii="Comic Sans MS" w:hAnsi="Comic Sans MS"/>
          <w:sz w:val="20"/>
          <w:szCs w:val="20"/>
        </w:rPr>
        <w:t>kartları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“Minik </w:t>
      </w:r>
      <w:proofErr w:type="spellStart"/>
      <w:r w:rsidRPr="00C970A6">
        <w:rPr>
          <w:rFonts w:ascii="Comic Sans MS" w:hAnsi="Comic Sans MS"/>
          <w:sz w:val="20"/>
          <w:szCs w:val="20"/>
        </w:rPr>
        <w:t>Tavşan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Yardım </w:t>
      </w:r>
      <w:proofErr w:type="spellStart"/>
      <w:r w:rsidRPr="00C970A6">
        <w:rPr>
          <w:rFonts w:ascii="Comic Sans MS" w:hAnsi="Comic Sans MS"/>
          <w:sz w:val="20"/>
          <w:szCs w:val="20"/>
        </w:rPr>
        <w:t>İstiyor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” </w:t>
      </w:r>
      <w:proofErr w:type="spellStart"/>
      <w:r w:rsidRPr="00C970A6">
        <w:rPr>
          <w:rFonts w:ascii="Comic Sans MS" w:hAnsi="Comic Sans MS"/>
          <w:sz w:val="20"/>
          <w:szCs w:val="20"/>
        </w:rPr>
        <w:t>hikâyesi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büyük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tavşan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görselli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çalışma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kâğıtları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boş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resim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kâğıtları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kalın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pastel </w:t>
      </w:r>
      <w:proofErr w:type="spellStart"/>
      <w:r w:rsidRPr="00C970A6">
        <w:rPr>
          <w:rFonts w:ascii="Comic Sans MS" w:hAnsi="Comic Sans MS"/>
          <w:sz w:val="20"/>
          <w:szCs w:val="20"/>
        </w:rPr>
        <w:t>boyalar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müzik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çalar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kaymayan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çemberler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zemine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sabitlenmiş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bant </w:t>
      </w:r>
      <w:proofErr w:type="spellStart"/>
      <w:r w:rsidRPr="00C970A6">
        <w:rPr>
          <w:rFonts w:ascii="Comic Sans MS" w:hAnsi="Comic Sans MS"/>
          <w:sz w:val="20"/>
          <w:szCs w:val="20"/>
        </w:rPr>
        <w:t>halkaları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vedalaşma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panosu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66DF2B1D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color w:val="1EB0A8"/>
          <w:sz w:val="20"/>
          <w:szCs w:val="20"/>
        </w:rPr>
        <w:t>Eğitim</w:t>
      </w:r>
      <w:proofErr w:type="spellEnd"/>
      <w:r w:rsidRPr="00C970A6">
        <w:rPr>
          <w:rFonts w:ascii="Comic Sans MS" w:hAnsi="Comic Sans MS"/>
          <w:color w:val="1EB0A8"/>
          <w:sz w:val="20"/>
          <w:szCs w:val="20"/>
        </w:rPr>
        <w:t xml:space="preserve"> / </w:t>
      </w:r>
      <w:proofErr w:type="spellStart"/>
      <w:r w:rsidRPr="00C970A6">
        <w:rPr>
          <w:rFonts w:ascii="Comic Sans MS" w:hAnsi="Comic Sans MS"/>
          <w:color w:val="1EB0A8"/>
          <w:sz w:val="20"/>
          <w:szCs w:val="20"/>
        </w:rPr>
        <w:t>Öğrenme</w:t>
      </w:r>
      <w:proofErr w:type="spellEnd"/>
      <w:r w:rsidRPr="00C970A6">
        <w:rPr>
          <w:rFonts w:ascii="Comic Sans MS" w:hAnsi="Comic Sans MS"/>
          <w:color w:val="1EB0A8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1EB0A8"/>
          <w:sz w:val="20"/>
          <w:szCs w:val="20"/>
        </w:rPr>
        <w:t>Ortamları</w:t>
      </w:r>
      <w:proofErr w:type="spellEnd"/>
      <w:r w:rsidRPr="00C970A6">
        <w:rPr>
          <w:rFonts w:ascii="Comic Sans MS" w:hAnsi="Comic Sans MS"/>
          <w:color w:val="1EB0A8"/>
          <w:sz w:val="20"/>
          <w:szCs w:val="20"/>
        </w:rPr>
        <w:t>:</w:t>
      </w:r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Minderler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çember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şeklinde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düzenlenir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Yardım </w:t>
      </w:r>
      <w:proofErr w:type="spellStart"/>
      <w:r w:rsidRPr="00C970A6">
        <w:rPr>
          <w:rFonts w:ascii="Comic Sans MS" w:hAnsi="Comic Sans MS"/>
          <w:sz w:val="20"/>
          <w:szCs w:val="20"/>
        </w:rPr>
        <w:t>isteme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kartı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çocukların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kolayca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ulaşabileceği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yere </w:t>
      </w:r>
      <w:proofErr w:type="spellStart"/>
      <w:r w:rsidRPr="00C970A6">
        <w:rPr>
          <w:rFonts w:ascii="Comic Sans MS" w:hAnsi="Comic Sans MS"/>
          <w:sz w:val="20"/>
          <w:szCs w:val="20"/>
        </w:rPr>
        <w:t>konur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İki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oyun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görseli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birbirinden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yeterince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uzak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görülebilir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alanlara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yerleştirilir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Sanat </w:t>
      </w:r>
      <w:proofErr w:type="spellStart"/>
      <w:r w:rsidRPr="00C970A6">
        <w:rPr>
          <w:rFonts w:ascii="Comic Sans MS" w:hAnsi="Comic Sans MS"/>
          <w:sz w:val="20"/>
          <w:szCs w:val="20"/>
        </w:rPr>
        <w:t>malzemeleri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erişilebilir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biçimde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hazırlanır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Hareket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alanındaki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engeller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kaldırılır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her </w:t>
      </w:r>
      <w:proofErr w:type="spellStart"/>
      <w:r w:rsidRPr="00C970A6">
        <w:rPr>
          <w:rFonts w:ascii="Comic Sans MS" w:hAnsi="Comic Sans MS"/>
          <w:sz w:val="20"/>
          <w:szCs w:val="20"/>
        </w:rPr>
        <w:t>çocuk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için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güvenli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hareket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mesafesi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bırakılır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1A85F784" w14:textId="77777777" w:rsidR="005B312F" w:rsidRPr="00C970A6" w:rsidRDefault="00BB0597">
      <w:pPr>
        <w:pStyle w:val="Balk1"/>
        <w:rPr>
          <w:rFonts w:ascii="Comic Sans MS" w:hAnsi="Comic Sans MS"/>
          <w:color w:val="002060"/>
          <w:sz w:val="20"/>
          <w:szCs w:val="20"/>
        </w:rPr>
      </w:pPr>
      <w:r w:rsidRPr="00C970A6">
        <w:rPr>
          <w:rFonts w:ascii="Comic Sans MS" w:hAnsi="Comic Sans MS"/>
          <w:color w:val="002060"/>
          <w:sz w:val="20"/>
          <w:szCs w:val="20"/>
        </w:rPr>
        <w:lastRenderedPageBreak/>
        <w:t>ÖĞRENME ÖĞRETME UYGULAMALARI</w:t>
      </w:r>
    </w:p>
    <w:p w14:paraId="20753FB9" w14:textId="77777777" w:rsidR="005B312F" w:rsidRPr="00C970A6" w:rsidRDefault="00BB0597">
      <w:pPr>
        <w:pStyle w:val="Balk2"/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Güne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Başlama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Zamanı</w:t>
      </w:r>
      <w:proofErr w:type="spellEnd"/>
    </w:p>
    <w:p w14:paraId="4D1A5B99" w14:textId="76877DCF" w:rsidR="005B312F" w:rsidRPr="00C970A6" w:rsidRDefault="001A4995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Çocuklar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isimleriyle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hizasında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karşılanır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El </w:t>
      </w:r>
      <w:proofErr w:type="spellStart"/>
      <w:r w:rsidRPr="00C970A6">
        <w:rPr>
          <w:rFonts w:ascii="Comic Sans MS" w:hAnsi="Comic Sans MS"/>
          <w:sz w:val="20"/>
          <w:szCs w:val="20"/>
        </w:rPr>
        <w:t>sallama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gülümseme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çocuğun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istediği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selamlaşma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biçimi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kullanılır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fiziksel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temas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zorunlu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tutulmaz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="00BB0597" w:rsidRPr="00C970A6">
        <w:rPr>
          <w:rFonts w:ascii="Comic Sans MS" w:hAnsi="Comic Sans MS"/>
          <w:sz w:val="20"/>
          <w:szCs w:val="20"/>
        </w:rPr>
        <w:t>Çantalarını</w:t>
      </w:r>
      <w:proofErr w:type="spellEnd"/>
      <w:r w:rsidR="00BB0597"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BB0597" w:rsidRPr="00C970A6">
        <w:rPr>
          <w:rFonts w:ascii="Comic Sans MS" w:hAnsi="Comic Sans MS"/>
          <w:sz w:val="20"/>
          <w:szCs w:val="20"/>
        </w:rPr>
        <w:t>yerleştirmelerine</w:t>
      </w:r>
      <w:proofErr w:type="spellEnd"/>
      <w:r w:rsidR="00BB0597"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BB0597" w:rsidRPr="00C970A6">
        <w:rPr>
          <w:rFonts w:ascii="Comic Sans MS" w:hAnsi="Comic Sans MS"/>
          <w:sz w:val="20"/>
          <w:szCs w:val="20"/>
        </w:rPr>
        <w:t>gerektiğinde</w:t>
      </w:r>
      <w:proofErr w:type="spellEnd"/>
      <w:r w:rsidR="00BB0597"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BB0597" w:rsidRPr="00C970A6">
        <w:rPr>
          <w:rFonts w:ascii="Comic Sans MS" w:hAnsi="Comic Sans MS"/>
          <w:sz w:val="20"/>
          <w:szCs w:val="20"/>
        </w:rPr>
        <w:t>destek</w:t>
      </w:r>
      <w:proofErr w:type="spellEnd"/>
      <w:r w:rsidR="00BB0597"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BB0597" w:rsidRPr="00C970A6">
        <w:rPr>
          <w:rFonts w:ascii="Comic Sans MS" w:hAnsi="Comic Sans MS"/>
          <w:sz w:val="20"/>
          <w:szCs w:val="20"/>
        </w:rPr>
        <w:t>olunur</w:t>
      </w:r>
      <w:proofErr w:type="spellEnd"/>
      <w:r w:rsidR="00BB0597" w:rsidRPr="00C970A6">
        <w:rPr>
          <w:rFonts w:ascii="Comic Sans MS" w:hAnsi="Comic Sans MS"/>
          <w:sz w:val="20"/>
          <w:szCs w:val="20"/>
        </w:rPr>
        <w:t>. (D14.1.)</w:t>
      </w:r>
    </w:p>
    <w:p w14:paraId="4D0C9502" w14:textId="7BF624A5" w:rsidR="001A4995" w:rsidRPr="00C970A6" w:rsidRDefault="001A4995" w:rsidP="001A4995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Çocuklar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çember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alanına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geçer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Öğretmen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“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Bugün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kendini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nasıl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hissediyorsun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>?”, “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Okulda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bugün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ne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yapmak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istersin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?”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sorularını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yöneltir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Çocukların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konuşarak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hareketle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göstererek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duygu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kartlarından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birini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seçerek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kendilerini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ifade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etmelerine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fırsat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verilir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>.</w:t>
      </w:r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Öğretmen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“Bir </w:t>
      </w:r>
      <w:proofErr w:type="spellStart"/>
      <w:r w:rsidRPr="00C970A6">
        <w:rPr>
          <w:rFonts w:ascii="Comic Sans MS" w:hAnsi="Comic Sans MS"/>
          <w:sz w:val="20"/>
          <w:szCs w:val="20"/>
        </w:rPr>
        <w:t>şeye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ihtiyacın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olduğunda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bana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söyleyebilir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gösterebilir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da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kartını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verebilirsin</w:t>
      </w:r>
      <w:proofErr w:type="spellEnd"/>
      <w:r w:rsidRPr="00C970A6">
        <w:rPr>
          <w:rFonts w:ascii="Comic Sans MS" w:hAnsi="Comic Sans MS"/>
          <w:sz w:val="20"/>
          <w:szCs w:val="20"/>
        </w:rPr>
        <w:t>.” der. (SDB1.</w:t>
      </w:r>
      <w:r w:rsidR="00C970A6" w:rsidRPr="00C970A6">
        <w:rPr>
          <w:rFonts w:ascii="Comic Sans MS" w:hAnsi="Comic Sans MS"/>
          <w:sz w:val="20"/>
          <w:szCs w:val="20"/>
        </w:rPr>
        <w:t>,</w:t>
      </w:r>
      <w:r w:rsidRPr="00C970A6">
        <w:rPr>
          <w:rFonts w:ascii="Comic Sans MS" w:hAnsi="Comic Sans MS"/>
          <w:sz w:val="20"/>
          <w:szCs w:val="20"/>
        </w:rPr>
        <w:t xml:space="preserve">E2.4.) </w:t>
      </w:r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Arkadaşlarını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dinlemeleri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konuşmak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için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sıralarını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beklemeleri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desteklenir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Takvim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hava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durumu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panosu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kısaca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incelenir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Günlük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akış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panosu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üzerinden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önce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sonra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yapılacak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çalışmalar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açıklanır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>.</w:t>
      </w:r>
    </w:p>
    <w:p w14:paraId="53945242" w14:textId="77777777" w:rsidR="005B312F" w:rsidRPr="00C970A6" w:rsidRDefault="00BB0597">
      <w:pPr>
        <w:pStyle w:val="Balk2"/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Öğrenme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Merkezlerinde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Oyun</w:t>
      </w:r>
    </w:p>
    <w:p w14:paraId="7C24893C" w14:textId="036C96FE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Çocuklar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istedikleri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öğrenme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merkezini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seçer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Kitap </w:t>
      </w:r>
      <w:proofErr w:type="spellStart"/>
      <w:r w:rsidRPr="00C970A6">
        <w:rPr>
          <w:rFonts w:ascii="Comic Sans MS" w:hAnsi="Comic Sans MS"/>
          <w:sz w:val="20"/>
          <w:szCs w:val="20"/>
        </w:rPr>
        <w:t>merkezine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günlük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yaşamla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ilgili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görseller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dramatik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oyun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merkezine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bebek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çanta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kolay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giydirilen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giysiler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yerleştirilir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Öğretmen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oyunu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gözlemler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çocuğun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denemelerine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zaman </w:t>
      </w:r>
      <w:proofErr w:type="spellStart"/>
      <w:r w:rsidRPr="00C970A6">
        <w:rPr>
          <w:rFonts w:ascii="Comic Sans MS" w:hAnsi="Comic Sans MS"/>
          <w:sz w:val="20"/>
          <w:szCs w:val="20"/>
        </w:rPr>
        <w:t>tanır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gereksinim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duyduğunda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destek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olur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Yardım </w:t>
      </w:r>
      <w:proofErr w:type="spellStart"/>
      <w:r w:rsidRPr="00C970A6">
        <w:rPr>
          <w:rFonts w:ascii="Comic Sans MS" w:hAnsi="Comic Sans MS"/>
          <w:sz w:val="20"/>
          <w:szCs w:val="20"/>
        </w:rPr>
        <w:t>ihtiyacını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söz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işaret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kartla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bildirmesi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kabul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edilir</w:t>
      </w:r>
      <w:proofErr w:type="spellEnd"/>
      <w:r w:rsidRPr="00C970A6">
        <w:rPr>
          <w:rFonts w:ascii="Comic Sans MS" w:hAnsi="Comic Sans MS"/>
          <w:sz w:val="20"/>
          <w:szCs w:val="20"/>
        </w:rPr>
        <w:t>. (E1.2., E2.5., SDB2.1.)</w:t>
      </w:r>
    </w:p>
    <w:p w14:paraId="20B1CC25" w14:textId="77777777" w:rsidR="005B312F" w:rsidRPr="00C970A6" w:rsidRDefault="00BB0597">
      <w:pPr>
        <w:pStyle w:val="Balk2"/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Beslenme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Toplanma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Temizlik</w:t>
      </w:r>
      <w:proofErr w:type="spellEnd"/>
    </w:p>
    <w:p w14:paraId="61A6AA0D" w14:textId="77777777" w:rsidR="001A4995" w:rsidRPr="00C970A6" w:rsidRDefault="001A4995" w:rsidP="001A4995">
      <w:pPr>
        <w:spacing w:after="80"/>
        <w:jc w:val="both"/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Toplanma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zamanı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geldiğinde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hyperlink r:id="rId8">
        <w:r w:rsidRPr="00C970A6">
          <w:rPr>
            <w:rStyle w:val="Kpr"/>
            <w:rFonts w:ascii="Comic Sans MS" w:hAnsi="Comic Sans MS"/>
            <w:sz w:val="20"/>
            <w:szCs w:val="20"/>
          </w:rPr>
          <w:t xml:space="preserve">“Topla </w:t>
        </w:r>
        <w:proofErr w:type="spellStart"/>
        <w:r w:rsidRPr="00C970A6">
          <w:rPr>
            <w:rStyle w:val="Kpr"/>
            <w:rFonts w:ascii="Comic Sans MS" w:hAnsi="Comic Sans MS"/>
            <w:sz w:val="20"/>
            <w:szCs w:val="20"/>
          </w:rPr>
          <w:t>Topla</w:t>
        </w:r>
        <w:proofErr w:type="spellEnd"/>
        <w:r w:rsidRPr="00C970A6">
          <w:rPr>
            <w:rStyle w:val="Kpr"/>
            <w:rFonts w:ascii="Comic Sans MS" w:hAnsi="Comic Sans MS"/>
            <w:sz w:val="20"/>
            <w:szCs w:val="20"/>
          </w:rPr>
          <w:t xml:space="preserve"> </w:t>
        </w:r>
        <w:proofErr w:type="spellStart"/>
        <w:r w:rsidRPr="00C970A6">
          <w:rPr>
            <w:rStyle w:val="Kpr"/>
            <w:rFonts w:ascii="Comic Sans MS" w:hAnsi="Comic Sans MS"/>
            <w:sz w:val="20"/>
            <w:szCs w:val="20"/>
          </w:rPr>
          <w:t>Yerine</w:t>
        </w:r>
        <w:proofErr w:type="spellEnd"/>
        <w:r w:rsidRPr="00C970A6">
          <w:rPr>
            <w:rStyle w:val="Kpr"/>
            <w:rFonts w:ascii="Comic Sans MS" w:hAnsi="Comic Sans MS"/>
            <w:sz w:val="20"/>
            <w:szCs w:val="20"/>
          </w:rPr>
          <w:t xml:space="preserve"> Koy”</w:t>
        </w:r>
      </w:hyperlink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şarkısı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eşliğinde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sınıf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toplanmaya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başlanır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51D6A6B0" w14:textId="77777777" w:rsidR="001A4995" w:rsidRPr="00C970A6" w:rsidRDefault="001A4995" w:rsidP="001A4995">
      <w:pPr>
        <w:keepNext/>
        <w:spacing w:after="80"/>
        <w:rPr>
          <w:rFonts w:ascii="Comic Sans MS" w:eastAsia="Times New Roman" w:hAnsi="Comic Sans MS" w:cs="Comic Sans MS"/>
          <w:color w:val="FF0000"/>
          <w:sz w:val="20"/>
          <w:szCs w:val="20"/>
          <w:lang w:eastAsia="tr-TR"/>
        </w:rPr>
      </w:pPr>
      <w:r w:rsidRPr="00C970A6">
        <w:rPr>
          <w:rFonts w:ascii="Comic Sans MS" w:eastAsia="Times New Roman" w:hAnsi="Comic Sans MS" w:cs="Comic Sans MS"/>
          <w:b/>
          <w:bCs/>
          <w:color w:val="FF0000"/>
          <w:sz w:val="20"/>
          <w:szCs w:val="20"/>
          <w:lang w:eastAsia="tr-TR"/>
        </w:rPr>
        <w:t xml:space="preserve">TOPLA </w:t>
      </w:r>
      <w:proofErr w:type="spellStart"/>
      <w:r w:rsidRPr="00C970A6">
        <w:rPr>
          <w:rFonts w:ascii="Comic Sans MS" w:eastAsia="Times New Roman" w:hAnsi="Comic Sans MS" w:cs="Comic Sans MS"/>
          <w:b/>
          <w:bCs/>
          <w:color w:val="FF0000"/>
          <w:sz w:val="20"/>
          <w:szCs w:val="20"/>
          <w:lang w:eastAsia="tr-TR"/>
        </w:rPr>
        <w:t>TOPLA</w:t>
      </w:r>
      <w:proofErr w:type="spellEnd"/>
      <w:r w:rsidRPr="00C970A6">
        <w:rPr>
          <w:rFonts w:ascii="Comic Sans MS" w:eastAsia="Times New Roman" w:hAnsi="Comic Sans MS" w:cs="Comic Sans MS"/>
          <w:b/>
          <w:bCs/>
          <w:color w:val="FF0000"/>
          <w:sz w:val="20"/>
          <w:szCs w:val="20"/>
          <w:lang w:eastAsia="tr-TR"/>
        </w:rPr>
        <w:t xml:space="preserve"> YERİNE KOY</w:t>
      </w:r>
    </w:p>
    <w:p w14:paraId="32C59258" w14:textId="77777777" w:rsidR="001A4995" w:rsidRPr="00C970A6" w:rsidRDefault="001A4995" w:rsidP="001A4995">
      <w:pPr>
        <w:spacing w:after="80"/>
        <w:rPr>
          <w:rFonts w:ascii="Comic Sans MS" w:eastAsia="Times New Roman" w:hAnsi="Comic Sans MS" w:cs="Comic Sans MS"/>
          <w:sz w:val="20"/>
          <w:szCs w:val="20"/>
          <w:lang w:eastAsia="tr-TR"/>
        </w:rPr>
      </w:pPr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Topla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topla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yerine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koy</w:t>
      </w:r>
      <w:proofErr w:type="spellEnd"/>
    </w:p>
    <w:p w14:paraId="608BFCBA" w14:textId="77777777" w:rsidR="001A4995" w:rsidRPr="00C970A6" w:rsidRDefault="001A4995" w:rsidP="001A4995">
      <w:pPr>
        <w:spacing w:after="80"/>
        <w:rPr>
          <w:rFonts w:ascii="Comic Sans MS" w:eastAsia="Times New Roman" w:hAnsi="Comic Sans MS" w:cs="Comic Sans MS"/>
          <w:sz w:val="20"/>
          <w:szCs w:val="20"/>
          <w:lang w:eastAsia="tr-TR"/>
        </w:rPr>
      </w:pP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Oyuncaklar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mutlu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olsun</w:t>
      </w:r>
      <w:proofErr w:type="spellEnd"/>
    </w:p>
    <w:p w14:paraId="756B65B3" w14:textId="77777777" w:rsidR="001A4995" w:rsidRPr="00C970A6" w:rsidRDefault="001A4995" w:rsidP="001A4995">
      <w:pPr>
        <w:spacing w:after="80"/>
        <w:rPr>
          <w:rFonts w:ascii="Comic Sans MS" w:eastAsia="Times New Roman" w:hAnsi="Comic Sans MS" w:cs="Comic Sans MS"/>
          <w:sz w:val="20"/>
          <w:szCs w:val="20"/>
          <w:lang w:eastAsia="tr-TR"/>
        </w:rPr>
      </w:pP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Arkadaşın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da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oynasın</w:t>
      </w:r>
      <w:proofErr w:type="spellEnd"/>
    </w:p>
    <w:p w14:paraId="34298714" w14:textId="77777777" w:rsidR="001A4995" w:rsidRPr="00C970A6" w:rsidRDefault="001A4995" w:rsidP="001A4995">
      <w:pPr>
        <w:spacing w:after="80"/>
        <w:rPr>
          <w:rFonts w:ascii="Comic Sans MS" w:eastAsia="Times New Roman" w:hAnsi="Comic Sans MS" w:cs="Comic Sans MS"/>
          <w:sz w:val="20"/>
          <w:szCs w:val="20"/>
          <w:lang w:eastAsia="tr-TR"/>
        </w:rPr>
      </w:pP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Sınıfımız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güzel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olsun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.</w:t>
      </w:r>
    </w:p>
    <w:p w14:paraId="382FD844" w14:textId="77777777" w:rsidR="001A4995" w:rsidRPr="00C970A6" w:rsidRDefault="001A4995" w:rsidP="001A4995">
      <w:pPr>
        <w:spacing w:after="80"/>
        <w:rPr>
          <w:rFonts w:ascii="Comic Sans MS" w:hAnsi="Comic Sans MS" w:cs="Comic Sans MS"/>
          <w:sz w:val="20"/>
          <w:szCs w:val="20"/>
        </w:rPr>
      </w:pP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Şarkı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eşliğinde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çocuklar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kullandıkları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oyuncakları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ait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oldukları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kutulara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yerleştirirler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.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Toplama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işlemi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tamamlandıktan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sonra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öğretmen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çocuklarla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birlikte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sınıfı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gözden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 </w:t>
      </w:r>
      <w:proofErr w:type="spellStart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>geçirir</w:t>
      </w:r>
      <w:proofErr w:type="spellEnd"/>
      <w:r w:rsidRPr="00C970A6">
        <w:rPr>
          <w:rFonts w:ascii="Comic Sans MS" w:eastAsia="Times New Roman" w:hAnsi="Comic Sans MS" w:cs="Comic Sans MS"/>
          <w:sz w:val="20"/>
          <w:szCs w:val="20"/>
          <w:lang w:eastAsia="tr-TR"/>
        </w:rPr>
        <w:t xml:space="preserve">.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Sınıftan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lavabo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alanına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geçişin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eğlenceli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düzenli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olması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için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sıra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olunur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Çocuklar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sıraya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geçerken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hep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birlikte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ritmik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şekilde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</w:p>
    <w:p w14:paraId="1E8885EB" w14:textId="77777777" w:rsidR="001A4995" w:rsidRPr="00C970A6" w:rsidRDefault="001A4995" w:rsidP="001A4995">
      <w:pPr>
        <w:keepNext/>
        <w:spacing w:after="80"/>
        <w:rPr>
          <w:rFonts w:ascii="Comic Sans MS" w:hAnsi="Comic Sans MS" w:cs="Comic Sans MS"/>
          <w:b/>
          <w:bCs/>
          <w:sz w:val="20"/>
          <w:szCs w:val="20"/>
        </w:rPr>
      </w:pPr>
      <w:r w:rsidRPr="00C970A6">
        <w:rPr>
          <w:rFonts w:ascii="Comic Sans MS" w:hAnsi="Comic Sans MS" w:cs="Comic Sans MS"/>
          <w:b/>
          <w:bCs/>
          <w:sz w:val="20"/>
          <w:szCs w:val="20"/>
        </w:rPr>
        <w:t xml:space="preserve">"Bir </w:t>
      </w:r>
      <w:proofErr w:type="spellStart"/>
      <w:r w:rsidRPr="00C970A6">
        <w:rPr>
          <w:rFonts w:ascii="Comic Sans MS" w:hAnsi="Comic Sans MS" w:cs="Comic Sans MS"/>
          <w:b/>
          <w:bCs/>
          <w:sz w:val="20"/>
          <w:szCs w:val="20"/>
        </w:rPr>
        <w:t>sağa</w:t>
      </w:r>
      <w:proofErr w:type="spellEnd"/>
      <w:r w:rsidRPr="00C970A6">
        <w:rPr>
          <w:rFonts w:ascii="Comic Sans MS" w:hAnsi="Comic Sans MS" w:cs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b/>
          <w:bCs/>
          <w:sz w:val="20"/>
          <w:szCs w:val="20"/>
        </w:rPr>
        <w:t>baktım</w:t>
      </w:r>
      <w:proofErr w:type="spellEnd"/>
      <w:r w:rsidRPr="00C970A6">
        <w:rPr>
          <w:rFonts w:ascii="Comic Sans MS" w:hAnsi="Comic Sans MS" w:cs="Comic Sans MS"/>
          <w:b/>
          <w:bCs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 w:cs="Comic Sans MS"/>
          <w:b/>
          <w:bCs/>
          <w:sz w:val="20"/>
          <w:szCs w:val="20"/>
        </w:rPr>
        <w:t>bir</w:t>
      </w:r>
      <w:proofErr w:type="spellEnd"/>
      <w:r w:rsidRPr="00C970A6">
        <w:rPr>
          <w:rFonts w:ascii="Comic Sans MS" w:hAnsi="Comic Sans MS" w:cs="Comic Sans MS"/>
          <w:b/>
          <w:bCs/>
          <w:sz w:val="20"/>
          <w:szCs w:val="20"/>
        </w:rPr>
        <w:t xml:space="preserve"> sola </w:t>
      </w:r>
      <w:proofErr w:type="spellStart"/>
      <w:r w:rsidRPr="00C970A6">
        <w:rPr>
          <w:rFonts w:ascii="Comic Sans MS" w:hAnsi="Comic Sans MS" w:cs="Comic Sans MS"/>
          <w:b/>
          <w:bCs/>
          <w:sz w:val="20"/>
          <w:szCs w:val="20"/>
        </w:rPr>
        <w:t>baktım</w:t>
      </w:r>
      <w:proofErr w:type="spellEnd"/>
      <w:r w:rsidRPr="00C970A6">
        <w:rPr>
          <w:rFonts w:ascii="Comic Sans MS" w:hAnsi="Comic Sans MS" w:cs="Comic Sans MS"/>
          <w:b/>
          <w:bCs/>
          <w:sz w:val="20"/>
          <w:szCs w:val="20"/>
        </w:rPr>
        <w:t xml:space="preserve"> </w:t>
      </w:r>
    </w:p>
    <w:p w14:paraId="76863A58" w14:textId="77777777" w:rsidR="001A4995" w:rsidRPr="00C970A6" w:rsidRDefault="001A4995" w:rsidP="001A4995">
      <w:pPr>
        <w:spacing w:after="80"/>
        <w:rPr>
          <w:rFonts w:ascii="Comic Sans MS" w:hAnsi="Comic Sans MS" w:cs="Comic Sans MS"/>
          <w:sz w:val="20"/>
          <w:szCs w:val="20"/>
        </w:rPr>
      </w:pPr>
      <w:proofErr w:type="spellStart"/>
      <w:r w:rsidRPr="00C970A6">
        <w:rPr>
          <w:rFonts w:ascii="Comic Sans MS" w:hAnsi="Comic Sans MS" w:cs="Comic Sans MS"/>
          <w:b/>
          <w:bCs/>
          <w:sz w:val="20"/>
          <w:szCs w:val="20"/>
        </w:rPr>
        <w:t>Lokomotif</w:t>
      </w:r>
      <w:proofErr w:type="spellEnd"/>
      <w:r w:rsidRPr="00C970A6">
        <w:rPr>
          <w:rFonts w:ascii="Comic Sans MS" w:hAnsi="Comic Sans MS" w:cs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b/>
          <w:bCs/>
          <w:sz w:val="20"/>
          <w:szCs w:val="20"/>
        </w:rPr>
        <w:t>yaptım</w:t>
      </w:r>
      <w:proofErr w:type="spellEnd"/>
      <w:r w:rsidRPr="00C970A6">
        <w:rPr>
          <w:rFonts w:ascii="Comic Sans MS" w:hAnsi="Comic Sans MS" w:cs="Comic Sans MS"/>
          <w:b/>
          <w:bCs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 w:cs="Comic Sans MS"/>
          <w:b/>
          <w:bCs/>
          <w:sz w:val="20"/>
          <w:szCs w:val="20"/>
        </w:rPr>
        <w:t>cuf</w:t>
      </w:r>
      <w:proofErr w:type="spellEnd"/>
      <w:r w:rsidRPr="00C970A6">
        <w:rPr>
          <w:rFonts w:ascii="Comic Sans MS" w:hAnsi="Comic Sans MS" w:cs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b/>
          <w:bCs/>
          <w:sz w:val="20"/>
          <w:szCs w:val="20"/>
        </w:rPr>
        <w:t>cuf</w:t>
      </w:r>
      <w:proofErr w:type="spellEnd"/>
      <w:r w:rsidRPr="00C970A6">
        <w:rPr>
          <w:rFonts w:ascii="Comic Sans MS" w:hAnsi="Comic Sans MS" w:cs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b/>
          <w:bCs/>
          <w:sz w:val="20"/>
          <w:szCs w:val="20"/>
        </w:rPr>
        <w:t>cuf</w:t>
      </w:r>
      <w:proofErr w:type="spellEnd"/>
      <w:r w:rsidRPr="00C970A6">
        <w:rPr>
          <w:rFonts w:ascii="Comic Sans MS" w:hAnsi="Comic Sans MS" w:cs="Comic Sans MS"/>
          <w:b/>
          <w:bCs/>
          <w:sz w:val="20"/>
          <w:szCs w:val="20"/>
        </w:rPr>
        <w:t xml:space="preserve">”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tekerlemesi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söylenir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düzeni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bozmadan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yürünerek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lavaboya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varılır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>.</w:t>
      </w:r>
    </w:p>
    <w:p w14:paraId="0AE8E900" w14:textId="5BBEEB8B" w:rsidR="005B312F" w:rsidRPr="00C970A6" w:rsidRDefault="001A4995" w:rsidP="001A4995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 w:cs="Comic Sans MS"/>
          <w:sz w:val="20"/>
          <w:szCs w:val="20"/>
        </w:rPr>
        <w:t>Öğretmen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gözetiminde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çocukların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ellerini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su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sabunla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doğru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şekilde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yıkamaları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kişisel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temizliklerini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bağımsızca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yapabilme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becerileri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desteklenir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Öğretmen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çocukların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kendi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beslenme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çantalarını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açmalarına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rehberlik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eder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Beslenmeye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başlamadan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önce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hep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birlikte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kısa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dua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edilir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"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Afiyet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Olsun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"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denilerek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yemeklerini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yemelerine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rehberlik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eder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Yemekten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sonra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çocukların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çevre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düzenine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katkı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sunması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amacıyla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çöplerini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kutuya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atmaları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sağlanır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Kişisel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temizlikler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yapılır</w:t>
      </w:r>
      <w:proofErr w:type="spellEnd"/>
      <w:r w:rsidRPr="00C970A6">
        <w:rPr>
          <w:rFonts w:ascii="Comic Sans MS" w:hAnsi="Comic Sans MS" w:cs="Comic Sans MS"/>
          <w:sz w:val="20"/>
          <w:szCs w:val="20"/>
        </w:rPr>
        <w:t>.</w:t>
      </w:r>
      <w:r w:rsidRPr="00C970A6">
        <w:rPr>
          <w:rFonts w:ascii="Comic Sans MS" w:hAnsi="Comic Sans MS"/>
          <w:sz w:val="20"/>
          <w:szCs w:val="20"/>
        </w:rPr>
        <w:t xml:space="preserve"> </w:t>
      </w:r>
      <w:r w:rsidR="00BB0597" w:rsidRPr="00C970A6">
        <w:rPr>
          <w:rFonts w:ascii="Comic Sans MS" w:hAnsi="Comic Sans MS"/>
          <w:sz w:val="20"/>
          <w:szCs w:val="20"/>
        </w:rPr>
        <w:t>(D18.1.)</w:t>
      </w:r>
    </w:p>
    <w:p w14:paraId="243F552E" w14:textId="77777777" w:rsidR="005B312F" w:rsidRPr="00C970A6" w:rsidRDefault="00BB0597">
      <w:pPr>
        <w:pStyle w:val="Balk1"/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>ETKİNLİKLER</w:t>
      </w:r>
    </w:p>
    <w:p w14:paraId="2CB397AF" w14:textId="7A5A91C1" w:rsidR="005B312F" w:rsidRPr="00C970A6" w:rsidRDefault="00BB0597">
      <w:pPr>
        <w:pStyle w:val="Balk2"/>
        <w:rPr>
          <w:rFonts w:ascii="Comic Sans MS" w:hAnsi="Comic Sans MS"/>
          <w:color w:val="002060"/>
          <w:sz w:val="20"/>
          <w:szCs w:val="20"/>
        </w:rPr>
      </w:pPr>
      <w:proofErr w:type="spellStart"/>
      <w:r w:rsidRPr="00C970A6">
        <w:rPr>
          <w:rFonts w:ascii="Comic Sans MS" w:hAnsi="Comic Sans MS"/>
          <w:color w:val="002060"/>
          <w:sz w:val="20"/>
          <w:szCs w:val="20"/>
        </w:rPr>
        <w:t>Türkçe</w:t>
      </w:r>
      <w:proofErr w:type="spellEnd"/>
      <w:r w:rsidR="00A419E9" w:rsidRPr="00C970A6">
        <w:rPr>
          <w:rFonts w:ascii="Comic Sans MS" w:hAnsi="Comic Sans MS"/>
          <w:color w:val="002060"/>
          <w:sz w:val="20"/>
          <w:szCs w:val="20"/>
        </w:rPr>
        <w:t xml:space="preserve">, </w:t>
      </w:r>
      <w:proofErr w:type="spellStart"/>
      <w:r w:rsidR="00A419E9" w:rsidRPr="00C970A6">
        <w:rPr>
          <w:rFonts w:ascii="Comic Sans MS" w:hAnsi="Comic Sans MS"/>
          <w:color w:val="002060"/>
          <w:sz w:val="20"/>
          <w:szCs w:val="20"/>
        </w:rPr>
        <w:t>Müzik</w:t>
      </w:r>
      <w:proofErr w:type="spellEnd"/>
      <w:r w:rsidR="00A419E9" w:rsidRPr="00C970A6">
        <w:rPr>
          <w:rFonts w:ascii="Comic Sans MS" w:hAnsi="Comic Sans MS"/>
          <w:color w:val="002060"/>
          <w:sz w:val="20"/>
          <w:szCs w:val="20"/>
        </w:rPr>
        <w:t xml:space="preserve"> (</w:t>
      </w:r>
      <w:proofErr w:type="spellStart"/>
      <w:r w:rsidR="00A419E9" w:rsidRPr="00C970A6">
        <w:rPr>
          <w:rFonts w:ascii="Comic Sans MS" w:hAnsi="Comic Sans MS"/>
          <w:color w:val="002060"/>
          <w:sz w:val="20"/>
          <w:szCs w:val="20"/>
        </w:rPr>
        <w:t>Bütünleştirilmiş</w:t>
      </w:r>
      <w:proofErr w:type="spellEnd"/>
      <w:r w:rsidR="00A419E9" w:rsidRPr="00C970A6">
        <w:rPr>
          <w:rFonts w:ascii="Comic Sans MS" w:hAnsi="Comic Sans MS"/>
          <w:color w:val="002060"/>
          <w:sz w:val="20"/>
          <w:szCs w:val="20"/>
        </w:rPr>
        <w:t xml:space="preserve"> Büyük </w:t>
      </w:r>
      <w:proofErr w:type="spellStart"/>
      <w:r w:rsidR="00A419E9" w:rsidRPr="00C970A6">
        <w:rPr>
          <w:rFonts w:ascii="Comic Sans MS" w:hAnsi="Comic Sans MS"/>
          <w:color w:val="002060"/>
          <w:sz w:val="20"/>
          <w:szCs w:val="20"/>
        </w:rPr>
        <w:t>Grup</w:t>
      </w:r>
      <w:proofErr w:type="spellEnd"/>
      <w:r w:rsidR="00A419E9" w:rsidRPr="00C970A6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A419E9" w:rsidRPr="00C970A6">
        <w:rPr>
          <w:rFonts w:ascii="Comic Sans MS" w:hAnsi="Comic Sans MS"/>
          <w:color w:val="002060"/>
          <w:sz w:val="20"/>
          <w:szCs w:val="20"/>
        </w:rPr>
        <w:t>Etkinliği</w:t>
      </w:r>
      <w:proofErr w:type="spellEnd"/>
      <w:r w:rsidR="00A419E9" w:rsidRPr="00C970A6">
        <w:rPr>
          <w:rFonts w:ascii="Comic Sans MS" w:hAnsi="Comic Sans MS"/>
          <w:color w:val="002060"/>
          <w:sz w:val="20"/>
          <w:szCs w:val="20"/>
        </w:rPr>
        <w:t xml:space="preserve">) </w:t>
      </w:r>
    </w:p>
    <w:p w14:paraId="00CEE37A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Öğretmen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tavşan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kuklasıyla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çocukları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minderlere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davet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eder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Aşağıdaki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tekerlemeyi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hareketleriyle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söyler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çocuklar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kısa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süre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dinler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isterlerse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eşlik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eder</w:t>
      </w:r>
      <w:proofErr w:type="spellEnd"/>
      <w:r w:rsidRPr="00C970A6">
        <w:rPr>
          <w:rFonts w:ascii="Comic Sans MS" w:hAnsi="Comic Sans MS"/>
          <w:sz w:val="20"/>
          <w:szCs w:val="20"/>
        </w:rPr>
        <w:t>. (TADB.1.b.)</w:t>
      </w:r>
    </w:p>
    <w:p w14:paraId="1BF97D10" w14:textId="77777777" w:rsidR="005B312F" w:rsidRPr="00C970A6" w:rsidRDefault="00BB0597" w:rsidP="001A4995">
      <w:pPr>
        <w:spacing w:after="0"/>
        <w:rPr>
          <w:rFonts w:ascii="Comic Sans MS" w:hAnsi="Comic Sans MS"/>
          <w:b/>
          <w:bCs/>
          <w:sz w:val="20"/>
          <w:szCs w:val="20"/>
        </w:rPr>
      </w:pP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Tıp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tıp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tıp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kim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geliyor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? (Eller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dizlere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vurulur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.)</w:t>
      </w:r>
    </w:p>
    <w:p w14:paraId="4D3F9C10" w14:textId="77777777" w:rsidR="005B312F" w:rsidRPr="00C970A6" w:rsidRDefault="00BB0597" w:rsidP="001A4995">
      <w:pPr>
        <w:spacing w:after="0"/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Uzun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kulaklı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tavşan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geliyor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! (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Ellerle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kulak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yapılır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.)</w:t>
      </w:r>
    </w:p>
    <w:p w14:paraId="1C530192" w14:textId="77777777" w:rsidR="005B312F" w:rsidRPr="00C970A6" w:rsidRDefault="00BB0597" w:rsidP="001A4995">
      <w:pPr>
        <w:spacing w:after="0"/>
        <w:rPr>
          <w:rFonts w:ascii="Comic Sans MS" w:hAnsi="Comic Sans MS"/>
          <w:b/>
          <w:bCs/>
          <w:sz w:val="20"/>
          <w:szCs w:val="20"/>
        </w:rPr>
      </w:pP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Minderimize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oturalım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,</w:t>
      </w:r>
    </w:p>
    <w:p w14:paraId="3770017A" w14:textId="77777777" w:rsidR="005B312F" w:rsidRPr="00C970A6" w:rsidRDefault="00BB0597" w:rsidP="001A4995">
      <w:pPr>
        <w:spacing w:after="0"/>
        <w:rPr>
          <w:rFonts w:ascii="Comic Sans MS" w:hAnsi="Comic Sans MS"/>
          <w:b/>
          <w:bCs/>
          <w:sz w:val="20"/>
          <w:szCs w:val="20"/>
        </w:rPr>
      </w:pP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Tavşanla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biraz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konuşalım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!</w:t>
      </w:r>
    </w:p>
    <w:p w14:paraId="5EF56B14" w14:textId="7670FB0B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Kukla, </w:t>
      </w:r>
      <w:proofErr w:type="spellStart"/>
      <w:r w:rsidRPr="00C970A6">
        <w:rPr>
          <w:rFonts w:ascii="Comic Sans MS" w:hAnsi="Comic Sans MS"/>
          <w:sz w:val="20"/>
          <w:szCs w:val="20"/>
        </w:rPr>
        <w:t>kapalı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şişesini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göstererek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“</w:t>
      </w:r>
      <w:proofErr w:type="spellStart"/>
      <w:r w:rsidRPr="00C970A6">
        <w:rPr>
          <w:rFonts w:ascii="Comic Sans MS" w:hAnsi="Comic Sans MS"/>
          <w:sz w:val="20"/>
          <w:szCs w:val="20"/>
        </w:rPr>
        <w:t>Susadım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şişemi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açmayı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denedim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ama </w:t>
      </w:r>
      <w:proofErr w:type="spellStart"/>
      <w:r w:rsidRPr="00C970A6">
        <w:rPr>
          <w:rFonts w:ascii="Comic Sans MS" w:hAnsi="Comic Sans MS"/>
          <w:sz w:val="20"/>
          <w:szCs w:val="20"/>
        </w:rPr>
        <w:t>açamadım</w:t>
      </w:r>
      <w:proofErr w:type="spellEnd"/>
      <w:r w:rsidRPr="00C970A6">
        <w:rPr>
          <w:rFonts w:ascii="Comic Sans MS" w:hAnsi="Comic Sans MS"/>
          <w:sz w:val="20"/>
          <w:szCs w:val="20"/>
        </w:rPr>
        <w:t>.” der. “</w:t>
      </w:r>
      <w:proofErr w:type="spellStart"/>
      <w:r w:rsidRPr="00C970A6">
        <w:rPr>
          <w:rFonts w:ascii="Comic Sans MS" w:hAnsi="Comic Sans MS"/>
          <w:sz w:val="20"/>
          <w:szCs w:val="20"/>
        </w:rPr>
        <w:t>Tavşanın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neye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ihtiyacı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var? Ne </w:t>
      </w:r>
      <w:proofErr w:type="spellStart"/>
      <w:r w:rsidRPr="00C970A6">
        <w:rPr>
          <w:rFonts w:ascii="Comic Sans MS" w:hAnsi="Comic Sans MS"/>
          <w:sz w:val="20"/>
          <w:szCs w:val="20"/>
        </w:rPr>
        <w:t>yapabilir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?” </w:t>
      </w:r>
      <w:proofErr w:type="spellStart"/>
      <w:r w:rsidRPr="00C970A6">
        <w:rPr>
          <w:rFonts w:ascii="Comic Sans MS" w:hAnsi="Comic Sans MS"/>
          <w:sz w:val="20"/>
          <w:szCs w:val="20"/>
        </w:rPr>
        <w:t>diye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sorulur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Öğretmen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“</w:t>
      </w:r>
      <w:proofErr w:type="spellStart"/>
      <w:r w:rsidRPr="00C970A6">
        <w:rPr>
          <w:rFonts w:ascii="Comic Sans MS" w:hAnsi="Comic Sans MS"/>
          <w:sz w:val="20"/>
          <w:szCs w:val="20"/>
        </w:rPr>
        <w:t>Su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istiyorum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Yardım </w:t>
      </w:r>
      <w:proofErr w:type="spellStart"/>
      <w:r w:rsidRPr="00C970A6">
        <w:rPr>
          <w:rFonts w:ascii="Comic Sans MS" w:hAnsi="Comic Sans MS"/>
          <w:sz w:val="20"/>
          <w:szCs w:val="20"/>
        </w:rPr>
        <w:t>eder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misin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?” </w:t>
      </w:r>
      <w:proofErr w:type="spellStart"/>
      <w:r w:rsidRPr="00C970A6">
        <w:rPr>
          <w:rFonts w:ascii="Comic Sans MS" w:hAnsi="Comic Sans MS"/>
          <w:sz w:val="20"/>
          <w:szCs w:val="20"/>
        </w:rPr>
        <w:t>ifadesine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model </w:t>
      </w:r>
      <w:proofErr w:type="spellStart"/>
      <w:r w:rsidRPr="00C970A6">
        <w:rPr>
          <w:rFonts w:ascii="Comic Sans MS" w:hAnsi="Comic Sans MS"/>
          <w:sz w:val="20"/>
          <w:szCs w:val="20"/>
        </w:rPr>
        <w:t>olur</w:t>
      </w:r>
      <w:proofErr w:type="spellEnd"/>
      <w:r w:rsidRPr="00C970A6">
        <w:rPr>
          <w:rFonts w:ascii="Comic Sans MS" w:hAnsi="Comic Sans MS"/>
          <w:sz w:val="20"/>
          <w:szCs w:val="20"/>
        </w:rPr>
        <w:t>. (TAKB.3.ç.,TAKB.3.e., SDB1.2.</w:t>
      </w:r>
      <w:r w:rsidR="00A419E9" w:rsidRPr="00C970A6">
        <w:rPr>
          <w:rFonts w:ascii="Comic Sans MS" w:hAnsi="Comic Sans MS"/>
          <w:sz w:val="20"/>
          <w:szCs w:val="20"/>
        </w:rPr>
        <w:t>,</w:t>
      </w:r>
      <w:r w:rsidRPr="00C970A6">
        <w:rPr>
          <w:rFonts w:ascii="Comic Sans MS" w:hAnsi="Comic Sans MS"/>
          <w:sz w:val="20"/>
          <w:szCs w:val="20"/>
        </w:rPr>
        <w:t xml:space="preserve"> SDB2.1.)</w:t>
      </w:r>
    </w:p>
    <w:p w14:paraId="0819BC3B" w14:textId="0A461D68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lastRenderedPageBreak/>
        <w:t>Hikâye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görseli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gösterilerek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“Sence </w:t>
      </w:r>
      <w:proofErr w:type="spellStart"/>
      <w:r w:rsidRPr="00C970A6">
        <w:rPr>
          <w:rFonts w:ascii="Comic Sans MS" w:hAnsi="Comic Sans MS"/>
          <w:sz w:val="20"/>
          <w:szCs w:val="20"/>
        </w:rPr>
        <w:t>tavşan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ne </w:t>
      </w:r>
      <w:proofErr w:type="spellStart"/>
      <w:r w:rsidRPr="00C970A6">
        <w:rPr>
          <w:rFonts w:ascii="Comic Sans MS" w:hAnsi="Comic Sans MS"/>
          <w:sz w:val="20"/>
          <w:szCs w:val="20"/>
        </w:rPr>
        <w:t>için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isteyecek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?” </w:t>
      </w:r>
      <w:proofErr w:type="spellStart"/>
      <w:r w:rsidRPr="00C970A6">
        <w:rPr>
          <w:rFonts w:ascii="Comic Sans MS" w:hAnsi="Comic Sans MS"/>
          <w:sz w:val="20"/>
          <w:szCs w:val="20"/>
        </w:rPr>
        <w:t>diye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sorulur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basit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tahminler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dinlenir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hyperlink r:id="rId9" w:history="1">
        <w:r w:rsidR="00BB5DA3" w:rsidRPr="000A2B63">
          <w:rPr>
            <w:rStyle w:val="Kpr"/>
            <w:rFonts w:ascii="Comic Sans MS" w:hAnsi="Comic Sans MS"/>
            <w:sz w:val="20"/>
            <w:szCs w:val="20"/>
          </w:rPr>
          <w:t xml:space="preserve">Minik </w:t>
        </w:r>
        <w:proofErr w:type="spellStart"/>
        <w:r w:rsidR="00BB5DA3" w:rsidRPr="000A2B63">
          <w:rPr>
            <w:rStyle w:val="Kpr"/>
            <w:rFonts w:ascii="Comic Sans MS" w:hAnsi="Comic Sans MS"/>
            <w:sz w:val="20"/>
            <w:szCs w:val="20"/>
          </w:rPr>
          <w:t>Tavşanın</w:t>
        </w:r>
        <w:proofErr w:type="spellEnd"/>
        <w:r w:rsidR="00BB5DA3" w:rsidRPr="000A2B63">
          <w:rPr>
            <w:rStyle w:val="Kpr"/>
            <w:rFonts w:ascii="Comic Sans MS" w:hAnsi="Comic Sans MS"/>
            <w:sz w:val="20"/>
            <w:szCs w:val="20"/>
          </w:rPr>
          <w:t xml:space="preserve"> </w:t>
        </w:r>
        <w:proofErr w:type="spellStart"/>
        <w:r w:rsidR="00BB5DA3" w:rsidRPr="000A2B63">
          <w:rPr>
            <w:rStyle w:val="Kpr"/>
            <w:rFonts w:ascii="Comic Sans MS" w:hAnsi="Comic Sans MS"/>
            <w:sz w:val="20"/>
            <w:szCs w:val="20"/>
          </w:rPr>
          <w:t>Pikniği</w:t>
        </w:r>
        <w:proofErr w:type="spellEnd"/>
        <w:r w:rsidRPr="000A2B63">
          <w:rPr>
            <w:rStyle w:val="Kpr"/>
            <w:rFonts w:ascii="Comic Sans MS" w:hAnsi="Comic Sans MS"/>
            <w:sz w:val="20"/>
            <w:szCs w:val="20"/>
          </w:rPr>
          <w:t xml:space="preserve"> </w:t>
        </w:r>
        <w:proofErr w:type="spellStart"/>
        <w:r w:rsidRPr="000A2B63">
          <w:rPr>
            <w:rStyle w:val="Kpr"/>
            <w:rFonts w:ascii="Comic Sans MS" w:hAnsi="Comic Sans MS"/>
            <w:sz w:val="20"/>
            <w:szCs w:val="20"/>
          </w:rPr>
          <w:t>hikâye</w:t>
        </w:r>
        <w:r w:rsidR="00BB5DA3" w:rsidRPr="000A2B63">
          <w:rPr>
            <w:rStyle w:val="Kpr"/>
            <w:rFonts w:ascii="Comic Sans MS" w:hAnsi="Comic Sans MS"/>
            <w:sz w:val="20"/>
            <w:szCs w:val="20"/>
          </w:rPr>
          <w:t>si</w:t>
        </w:r>
        <w:proofErr w:type="spellEnd"/>
      </w:hyperlink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BB5DA3" w:rsidRPr="00C970A6">
        <w:rPr>
          <w:rFonts w:ascii="Comic Sans MS" w:hAnsi="Comic Sans MS"/>
          <w:sz w:val="20"/>
          <w:szCs w:val="20"/>
        </w:rPr>
        <w:t>okunur</w:t>
      </w:r>
      <w:proofErr w:type="spellEnd"/>
      <w:r w:rsidR="00BB5DA3" w:rsidRPr="00C970A6">
        <w:rPr>
          <w:rFonts w:ascii="Comic Sans MS" w:hAnsi="Comic Sans MS"/>
          <w:sz w:val="20"/>
          <w:szCs w:val="20"/>
        </w:rPr>
        <w:t>.</w:t>
      </w:r>
      <w:r w:rsidRPr="00C970A6">
        <w:rPr>
          <w:rFonts w:ascii="Comic Sans MS" w:hAnsi="Comic Sans MS"/>
          <w:sz w:val="20"/>
          <w:szCs w:val="20"/>
        </w:rPr>
        <w:t>. (TADB.2.b., E1.1.)</w:t>
      </w:r>
    </w:p>
    <w:p w14:paraId="4BB199DB" w14:textId="41AA7E1C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Hikâye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sonrasında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“</w:t>
      </w:r>
      <w:proofErr w:type="spellStart"/>
      <w:r w:rsidRPr="00C970A6">
        <w:rPr>
          <w:rFonts w:ascii="Comic Sans MS" w:hAnsi="Comic Sans MS"/>
          <w:sz w:val="20"/>
          <w:szCs w:val="20"/>
        </w:rPr>
        <w:t>Tavşan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neyi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denedi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? Sen ne </w:t>
      </w:r>
      <w:proofErr w:type="spellStart"/>
      <w:r w:rsidRPr="00C970A6">
        <w:rPr>
          <w:rFonts w:ascii="Comic Sans MS" w:hAnsi="Comic Sans MS"/>
          <w:sz w:val="20"/>
          <w:szCs w:val="20"/>
        </w:rPr>
        <w:t>yaparken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</w:t>
      </w:r>
      <w:r w:rsidR="00BB5DA3" w:rsidRPr="00C970A6">
        <w:rPr>
          <w:rFonts w:ascii="Comic Sans MS" w:hAnsi="Comic Sans MS"/>
          <w:sz w:val="20"/>
          <w:szCs w:val="20"/>
        </w:rPr>
        <w:t>rs</w:t>
      </w:r>
      <w:r w:rsidRPr="00C970A6">
        <w:rPr>
          <w:rFonts w:ascii="Comic Sans MS" w:hAnsi="Comic Sans MS"/>
          <w:sz w:val="20"/>
          <w:szCs w:val="20"/>
        </w:rPr>
        <w:t>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?” </w:t>
      </w:r>
      <w:proofErr w:type="spellStart"/>
      <w:r w:rsidRPr="00C970A6">
        <w:rPr>
          <w:rFonts w:ascii="Comic Sans MS" w:hAnsi="Comic Sans MS"/>
          <w:sz w:val="20"/>
          <w:szCs w:val="20"/>
        </w:rPr>
        <w:t>soruları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yöneltilir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Söz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almak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isteyen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çocuklara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kısa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bekleme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süresiyle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sırayla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fırsat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verilir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Çocuklar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kendi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yaşantılarını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paylaşır</w:t>
      </w:r>
      <w:proofErr w:type="spellEnd"/>
      <w:r w:rsidR="001F65A4" w:rsidRPr="00C970A6">
        <w:rPr>
          <w:rFonts w:ascii="Comic Sans MS" w:hAnsi="Comic Sans MS"/>
          <w:sz w:val="20"/>
          <w:szCs w:val="20"/>
        </w:rPr>
        <w:t>.</w:t>
      </w:r>
      <w:r w:rsidRPr="00C970A6">
        <w:rPr>
          <w:rFonts w:ascii="Comic Sans MS" w:hAnsi="Comic Sans MS"/>
          <w:sz w:val="20"/>
          <w:szCs w:val="20"/>
        </w:rPr>
        <w:t xml:space="preserve"> (TADB.2.a.,TAKB.1.b.)</w:t>
      </w:r>
    </w:p>
    <w:p w14:paraId="77683B60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>“</w:t>
      </w:r>
      <w:proofErr w:type="spellStart"/>
      <w:r w:rsidRPr="00C970A6">
        <w:rPr>
          <w:rFonts w:ascii="Comic Sans MS" w:hAnsi="Comic Sans MS"/>
          <w:sz w:val="20"/>
          <w:szCs w:val="20"/>
        </w:rPr>
        <w:t>Önce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Denerim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” </w:t>
      </w:r>
      <w:proofErr w:type="spellStart"/>
      <w:r w:rsidRPr="00C970A6">
        <w:rPr>
          <w:rFonts w:ascii="Comic Sans MS" w:hAnsi="Comic Sans MS"/>
          <w:sz w:val="20"/>
          <w:szCs w:val="20"/>
        </w:rPr>
        <w:t>kartında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oyuncağını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kutuya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koyan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“Yardım </w:t>
      </w:r>
      <w:proofErr w:type="spellStart"/>
      <w:r w:rsidRPr="00C970A6">
        <w:rPr>
          <w:rFonts w:ascii="Comic Sans MS" w:hAnsi="Comic Sans MS"/>
          <w:sz w:val="20"/>
          <w:szCs w:val="20"/>
        </w:rPr>
        <w:t>İsterim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” </w:t>
      </w:r>
      <w:proofErr w:type="spellStart"/>
      <w:r w:rsidRPr="00C970A6">
        <w:rPr>
          <w:rFonts w:ascii="Comic Sans MS" w:hAnsi="Comic Sans MS"/>
          <w:sz w:val="20"/>
          <w:szCs w:val="20"/>
        </w:rPr>
        <w:t>kartında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öğretmenine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şişesini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gösteren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resmi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incelenir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Kartların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anlamı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birlikte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açıklanır</w:t>
      </w:r>
      <w:proofErr w:type="spellEnd"/>
      <w:r w:rsidRPr="00C970A6">
        <w:rPr>
          <w:rFonts w:ascii="Comic Sans MS" w:hAnsi="Comic Sans MS"/>
          <w:sz w:val="20"/>
          <w:szCs w:val="20"/>
        </w:rPr>
        <w:t>. “</w:t>
      </w:r>
      <w:proofErr w:type="spellStart"/>
      <w:r w:rsidRPr="00C970A6">
        <w:rPr>
          <w:rFonts w:ascii="Comic Sans MS" w:hAnsi="Comic Sans MS"/>
          <w:sz w:val="20"/>
          <w:szCs w:val="20"/>
        </w:rPr>
        <w:t>Güvenli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deneyebiliriz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Yardıma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ihtiyacımız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varsa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denemeden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de </w:t>
      </w:r>
      <w:proofErr w:type="spellStart"/>
      <w:r w:rsidRPr="00C970A6">
        <w:rPr>
          <w:rFonts w:ascii="Comic Sans MS" w:hAnsi="Comic Sans MS"/>
          <w:sz w:val="20"/>
          <w:szCs w:val="20"/>
        </w:rPr>
        <w:t>isteyebiliriz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.” </w:t>
      </w:r>
      <w:proofErr w:type="spellStart"/>
      <w:r w:rsidRPr="00C970A6">
        <w:rPr>
          <w:rFonts w:ascii="Comic Sans MS" w:hAnsi="Comic Sans MS"/>
          <w:sz w:val="20"/>
          <w:szCs w:val="20"/>
        </w:rPr>
        <w:t>denir</w:t>
      </w:r>
      <w:proofErr w:type="spellEnd"/>
      <w:r w:rsidRPr="00C970A6">
        <w:rPr>
          <w:rFonts w:ascii="Comic Sans MS" w:hAnsi="Comic Sans MS"/>
          <w:sz w:val="20"/>
          <w:szCs w:val="20"/>
        </w:rPr>
        <w:t>. (OB4.1.SB2.)</w:t>
      </w:r>
    </w:p>
    <w:p w14:paraId="74BAC363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Çocuklar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kısa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müzik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bölümleri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eşliğinde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birlikte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yürür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hafifçe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dans </w:t>
      </w:r>
      <w:proofErr w:type="spellStart"/>
      <w:r w:rsidRPr="00C970A6">
        <w:rPr>
          <w:rFonts w:ascii="Comic Sans MS" w:hAnsi="Comic Sans MS"/>
          <w:sz w:val="20"/>
          <w:szCs w:val="20"/>
        </w:rPr>
        <w:t>eder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Birbirlerine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çarpmadan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hareket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etmelerine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model </w:t>
      </w:r>
      <w:proofErr w:type="spellStart"/>
      <w:r w:rsidRPr="00C970A6">
        <w:rPr>
          <w:rFonts w:ascii="Comic Sans MS" w:hAnsi="Comic Sans MS"/>
          <w:sz w:val="20"/>
          <w:szCs w:val="20"/>
        </w:rPr>
        <w:t>olunur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Müzik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durduğunda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resimli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durum </w:t>
      </w:r>
      <w:proofErr w:type="spellStart"/>
      <w:r w:rsidRPr="00C970A6">
        <w:rPr>
          <w:rFonts w:ascii="Comic Sans MS" w:hAnsi="Comic Sans MS"/>
          <w:sz w:val="20"/>
          <w:szCs w:val="20"/>
        </w:rPr>
        <w:t>kartı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gösterilir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Çocuklar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tercih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ettikleri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görsele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yürür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da </w:t>
      </w:r>
      <w:proofErr w:type="spellStart"/>
      <w:r w:rsidRPr="00C970A6">
        <w:rPr>
          <w:rFonts w:ascii="Comic Sans MS" w:hAnsi="Comic Sans MS"/>
          <w:sz w:val="20"/>
          <w:szCs w:val="20"/>
        </w:rPr>
        <w:t>bulundukları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yerden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işaret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eder</w:t>
      </w:r>
      <w:proofErr w:type="spellEnd"/>
      <w:r w:rsidRPr="00C970A6">
        <w:rPr>
          <w:rFonts w:ascii="Comic Sans MS" w:hAnsi="Comic Sans MS"/>
          <w:sz w:val="20"/>
          <w:szCs w:val="20"/>
        </w:rPr>
        <w:t>. (MHB.2.a., HSAB.5.b., E2.5.)</w:t>
      </w:r>
    </w:p>
    <w:p w14:paraId="3BE6B45C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• </w:t>
      </w:r>
      <w:proofErr w:type="spellStart"/>
      <w:r w:rsidRPr="00C970A6">
        <w:rPr>
          <w:rFonts w:ascii="Comic Sans MS" w:hAnsi="Comic Sans MS"/>
          <w:sz w:val="20"/>
          <w:szCs w:val="20"/>
        </w:rPr>
        <w:t>Oyuncağımı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kutuya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koyacağım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r w:rsidRPr="00C970A6">
        <w:rPr>
          <w:rFonts w:ascii="Times New Roman" w:hAnsi="Times New Roman" w:cs="Times New Roman"/>
          <w:sz w:val="20"/>
          <w:szCs w:val="20"/>
        </w:rPr>
        <w:t>→</w:t>
      </w:r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Kendim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deneyebilirim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istersem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destek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alabilirim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1CA20FF4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• </w:t>
      </w:r>
      <w:proofErr w:type="spellStart"/>
      <w:r w:rsidRPr="00C970A6">
        <w:rPr>
          <w:rFonts w:ascii="Comic Sans MS" w:hAnsi="Comic Sans MS"/>
          <w:sz w:val="20"/>
          <w:szCs w:val="20"/>
        </w:rPr>
        <w:t>Su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şişemi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açamadım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r w:rsidRPr="00C970A6">
        <w:rPr>
          <w:rFonts w:ascii="Times New Roman" w:hAnsi="Times New Roman" w:cs="Times New Roman"/>
          <w:sz w:val="20"/>
          <w:szCs w:val="20"/>
        </w:rPr>
        <w:t>→</w:t>
      </w:r>
      <w:r w:rsidRPr="00C970A6">
        <w:rPr>
          <w:rFonts w:ascii="Comic Sans MS" w:hAnsi="Comic Sans MS"/>
          <w:sz w:val="20"/>
          <w:szCs w:val="20"/>
        </w:rPr>
        <w:t xml:space="preserve"> Yard</w:t>
      </w:r>
      <w:r w:rsidRPr="00C970A6">
        <w:rPr>
          <w:rFonts w:ascii="Comic Sans MS" w:hAnsi="Comic Sans MS" w:cs="Comic Sans MS"/>
          <w:sz w:val="20"/>
          <w:szCs w:val="20"/>
        </w:rPr>
        <w:t>ı</w:t>
      </w:r>
      <w:r w:rsidRPr="00C970A6">
        <w:rPr>
          <w:rFonts w:ascii="Comic Sans MS" w:hAnsi="Comic Sans MS"/>
          <w:sz w:val="20"/>
          <w:szCs w:val="20"/>
        </w:rPr>
        <w:t xml:space="preserve">m </w:t>
      </w:r>
      <w:proofErr w:type="spellStart"/>
      <w:r w:rsidRPr="00C970A6">
        <w:rPr>
          <w:rFonts w:ascii="Comic Sans MS" w:hAnsi="Comic Sans MS"/>
          <w:sz w:val="20"/>
          <w:szCs w:val="20"/>
        </w:rPr>
        <w:t>isteyebilirim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104AD803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• </w:t>
      </w:r>
      <w:proofErr w:type="spellStart"/>
      <w:r w:rsidRPr="00C970A6">
        <w:rPr>
          <w:rFonts w:ascii="Comic Sans MS" w:hAnsi="Comic Sans MS"/>
          <w:sz w:val="20"/>
          <w:szCs w:val="20"/>
        </w:rPr>
        <w:t>Tuvaletim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geldi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r w:rsidRPr="00C970A6">
        <w:rPr>
          <w:rFonts w:ascii="Times New Roman" w:hAnsi="Times New Roman" w:cs="Times New Roman"/>
          <w:sz w:val="20"/>
          <w:szCs w:val="20"/>
        </w:rPr>
        <w:t>→</w:t>
      </w:r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Beklemeden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öğ</w:t>
      </w:r>
      <w:r w:rsidRPr="00C970A6">
        <w:rPr>
          <w:rFonts w:ascii="Comic Sans MS" w:hAnsi="Comic Sans MS"/>
          <w:sz w:val="20"/>
          <w:szCs w:val="20"/>
        </w:rPr>
        <w:t>retmenime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haber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veririm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224DB2CC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• </w:t>
      </w:r>
      <w:proofErr w:type="spellStart"/>
      <w:r w:rsidRPr="00C970A6">
        <w:rPr>
          <w:rFonts w:ascii="Comic Sans MS" w:hAnsi="Comic Sans MS"/>
          <w:sz w:val="20"/>
          <w:szCs w:val="20"/>
        </w:rPr>
        <w:t>Kalemim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dolabın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arkasına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düştü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r w:rsidRPr="00C970A6">
        <w:rPr>
          <w:rFonts w:ascii="Times New Roman" w:hAnsi="Times New Roman" w:cs="Times New Roman"/>
          <w:sz w:val="20"/>
          <w:szCs w:val="20"/>
        </w:rPr>
        <w:t>→</w:t>
      </w:r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Dolabı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çekmeden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tırmanmadan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isterim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19D10F6F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• </w:t>
      </w:r>
      <w:proofErr w:type="spellStart"/>
      <w:r w:rsidRPr="00C970A6">
        <w:rPr>
          <w:rFonts w:ascii="Comic Sans MS" w:hAnsi="Comic Sans MS"/>
          <w:sz w:val="20"/>
          <w:szCs w:val="20"/>
        </w:rPr>
        <w:t>Düştüm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dizim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acıdı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r w:rsidRPr="00C970A6">
        <w:rPr>
          <w:rFonts w:ascii="Times New Roman" w:hAnsi="Times New Roman" w:cs="Times New Roman"/>
          <w:sz w:val="20"/>
          <w:szCs w:val="20"/>
        </w:rPr>
        <w:t>→</w:t>
      </w:r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 w:cs="Comic Sans MS"/>
          <w:sz w:val="20"/>
          <w:szCs w:val="20"/>
        </w:rPr>
        <w:t>Öğ</w:t>
      </w:r>
      <w:r w:rsidRPr="00C970A6">
        <w:rPr>
          <w:rFonts w:ascii="Comic Sans MS" w:hAnsi="Comic Sans MS"/>
          <w:sz w:val="20"/>
          <w:szCs w:val="20"/>
        </w:rPr>
        <w:t>retmenime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hemen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haber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veririm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0449C834" w14:textId="48CE7F8F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İlk </w:t>
      </w:r>
      <w:proofErr w:type="spellStart"/>
      <w:r w:rsidRPr="00C970A6">
        <w:rPr>
          <w:rFonts w:ascii="Comic Sans MS" w:hAnsi="Comic Sans MS"/>
          <w:sz w:val="20"/>
          <w:szCs w:val="20"/>
        </w:rPr>
        <w:t>turda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üç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durum </w:t>
      </w:r>
      <w:proofErr w:type="spellStart"/>
      <w:r w:rsidRPr="00C970A6">
        <w:rPr>
          <w:rFonts w:ascii="Comic Sans MS" w:hAnsi="Comic Sans MS"/>
          <w:sz w:val="20"/>
          <w:szCs w:val="20"/>
        </w:rPr>
        <w:t>kullanılır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çocukların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ilgisine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göre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diğerleri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eklenir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Her </w:t>
      </w:r>
      <w:proofErr w:type="spellStart"/>
      <w:r w:rsidRPr="00C970A6">
        <w:rPr>
          <w:rFonts w:ascii="Comic Sans MS" w:hAnsi="Comic Sans MS"/>
          <w:sz w:val="20"/>
          <w:szCs w:val="20"/>
        </w:rPr>
        <w:t>kartta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kısa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soru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sorulur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: “Ne </w:t>
      </w:r>
      <w:proofErr w:type="spellStart"/>
      <w:r w:rsidRPr="00C970A6">
        <w:rPr>
          <w:rFonts w:ascii="Comic Sans MS" w:hAnsi="Comic Sans MS"/>
          <w:sz w:val="20"/>
          <w:szCs w:val="20"/>
        </w:rPr>
        <w:t>söyleyebilirsin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?” </w:t>
      </w:r>
      <w:proofErr w:type="spellStart"/>
      <w:r w:rsidRPr="00C970A6">
        <w:rPr>
          <w:rFonts w:ascii="Comic Sans MS" w:hAnsi="Comic Sans MS"/>
          <w:sz w:val="20"/>
          <w:szCs w:val="20"/>
        </w:rPr>
        <w:t>Çocuk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“</w:t>
      </w:r>
      <w:proofErr w:type="spellStart"/>
      <w:r w:rsidRPr="00C970A6">
        <w:rPr>
          <w:rFonts w:ascii="Comic Sans MS" w:hAnsi="Comic Sans MS"/>
          <w:sz w:val="20"/>
          <w:szCs w:val="20"/>
        </w:rPr>
        <w:t>Su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istiyorum</w:t>
      </w:r>
      <w:proofErr w:type="spellEnd"/>
      <w:r w:rsidRPr="00C970A6">
        <w:rPr>
          <w:rFonts w:ascii="Comic Sans MS" w:hAnsi="Comic Sans MS"/>
          <w:sz w:val="20"/>
          <w:szCs w:val="20"/>
        </w:rPr>
        <w:t>.”, “</w:t>
      </w:r>
      <w:proofErr w:type="spellStart"/>
      <w:r w:rsidRPr="00C970A6">
        <w:rPr>
          <w:rFonts w:ascii="Comic Sans MS" w:hAnsi="Comic Sans MS"/>
          <w:sz w:val="20"/>
          <w:szCs w:val="20"/>
        </w:rPr>
        <w:t>Tuvaletim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geldi</w:t>
      </w:r>
      <w:proofErr w:type="spellEnd"/>
      <w:r w:rsidRPr="00C970A6">
        <w:rPr>
          <w:rFonts w:ascii="Comic Sans MS" w:hAnsi="Comic Sans MS"/>
          <w:sz w:val="20"/>
          <w:szCs w:val="20"/>
        </w:rPr>
        <w:t>.”, “</w:t>
      </w:r>
      <w:proofErr w:type="spellStart"/>
      <w:r w:rsidRPr="00C970A6">
        <w:rPr>
          <w:rFonts w:ascii="Comic Sans MS" w:hAnsi="Comic Sans MS"/>
          <w:sz w:val="20"/>
          <w:szCs w:val="20"/>
        </w:rPr>
        <w:t>Dizim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acıdı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.”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“Yardım </w:t>
      </w:r>
      <w:proofErr w:type="spellStart"/>
      <w:r w:rsidRPr="00C970A6">
        <w:rPr>
          <w:rFonts w:ascii="Comic Sans MS" w:hAnsi="Comic Sans MS"/>
          <w:sz w:val="20"/>
          <w:szCs w:val="20"/>
        </w:rPr>
        <w:t>eder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misin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?” </w:t>
      </w:r>
      <w:proofErr w:type="spellStart"/>
      <w:r w:rsidRPr="00C970A6">
        <w:rPr>
          <w:rFonts w:ascii="Comic Sans MS" w:hAnsi="Comic Sans MS"/>
          <w:sz w:val="20"/>
          <w:szCs w:val="20"/>
        </w:rPr>
        <w:t>diyebilir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ilgili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kartı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gösterebilir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Seçimler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doğru</w:t>
      </w:r>
      <w:proofErr w:type="spellEnd"/>
      <w:r w:rsidRPr="00C970A6">
        <w:rPr>
          <w:rFonts w:ascii="Comic Sans MS" w:hAnsi="Comic Sans MS"/>
          <w:sz w:val="20"/>
          <w:szCs w:val="20"/>
        </w:rPr>
        <w:t>–</w:t>
      </w:r>
      <w:proofErr w:type="spellStart"/>
      <w:r w:rsidRPr="00C970A6">
        <w:rPr>
          <w:rFonts w:ascii="Comic Sans MS" w:hAnsi="Comic Sans MS"/>
          <w:sz w:val="20"/>
          <w:szCs w:val="20"/>
        </w:rPr>
        <w:t>yanlış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yarışına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dönüştürülmez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becerilerin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çocuktan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çocuğa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değişebileceği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kabul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edilir</w:t>
      </w:r>
      <w:proofErr w:type="spellEnd"/>
      <w:r w:rsidRPr="00C970A6">
        <w:rPr>
          <w:rFonts w:ascii="Comic Sans MS" w:hAnsi="Comic Sans MS"/>
          <w:sz w:val="20"/>
          <w:szCs w:val="20"/>
        </w:rPr>
        <w:t>. (TAKB.3.ç., TAKB.3.e., SDB1.2.</w:t>
      </w:r>
      <w:r w:rsidR="001F65A4" w:rsidRPr="00C970A6">
        <w:rPr>
          <w:rFonts w:ascii="Comic Sans MS" w:hAnsi="Comic Sans MS"/>
          <w:sz w:val="20"/>
          <w:szCs w:val="20"/>
        </w:rPr>
        <w:t>,</w:t>
      </w:r>
      <w:r w:rsidRPr="00C970A6">
        <w:rPr>
          <w:rFonts w:ascii="Comic Sans MS" w:hAnsi="Comic Sans MS"/>
          <w:sz w:val="20"/>
          <w:szCs w:val="20"/>
        </w:rPr>
        <w:t xml:space="preserve"> SDB2.1.</w:t>
      </w:r>
      <w:r w:rsidR="001F65A4" w:rsidRPr="00C970A6">
        <w:rPr>
          <w:rFonts w:ascii="Comic Sans MS" w:hAnsi="Comic Sans MS"/>
          <w:sz w:val="20"/>
          <w:szCs w:val="20"/>
        </w:rPr>
        <w:t>,</w:t>
      </w:r>
      <w:r w:rsidRPr="00C970A6">
        <w:rPr>
          <w:rFonts w:ascii="Comic Sans MS" w:hAnsi="Comic Sans MS"/>
          <w:sz w:val="20"/>
          <w:szCs w:val="20"/>
        </w:rPr>
        <w:t xml:space="preserve"> D16.1.)</w:t>
      </w:r>
    </w:p>
    <w:p w14:paraId="0CC23FB6" w14:textId="77777777" w:rsidR="005B312F" w:rsidRPr="00C970A6" w:rsidRDefault="00BB0597">
      <w:pPr>
        <w:pStyle w:val="Balk2"/>
        <w:rPr>
          <w:rFonts w:ascii="Comic Sans MS" w:hAnsi="Comic Sans MS"/>
          <w:color w:val="FF0000"/>
          <w:sz w:val="20"/>
          <w:szCs w:val="20"/>
        </w:rPr>
      </w:pPr>
      <w:r w:rsidRPr="00C970A6">
        <w:rPr>
          <w:rFonts w:ascii="Comic Sans MS" w:hAnsi="Comic Sans MS"/>
          <w:color w:val="FF0000"/>
          <w:sz w:val="20"/>
          <w:szCs w:val="20"/>
        </w:rPr>
        <w:t xml:space="preserve">Yardım </w:t>
      </w:r>
      <w:proofErr w:type="spellStart"/>
      <w:r w:rsidRPr="00C970A6">
        <w:rPr>
          <w:rFonts w:ascii="Comic Sans MS" w:hAnsi="Comic Sans MS"/>
          <w:color w:val="FF0000"/>
          <w:sz w:val="20"/>
          <w:szCs w:val="20"/>
        </w:rPr>
        <w:t>İsterim</w:t>
      </w:r>
      <w:proofErr w:type="spellEnd"/>
      <w:r w:rsidRPr="00C970A6">
        <w:rPr>
          <w:rFonts w:ascii="Comic Sans MS" w:hAnsi="Comic Sans MS"/>
          <w:color w:val="FF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FF0000"/>
          <w:sz w:val="20"/>
          <w:szCs w:val="20"/>
        </w:rPr>
        <w:t>Tekerlemesi</w:t>
      </w:r>
      <w:proofErr w:type="spellEnd"/>
    </w:p>
    <w:p w14:paraId="1312CDFC" w14:textId="77777777" w:rsidR="005B312F" w:rsidRPr="00C970A6" w:rsidRDefault="00BB0597" w:rsidP="00C970A6">
      <w:pPr>
        <w:spacing w:after="0"/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Bir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işi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deneyebilirim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, (Eller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öne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uzatılır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.)</w:t>
      </w:r>
    </w:p>
    <w:p w14:paraId="5374FE1C" w14:textId="77777777" w:rsidR="005B312F" w:rsidRPr="00C970A6" w:rsidRDefault="00BB0597" w:rsidP="00C970A6">
      <w:pPr>
        <w:spacing w:after="0"/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Yardım da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isteyebilirim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. (Bir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el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kaldırılır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.)</w:t>
      </w:r>
    </w:p>
    <w:p w14:paraId="4A454F8A" w14:textId="77777777" w:rsidR="005B312F" w:rsidRPr="00C970A6" w:rsidRDefault="00BB0597" w:rsidP="00C970A6">
      <w:pPr>
        <w:spacing w:after="0"/>
        <w:rPr>
          <w:rFonts w:ascii="Comic Sans MS" w:hAnsi="Comic Sans MS"/>
          <w:b/>
          <w:bCs/>
          <w:sz w:val="20"/>
          <w:szCs w:val="20"/>
        </w:rPr>
      </w:pP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Öğretmenime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seslenirim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, (El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ağız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yanına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götürülür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.)</w:t>
      </w:r>
    </w:p>
    <w:p w14:paraId="60093307" w14:textId="77777777" w:rsidR="005B312F" w:rsidRPr="00C970A6" w:rsidRDefault="00BB0597" w:rsidP="00C970A6">
      <w:pPr>
        <w:spacing w:after="0"/>
        <w:rPr>
          <w:rFonts w:ascii="Comic Sans MS" w:hAnsi="Comic Sans MS"/>
          <w:b/>
          <w:bCs/>
          <w:sz w:val="20"/>
          <w:szCs w:val="20"/>
        </w:rPr>
      </w:pP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İhtiyacımı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gösteririm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. (Yardım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kartı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gösterilir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.)</w:t>
      </w:r>
    </w:p>
    <w:p w14:paraId="5BF781D6" w14:textId="77777777" w:rsidR="005B312F" w:rsidRPr="00C970A6" w:rsidRDefault="00BB0597" w:rsidP="00C970A6">
      <w:pPr>
        <w:spacing w:after="0"/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 xml:space="preserve">“Yardım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eder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misin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?”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derim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,</w:t>
      </w:r>
    </w:p>
    <w:p w14:paraId="413CD6F8" w14:textId="77777777" w:rsidR="005B312F" w:rsidRPr="00C970A6" w:rsidRDefault="00BB0597" w:rsidP="00C970A6">
      <w:pPr>
        <w:spacing w:after="0"/>
        <w:rPr>
          <w:rFonts w:ascii="Comic Sans MS" w:hAnsi="Comic Sans MS"/>
          <w:b/>
          <w:bCs/>
          <w:sz w:val="20"/>
          <w:szCs w:val="20"/>
        </w:rPr>
      </w:pPr>
      <w:r w:rsidRPr="00C970A6">
        <w:rPr>
          <w:rFonts w:ascii="Comic Sans MS" w:hAnsi="Comic Sans MS"/>
          <w:b/>
          <w:bCs/>
          <w:sz w:val="20"/>
          <w:szCs w:val="20"/>
        </w:rPr>
        <w:t>“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Teşekkür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ederim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 xml:space="preserve">.” der, </w:t>
      </w:r>
      <w:proofErr w:type="spellStart"/>
      <w:r w:rsidRPr="00C970A6">
        <w:rPr>
          <w:rFonts w:ascii="Comic Sans MS" w:hAnsi="Comic Sans MS"/>
          <w:b/>
          <w:bCs/>
          <w:sz w:val="20"/>
          <w:szCs w:val="20"/>
        </w:rPr>
        <w:t>gülümserim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.</w:t>
      </w:r>
    </w:p>
    <w:p w14:paraId="339E75DF" w14:textId="61670436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Öğretmen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tekerlemeyi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önce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bütün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olarak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sonra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kısa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dizeler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hâlinde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söyler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Çocuklar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sözle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hareketle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katılır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Üzülmenin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doğal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olduğu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zorlanınca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alınabileceği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hatırlatılır</w:t>
      </w:r>
      <w:proofErr w:type="spellEnd"/>
      <w:r w:rsidRPr="00C970A6">
        <w:rPr>
          <w:rFonts w:ascii="Comic Sans MS" w:hAnsi="Comic Sans MS"/>
          <w:sz w:val="20"/>
          <w:szCs w:val="20"/>
        </w:rPr>
        <w:t>. (TADB.1.b., SDB2.1.)</w:t>
      </w:r>
    </w:p>
    <w:p w14:paraId="611CB571" w14:textId="55D3C00A" w:rsidR="005B312F" w:rsidRPr="00C970A6" w:rsidRDefault="00BB0597">
      <w:pPr>
        <w:pStyle w:val="Balk2"/>
        <w:rPr>
          <w:rFonts w:ascii="Comic Sans MS" w:hAnsi="Comic Sans MS"/>
          <w:color w:val="002060"/>
          <w:sz w:val="20"/>
          <w:szCs w:val="20"/>
        </w:rPr>
      </w:pPr>
      <w:r w:rsidRPr="00C970A6">
        <w:rPr>
          <w:rFonts w:ascii="Comic Sans MS" w:hAnsi="Comic Sans MS"/>
          <w:color w:val="002060"/>
          <w:sz w:val="20"/>
          <w:szCs w:val="20"/>
        </w:rPr>
        <w:t xml:space="preserve">Sanat </w:t>
      </w:r>
      <w:r w:rsidR="00A419E9" w:rsidRPr="00C970A6">
        <w:rPr>
          <w:rFonts w:ascii="Comic Sans MS" w:hAnsi="Comic Sans MS"/>
          <w:color w:val="002060"/>
          <w:sz w:val="20"/>
          <w:szCs w:val="20"/>
        </w:rPr>
        <w:t>(</w:t>
      </w:r>
      <w:proofErr w:type="spellStart"/>
      <w:r w:rsidRPr="00C970A6">
        <w:rPr>
          <w:rFonts w:ascii="Comic Sans MS" w:hAnsi="Comic Sans MS"/>
          <w:color w:val="002060"/>
          <w:sz w:val="20"/>
          <w:szCs w:val="20"/>
        </w:rPr>
        <w:t>Bireysel</w:t>
      </w:r>
      <w:proofErr w:type="spellEnd"/>
      <w:r w:rsidRPr="00C970A6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2060"/>
          <w:sz w:val="20"/>
          <w:szCs w:val="20"/>
        </w:rPr>
        <w:t>Etkinlik</w:t>
      </w:r>
      <w:proofErr w:type="spellEnd"/>
      <w:r w:rsidR="00A419E9" w:rsidRPr="00C970A6">
        <w:rPr>
          <w:rFonts w:ascii="Comic Sans MS" w:hAnsi="Comic Sans MS"/>
          <w:color w:val="002060"/>
          <w:sz w:val="20"/>
          <w:szCs w:val="20"/>
        </w:rPr>
        <w:t>)</w:t>
      </w:r>
    </w:p>
    <w:p w14:paraId="25698A31" w14:textId="0D781504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Çocuklara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büyük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tavşan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görselli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kâğıt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boş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resim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kâğıdı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sunulur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Tavşanı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boyayabilecekleri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tavşana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bahçe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çizebilecekleri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açıklanır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Her </w:t>
      </w:r>
      <w:proofErr w:type="spellStart"/>
      <w:r w:rsidRPr="00C970A6">
        <w:rPr>
          <w:rFonts w:ascii="Comic Sans MS" w:hAnsi="Comic Sans MS"/>
          <w:sz w:val="20"/>
          <w:szCs w:val="20"/>
        </w:rPr>
        <w:t>çocuk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istediği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kâğıdı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pastel </w:t>
      </w:r>
      <w:proofErr w:type="spellStart"/>
      <w:r w:rsidRPr="00C970A6">
        <w:rPr>
          <w:rFonts w:ascii="Comic Sans MS" w:hAnsi="Comic Sans MS"/>
          <w:sz w:val="20"/>
          <w:szCs w:val="20"/>
        </w:rPr>
        <w:t>boyaları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seçer</w:t>
      </w:r>
      <w:proofErr w:type="spellEnd"/>
      <w:r w:rsidRPr="00C970A6">
        <w:rPr>
          <w:rFonts w:ascii="Comic Sans MS" w:hAnsi="Comic Sans MS"/>
          <w:sz w:val="20"/>
          <w:szCs w:val="20"/>
        </w:rPr>
        <w:t>. (SNAB.4.b., E1.2.)</w:t>
      </w:r>
    </w:p>
    <w:p w14:paraId="5CE740FB" w14:textId="6C6C74C9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Çocuklar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seçtikleri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çalışmayı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kendi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hızlarında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yapar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diledikleri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renkleri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kullanır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bahçeye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istedikleri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çizgileri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bitkileri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oyun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alanlarını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ekler</w:t>
      </w:r>
      <w:proofErr w:type="spellEnd"/>
      <w:r w:rsidRPr="00C970A6">
        <w:rPr>
          <w:rFonts w:ascii="Comic Sans MS" w:hAnsi="Comic Sans MS"/>
          <w:sz w:val="20"/>
          <w:szCs w:val="20"/>
        </w:rPr>
        <w:t>. (SNAB.4.c.,SNAB.4.ç., E3.3., D3.1.)</w:t>
      </w:r>
    </w:p>
    <w:p w14:paraId="2EB4CC74" w14:textId="4F764936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Gerçek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güçlük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yaşandığında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“</w:t>
      </w:r>
      <w:proofErr w:type="spellStart"/>
      <w:r w:rsidRPr="00C970A6">
        <w:rPr>
          <w:rFonts w:ascii="Comic Sans MS" w:hAnsi="Comic Sans MS"/>
          <w:sz w:val="20"/>
          <w:szCs w:val="20"/>
        </w:rPr>
        <w:t>Hangi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bölümde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ihtiyacın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var?” </w:t>
      </w:r>
      <w:proofErr w:type="spellStart"/>
      <w:r w:rsidRPr="00C970A6">
        <w:rPr>
          <w:rFonts w:ascii="Comic Sans MS" w:hAnsi="Comic Sans MS"/>
          <w:sz w:val="20"/>
          <w:szCs w:val="20"/>
        </w:rPr>
        <w:t>diye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sorulur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Çocuk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zorlandığı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bölümü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söyleyebilir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gösterebilir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Öğretmen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yalnızca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ihtiyaç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duyulan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ölçüde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destek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sağlar</w:t>
      </w:r>
      <w:proofErr w:type="spellEnd"/>
      <w:r w:rsidR="006901BD" w:rsidRPr="00C970A6">
        <w:rPr>
          <w:rFonts w:ascii="Comic Sans MS" w:hAnsi="Comic Sans MS"/>
          <w:sz w:val="20"/>
          <w:szCs w:val="20"/>
        </w:rPr>
        <w:t>.</w:t>
      </w:r>
      <w:r w:rsidRPr="00C970A6">
        <w:rPr>
          <w:rFonts w:ascii="Comic Sans MS" w:hAnsi="Comic Sans MS"/>
          <w:sz w:val="20"/>
          <w:szCs w:val="20"/>
        </w:rPr>
        <w:t xml:space="preserve"> (SDB1.1., SDB2.1.)</w:t>
      </w:r>
    </w:p>
    <w:p w14:paraId="69144DDD" w14:textId="75BB746B" w:rsidR="005B312F" w:rsidRPr="00C970A6" w:rsidRDefault="00BB0597">
      <w:pPr>
        <w:pStyle w:val="Balk2"/>
        <w:rPr>
          <w:rFonts w:ascii="Comic Sans MS" w:hAnsi="Comic Sans MS"/>
          <w:color w:val="002060"/>
          <w:sz w:val="20"/>
          <w:szCs w:val="20"/>
        </w:rPr>
      </w:pPr>
      <w:proofErr w:type="spellStart"/>
      <w:r w:rsidRPr="00C970A6">
        <w:rPr>
          <w:rFonts w:ascii="Comic Sans MS" w:hAnsi="Comic Sans MS"/>
          <w:color w:val="002060"/>
          <w:sz w:val="20"/>
          <w:szCs w:val="20"/>
        </w:rPr>
        <w:t>Hareket</w:t>
      </w:r>
      <w:proofErr w:type="spellEnd"/>
      <w:r w:rsidRPr="00C970A6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2060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2060"/>
          <w:sz w:val="20"/>
          <w:szCs w:val="20"/>
        </w:rPr>
        <w:t>Sağlık</w:t>
      </w:r>
      <w:proofErr w:type="spellEnd"/>
      <w:r w:rsidRPr="00C970A6">
        <w:rPr>
          <w:rFonts w:ascii="Comic Sans MS" w:hAnsi="Comic Sans MS"/>
          <w:color w:val="002060"/>
          <w:sz w:val="20"/>
          <w:szCs w:val="20"/>
        </w:rPr>
        <w:t xml:space="preserve"> </w:t>
      </w:r>
      <w:r w:rsidR="00A419E9" w:rsidRPr="00C970A6">
        <w:rPr>
          <w:rFonts w:ascii="Comic Sans MS" w:hAnsi="Comic Sans MS"/>
          <w:color w:val="002060"/>
          <w:sz w:val="20"/>
          <w:szCs w:val="20"/>
        </w:rPr>
        <w:t>(</w:t>
      </w:r>
      <w:r w:rsidRPr="00C970A6">
        <w:rPr>
          <w:rFonts w:ascii="Comic Sans MS" w:hAnsi="Comic Sans MS"/>
          <w:color w:val="002060"/>
          <w:sz w:val="20"/>
          <w:szCs w:val="20"/>
        </w:rPr>
        <w:t xml:space="preserve">Büyük </w:t>
      </w:r>
      <w:proofErr w:type="spellStart"/>
      <w:r w:rsidRPr="00C970A6">
        <w:rPr>
          <w:rFonts w:ascii="Comic Sans MS" w:hAnsi="Comic Sans MS"/>
          <w:color w:val="002060"/>
          <w:sz w:val="20"/>
          <w:szCs w:val="20"/>
        </w:rPr>
        <w:t>Grup</w:t>
      </w:r>
      <w:proofErr w:type="spellEnd"/>
      <w:r w:rsidRPr="00C970A6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2060"/>
          <w:sz w:val="20"/>
          <w:szCs w:val="20"/>
        </w:rPr>
        <w:t>Etkinliği</w:t>
      </w:r>
      <w:proofErr w:type="spellEnd"/>
      <w:r w:rsidR="00A419E9" w:rsidRPr="00C970A6">
        <w:rPr>
          <w:rFonts w:ascii="Comic Sans MS" w:hAnsi="Comic Sans MS"/>
          <w:color w:val="002060"/>
          <w:sz w:val="20"/>
          <w:szCs w:val="20"/>
        </w:rPr>
        <w:t>)</w:t>
      </w:r>
    </w:p>
    <w:p w14:paraId="4AFBFB50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>“</w:t>
      </w:r>
      <w:proofErr w:type="spellStart"/>
      <w:r w:rsidRPr="00C970A6">
        <w:rPr>
          <w:rFonts w:ascii="Comic Sans MS" w:hAnsi="Comic Sans MS"/>
          <w:sz w:val="20"/>
          <w:szCs w:val="20"/>
        </w:rPr>
        <w:t>Tavşanlar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Yuvalarında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” </w:t>
      </w:r>
      <w:proofErr w:type="spellStart"/>
      <w:r w:rsidRPr="00C970A6">
        <w:rPr>
          <w:rFonts w:ascii="Comic Sans MS" w:hAnsi="Comic Sans MS"/>
          <w:sz w:val="20"/>
          <w:szCs w:val="20"/>
        </w:rPr>
        <w:t>oyunu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için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her </w:t>
      </w:r>
      <w:proofErr w:type="spellStart"/>
      <w:r w:rsidRPr="00C970A6">
        <w:rPr>
          <w:rFonts w:ascii="Comic Sans MS" w:hAnsi="Comic Sans MS"/>
          <w:sz w:val="20"/>
          <w:szCs w:val="20"/>
        </w:rPr>
        <w:t>çocuğa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çember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zemine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sabit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bant </w:t>
      </w:r>
      <w:proofErr w:type="spellStart"/>
      <w:r w:rsidRPr="00C970A6">
        <w:rPr>
          <w:rFonts w:ascii="Comic Sans MS" w:hAnsi="Comic Sans MS"/>
          <w:sz w:val="20"/>
          <w:szCs w:val="20"/>
        </w:rPr>
        <w:t>halkası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hazırlanır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Çocuklar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aralarında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yeterli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mesafe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bırakarak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kendi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yuvalarının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yanında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durur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Öğretmen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“</w:t>
      </w:r>
      <w:proofErr w:type="spellStart"/>
      <w:r w:rsidRPr="00C970A6">
        <w:rPr>
          <w:rFonts w:ascii="Comic Sans MS" w:hAnsi="Comic Sans MS"/>
          <w:sz w:val="20"/>
          <w:szCs w:val="20"/>
        </w:rPr>
        <w:t>İçeri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!” </w:t>
      </w:r>
      <w:proofErr w:type="spellStart"/>
      <w:r w:rsidRPr="00C970A6">
        <w:rPr>
          <w:rFonts w:ascii="Comic Sans MS" w:hAnsi="Comic Sans MS"/>
          <w:sz w:val="20"/>
          <w:szCs w:val="20"/>
        </w:rPr>
        <w:t>dediğinde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halkanın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içine</w:t>
      </w:r>
      <w:proofErr w:type="spellEnd"/>
      <w:r w:rsidRPr="00C970A6">
        <w:rPr>
          <w:rFonts w:ascii="Comic Sans MS" w:hAnsi="Comic Sans MS"/>
          <w:sz w:val="20"/>
          <w:szCs w:val="20"/>
        </w:rPr>
        <w:t>, “</w:t>
      </w:r>
      <w:proofErr w:type="spellStart"/>
      <w:r w:rsidRPr="00C970A6">
        <w:rPr>
          <w:rFonts w:ascii="Comic Sans MS" w:hAnsi="Comic Sans MS"/>
          <w:sz w:val="20"/>
          <w:szCs w:val="20"/>
        </w:rPr>
        <w:t>Dışarı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!” </w:t>
      </w:r>
      <w:proofErr w:type="spellStart"/>
      <w:r w:rsidRPr="00C970A6">
        <w:rPr>
          <w:rFonts w:ascii="Comic Sans MS" w:hAnsi="Comic Sans MS"/>
          <w:sz w:val="20"/>
          <w:szCs w:val="20"/>
        </w:rPr>
        <w:t>dediğinde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dışına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küçük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atar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iki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ayakla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hafifçe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sıçrar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çocuklara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model </w:t>
      </w:r>
      <w:proofErr w:type="spellStart"/>
      <w:r w:rsidRPr="00C970A6">
        <w:rPr>
          <w:rFonts w:ascii="Comic Sans MS" w:hAnsi="Comic Sans MS"/>
          <w:sz w:val="20"/>
          <w:szCs w:val="20"/>
        </w:rPr>
        <w:t>olur</w:t>
      </w:r>
      <w:proofErr w:type="spellEnd"/>
      <w:r w:rsidRPr="00C970A6">
        <w:rPr>
          <w:rFonts w:ascii="Comic Sans MS" w:hAnsi="Comic Sans MS"/>
          <w:sz w:val="20"/>
          <w:szCs w:val="20"/>
        </w:rPr>
        <w:t>. (HSAB.1.a.)</w:t>
      </w:r>
    </w:p>
    <w:p w14:paraId="3FE518B5" w14:textId="6C767E84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Yönergeler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yavaş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verilir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Sıçramak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istemeyen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zorlanan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atabilir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Çocukların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birbirlerine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çarpmadan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hareket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etmesi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6901BD" w:rsidRPr="00C970A6">
        <w:rPr>
          <w:rFonts w:ascii="Comic Sans MS" w:hAnsi="Comic Sans MS"/>
          <w:sz w:val="20"/>
          <w:szCs w:val="20"/>
        </w:rPr>
        <w:t>sağlanır</w:t>
      </w:r>
      <w:proofErr w:type="spellEnd"/>
      <w:r w:rsidRPr="00C970A6">
        <w:rPr>
          <w:rFonts w:ascii="Comic Sans MS" w:hAnsi="Comic Sans MS"/>
          <w:sz w:val="20"/>
          <w:szCs w:val="20"/>
        </w:rPr>
        <w:t>. “</w:t>
      </w:r>
      <w:proofErr w:type="spellStart"/>
      <w:r w:rsidRPr="00C970A6">
        <w:rPr>
          <w:rFonts w:ascii="Comic Sans MS" w:hAnsi="Comic Sans MS"/>
          <w:sz w:val="20"/>
          <w:szCs w:val="20"/>
        </w:rPr>
        <w:t>Şimdi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yuvanın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içinde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misin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dışında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mısın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?” </w:t>
      </w:r>
      <w:proofErr w:type="spellStart"/>
      <w:r w:rsidRPr="00C970A6">
        <w:rPr>
          <w:rFonts w:ascii="Comic Sans MS" w:hAnsi="Comic Sans MS"/>
          <w:sz w:val="20"/>
          <w:szCs w:val="20"/>
        </w:rPr>
        <w:t>sorusuna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sözle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göstererek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yanıt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verilir</w:t>
      </w:r>
      <w:proofErr w:type="spellEnd"/>
      <w:r w:rsidRPr="00C970A6">
        <w:rPr>
          <w:rFonts w:ascii="Comic Sans MS" w:hAnsi="Comic Sans MS"/>
          <w:sz w:val="20"/>
          <w:szCs w:val="20"/>
        </w:rPr>
        <w:t>. (HSAB.5.b., D16.1.)</w:t>
      </w:r>
    </w:p>
    <w:p w14:paraId="7548197D" w14:textId="77777777" w:rsidR="006901BD" w:rsidRPr="00C970A6" w:rsidRDefault="006901BD" w:rsidP="006901BD">
      <w:pPr>
        <w:spacing w:after="40" w:line="259" w:lineRule="auto"/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lastRenderedPageBreak/>
        <w:t>Kapıdaki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selamlaşma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panosundan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el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sallama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, dans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istenirse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temas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içeren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vedalaşma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seçilir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Çocuklar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yetkili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yetişkine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teslim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0000"/>
          <w:sz w:val="20"/>
          <w:szCs w:val="20"/>
        </w:rPr>
        <w:t>edilir</w:t>
      </w:r>
      <w:proofErr w:type="spellEnd"/>
      <w:r w:rsidRPr="00C970A6">
        <w:rPr>
          <w:rFonts w:ascii="Comic Sans MS" w:hAnsi="Comic Sans MS"/>
          <w:color w:val="000000"/>
          <w:sz w:val="20"/>
          <w:szCs w:val="20"/>
        </w:rPr>
        <w:t>.</w:t>
      </w:r>
    </w:p>
    <w:p w14:paraId="52F1C021" w14:textId="77777777" w:rsidR="005B312F" w:rsidRPr="00C970A6" w:rsidRDefault="00BB0597">
      <w:pPr>
        <w:pStyle w:val="Balk1"/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>FARKLILAŞTIRMA</w:t>
      </w:r>
    </w:p>
    <w:p w14:paraId="1F648CCE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b/>
          <w:bCs/>
          <w:color w:val="002060"/>
          <w:sz w:val="20"/>
          <w:szCs w:val="20"/>
        </w:rPr>
        <w:t>Zenginleştirme</w:t>
      </w:r>
      <w:proofErr w:type="spellEnd"/>
      <w:r w:rsidRPr="00C970A6">
        <w:rPr>
          <w:rFonts w:ascii="Comic Sans MS" w:hAnsi="Comic Sans MS"/>
          <w:b/>
          <w:bCs/>
          <w:sz w:val="20"/>
          <w:szCs w:val="20"/>
        </w:rPr>
        <w:t>:</w:t>
      </w:r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Hazır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kuklayla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farklı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durumunu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canlandırabilir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tavşanın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bahçesine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kendi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seçtiği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ayrıntıları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ekleyebilir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Hangi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kendisinin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yapabildiğini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hangi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bölümde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destek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istediğini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kısa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ifadelerle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paylaşabilir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104499B2" w14:textId="6F40BBDA" w:rsidR="00A419E9" w:rsidRPr="00C970A6" w:rsidRDefault="00BB0597" w:rsidP="00A419E9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b/>
          <w:bCs/>
          <w:color w:val="002060"/>
          <w:sz w:val="20"/>
          <w:szCs w:val="20"/>
        </w:rPr>
        <w:t>Destekleme</w:t>
      </w:r>
      <w:proofErr w:type="spellEnd"/>
      <w:r w:rsidRPr="00C970A6">
        <w:rPr>
          <w:rFonts w:ascii="Comic Sans MS" w:hAnsi="Comic Sans MS"/>
          <w:b/>
          <w:bCs/>
          <w:color w:val="002060"/>
          <w:sz w:val="20"/>
          <w:szCs w:val="20"/>
        </w:rPr>
        <w:t>:</w:t>
      </w:r>
      <w:r w:rsidRPr="00C970A6">
        <w:rPr>
          <w:rFonts w:ascii="Comic Sans MS" w:hAnsi="Comic Sans MS"/>
          <w:color w:val="002060"/>
          <w:sz w:val="20"/>
          <w:szCs w:val="20"/>
        </w:rPr>
        <w:t xml:space="preserve"> </w:t>
      </w:r>
      <w:r w:rsidRPr="00C970A6">
        <w:rPr>
          <w:rFonts w:ascii="Comic Sans MS" w:hAnsi="Comic Sans MS"/>
          <w:sz w:val="20"/>
          <w:szCs w:val="20"/>
        </w:rPr>
        <w:t xml:space="preserve">Durum </w:t>
      </w:r>
      <w:proofErr w:type="spellStart"/>
      <w:r w:rsidRPr="00C970A6">
        <w:rPr>
          <w:rFonts w:ascii="Comic Sans MS" w:hAnsi="Comic Sans MS"/>
          <w:sz w:val="20"/>
          <w:szCs w:val="20"/>
        </w:rPr>
        <w:t>kartları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gösterilir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başlangıçta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iki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somut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durumla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çalışılır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Tek </w:t>
      </w:r>
      <w:proofErr w:type="spellStart"/>
      <w:r w:rsidRPr="00C970A6">
        <w:rPr>
          <w:rFonts w:ascii="Comic Sans MS" w:hAnsi="Comic Sans MS"/>
          <w:sz w:val="20"/>
          <w:szCs w:val="20"/>
        </w:rPr>
        <w:t>basamaklı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yönergeler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yetişkin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modeli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bekleme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süresi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kullanılır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Sözcük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jest, </w:t>
      </w:r>
      <w:proofErr w:type="spellStart"/>
      <w:r w:rsidRPr="00C970A6">
        <w:rPr>
          <w:rFonts w:ascii="Comic Sans MS" w:hAnsi="Comic Sans MS"/>
          <w:sz w:val="20"/>
          <w:szCs w:val="20"/>
        </w:rPr>
        <w:t>mimik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kartı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eşdeğer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iletişim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yolları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olarak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kabul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edilir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Kalın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pastel </w:t>
      </w:r>
      <w:proofErr w:type="spellStart"/>
      <w:r w:rsidRPr="00C970A6">
        <w:rPr>
          <w:rFonts w:ascii="Comic Sans MS" w:hAnsi="Comic Sans MS"/>
          <w:sz w:val="20"/>
          <w:szCs w:val="20"/>
        </w:rPr>
        <w:t>boya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büyük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görseller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sunulur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Hareket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oyununa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adımla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oturarak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oyuncak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tavşanı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halkanın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içine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dışına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taşıyarak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bireysel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destekle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katılım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sağlanır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</w:p>
    <w:p w14:paraId="7B149B1C" w14:textId="7C4C256C" w:rsidR="00A419E9" w:rsidRPr="00C970A6" w:rsidRDefault="00A419E9" w:rsidP="00A419E9">
      <w:pPr>
        <w:rPr>
          <w:rFonts w:ascii="Comic Sans MS" w:hAnsi="Comic Sans MS"/>
          <w:b/>
          <w:bCs/>
          <w:color w:val="1EB0A8"/>
          <w:sz w:val="20"/>
          <w:szCs w:val="20"/>
        </w:rPr>
      </w:pPr>
      <w:r w:rsidRPr="00C970A6">
        <w:rPr>
          <w:rFonts w:ascii="Comic Sans MS" w:hAnsi="Comic Sans MS"/>
          <w:b/>
          <w:bCs/>
          <w:color w:val="1EB0A8"/>
          <w:sz w:val="20"/>
          <w:szCs w:val="20"/>
        </w:rPr>
        <w:t>GÜNÜ DEĞERLENDİRME</w:t>
      </w:r>
    </w:p>
    <w:p w14:paraId="608F7755" w14:textId="77777777" w:rsidR="00A419E9" w:rsidRPr="00C970A6" w:rsidRDefault="00A419E9" w:rsidP="00A419E9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Kısa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değerlendirme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çemberi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oluşturulur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Kukla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kartlardan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yararlanılır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çocukların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sözlü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yanıtları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kadar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işaret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hareketleri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de </w:t>
      </w:r>
      <w:proofErr w:type="spellStart"/>
      <w:r w:rsidRPr="00C970A6">
        <w:rPr>
          <w:rFonts w:ascii="Comic Sans MS" w:hAnsi="Comic Sans MS"/>
          <w:sz w:val="20"/>
          <w:szCs w:val="20"/>
        </w:rPr>
        <w:t>kabul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edilir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Sorular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çocukların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dikkat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sürelerine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göre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kısa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aralıklarla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yöneltilir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46CC73C5" w14:textId="77777777" w:rsidR="00A419E9" w:rsidRPr="00C970A6" w:rsidRDefault="00A419E9" w:rsidP="00A419E9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• </w:t>
      </w:r>
      <w:proofErr w:type="spellStart"/>
      <w:r w:rsidRPr="00C970A6">
        <w:rPr>
          <w:rFonts w:ascii="Comic Sans MS" w:hAnsi="Comic Sans MS"/>
          <w:sz w:val="20"/>
          <w:szCs w:val="20"/>
        </w:rPr>
        <w:t>Tavşan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şişesini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açamayınca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ne </w:t>
      </w:r>
      <w:proofErr w:type="spellStart"/>
      <w:r w:rsidRPr="00C970A6">
        <w:rPr>
          <w:rFonts w:ascii="Comic Sans MS" w:hAnsi="Comic Sans MS"/>
          <w:sz w:val="20"/>
          <w:szCs w:val="20"/>
        </w:rPr>
        <w:t>yaptı</w:t>
      </w:r>
      <w:proofErr w:type="spellEnd"/>
      <w:r w:rsidRPr="00C970A6">
        <w:rPr>
          <w:rFonts w:ascii="Comic Sans MS" w:hAnsi="Comic Sans MS"/>
          <w:sz w:val="20"/>
          <w:szCs w:val="20"/>
        </w:rPr>
        <w:t>?</w:t>
      </w:r>
    </w:p>
    <w:p w14:paraId="2C823132" w14:textId="77777777" w:rsidR="00A419E9" w:rsidRPr="00C970A6" w:rsidRDefault="00A419E9" w:rsidP="00A419E9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>• “</w:t>
      </w:r>
      <w:proofErr w:type="spellStart"/>
      <w:r w:rsidRPr="00C970A6">
        <w:rPr>
          <w:rFonts w:ascii="Comic Sans MS" w:hAnsi="Comic Sans MS"/>
          <w:sz w:val="20"/>
          <w:szCs w:val="20"/>
        </w:rPr>
        <w:t>İçeri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!” </w:t>
      </w:r>
      <w:proofErr w:type="spellStart"/>
      <w:r w:rsidRPr="00C970A6">
        <w:rPr>
          <w:rFonts w:ascii="Comic Sans MS" w:hAnsi="Comic Sans MS"/>
          <w:sz w:val="20"/>
          <w:szCs w:val="20"/>
        </w:rPr>
        <w:t>dediğimde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nereye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geçtin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? </w:t>
      </w:r>
      <w:proofErr w:type="spellStart"/>
      <w:r w:rsidRPr="00C970A6">
        <w:rPr>
          <w:rFonts w:ascii="Comic Sans MS" w:hAnsi="Comic Sans MS"/>
          <w:sz w:val="20"/>
          <w:szCs w:val="20"/>
        </w:rPr>
        <w:t>Gösterir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misin</w:t>
      </w:r>
      <w:proofErr w:type="spellEnd"/>
      <w:r w:rsidRPr="00C970A6">
        <w:rPr>
          <w:rFonts w:ascii="Comic Sans MS" w:hAnsi="Comic Sans MS"/>
          <w:sz w:val="20"/>
          <w:szCs w:val="20"/>
        </w:rPr>
        <w:t>?</w:t>
      </w:r>
    </w:p>
    <w:p w14:paraId="15930CCA" w14:textId="77777777" w:rsidR="00A419E9" w:rsidRPr="00C970A6" w:rsidRDefault="00A419E9" w:rsidP="00A419E9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• </w:t>
      </w:r>
      <w:proofErr w:type="spellStart"/>
      <w:r w:rsidRPr="00C970A6">
        <w:rPr>
          <w:rFonts w:ascii="Comic Sans MS" w:hAnsi="Comic Sans MS"/>
          <w:sz w:val="20"/>
          <w:szCs w:val="20"/>
        </w:rPr>
        <w:t>Bugün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hangi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etkinlik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seni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mutlu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etti</w:t>
      </w:r>
      <w:proofErr w:type="spellEnd"/>
      <w:r w:rsidRPr="00C970A6">
        <w:rPr>
          <w:rFonts w:ascii="Comic Sans MS" w:hAnsi="Comic Sans MS"/>
          <w:sz w:val="20"/>
          <w:szCs w:val="20"/>
        </w:rPr>
        <w:t>?</w:t>
      </w:r>
    </w:p>
    <w:p w14:paraId="455E58D4" w14:textId="77777777" w:rsidR="00A419E9" w:rsidRPr="00C970A6" w:rsidRDefault="00A419E9" w:rsidP="00A419E9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• Bir </w:t>
      </w:r>
      <w:proofErr w:type="spellStart"/>
      <w:r w:rsidRPr="00C970A6">
        <w:rPr>
          <w:rFonts w:ascii="Comic Sans MS" w:hAnsi="Comic Sans MS"/>
          <w:sz w:val="20"/>
          <w:szCs w:val="20"/>
        </w:rPr>
        <w:t>işi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yapamayınca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nasıl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hissediyorsun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? </w:t>
      </w:r>
      <w:proofErr w:type="spellStart"/>
      <w:r w:rsidRPr="00C970A6">
        <w:rPr>
          <w:rFonts w:ascii="Comic Sans MS" w:hAnsi="Comic Sans MS"/>
          <w:sz w:val="20"/>
          <w:szCs w:val="20"/>
        </w:rPr>
        <w:t>Kartla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gösterebilirsin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624385D0" w14:textId="77777777" w:rsidR="00A419E9" w:rsidRPr="00C970A6" w:rsidRDefault="00A419E9" w:rsidP="00A419E9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• </w:t>
      </w:r>
      <w:proofErr w:type="spellStart"/>
      <w:r w:rsidRPr="00C970A6">
        <w:rPr>
          <w:rFonts w:ascii="Comic Sans MS" w:hAnsi="Comic Sans MS"/>
          <w:sz w:val="20"/>
          <w:szCs w:val="20"/>
        </w:rPr>
        <w:t>Evde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hangi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kendin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denemek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istersin</w:t>
      </w:r>
      <w:proofErr w:type="spellEnd"/>
      <w:r w:rsidRPr="00C970A6">
        <w:rPr>
          <w:rFonts w:ascii="Comic Sans MS" w:hAnsi="Comic Sans MS"/>
          <w:sz w:val="20"/>
          <w:szCs w:val="20"/>
        </w:rPr>
        <w:t>?</w:t>
      </w:r>
    </w:p>
    <w:p w14:paraId="53715EA5" w14:textId="77777777" w:rsidR="00A419E9" w:rsidRPr="00C970A6" w:rsidRDefault="00A419E9" w:rsidP="00A419E9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• </w:t>
      </w:r>
      <w:proofErr w:type="spellStart"/>
      <w:r w:rsidRPr="00C970A6">
        <w:rPr>
          <w:rFonts w:ascii="Comic Sans MS" w:hAnsi="Comic Sans MS"/>
          <w:sz w:val="20"/>
          <w:szCs w:val="20"/>
        </w:rPr>
        <w:t>Okulda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tuvaletin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geldiğinde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canın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acıdığında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kime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haber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verirsin</w:t>
      </w:r>
      <w:proofErr w:type="spellEnd"/>
      <w:r w:rsidRPr="00C970A6">
        <w:rPr>
          <w:rFonts w:ascii="Comic Sans MS" w:hAnsi="Comic Sans MS"/>
          <w:sz w:val="20"/>
          <w:szCs w:val="20"/>
        </w:rPr>
        <w:t>?</w:t>
      </w:r>
    </w:p>
    <w:p w14:paraId="62B5EEB7" w14:textId="77777777" w:rsidR="00A419E9" w:rsidRPr="00C970A6" w:rsidRDefault="00A419E9" w:rsidP="00A419E9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• </w:t>
      </w:r>
      <w:proofErr w:type="spellStart"/>
      <w:r w:rsidRPr="00C970A6">
        <w:rPr>
          <w:rFonts w:ascii="Comic Sans MS" w:hAnsi="Comic Sans MS"/>
          <w:sz w:val="20"/>
          <w:szCs w:val="20"/>
        </w:rPr>
        <w:t>Bugün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neyi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kendin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yaptın</w:t>
      </w:r>
      <w:proofErr w:type="spellEnd"/>
      <w:r w:rsidRPr="00C970A6">
        <w:rPr>
          <w:rFonts w:ascii="Comic Sans MS" w:hAnsi="Comic Sans MS"/>
          <w:sz w:val="20"/>
          <w:szCs w:val="20"/>
        </w:rPr>
        <w:t>?</w:t>
      </w:r>
    </w:p>
    <w:p w14:paraId="7893D9EA" w14:textId="77777777" w:rsidR="00A419E9" w:rsidRPr="00C970A6" w:rsidRDefault="00A419E9" w:rsidP="00A419E9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• </w:t>
      </w:r>
      <w:proofErr w:type="spellStart"/>
      <w:r w:rsidRPr="00C970A6">
        <w:rPr>
          <w:rFonts w:ascii="Comic Sans MS" w:hAnsi="Comic Sans MS"/>
          <w:sz w:val="20"/>
          <w:szCs w:val="20"/>
        </w:rPr>
        <w:t>Bugün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hangi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bölümde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istedin</w:t>
      </w:r>
      <w:proofErr w:type="spellEnd"/>
      <w:r w:rsidRPr="00C970A6">
        <w:rPr>
          <w:rFonts w:ascii="Comic Sans MS" w:hAnsi="Comic Sans MS"/>
          <w:sz w:val="20"/>
          <w:szCs w:val="20"/>
        </w:rPr>
        <w:t>?</w:t>
      </w:r>
    </w:p>
    <w:p w14:paraId="47C13AE8" w14:textId="2658A97C" w:rsidR="005B312F" w:rsidRPr="00C970A6" w:rsidRDefault="00A419E9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b/>
          <w:bCs/>
          <w:color w:val="002060"/>
          <w:sz w:val="20"/>
          <w:szCs w:val="20"/>
        </w:rPr>
        <w:t xml:space="preserve">Genel </w:t>
      </w:r>
      <w:proofErr w:type="spellStart"/>
      <w:r w:rsidRPr="00C970A6">
        <w:rPr>
          <w:rFonts w:ascii="Comic Sans MS" w:hAnsi="Comic Sans MS"/>
          <w:b/>
          <w:bCs/>
          <w:color w:val="002060"/>
          <w:sz w:val="20"/>
          <w:szCs w:val="20"/>
        </w:rPr>
        <w:t>Değerlendirme</w:t>
      </w:r>
      <w:proofErr w:type="spellEnd"/>
      <w:r w:rsidRPr="00C970A6">
        <w:rPr>
          <w:rFonts w:ascii="Comic Sans MS" w:hAnsi="Comic Sans MS"/>
          <w:b/>
          <w:bCs/>
          <w:color w:val="002060"/>
          <w:sz w:val="20"/>
          <w:szCs w:val="20"/>
        </w:rPr>
        <w:t>:</w:t>
      </w:r>
      <w:r w:rsidRPr="00C970A6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="00D30755">
        <w:t>Çocukların</w:t>
      </w:r>
      <w:proofErr w:type="spellEnd"/>
      <w:r w:rsidR="00D30755">
        <w:t xml:space="preserve"> </w:t>
      </w:r>
      <w:proofErr w:type="spellStart"/>
      <w:r w:rsidR="00D30755">
        <w:t>etkinliklere</w:t>
      </w:r>
      <w:proofErr w:type="spellEnd"/>
      <w:r w:rsidR="00D30755">
        <w:t xml:space="preserve"> </w:t>
      </w:r>
      <w:proofErr w:type="spellStart"/>
      <w:r w:rsidR="00D30755">
        <w:t>ilgiyle</w:t>
      </w:r>
      <w:proofErr w:type="spellEnd"/>
      <w:r w:rsidR="00D30755">
        <w:t xml:space="preserve"> </w:t>
      </w:r>
      <w:proofErr w:type="spellStart"/>
      <w:r w:rsidR="00D30755">
        <w:t>katıldıkları</w:t>
      </w:r>
      <w:proofErr w:type="spellEnd"/>
      <w:r w:rsidR="00D30755">
        <w:t xml:space="preserve">, </w:t>
      </w:r>
      <w:proofErr w:type="spellStart"/>
      <w:r w:rsidR="00D30755">
        <w:t>ihtiyaçlarını</w:t>
      </w:r>
      <w:proofErr w:type="spellEnd"/>
      <w:r w:rsidR="00D30755">
        <w:t xml:space="preserve"> </w:t>
      </w:r>
      <w:proofErr w:type="spellStart"/>
      <w:r w:rsidR="00D30755">
        <w:t>ifade</w:t>
      </w:r>
      <w:proofErr w:type="spellEnd"/>
      <w:r w:rsidR="00D30755">
        <w:t xml:space="preserve"> </w:t>
      </w:r>
      <w:proofErr w:type="spellStart"/>
      <w:r w:rsidR="00D30755">
        <w:t>etme</w:t>
      </w:r>
      <w:proofErr w:type="spellEnd"/>
      <w:r w:rsidR="00D30755">
        <w:t xml:space="preserve"> </w:t>
      </w:r>
      <w:proofErr w:type="spellStart"/>
      <w:r w:rsidR="00D30755">
        <w:t>ve</w:t>
      </w:r>
      <w:proofErr w:type="spellEnd"/>
      <w:r w:rsidR="00D30755">
        <w:t xml:space="preserve"> </w:t>
      </w:r>
      <w:proofErr w:type="spellStart"/>
      <w:r w:rsidR="00D30755">
        <w:t>gerektiğinde</w:t>
      </w:r>
      <w:proofErr w:type="spellEnd"/>
      <w:r w:rsidR="00D30755">
        <w:t xml:space="preserve"> </w:t>
      </w:r>
      <w:proofErr w:type="spellStart"/>
      <w:r w:rsidR="00D30755">
        <w:t>yardım</w:t>
      </w:r>
      <w:proofErr w:type="spellEnd"/>
      <w:r w:rsidR="00D30755">
        <w:t xml:space="preserve"> </w:t>
      </w:r>
      <w:proofErr w:type="spellStart"/>
      <w:r w:rsidR="00D30755">
        <w:t>isteme</w:t>
      </w:r>
      <w:proofErr w:type="spellEnd"/>
      <w:r w:rsidR="00D30755">
        <w:t xml:space="preserve"> </w:t>
      </w:r>
      <w:proofErr w:type="spellStart"/>
      <w:r w:rsidR="00D30755">
        <w:t>konusunda</w:t>
      </w:r>
      <w:proofErr w:type="spellEnd"/>
      <w:r w:rsidR="00D30755">
        <w:t xml:space="preserve"> </w:t>
      </w:r>
      <w:proofErr w:type="spellStart"/>
      <w:r w:rsidR="00D30755" w:rsidRPr="00D30755">
        <w:t>farkındalık</w:t>
      </w:r>
      <w:proofErr w:type="spellEnd"/>
      <w:r w:rsidR="00D30755" w:rsidRPr="00D30755">
        <w:t xml:space="preserve"> </w:t>
      </w:r>
      <w:proofErr w:type="spellStart"/>
      <w:r w:rsidR="00D30755" w:rsidRPr="00D30755">
        <w:t>geliştirdikleri</w:t>
      </w:r>
      <w:proofErr w:type="spellEnd"/>
      <w:r w:rsidR="00D30755" w:rsidRPr="00D30755">
        <w:t xml:space="preserve"> </w:t>
      </w:r>
      <w:proofErr w:type="spellStart"/>
      <w:r w:rsidR="00D30755" w:rsidRPr="00D30755">
        <w:rPr>
          <w:rStyle w:val="Gl"/>
          <w:b w:val="0"/>
          <w:bCs w:val="0"/>
        </w:rPr>
        <w:t>gözlemlendi</w:t>
      </w:r>
      <w:proofErr w:type="spellEnd"/>
      <w:r w:rsidR="00D30755" w:rsidRPr="00D30755">
        <w:rPr>
          <w:b/>
          <w:bCs/>
        </w:rPr>
        <w:t>.</w:t>
      </w:r>
      <w:r w:rsidR="00D30755" w:rsidRPr="00D30755">
        <w:t xml:space="preserve"> </w:t>
      </w:r>
      <w:proofErr w:type="spellStart"/>
      <w:r w:rsidR="00D30755" w:rsidRPr="00D30755">
        <w:t>Etkinliklerin</w:t>
      </w:r>
      <w:proofErr w:type="spellEnd"/>
      <w:r w:rsidR="00D30755" w:rsidRPr="00D30755">
        <w:t xml:space="preserve"> </w:t>
      </w:r>
      <w:proofErr w:type="spellStart"/>
      <w:r w:rsidR="00D30755" w:rsidRPr="00D30755">
        <w:t>yaş</w:t>
      </w:r>
      <w:proofErr w:type="spellEnd"/>
      <w:r w:rsidR="00D30755" w:rsidRPr="00D30755">
        <w:t xml:space="preserve"> </w:t>
      </w:r>
      <w:proofErr w:type="spellStart"/>
      <w:r w:rsidR="00D30755" w:rsidRPr="00D30755">
        <w:t>ve</w:t>
      </w:r>
      <w:proofErr w:type="spellEnd"/>
      <w:r w:rsidR="00D30755" w:rsidRPr="00D30755">
        <w:t xml:space="preserve"> </w:t>
      </w:r>
      <w:proofErr w:type="spellStart"/>
      <w:r w:rsidR="00D30755" w:rsidRPr="00D30755">
        <w:t>gelişim</w:t>
      </w:r>
      <w:proofErr w:type="spellEnd"/>
      <w:r w:rsidR="00D30755" w:rsidRPr="00D30755">
        <w:t xml:space="preserve"> </w:t>
      </w:r>
      <w:proofErr w:type="spellStart"/>
      <w:r w:rsidR="00D30755" w:rsidRPr="00D30755">
        <w:t>özelliklerine</w:t>
      </w:r>
      <w:proofErr w:type="spellEnd"/>
      <w:r w:rsidR="00D30755" w:rsidRPr="00D30755">
        <w:t xml:space="preserve"> </w:t>
      </w:r>
      <w:proofErr w:type="spellStart"/>
      <w:r w:rsidR="00D30755" w:rsidRPr="00D30755">
        <w:t>uygun</w:t>
      </w:r>
      <w:proofErr w:type="spellEnd"/>
      <w:r w:rsidR="00D30755" w:rsidRPr="00D30755">
        <w:t xml:space="preserve"> </w:t>
      </w:r>
      <w:proofErr w:type="spellStart"/>
      <w:r w:rsidR="00D30755" w:rsidRPr="00D30755">
        <w:t>olduğu</w:t>
      </w:r>
      <w:proofErr w:type="spellEnd"/>
      <w:r w:rsidR="00D30755" w:rsidRPr="00D30755">
        <w:t xml:space="preserve">, </w:t>
      </w:r>
      <w:proofErr w:type="spellStart"/>
      <w:r w:rsidR="00D30755" w:rsidRPr="00D30755">
        <w:t>kullanılan</w:t>
      </w:r>
      <w:proofErr w:type="spellEnd"/>
      <w:r w:rsidR="00D30755" w:rsidRPr="00D30755">
        <w:t xml:space="preserve"> </w:t>
      </w:r>
      <w:proofErr w:type="spellStart"/>
      <w:r w:rsidR="00D30755" w:rsidRPr="00D30755">
        <w:t>materyal</w:t>
      </w:r>
      <w:proofErr w:type="spellEnd"/>
      <w:r w:rsidR="00D30755" w:rsidRPr="00D30755">
        <w:t xml:space="preserve"> </w:t>
      </w:r>
      <w:proofErr w:type="spellStart"/>
      <w:r w:rsidR="00D30755" w:rsidRPr="00D30755">
        <w:t>ve</w:t>
      </w:r>
      <w:proofErr w:type="spellEnd"/>
      <w:r w:rsidR="00D30755" w:rsidRPr="00D30755">
        <w:t xml:space="preserve"> </w:t>
      </w:r>
      <w:proofErr w:type="spellStart"/>
      <w:r w:rsidR="00D30755" w:rsidRPr="00D30755">
        <w:t>sürelerin</w:t>
      </w:r>
      <w:proofErr w:type="spellEnd"/>
      <w:r w:rsidR="00D30755" w:rsidRPr="00D30755">
        <w:t xml:space="preserve"> </w:t>
      </w:r>
      <w:proofErr w:type="spellStart"/>
      <w:r w:rsidR="00D30755" w:rsidRPr="00D30755">
        <w:t>öğrenme</w:t>
      </w:r>
      <w:proofErr w:type="spellEnd"/>
      <w:r w:rsidR="00D30755" w:rsidRPr="00D30755">
        <w:t xml:space="preserve"> </w:t>
      </w:r>
      <w:proofErr w:type="spellStart"/>
      <w:r w:rsidR="00D30755" w:rsidRPr="00D30755">
        <w:t>sürecini</w:t>
      </w:r>
      <w:proofErr w:type="spellEnd"/>
      <w:r w:rsidR="00D30755" w:rsidRPr="00D30755">
        <w:t xml:space="preserve"> </w:t>
      </w:r>
      <w:proofErr w:type="spellStart"/>
      <w:r w:rsidR="00D30755" w:rsidRPr="00D30755">
        <w:rPr>
          <w:rStyle w:val="Gl"/>
          <w:b w:val="0"/>
          <w:bCs w:val="0"/>
        </w:rPr>
        <w:t>desteklediği</w:t>
      </w:r>
      <w:proofErr w:type="spellEnd"/>
      <w:r w:rsidR="00D30755" w:rsidRPr="00D30755">
        <w:rPr>
          <w:rStyle w:val="Gl"/>
          <w:b w:val="0"/>
          <w:bCs w:val="0"/>
        </w:rPr>
        <w:t xml:space="preserve"> </w:t>
      </w:r>
      <w:proofErr w:type="spellStart"/>
      <w:r w:rsidR="00D30755" w:rsidRPr="00D30755">
        <w:rPr>
          <w:rStyle w:val="Gl"/>
          <w:b w:val="0"/>
          <w:bCs w:val="0"/>
        </w:rPr>
        <w:t>değerlendirildi</w:t>
      </w:r>
      <w:proofErr w:type="spellEnd"/>
      <w:r w:rsidR="00D30755" w:rsidRPr="00D30755">
        <w:rPr>
          <w:b/>
          <w:bCs/>
        </w:rPr>
        <w:t>.</w:t>
      </w:r>
      <w:r w:rsidR="00D30755" w:rsidRPr="00D30755">
        <w:t xml:space="preserve"> </w:t>
      </w:r>
      <w:proofErr w:type="spellStart"/>
      <w:r w:rsidR="00D30755" w:rsidRPr="00D30755">
        <w:t>Yönergelerin</w:t>
      </w:r>
      <w:proofErr w:type="spellEnd"/>
      <w:r w:rsidR="00D30755" w:rsidRPr="00D30755">
        <w:t xml:space="preserve"> </w:t>
      </w:r>
      <w:proofErr w:type="spellStart"/>
      <w:r w:rsidR="00D30755" w:rsidRPr="00D30755">
        <w:t>çocuklar</w:t>
      </w:r>
      <w:proofErr w:type="spellEnd"/>
      <w:r w:rsidR="00D30755" w:rsidRPr="00D30755">
        <w:t xml:space="preserve"> </w:t>
      </w:r>
      <w:proofErr w:type="spellStart"/>
      <w:r w:rsidR="00D30755" w:rsidRPr="00D30755">
        <w:t>tarafından</w:t>
      </w:r>
      <w:proofErr w:type="spellEnd"/>
      <w:r w:rsidR="00D30755" w:rsidRPr="00D30755">
        <w:t xml:space="preserve"> </w:t>
      </w:r>
      <w:proofErr w:type="spellStart"/>
      <w:r w:rsidR="00D30755" w:rsidRPr="00D30755">
        <w:t>anlaşılabildiği</w:t>
      </w:r>
      <w:proofErr w:type="spellEnd"/>
      <w:r w:rsidR="00D30755" w:rsidRPr="00D30755">
        <w:t xml:space="preserve">, </w:t>
      </w:r>
      <w:proofErr w:type="spellStart"/>
      <w:r w:rsidR="00D30755" w:rsidRPr="00D30755">
        <w:t>bağımsız</w:t>
      </w:r>
      <w:proofErr w:type="spellEnd"/>
      <w:r w:rsidR="00D30755" w:rsidRPr="00D30755">
        <w:t xml:space="preserve"> </w:t>
      </w:r>
      <w:proofErr w:type="spellStart"/>
      <w:r w:rsidR="00D30755" w:rsidRPr="00D30755">
        <w:t>denemelerine</w:t>
      </w:r>
      <w:proofErr w:type="spellEnd"/>
      <w:r w:rsidR="00D30755" w:rsidRPr="00D30755">
        <w:t xml:space="preserve"> </w:t>
      </w:r>
      <w:proofErr w:type="spellStart"/>
      <w:r w:rsidR="00D30755" w:rsidRPr="00D30755">
        <w:t>fırsat</w:t>
      </w:r>
      <w:proofErr w:type="spellEnd"/>
      <w:r w:rsidR="00D30755" w:rsidRPr="00D30755">
        <w:t xml:space="preserve"> </w:t>
      </w:r>
      <w:proofErr w:type="spellStart"/>
      <w:r w:rsidR="00D30755" w:rsidRPr="00D30755">
        <w:rPr>
          <w:rStyle w:val="Gl"/>
          <w:b w:val="0"/>
          <w:bCs w:val="0"/>
        </w:rPr>
        <w:t>tanındığı</w:t>
      </w:r>
      <w:proofErr w:type="spellEnd"/>
      <w:r w:rsidR="00D30755" w:rsidRPr="00D30755">
        <w:t xml:space="preserve"> </w:t>
      </w:r>
      <w:proofErr w:type="spellStart"/>
      <w:r w:rsidR="00D30755" w:rsidRPr="00D30755">
        <w:t>ve</w:t>
      </w:r>
      <w:proofErr w:type="spellEnd"/>
      <w:r w:rsidR="00D30755" w:rsidRPr="00D30755">
        <w:t xml:space="preserve"> </w:t>
      </w:r>
      <w:proofErr w:type="spellStart"/>
      <w:r w:rsidR="00D30755" w:rsidRPr="00D30755">
        <w:t>ihtiyaç</w:t>
      </w:r>
      <w:proofErr w:type="spellEnd"/>
      <w:r w:rsidR="00D30755" w:rsidRPr="00D30755">
        <w:t xml:space="preserve"> </w:t>
      </w:r>
      <w:proofErr w:type="spellStart"/>
      <w:r w:rsidR="00D30755" w:rsidRPr="00D30755">
        <w:t>duyulan</w:t>
      </w:r>
      <w:proofErr w:type="spellEnd"/>
      <w:r w:rsidR="00D30755" w:rsidRPr="00D30755">
        <w:t xml:space="preserve"> </w:t>
      </w:r>
      <w:proofErr w:type="spellStart"/>
      <w:r w:rsidR="00D30755" w:rsidRPr="00D30755">
        <w:t>durumlarda</w:t>
      </w:r>
      <w:proofErr w:type="spellEnd"/>
      <w:r w:rsidR="00D30755" w:rsidRPr="00D30755">
        <w:t xml:space="preserve"> </w:t>
      </w:r>
      <w:proofErr w:type="spellStart"/>
      <w:r w:rsidR="00D30755" w:rsidRPr="00D30755">
        <w:t>gerekli</w:t>
      </w:r>
      <w:proofErr w:type="spellEnd"/>
      <w:r w:rsidR="00D30755" w:rsidRPr="00D30755">
        <w:t xml:space="preserve"> </w:t>
      </w:r>
      <w:proofErr w:type="spellStart"/>
      <w:r w:rsidR="00D30755" w:rsidRPr="00D30755">
        <w:t>desteğin</w:t>
      </w:r>
      <w:proofErr w:type="spellEnd"/>
      <w:r w:rsidR="00D30755" w:rsidRPr="00D30755">
        <w:t xml:space="preserve"> </w:t>
      </w:r>
      <w:proofErr w:type="spellStart"/>
      <w:r w:rsidR="00D30755" w:rsidRPr="00D30755">
        <w:rPr>
          <w:rStyle w:val="Gl"/>
          <w:b w:val="0"/>
          <w:bCs w:val="0"/>
        </w:rPr>
        <w:t>sağlandığı</w:t>
      </w:r>
      <w:proofErr w:type="spellEnd"/>
      <w:r w:rsidR="00D30755" w:rsidRPr="00D30755">
        <w:rPr>
          <w:rStyle w:val="Gl"/>
          <w:b w:val="0"/>
          <w:bCs w:val="0"/>
        </w:rPr>
        <w:t xml:space="preserve"> </w:t>
      </w:r>
      <w:proofErr w:type="spellStart"/>
      <w:r w:rsidR="00D30755" w:rsidRPr="00D30755">
        <w:rPr>
          <w:rStyle w:val="Gl"/>
          <w:b w:val="0"/>
          <w:bCs w:val="0"/>
        </w:rPr>
        <w:t>görüldü</w:t>
      </w:r>
      <w:proofErr w:type="spellEnd"/>
      <w:r w:rsidR="00D30755" w:rsidRPr="00D30755">
        <w:rPr>
          <w:b/>
          <w:bCs/>
        </w:rPr>
        <w:t>.</w:t>
      </w:r>
    </w:p>
    <w:p w14:paraId="42D55630" w14:textId="77777777" w:rsidR="005B312F" w:rsidRPr="00C970A6" w:rsidRDefault="00BB0597">
      <w:pPr>
        <w:pStyle w:val="Balk1"/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>AİLE VE TOPLUM KATILIMI</w:t>
      </w:r>
    </w:p>
    <w:p w14:paraId="0D5839B2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b/>
          <w:bCs/>
          <w:color w:val="002060"/>
          <w:sz w:val="20"/>
          <w:szCs w:val="20"/>
        </w:rPr>
        <w:t xml:space="preserve">Aile </w:t>
      </w:r>
      <w:proofErr w:type="spellStart"/>
      <w:r w:rsidRPr="00C970A6">
        <w:rPr>
          <w:rFonts w:ascii="Comic Sans MS" w:hAnsi="Comic Sans MS"/>
          <w:b/>
          <w:bCs/>
          <w:color w:val="002060"/>
          <w:sz w:val="20"/>
          <w:szCs w:val="20"/>
        </w:rPr>
        <w:t>Katılımı</w:t>
      </w:r>
      <w:proofErr w:type="spellEnd"/>
      <w:r w:rsidRPr="00C970A6">
        <w:rPr>
          <w:rFonts w:ascii="Comic Sans MS" w:hAnsi="Comic Sans MS"/>
          <w:b/>
          <w:bCs/>
          <w:color w:val="002060"/>
          <w:sz w:val="20"/>
          <w:szCs w:val="20"/>
        </w:rPr>
        <w:t>:</w:t>
      </w:r>
      <w:r w:rsidRPr="00C970A6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Ailelere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aşağıdaki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bilgi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notu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gönderilir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Çocuğun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evde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seçtiği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güvenli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denemesine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zaman </w:t>
      </w:r>
      <w:proofErr w:type="spellStart"/>
      <w:r w:rsidRPr="00C970A6">
        <w:rPr>
          <w:rFonts w:ascii="Comic Sans MS" w:hAnsi="Comic Sans MS"/>
          <w:sz w:val="20"/>
          <w:szCs w:val="20"/>
        </w:rPr>
        <w:t>tanınması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zorlandığında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sözle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işaretle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istemesinin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desteklenmesi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istenir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Aileler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çocuğun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denediği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destek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istediği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bölümü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öğretmenle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kısaca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paylaşabilir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0CAA155E" w14:textId="563AD823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b/>
          <w:bCs/>
          <w:color w:val="002060"/>
          <w:sz w:val="20"/>
          <w:szCs w:val="20"/>
        </w:rPr>
        <w:t>Toplum</w:t>
      </w:r>
      <w:proofErr w:type="spellEnd"/>
      <w:r w:rsidRPr="00C970A6">
        <w:rPr>
          <w:rFonts w:ascii="Comic Sans MS" w:hAnsi="Comic Sans MS"/>
          <w:b/>
          <w:bCs/>
          <w:color w:val="00206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b/>
          <w:bCs/>
          <w:color w:val="002060"/>
          <w:sz w:val="20"/>
          <w:szCs w:val="20"/>
        </w:rPr>
        <w:t>Katılımı</w:t>
      </w:r>
      <w:proofErr w:type="spellEnd"/>
      <w:r w:rsidRPr="00C970A6">
        <w:rPr>
          <w:rFonts w:ascii="Comic Sans MS" w:hAnsi="Comic Sans MS"/>
          <w:b/>
          <w:bCs/>
          <w:color w:val="002060"/>
          <w:sz w:val="20"/>
          <w:szCs w:val="20"/>
        </w:rPr>
        <w:t>:</w:t>
      </w:r>
      <w:r w:rsidRPr="00C970A6">
        <w:rPr>
          <w:rFonts w:ascii="Comic Sans MS" w:hAnsi="Comic Sans MS"/>
          <w:color w:val="002060"/>
          <w:sz w:val="20"/>
          <w:szCs w:val="20"/>
        </w:rPr>
        <w:t xml:space="preserve"> </w:t>
      </w:r>
    </w:p>
    <w:p w14:paraId="1C94B5EA" w14:textId="77777777" w:rsidR="005B312F" w:rsidRPr="00C970A6" w:rsidRDefault="00BB0597">
      <w:pPr>
        <w:pStyle w:val="Balk1"/>
        <w:rPr>
          <w:rFonts w:ascii="Comic Sans MS" w:hAnsi="Comic Sans MS"/>
          <w:color w:val="002060"/>
          <w:sz w:val="20"/>
          <w:szCs w:val="20"/>
        </w:rPr>
      </w:pPr>
      <w:r w:rsidRPr="00C970A6">
        <w:rPr>
          <w:rFonts w:ascii="Comic Sans MS" w:hAnsi="Comic Sans MS"/>
          <w:color w:val="002060"/>
          <w:sz w:val="20"/>
          <w:szCs w:val="20"/>
        </w:rPr>
        <w:t>AİLE BİLGİ NOTU</w:t>
      </w:r>
    </w:p>
    <w:p w14:paraId="10139333" w14:textId="77777777" w:rsidR="005B312F" w:rsidRPr="00C970A6" w:rsidRDefault="00BB0597">
      <w:pPr>
        <w:pStyle w:val="Balk2"/>
        <w:rPr>
          <w:rFonts w:ascii="Comic Sans MS" w:hAnsi="Comic Sans MS"/>
          <w:color w:val="002060"/>
          <w:sz w:val="20"/>
          <w:szCs w:val="20"/>
        </w:rPr>
      </w:pPr>
      <w:proofErr w:type="spellStart"/>
      <w:r w:rsidRPr="00C970A6">
        <w:rPr>
          <w:rFonts w:ascii="Comic Sans MS" w:hAnsi="Comic Sans MS"/>
          <w:color w:val="002060"/>
          <w:sz w:val="20"/>
          <w:szCs w:val="20"/>
        </w:rPr>
        <w:t>Önce</w:t>
      </w:r>
      <w:proofErr w:type="spellEnd"/>
      <w:r w:rsidRPr="00C970A6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2060"/>
          <w:sz w:val="20"/>
          <w:szCs w:val="20"/>
        </w:rPr>
        <w:t>Deniyorum</w:t>
      </w:r>
      <w:proofErr w:type="spellEnd"/>
      <w:r w:rsidRPr="00C970A6">
        <w:rPr>
          <w:rFonts w:ascii="Comic Sans MS" w:hAnsi="Comic Sans MS"/>
          <w:color w:val="002060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color w:val="002060"/>
          <w:sz w:val="20"/>
          <w:szCs w:val="20"/>
        </w:rPr>
        <w:t>Gerektiğinde</w:t>
      </w:r>
      <w:proofErr w:type="spellEnd"/>
      <w:r w:rsidRPr="00C970A6">
        <w:rPr>
          <w:rFonts w:ascii="Comic Sans MS" w:hAnsi="Comic Sans MS"/>
          <w:color w:val="002060"/>
          <w:sz w:val="20"/>
          <w:szCs w:val="20"/>
        </w:rPr>
        <w:t xml:space="preserve"> Yardım </w:t>
      </w:r>
      <w:proofErr w:type="spellStart"/>
      <w:r w:rsidRPr="00C970A6">
        <w:rPr>
          <w:rFonts w:ascii="Comic Sans MS" w:hAnsi="Comic Sans MS"/>
          <w:color w:val="002060"/>
          <w:sz w:val="20"/>
          <w:szCs w:val="20"/>
        </w:rPr>
        <w:t>İstiyorum</w:t>
      </w:r>
      <w:proofErr w:type="spellEnd"/>
    </w:p>
    <w:p w14:paraId="5A02C00D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Sevgili </w:t>
      </w:r>
      <w:proofErr w:type="spellStart"/>
      <w:r w:rsidRPr="00C970A6">
        <w:rPr>
          <w:rFonts w:ascii="Comic Sans MS" w:hAnsi="Comic Sans MS"/>
          <w:sz w:val="20"/>
          <w:szCs w:val="20"/>
        </w:rPr>
        <w:t>Ailemiz</w:t>
      </w:r>
      <w:proofErr w:type="spellEnd"/>
      <w:r w:rsidRPr="00C970A6">
        <w:rPr>
          <w:rFonts w:ascii="Comic Sans MS" w:hAnsi="Comic Sans MS"/>
          <w:sz w:val="20"/>
          <w:szCs w:val="20"/>
        </w:rPr>
        <w:t>,</w:t>
      </w:r>
    </w:p>
    <w:p w14:paraId="368E993A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Bugün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çocuklarımızla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güvenli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işleri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denemeyi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ihtiyaçlarımızı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fark </w:t>
      </w:r>
      <w:proofErr w:type="spellStart"/>
      <w:r w:rsidRPr="00C970A6">
        <w:rPr>
          <w:rFonts w:ascii="Comic Sans MS" w:hAnsi="Comic Sans MS"/>
          <w:sz w:val="20"/>
          <w:szCs w:val="20"/>
        </w:rPr>
        <w:t>etmeyi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gerektiğinde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istemeyi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aldık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Minik </w:t>
      </w:r>
      <w:proofErr w:type="spellStart"/>
      <w:r w:rsidRPr="00C970A6">
        <w:rPr>
          <w:rFonts w:ascii="Comic Sans MS" w:hAnsi="Comic Sans MS"/>
          <w:sz w:val="20"/>
          <w:szCs w:val="20"/>
        </w:rPr>
        <w:t>Tavşan’ın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hikâyesini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dinledik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günlük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yaşam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durumlarını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canlandırdık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resim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yaptık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içinde</w:t>
      </w:r>
      <w:proofErr w:type="spellEnd"/>
      <w:r w:rsidRPr="00C970A6">
        <w:rPr>
          <w:rFonts w:ascii="Comic Sans MS" w:hAnsi="Comic Sans MS"/>
          <w:sz w:val="20"/>
          <w:szCs w:val="20"/>
        </w:rPr>
        <w:t>–</w:t>
      </w:r>
      <w:proofErr w:type="spellStart"/>
      <w:r w:rsidRPr="00C970A6">
        <w:rPr>
          <w:rFonts w:ascii="Comic Sans MS" w:hAnsi="Comic Sans MS"/>
          <w:sz w:val="20"/>
          <w:szCs w:val="20"/>
        </w:rPr>
        <w:t>dışında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oyununu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oynadık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17990C22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Evde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çocuğunuza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oyuncaklarını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kutuya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koymak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montunu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giymek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eşyalarını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yerine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yerleştirmek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gibi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yaşına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uygun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işlerde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zaman </w:t>
      </w:r>
      <w:proofErr w:type="spellStart"/>
      <w:r w:rsidRPr="00C970A6">
        <w:rPr>
          <w:rFonts w:ascii="Comic Sans MS" w:hAnsi="Comic Sans MS"/>
          <w:sz w:val="20"/>
          <w:szCs w:val="20"/>
        </w:rPr>
        <w:t>tanıyabilirsiniz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Önce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“</w:t>
      </w:r>
      <w:proofErr w:type="spellStart"/>
      <w:r w:rsidRPr="00C970A6">
        <w:rPr>
          <w:rFonts w:ascii="Comic Sans MS" w:hAnsi="Comic Sans MS"/>
          <w:sz w:val="20"/>
          <w:szCs w:val="20"/>
        </w:rPr>
        <w:t>Neyi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kendin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yapmak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istersin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?” </w:t>
      </w:r>
      <w:proofErr w:type="spellStart"/>
      <w:r w:rsidRPr="00C970A6">
        <w:rPr>
          <w:rFonts w:ascii="Comic Sans MS" w:hAnsi="Comic Sans MS"/>
          <w:sz w:val="20"/>
          <w:szCs w:val="20"/>
        </w:rPr>
        <w:t>diye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sorabilir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ihtiyaç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duyduğunda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yanında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olduğunuzu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belirtebilirsiniz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65732175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lastRenderedPageBreak/>
        <w:t xml:space="preserve">Yardım </w:t>
      </w:r>
      <w:proofErr w:type="spellStart"/>
      <w:r w:rsidRPr="00C970A6">
        <w:rPr>
          <w:rFonts w:ascii="Comic Sans MS" w:hAnsi="Comic Sans MS"/>
          <w:sz w:val="20"/>
          <w:szCs w:val="20"/>
        </w:rPr>
        <w:t>istediğinde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yalnızca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zorlandığı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bölümde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destek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olun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Örneğin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fermuarın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uçlarını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birleştirip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çekme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işlemini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çocuğunuza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bırakabilirsiniz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Çocuğunuzun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istemek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için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mutlaka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tam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cümle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kurmasını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beklemeyin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;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sözcük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söylemesi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göstermesi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size </w:t>
      </w:r>
      <w:proofErr w:type="spellStart"/>
      <w:r w:rsidRPr="00C970A6">
        <w:rPr>
          <w:rFonts w:ascii="Comic Sans MS" w:hAnsi="Comic Sans MS"/>
          <w:sz w:val="20"/>
          <w:szCs w:val="20"/>
        </w:rPr>
        <w:t>yönelmesi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de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iletişim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girişimidir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0CD76CAF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Tuvaleti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geldiğinde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canı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acıdığında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korktuğunda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kendini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güvende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hissetmediğinde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beklemeden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güvendiği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yetişkine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haber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verebileceğini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hatırlatın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Yüksek </w:t>
      </w:r>
      <w:proofErr w:type="spellStart"/>
      <w:r w:rsidRPr="00C970A6">
        <w:rPr>
          <w:rFonts w:ascii="Comic Sans MS" w:hAnsi="Comic Sans MS"/>
          <w:sz w:val="20"/>
          <w:szCs w:val="20"/>
        </w:rPr>
        <w:t>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da </w:t>
      </w:r>
      <w:proofErr w:type="spellStart"/>
      <w:r w:rsidRPr="00C970A6">
        <w:rPr>
          <w:rFonts w:ascii="Comic Sans MS" w:hAnsi="Comic Sans MS"/>
          <w:sz w:val="20"/>
          <w:szCs w:val="20"/>
        </w:rPr>
        <w:t>erişilmesi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güç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yerdeki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eşyaya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ulaşmak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için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tırmanmasını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istemeyin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Üzgün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hissettiğinde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de </w:t>
      </w:r>
      <w:proofErr w:type="spellStart"/>
      <w:r w:rsidRPr="00C970A6">
        <w:rPr>
          <w:rFonts w:ascii="Comic Sans MS" w:hAnsi="Comic Sans MS"/>
          <w:sz w:val="20"/>
          <w:szCs w:val="20"/>
        </w:rPr>
        <w:t>sizinle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paylaşabileceğini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söyleyin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3F712D9F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sz w:val="20"/>
          <w:szCs w:val="20"/>
        </w:rPr>
        <w:t xml:space="preserve">Yardım </w:t>
      </w:r>
      <w:proofErr w:type="spellStart"/>
      <w:r w:rsidRPr="00C970A6">
        <w:rPr>
          <w:rFonts w:ascii="Comic Sans MS" w:hAnsi="Comic Sans MS"/>
          <w:sz w:val="20"/>
          <w:szCs w:val="20"/>
        </w:rPr>
        <w:t>istemek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için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önce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başarısız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olmak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gerekmez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Çocuğunuz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denemeden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de </w:t>
      </w:r>
      <w:proofErr w:type="spellStart"/>
      <w:r w:rsidRPr="00C970A6">
        <w:rPr>
          <w:rFonts w:ascii="Comic Sans MS" w:hAnsi="Comic Sans MS"/>
          <w:sz w:val="20"/>
          <w:szCs w:val="20"/>
        </w:rPr>
        <w:t>destek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isteyebilir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Fonts w:ascii="Comic Sans MS" w:hAnsi="Comic Sans MS"/>
          <w:sz w:val="20"/>
          <w:szCs w:val="20"/>
        </w:rPr>
        <w:t>İhtiyacını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henüz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bildiremiyorsa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davranışlarını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gözlemleyerek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ona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yardımcı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olmaya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devam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edin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</w:p>
    <w:p w14:paraId="73F00181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Birlikte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söyleyebilirsiniz</w:t>
      </w:r>
      <w:proofErr w:type="spellEnd"/>
      <w:r w:rsidRPr="00C970A6">
        <w:rPr>
          <w:rFonts w:ascii="Comic Sans MS" w:hAnsi="Comic Sans MS"/>
          <w:sz w:val="20"/>
          <w:szCs w:val="20"/>
        </w:rPr>
        <w:t>: “</w:t>
      </w:r>
      <w:proofErr w:type="spellStart"/>
      <w:r w:rsidRPr="00C970A6">
        <w:rPr>
          <w:rFonts w:ascii="Comic Sans MS" w:hAnsi="Comic Sans MS"/>
          <w:sz w:val="20"/>
          <w:szCs w:val="20"/>
        </w:rPr>
        <w:t>Güvenli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işleri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deneyebilirim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Fonts w:ascii="Comic Sans MS" w:hAnsi="Comic Sans MS"/>
          <w:sz w:val="20"/>
          <w:szCs w:val="20"/>
        </w:rPr>
        <w:t>gerektiğinde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yardım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isteyebilirim</w:t>
      </w:r>
      <w:proofErr w:type="spellEnd"/>
      <w:r w:rsidRPr="00C970A6">
        <w:rPr>
          <w:rFonts w:ascii="Comic Sans MS" w:hAnsi="Comic Sans MS"/>
          <w:sz w:val="20"/>
          <w:szCs w:val="20"/>
        </w:rPr>
        <w:t>.”</w:t>
      </w:r>
    </w:p>
    <w:p w14:paraId="59769C69" w14:textId="77777777" w:rsidR="005B312F" w:rsidRPr="00C970A6" w:rsidRDefault="00BB0597">
      <w:pPr>
        <w:rPr>
          <w:rFonts w:ascii="Comic Sans MS" w:hAnsi="Comic Sans MS"/>
          <w:sz w:val="20"/>
          <w:szCs w:val="20"/>
        </w:rPr>
      </w:pPr>
      <w:proofErr w:type="spellStart"/>
      <w:r w:rsidRPr="00C970A6">
        <w:rPr>
          <w:rFonts w:ascii="Comic Sans MS" w:hAnsi="Comic Sans MS"/>
          <w:sz w:val="20"/>
          <w:szCs w:val="20"/>
        </w:rPr>
        <w:t>İş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birliğiniz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için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teşekkür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ederiz</w:t>
      </w:r>
      <w:proofErr w:type="spellEnd"/>
      <w:r w:rsidRPr="00C970A6">
        <w:rPr>
          <w:rFonts w:ascii="Comic Sans MS" w:hAnsi="Comic Sans MS"/>
          <w:sz w:val="20"/>
          <w:szCs w:val="20"/>
        </w:rPr>
        <w:t>.</w:t>
      </w:r>
      <w:r w:rsidRPr="00C970A6">
        <w:rPr>
          <w:rFonts w:ascii="Comic Sans MS" w:hAnsi="Comic Sans MS"/>
          <w:sz w:val="20"/>
          <w:szCs w:val="20"/>
        </w:rPr>
        <w:br/>
      </w:r>
      <w:proofErr w:type="spellStart"/>
      <w:r w:rsidRPr="00C970A6">
        <w:rPr>
          <w:rFonts w:ascii="Comic Sans MS" w:hAnsi="Comic Sans MS"/>
          <w:sz w:val="20"/>
          <w:szCs w:val="20"/>
        </w:rPr>
        <w:t>Sınıf</w:t>
      </w:r>
      <w:proofErr w:type="spellEnd"/>
      <w:r w:rsidRPr="00C970A6">
        <w:rPr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Fonts w:ascii="Comic Sans MS" w:hAnsi="Comic Sans MS"/>
          <w:sz w:val="20"/>
          <w:szCs w:val="20"/>
        </w:rPr>
        <w:t>Öğretmeni</w:t>
      </w:r>
      <w:proofErr w:type="spellEnd"/>
    </w:p>
    <w:p w14:paraId="15160A86" w14:textId="77777777" w:rsidR="00C970A6" w:rsidRPr="00C970A6" w:rsidRDefault="00C970A6" w:rsidP="00C970A6">
      <w:pPr>
        <w:keepNext/>
        <w:spacing w:after="40" w:line="259" w:lineRule="auto"/>
        <w:rPr>
          <w:rStyle w:val="Vurgu"/>
          <w:rFonts w:ascii="Comic Sans MS" w:hAnsi="Comic Sans MS"/>
          <w:sz w:val="20"/>
          <w:szCs w:val="20"/>
        </w:rPr>
      </w:pPr>
      <w:r w:rsidRPr="00C970A6">
        <w:rPr>
          <w:rFonts w:ascii="Comic Sans MS" w:hAnsi="Comic Sans MS"/>
          <w:b/>
          <w:color w:val="1EB0A8"/>
          <w:sz w:val="20"/>
          <w:szCs w:val="20"/>
        </w:rPr>
        <w:t>ALTERNATİF LİNKLER/ÖNERİLER</w:t>
      </w:r>
    </w:p>
    <w:p w14:paraId="504D9DD7" w14:textId="4CAD32FF" w:rsidR="00A419E9" w:rsidRPr="00C970A6" w:rsidRDefault="00A419E9">
      <w:pPr>
        <w:rPr>
          <w:rFonts w:ascii="Comic Sans MS" w:hAnsi="Comic Sans MS"/>
          <w:sz w:val="20"/>
          <w:szCs w:val="20"/>
        </w:rPr>
      </w:pPr>
    </w:p>
    <w:p w14:paraId="2B8A3E13" w14:textId="717C25C8" w:rsidR="00A419E9" w:rsidRPr="00C970A6" w:rsidRDefault="00A419E9">
      <w:pPr>
        <w:rPr>
          <w:rFonts w:ascii="Comic Sans MS" w:hAnsi="Comic Sans MS"/>
          <w:sz w:val="20"/>
          <w:szCs w:val="20"/>
        </w:rPr>
      </w:pPr>
    </w:p>
    <w:p w14:paraId="366CB9CB" w14:textId="77777777" w:rsidR="00A419E9" w:rsidRPr="00C970A6" w:rsidRDefault="00A419E9" w:rsidP="00A419E9">
      <w:pPr>
        <w:spacing w:after="40" w:line="276" w:lineRule="auto"/>
        <w:rPr>
          <w:rFonts w:ascii="Comic Sans MS" w:hAnsi="Comic Sans MS"/>
          <w:b/>
          <w:color w:val="ED7D31"/>
          <w:sz w:val="20"/>
          <w:szCs w:val="20"/>
        </w:rPr>
      </w:pPr>
      <w:r w:rsidRPr="00C970A6">
        <w:rPr>
          <w:rStyle w:val="Vurgu"/>
          <w:rFonts w:ascii="Comic Sans MS" w:hAnsi="Comic Sans MS"/>
          <w:sz w:val="20"/>
          <w:szCs w:val="20"/>
        </w:rPr>
        <w:t xml:space="preserve">Bu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içerikte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yer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alan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yazı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fotoğraf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sair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içeriklerin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bireysel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kullanım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dışında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izin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alınmadan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kısmen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ya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da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tamamen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kopyalanması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çoğaltılması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kullanılması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,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yayınlanması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ve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dağıtılması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yasaktır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.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İçeriğin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tüm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hakları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 xml:space="preserve"> </w:t>
      </w:r>
      <w:proofErr w:type="spellStart"/>
      <w:r w:rsidRPr="00C970A6">
        <w:rPr>
          <w:rStyle w:val="Vurgu"/>
          <w:rFonts w:ascii="Comic Sans MS" w:hAnsi="Comic Sans MS"/>
          <w:sz w:val="20"/>
          <w:szCs w:val="20"/>
        </w:rPr>
        <w:t>saklıdır</w:t>
      </w:r>
      <w:proofErr w:type="spellEnd"/>
      <w:r w:rsidRPr="00C970A6">
        <w:rPr>
          <w:rStyle w:val="Vurgu"/>
          <w:rFonts w:ascii="Comic Sans MS" w:hAnsi="Comic Sans MS"/>
          <w:sz w:val="20"/>
          <w:szCs w:val="20"/>
        </w:rPr>
        <w:t>.</w:t>
      </w:r>
      <w:r w:rsidRPr="00C970A6">
        <w:rPr>
          <w:rFonts w:ascii="Comic Sans MS" w:hAnsi="Comic Sans MS"/>
          <w:sz w:val="20"/>
          <w:szCs w:val="20"/>
        </w:rPr>
        <w:t xml:space="preserve"> </w:t>
      </w:r>
      <w:r w:rsidRPr="00C970A6">
        <w:rPr>
          <w:rFonts w:ascii="Comic Sans MS" w:hAnsi="Comic Sans MS"/>
          <w:noProof/>
          <w:sz w:val="20"/>
          <w:szCs w:val="20"/>
        </w:rPr>
        <w:drawing>
          <wp:inline distT="0" distB="0" distL="0" distR="0" wp14:anchorId="042063E3" wp14:editId="69A4A559">
            <wp:extent cx="438150" cy="219075"/>
            <wp:effectExtent l="0" t="0" r="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2636A" w14:textId="77777777" w:rsidR="00A419E9" w:rsidRPr="00C970A6" w:rsidRDefault="00A419E9">
      <w:pPr>
        <w:rPr>
          <w:rFonts w:ascii="Comic Sans MS" w:hAnsi="Comic Sans MS"/>
          <w:sz w:val="20"/>
          <w:szCs w:val="20"/>
        </w:rPr>
      </w:pPr>
    </w:p>
    <w:sectPr w:rsidR="00A419E9" w:rsidRPr="00C970A6" w:rsidSect="001A4995">
      <w:pgSz w:w="11906" w:h="16838"/>
      <w:pgMar w:top="935" w:right="1020" w:bottom="56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101D7" w14:textId="77777777" w:rsidR="003802A2" w:rsidRDefault="003802A2">
      <w:pPr>
        <w:spacing w:after="0" w:line="240" w:lineRule="auto"/>
      </w:pPr>
      <w:r>
        <w:separator/>
      </w:r>
    </w:p>
  </w:endnote>
  <w:endnote w:type="continuationSeparator" w:id="0">
    <w:p w14:paraId="0AFC8AF6" w14:textId="77777777" w:rsidR="003802A2" w:rsidRDefault="00380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B2A83" w14:textId="77777777" w:rsidR="003802A2" w:rsidRDefault="003802A2">
      <w:pPr>
        <w:spacing w:after="0" w:line="240" w:lineRule="auto"/>
      </w:pPr>
      <w:r>
        <w:separator/>
      </w:r>
    </w:p>
  </w:footnote>
  <w:footnote w:type="continuationSeparator" w:id="0">
    <w:p w14:paraId="2486DF06" w14:textId="77777777" w:rsidR="003802A2" w:rsidRDefault="003802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2B63"/>
    <w:rsid w:val="00135B03"/>
    <w:rsid w:val="0015074B"/>
    <w:rsid w:val="00191403"/>
    <w:rsid w:val="001A4995"/>
    <w:rsid w:val="001F65A4"/>
    <w:rsid w:val="0029639D"/>
    <w:rsid w:val="00326F90"/>
    <w:rsid w:val="003802A2"/>
    <w:rsid w:val="004E2EEA"/>
    <w:rsid w:val="005B312F"/>
    <w:rsid w:val="006901BD"/>
    <w:rsid w:val="009103D8"/>
    <w:rsid w:val="00A419E9"/>
    <w:rsid w:val="00AA1D8D"/>
    <w:rsid w:val="00AD2CEB"/>
    <w:rsid w:val="00B47730"/>
    <w:rsid w:val="00BB0597"/>
    <w:rsid w:val="00BB5DA3"/>
    <w:rsid w:val="00C970A6"/>
    <w:rsid w:val="00CB0664"/>
    <w:rsid w:val="00CC720F"/>
    <w:rsid w:val="00D307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108573C"/>
  <w14:defaultImageDpi w14:val="330"/>
  <w15:docId w15:val="{6CA1C7C6-259C-4A1C-81B6-197E6BA9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EB0A8"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EB0A8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rsid w:val="001A4995"/>
    <w:rPr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A2B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neninokulu.com/topla-topla-yerine-koy-sarkis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anneninokulu.com/minik-tavsanin-piknigi-hikayes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2078</Words>
  <Characters>11849</Characters>
  <Application>Microsoft Office Word</Application>
  <DocSecurity>0</DocSecurity>
  <Lines>98</Lines>
  <Paragraphs>27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Mustafa Aygün</cp:lastModifiedBy>
  <cp:revision>6</cp:revision>
  <cp:lastPrinted>2026-09-16T19:31:00Z</cp:lastPrinted>
  <dcterms:created xsi:type="dcterms:W3CDTF">2013-12-23T23:15:00Z</dcterms:created>
  <dcterms:modified xsi:type="dcterms:W3CDTF">2026-09-16T19:31:00Z</dcterms:modified>
  <cp:category/>
</cp:coreProperties>
</file>