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70459" w14:textId="4E8A478F" w:rsidR="00807846" w:rsidRPr="00AC0511" w:rsidRDefault="00807846" w:rsidP="00807846">
      <w:pPr>
        <w:keepNext/>
        <w:jc w:val="center"/>
        <w:rPr>
          <w:rFonts w:ascii="Comic Sans MS" w:hAnsi="Comic Sans MS"/>
          <w:color w:val="F85883"/>
          <w:sz w:val="20"/>
          <w:szCs w:val="20"/>
        </w:rPr>
      </w:pPr>
      <w:r w:rsidRPr="00AC0511">
        <w:rPr>
          <w:rFonts w:ascii="Comic Sans MS" w:hAnsi="Comic Sans MS"/>
          <w:b/>
          <w:color w:val="F85883"/>
          <w:sz w:val="20"/>
          <w:szCs w:val="20"/>
        </w:rPr>
        <w:t>GÜNL</w:t>
      </w:r>
      <w:r w:rsidR="008C0371">
        <w:rPr>
          <w:rFonts w:ascii="Comic Sans MS" w:hAnsi="Comic Sans MS"/>
          <w:b/>
          <w:color w:val="F85883"/>
          <w:sz w:val="20"/>
          <w:szCs w:val="20"/>
        </w:rPr>
        <w:t>Ü</w:t>
      </w:r>
      <w:r w:rsidRPr="00AC0511">
        <w:rPr>
          <w:rFonts w:ascii="Comic Sans MS" w:hAnsi="Comic Sans MS"/>
          <w:b/>
          <w:color w:val="F85883"/>
          <w:sz w:val="20"/>
          <w:szCs w:val="20"/>
        </w:rPr>
        <w:t>K PLAN</w:t>
      </w:r>
    </w:p>
    <w:p w14:paraId="57BEB33B" w14:textId="77777777" w:rsidR="00807846" w:rsidRPr="00AC0511" w:rsidRDefault="00807846" w:rsidP="00807846">
      <w:pPr>
        <w:rPr>
          <w:rFonts w:ascii="Comic Sans MS" w:hAnsi="Comic Sans MS"/>
          <w:sz w:val="20"/>
          <w:szCs w:val="20"/>
        </w:rPr>
      </w:pPr>
      <w:proofErr w:type="spellStart"/>
      <w:r w:rsidRPr="00AC0511">
        <w:rPr>
          <w:rFonts w:ascii="Comic Sans MS" w:hAnsi="Comic Sans MS"/>
          <w:sz w:val="20"/>
          <w:szCs w:val="20"/>
        </w:rPr>
        <w:t>Okul</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Adı</w:t>
      </w:r>
      <w:proofErr w:type="spellEnd"/>
      <w:r w:rsidRPr="00AC0511">
        <w:rPr>
          <w:rFonts w:ascii="Comic Sans MS" w:hAnsi="Comic Sans MS"/>
          <w:sz w:val="20"/>
          <w:szCs w:val="20"/>
        </w:rPr>
        <w:t>:</w:t>
      </w:r>
    </w:p>
    <w:p w14:paraId="49EEC3A9" w14:textId="77777777" w:rsidR="00807846" w:rsidRPr="00AC0511" w:rsidRDefault="00807846" w:rsidP="00807846">
      <w:pPr>
        <w:rPr>
          <w:rFonts w:ascii="Comic Sans MS" w:hAnsi="Comic Sans MS"/>
          <w:sz w:val="20"/>
          <w:szCs w:val="20"/>
        </w:rPr>
      </w:pPr>
      <w:proofErr w:type="spellStart"/>
      <w:r w:rsidRPr="00AC0511">
        <w:rPr>
          <w:rFonts w:ascii="Comic Sans MS" w:hAnsi="Comic Sans MS"/>
          <w:sz w:val="20"/>
          <w:szCs w:val="20"/>
        </w:rPr>
        <w:t>Öğretmen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Adı</w:t>
      </w:r>
      <w:proofErr w:type="spellEnd"/>
      <w:r w:rsidRPr="00AC0511">
        <w:rPr>
          <w:rFonts w:ascii="Comic Sans MS" w:hAnsi="Comic Sans MS"/>
          <w:sz w:val="20"/>
          <w:szCs w:val="20"/>
        </w:rPr>
        <w:t>:</w:t>
      </w:r>
    </w:p>
    <w:p w14:paraId="67D51371" w14:textId="77777777" w:rsidR="00807846" w:rsidRPr="00AC0511" w:rsidRDefault="00807846" w:rsidP="00807846">
      <w:pPr>
        <w:rPr>
          <w:rFonts w:ascii="Comic Sans MS" w:hAnsi="Comic Sans MS"/>
          <w:sz w:val="20"/>
          <w:szCs w:val="20"/>
        </w:rPr>
      </w:pPr>
      <w:proofErr w:type="spellStart"/>
      <w:r w:rsidRPr="00AC0511">
        <w:rPr>
          <w:rFonts w:ascii="Comic Sans MS" w:hAnsi="Comic Sans MS"/>
          <w:sz w:val="20"/>
          <w:szCs w:val="20"/>
        </w:rPr>
        <w:t>Yaş</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Grubu</w:t>
      </w:r>
      <w:proofErr w:type="spellEnd"/>
      <w:r w:rsidRPr="00AC0511">
        <w:rPr>
          <w:rFonts w:ascii="Comic Sans MS" w:hAnsi="Comic Sans MS"/>
          <w:sz w:val="20"/>
          <w:szCs w:val="20"/>
        </w:rPr>
        <w:t xml:space="preserve">: 48+ Ay (4 </w:t>
      </w:r>
      <w:proofErr w:type="spellStart"/>
      <w:r w:rsidRPr="00AC0511">
        <w:rPr>
          <w:rFonts w:ascii="Comic Sans MS" w:hAnsi="Comic Sans MS"/>
          <w:sz w:val="20"/>
          <w:szCs w:val="20"/>
        </w:rPr>
        <w:t>Yaş</w:t>
      </w:r>
      <w:proofErr w:type="spellEnd"/>
      <w:r w:rsidRPr="00AC0511">
        <w:rPr>
          <w:rFonts w:ascii="Comic Sans MS" w:hAnsi="Comic Sans MS"/>
          <w:sz w:val="20"/>
          <w:szCs w:val="20"/>
        </w:rPr>
        <w:t>)</w:t>
      </w:r>
    </w:p>
    <w:p w14:paraId="7457C936" w14:textId="77777777" w:rsidR="00807846" w:rsidRPr="00AC0511" w:rsidRDefault="00807846" w:rsidP="00807846">
      <w:pPr>
        <w:rPr>
          <w:rFonts w:ascii="Comic Sans MS" w:hAnsi="Comic Sans MS"/>
          <w:sz w:val="20"/>
          <w:szCs w:val="20"/>
        </w:rPr>
      </w:pPr>
      <w:r w:rsidRPr="00AC0511">
        <w:rPr>
          <w:rFonts w:ascii="Comic Sans MS" w:hAnsi="Comic Sans MS"/>
          <w:sz w:val="20"/>
          <w:szCs w:val="20"/>
        </w:rPr>
        <w:t>Tarih: 14.09.2026</w:t>
      </w:r>
    </w:p>
    <w:p w14:paraId="66CF23C9" w14:textId="77777777" w:rsidR="00607879" w:rsidRPr="00AC0511" w:rsidRDefault="00A43E66">
      <w:pPr>
        <w:pStyle w:val="Balk1"/>
        <w:rPr>
          <w:rFonts w:ascii="Comic Sans MS" w:hAnsi="Comic Sans MS"/>
          <w:color w:val="F85883"/>
          <w:sz w:val="20"/>
          <w:szCs w:val="20"/>
        </w:rPr>
      </w:pPr>
      <w:r w:rsidRPr="00AC0511">
        <w:rPr>
          <w:rFonts w:ascii="Comic Sans MS" w:hAnsi="Comic Sans MS"/>
          <w:color w:val="F85883"/>
          <w:sz w:val="20"/>
          <w:szCs w:val="20"/>
        </w:rPr>
        <w:t>ALAN BECERİLERİ, ÖĞRENME ÇIKTILARI VE SÜREÇ BİLEŞENLERİ</w:t>
      </w:r>
    </w:p>
    <w:p w14:paraId="339CC9EF" w14:textId="77777777" w:rsidR="00607879" w:rsidRPr="00AC0511" w:rsidRDefault="00A43E66">
      <w:pPr>
        <w:pStyle w:val="Balk2"/>
        <w:rPr>
          <w:rFonts w:ascii="Comic Sans MS" w:hAnsi="Comic Sans MS"/>
          <w:color w:val="002060"/>
          <w:sz w:val="20"/>
          <w:szCs w:val="20"/>
        </w:rPr>
      </w:pPr>
      <w:r w:rsidRPr="00AC0511">
        <w:rPr>
          <w:rFonts w:ascii="Comic Sans MS" w:hAnsi="Comic Sans MS"/>
          <w:color w:val="002060"/>
          <w:sz w:val="20"/>
          <w:szCs w:val="20"/>
        </w:rPr>
        <w:t>TÜRKÇE ALANI</w:t>
      </w:r>
    </w:p>
    <w:p w14:paraId="20FBAF97"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TADB. Dinleme / İzleme</w:t>
      </w:r>
    </w:p>
    <w:p w14:paraId="728BFE8E"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TADB.1. Dinleyecekleri / izleyecekleri şiir, hikâye, tekerleme, video, tiyatro, animasyon gibi materyalleri yönetebilme</w:t>
      </w:r>
    </w:p>
    <w:p w14:paraId="7FB19175" w14:textId="77777777" w:rsidR="00607879" w:rsidRPr="00AC0511" w:rsidRDefault="00A43E66">
      <w:pPr>
        <w:rPr>
          <w:rFonts w:ascii="Comic Sans MS" w:hAnsi="Comic Sans MS"/>
          <w:sz w:val="20"/>
          <w:szCs w:val="20"/>
        </w:rPr>
      </w:pPr>
      <w:r w:rsidRPr="00AC0511">
        <w:rPr>
          <w:rFonts w:ascii="Comic Sans MS" w:hAnsi="Comic Sans MS"/>
          <w:sz w:val="20"/>
          <w:szCs w:val="20"/>
        </w:rPr>
        <w:t>TADB.</w:t>
      </w:r>
      <w:proofErr w:type="gramStart"/>
      <w:r w:rsidRPr="00AC0511">
        <w:rPr>
          <w:rFonts w:ascii="Comic Sans MS" w:hAnsi="Comic Sans MS"/>
          <w:sz w:val="20"/>
          <w:szCs w:val="20"/>
        </w:rPr>
        <w:t>1.b.</w:t>
      </w:r>
      <w:proofErr w:type="gramEnd"/>
      <w:r w:rsidRPr="00AC0511">
        <w:rPr>
          <w:rFonts w:ascii="Comic Sans MS" w:hAnsi="Comic Sans MS"/>
          <w:sz w:val="20"/>
          <w:szCs w:val="20"/>
        </w:rPr>
        <w:t xml:space="preserve"> Seçilen materyalleri dinler / izler.</w:t>
      </w:r>
    </w:p>
    <w:p w14:paraId="5A2629B7"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TAOB. Okuma</w:t>
      </w:r>
    </w:p>
    <w:p w14:paraId="051B4732"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TAOB.2. Resimli öykü kitabı, dijital içerikler, afiş, broşür gibi görsel okuma materyallerinden anlamlar oluşturabilme</w:t>
      </w:r>
    </w:p>
    <w:p w14:paraId="02870A5B" w14:textId="77777777" w:rsidR="00607879" w:rsidRPr="00AC0511" w:rsidRDefault="00A43E66">
      <w:pPr>
        <w:rPr>
          <w:rFonts w:ascii="Comic Sans MS" w:hAnsi="Comic Sans MS"/>
          <w:sz w:val="20"/>
          <w:szCs w:val="20"/>
        </w:rPr>
      </w:pPr>
      <w:r w:rsidRPr="00AC0511">
        <w:rPr>
          <w:rFonts w:ascii="Comic Sans MS" w:hAnsi="Comic Sans MS"/>
          <w:sz w:val="20"/>
          <w:szCs w:val="20"/>
        </w:rPr>
        <w:t>TAOB.</w:t>
      </w:r>
      <w:proofErr w:type="gramStart"/>
      <w:r w:rsidRPr="00AC0511">
        <w:rPr>
          <w:rFonts w:ascii="Comic Sans MS" w:hAnsi="Comic Sans MS"/>
          <w:sz w:val="20"/>
          <w:szCs w:val="20"/>
        </w:rPr>
        <w:t>2.a.</w:t>
      </w:r>
      <w:proofErr w:type="gramEnd"/>
      <w:r w:rsidRPr="00AC0511">
        <w:rPr>
          <w:rFonts w:ascii="Comic Sans MS" w:hAnsi="Comic Sans MS"/>
          <w:sz w:val="20"/>
          <w:szCs w:val="20"/>
        </w:rPr>
        <w:t xml:space="preserve"> Görsel okuma materyallerinde yer alan bilgiler ile günlük yaşamı arasında ilişki kurar.</w:t>
      </w:r>
    </w:p>
    <w:p w14:paraId="11A4F996" w14:textId="77777777" w:rsidR="00607879" w:rsidRPr="00AC0511" w:rsidRDefault="00A43E66">
      <w:pPr>
        <w:rPr>
          <w:rFonts w:ascii="Comic Sans MS" w:hAnsi="Comic Sans MS"/>
          <w:sz w:val="20"/>
          <w:szCs w:val="20"/>
        </w:rPr>
      </w:pPr>
      <w:r w:rsidRPr="00AC0511">
        <w:rPr>
          <w:rFonts w:ascii="Comic Sans MS" w:hAnsi="Comic Sans MS"/>
          <w:sz w:val="20"/>
          <w:szCs w:val="20"/>
        </w:rPr>
        <w:t>TAOB.</w:t>
      </w:r>
      <w:proofErr w:type="gramStart"/>
      <w:r w:rsidRPr="00AC0511">
        <w:rPr>
          <w:rFonts w:ascii="Comic Sans MS" w:hAnsi="Comic Sans MS"/>
          <w:sz w:val="20"/>
          <w:szCs w:val="20"/>
        </w:rPr>
        <w:t>2.c.</w:t>
      </w:r>
      <w:proofErr w:type="gramEnd"/>
      <w:r w:rsidRPr="00AC0511">
        <w:rPr>
          <w:rFonts w:ascii="Comic Sans MS" w:hAnsi="Comic Sans MS"/>
          <w:sz w:val="20"/>
          <w:szCs w:val="20"/>
        </w:rPr>
        <w:t xml:space="preserve"> Yetişkin rehberliğinde / kendiliğinden görsel okuma materyallerine ilişkin çıkarımda bulunur.</w:t>
      </w:r>
    </w:p>
    <w:p w14:paraId="0107AFA3"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TAKB. Konuşma</w:t>
      </w:r>
    </w:p>
    <w:p w14:paraId="1EE9B6EA"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TAKB.1. Konuşma sürecini yönetebilme</w:t>
      </w:r>
    </w:p>
    <w:p w14:paraId="071AF96B" w14:textId="77777777" w:rsidR="00607879" w:rsidRPr="00AC0511" w:rsidRDefault="00A43E66">
      <w:pPr>
        <w:rPr>
          <w:rFonts w:ascii="Comic Sans MS" w:hAnsi="Comic Sans MS"/>
          <w:sz w:val="20"/>
          <w:szCs w:val="20"/>
        </w:rPr>
      </w:pPr>
      <w:r w:rsidRPr="00AC0511">
        <w:rPr>
          <w:rFonts w:ascii="Comic Sans MS" w:hAnsi="Comic Sans MS"/>
          <w:sz w:val="20"/>
          <w:szCs w:val="20"/>
        </w:rPr>
        <w:t>TAKB.</w:t>
      </w:r>
      <w:proofErr w:type="gramStart"/>
      <w:r w:rsidRPr="00AC0511">
        <w:rPr>
          <w:rFonts w:ascii="Comic Sans MS" w:hAnsi="Comic Sans MS"/>
          <w:sz w:val="20"/>
          <w:szCs w:val="20"/>
        </w:rPr>
        <w:t>1.c.</w:t>
      </w:r>
      <w:proofErr w:type="gramEnd"/>
      <w:r w:rsidRPr="00AC0511">
        <w:rPr>
          <w:rFonts w:ascii="Comic Sans MS" w:hAnsi="Comic Sans MS"/>
          <w:sz w:val="20"/>
          <w:szCs w:val="20"/>
        </w:rPr>
        <w:t xml:space="preserve"> İletişim sırasında uygun zamanda söz alır.</w:t>
      </w:r>
    </w:p>
    <w:p w14:paraId="30DF24A6"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TAKB.2. Konuşma sürecinin içeriğini oluşturabilme</w:t>
      </w:r>
    </w:p>
    <w:p w14:paraId="7B8DBAEC" w14:textId="77777777" w:rsidR="00607879" w:rsidRPr="00AC0511" w:rsidRDefault="00A43E66">
      <w:pPr>
        <w:rPr>
          <w:rFonts w:ascii="Comic Sans MS" w:hAnsi="Comic Sans MS"/>
          <w:sz w:val="20"/>
          <w:szCs w:val="20"/>
        </w:rPr>
      </w:pPr>
      <w:r w:rsidRPr="00AC0511">
        <w:rPr>
          <w:rFonts w:ascii="Comic Sans MS" w:hAnsi="Comic Sans MS"/>
          <w:sz w:val="20"/>
          <w:szCs w:val="20"/>
        </w:rPr>
        <w:t>TAKB.</w:t>
      </w:r>
      <w:proofErr w:type="gramStart"/>
      <w:r w:rsidRPr="00AC0511">
        <w:rPr>
          <w:rFonts w:ascii="Comic Sans MS" w:hAnsi="Comic Sans MS"/>
          <w:sz w:val="20"/>
          <w:szCs w:val="20"/>
        </w:rPr>
        <w:t>2.a.</w:t>
      </w:r>
      <w:proofErr w:type="gramEnd"/>
      <w:r w:rsidRPr="00AC0511">
        <w:rPr>
          <w:rFonts w:ascii="Comic Sans MS" w:hAnsi="Comic Sans MS"/>
          <w:sz w:val="20"/>
          <w:szCs w:val="20"/>
        </w:rPr>
        <w:t xml:space="preserve"> Konuşacağı konu ile günlük yaşamı arasında bağlantı kurar.</w:t>
      </w:r>
    </w:p>
    <w:p w14:paraId="0748E44A" w14:textId="77777777" w:rsidR="00607879" w:rsidRPr="00AC0511" w:rsidRDefault="00A43E66">
      <w:pPr>
        <w:rPr>
          <w:rFonts w:ascii="Comic Sans MS" w:hAnsi="Comic Sans MS"/>
          <w:sz w:val="20"/>
          <w:szCs w:val="20"/>
        </w:rPr>
      </w:pPr>
      <w:r w:rsidRPr="00AC0511">
        <w:rPr>
          <w:rFonts w:ascii="Comic Sans MS" w:hAnsi="Comic Sans MS"/>
          <w:sz w:val="20"/>
          <w:szCs w:val="20"/>
        </w:rPr>
        <w:t>TAKB.</w:t>
      </w:r>
      <w:proofErr w:type="gramStart"/>
      <w:r w:rsidRPr="00AC0511">
        <w:rPr>
          <w:rFonts w:ascii="Comic Sans MS" w:hAnsi="Comic Sans MS"/>
          <w:sz w:val="20"/>
          <w:szCs w:val="20"/>
        </w:rPr>
        <w:t>2.ç.</w:t>
      </w:r>
      <w:proofErr w:type="gramEnd"/>
      <w:r w:rsidRPr="00AC0511">
        <w:rPr>
          <w:rFonts w:ascii="Comic Sans MS" w:hAnsi="Comic Sans MS"/>
          <w:sz w:val="20"/>
          <w:szCs w:val="20"/>
        </w:rPr>
        <w:t xml:space="preserve"> Yetişkin rehberliğinde konuşma sürecinde sınıflandırmalar yapar.</w:t>
      </w:r>
    </w:p>
    <w:p w14:paraId="126AA003" w14:textId="77777777" w:rsidR="00607879" w:rsidRPr="00AC0511" w:rsidRDefault="00A43E66">
      <w:pPr>
        <w:pStyle w:val="Balk2"/>
        <w:rPr>
          <w:rFonts w:ascii="Comic Sans MS" w:hAnsi="Comic Sans MS"/>
          <w:color w:val="002060"/>
          <w:sz w:val="20"/>
          <w:szCs w:val="20"/>
        </w:rPr>
      </w:pPr>
      <w:r w:rsidRPr="00AC0511">
        <w:rPr>
          <w:rFonts w:ascii="Comic Sans MS" w:hAnsi="Comic Sans MS"/>
          <w:color w:val="002060"/>
          <w:sz w:val="20"/>
          <w:szCs w:val="20"/>
        </w:rPr>
        <w:t>HAREKET VE SAĞLIK ALANI</w:t>
      </w:r>
    </w:p>
    <w:p w14:paraId="1F893E40"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HSAB1. Aktif Yaşam İçin Motor Beceriler</w:t>
      </w:r>
    </w:p>
    <w:p w14:paraId="6F25E8B3"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HSAB.1. Farklı çevre ve fiziksel etkinliklerde temel hareket becerilerini sergileyebilme</w:t>
      </w:r>
    </w:p>
    <w:p w14:paraId="1C5D17DC" w14:textId="77777777" w:rsidR="00607879" w:rsidRPr="00AC0511" w:rsidRDefault="00A43E66">
      <w:pPr>
        <w:rPr>
          <w:rFonts w:ascii="Comic Sans MS" w:hAnsi="Comic Sans MS"/>
          <w:sz w:val="20"/>
          <w:szCs w:val="20"/>
        </w:rPr>
      </w:pPr>
      <w:r w:rsidRPr="00AC0511">
        <w:rPr>
          <w:rFonts w:ascii="Comic Sans MS" w:hAnsi="Comic Sans MS"/>
          <w:sz w:val="20"/>
          <w:szCs w:val="20"/>
        </w:rPr>
        <w:t>HSAB.</w:t>
      </w:r>
      <w:proofErr w:type="gramStart"/>
      <w:r w:rsidRPr="00AC0511">
        <w:rPr>
          <w:rFonts w:ascii="Comic Sans MS" w:hAnsi="Comic Sans MS"/>
          <w:sz w:val="20"/>
          <w:szCs w:val="20"/>
        </w:rPr>
        <w:t>1.a.</w:t>
      </w:r>
      <w:proofErr w:type="gramEnd"/>
      <w:r w:rsidRPr="00AC0511">
        <w:rPr>
          <w:rFonts w:ascii="Comic Sans MS" w:hAnsi="Comic Sans MS"/>
          <w:sz w:val="20"/>
          <w:szCs w:val="20"/>
        </w:rPr>
        <w:t xml:space="preserve"> Basit yönergeler doğrultusunda yer değiştirme hareketleri yapar.</w:t>
      </w:r>
    </w:p>
    <w:p w14:paraId="3A691E13"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HSAB.2. Farklı büyüklük ve özellikteki nesneleri kullanabilme</w:t>
      </w:r>
    </w:p>
    <w:p w14:paraId="6DB39FDB" w14:textId="77777777" w:rsidR="00607879" w:rsidRPr="00AC0511" w:rsidRDefault="00A43E66">
      <w:pPr>
        <w:rPr>
          <w:rFonts w:ascii="Comic Sans MS" w:hAnsi="Comic Sans MS"/>
          <w:sz w:val="20"/>
          <w:szCs w:val="20"/>
        </w:rPr>
      </w:pPr>
      <w:r w:rsidRPr="00AC0511">
        <w:rPr>
          <w:rFonts w:ascii="Comic Sans MS" w:hAnsi="Comic Sans MS"/>
          <w:sz w:val="20"/>
          <w:szCs w:val="20"/>
        </w:rPr>
        <w:t>HSAB.</w:t>
      </w:r>
      <w:proofErr w:type="gramStart"/>
      <w:r w:rsidRPr="00AC0511">
        <w:rPr>
          <w:rFonts w:ascii="Comic Sans MS" w:hAnsi="Comic Sans MS"/>
          <w:sz w:val="20"/>
          <w:szCs w:val="20"/>
        </w:rPr>
        <w:t>2.b.</w:t>
      </w:r>
      <w:proofErr w:type="gramEnd"/>
      <w:r w:rsidRPr="00AC0511">
        <w:rPr>
          <w:rFonts w:ascii="Comic Sans MS" w:hAnsi="Comic Sans MS"/>
          <w:sz w:val="20"/>
          <w:szCs w:val="20"/>
        </w:rPr>
        <w:t xml:space="preserve"> Parmak uçlarıyla nesne kontrolü sağlar.</w:t>
      </w:r>
    </w:p>
    <w:p w14:paraId="1F089669" w14:textId="77777777" w:rsidR="00607879" w:rsidRPr="00AC0511" w:rsidRDefault="00A43E66">
      <w:pPr>
        <w:rPr>
          <w:rFonts w:ascii="Comic Sans MS" w:hAnsi="Comic Sans MS"/>
          <w:sz w:val="20"/>
          <w:szCs w:val="20"/>
        </w:rPr>
      </w:pPr>
      <w:r w:rsidRPr="00AC0511">
        <w:rPr>
          <w:rFonts w:ascii="Comic Sans MS" w:hAnsi="Comic Sans MS"/>
          <w:sz w:val="20"/>
          <w:szCs w:val="20"/>
        </w:rPr>
        <w:t>HSAB.</w:t>
      </w:r>
      <w:proofErr w:type="gramStart"/>
      <w:r w:rsidRPr="00AC0511">
        <w:rPr>
          <w:rFonts w:ascii="Comic Sans MS" w:hAnsi="Comic Sans MS"/>
          <w:sz w:val="20"/>
          <w:szCs w:val="20"/>
        </w:rPr>
        <w:t>2.c.</w:t>
      </w:r>
      <w:proofErr w:type="gramEnd"/>
      <w:r w:rsidRPr="00AC0511">
        <w:rPr>
          <w:rFonts w:ascii="Comic Sans MS" w:hAnsi="Comic Sans MS"/>
          <w:sz w:val="20"/>
          <w:szCs w:val="20"/>
        </w:rPr>
        <w:t xml:space="preserve"> Farklı nesnelerle sök tak hareketleri yapar.</w:t>
      </w:r>
    </w:p>
    <w:p w14:paraId="277F0BBE"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HSAB.5. Kişisel ve genel alanın farkında olarak hareket edebilme</w:t>
      </w:r>
    </w:p>
    <w:p w14:paraId="4FF24A72" w14:textId="77777777" w:rsidR="00607879" w:rsidRPr="00AC0511" w:rsidRDefault="00A43E66">
      <w:pPr>
        <w:rPr>
          <w:rFonts w:ascii="Comic Sans MS" w:hAnsi="Comic Sans MS"/>
          <w:sz w:val="20"/>
          <w:szCs w:val="20"/>
        </w:rPr>
      </w:pPr>
      <w:r w:rsidRPr="00AC0511">
        <w:rPr>
          <w:rFonts w:ascii="Comic Sans MS" w:hAnsi="Comic Sans MS"/>
          <w:sz w:val="20"/>
          <w:szCs w:val="20"/>
        </w:rPr>
        <w:t>HSAB.</w:t>
      </w:r>
      <w:proofErr w:type="gramStart"/>
      <w:r w:rsidRPr="00AC0511">
        <w:rPr>
          <w:rFonts w:ascii="Comic Sans MS" w:hAnsi="Comic Sans MS"/>
          <w:sz w:val="20"/>
          <w:szCs w:val="20"/>
        </w:rPr>
        <w:t>5.b.</w:t>
      </w:r>
      <w:proofErr w:type="gramEnd"/>
      <w:r w:rsidRPr="00AC0511">
        <w:rPr>
          <w:rFonts w:ascii="Comic Sans MS" w:hAnsi="Comic Sans MS"/>
          <w:sz w:val="20"/>
          <w:szCs w:val="20"/>
        </w:rPr>
        <w:t xml:space="preserve"> Genel alan içerisinde kişisel alanını korur.</w:t>
      </w:r>
    </w:p>
    <w:p w14:paraId="1D1EC9C3" w14:textId="77777777" w:rsidR="00607879" w:rsidRPr="00AC0511" w:rsidRDefault="00A43E66">
      <w:pPr>
        <w:pStyle w:val="Balk2"/>
        <w:rPr>
          <w:rFonts w:ascii="Comic Sans MS" w:hAnsi="Comic Sans MS"/>
          <w:color w:val="002060"/>
          <w:sz w:val="20"/>
          <w:szCs w:val="20"/>
        </w:rPr>
      </w:pPr>
      <w:r w:rsidRPr="00AC0511">
        <w:rPr>
          <w:rFonts w:ascii="Comic Sans MS" w:hAnsi="Comic Sans MS"/>
          <w:color w:val="002060"/>
          <w:sz w:val="20"/>
          <w:szCs w:val="20"/>
        </w:rPr>
        <w:t>MÜZİK ALANI</w:t>
      </w:r>
    </w:p>
    <w:p w14:paraId="412F0938"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MHB4. Müziksel Hareket</w:t>
      </w:r>
    </w:p>
    <w:p w14:paraId="448178D8"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MHB.2. Müzik eserleriyle hareket / dans edebilme</w:t>
      </w:r>
    </w:p>
    <w:p w14:paraId="3605C598" w14:textId="77777777" w:rsidR="00607879" w:rsidRPr="00AC0511" w:rsidRDefault="00A43E66">
      <w:pPr>
        <w:rPr>
          <w:rFonts w:ascii="Comic Sans MS" w:hAnsi="Comic Sans MS"/>
          <w:sz w:val="20"/>
          <w:szCs w:val="20"/>
        </w:rPr>
      </w:pPr>
      <w:r w:rsidRPr="00AC0511">
        <w:rPr>
          <w:rFonts w:ascii="Comic Sans MS" w:hAnsi="Comic Sans MS"/>
          <w:sz w:val="20"/>
          <w:szCs w:val="20"/>
        </w:rPr>
        <w:t>MHB.</w:t>
      </w:r>
      <w:proofErr w:type="gramStart"/>
      <w:r w:rsidRPr="00AC0511">
        <w:rPr>
          <w:rFonts w:ascii="Comic Sans MS" w:hAnsi="Comic Sans MS"/>
          <w:sz w:val="20"/>
          <w:szCs w:val="20"/>
        </w:rPr>
        <w:t>2.a.</w:t>
      </w:r>
      <w:proofErr w:type="gramEnd"/>
      <w:r w:rsidRPr="00AC0511">
        <w:rPr>
          <w:rFonts w:ascii="Comic Sans MS" w:hAnsi="Comic Sans MS"/>
          <w:sz w:val="20"/>
          <w:szCs w:val="20"/>
        </w:rPr>
        <w:t xml:space="preserve"> Müzik eşliğinde grupla birlikte hareket / dans eder.</w:t>
      </w:r>
    </w:p>
    <w:p w14:paraId="167A2ADE" w14:textId="77777777" w:rsidR="00607879" w:rsidRPr="00AC0511" w:rsidRDefault="00A43E66">
      <w:pPr>
        <w:pStyle w:val="Balk2"/>
        <w:rPr>
          <w:rFonts w:ascii="Comic Sans MS" w:hAnsi="Comic Sans MS"/>
          <w:color w:val="F85883"/>
          <w:sz w:val="20"/>
          <w:szCs w:val="20"/>
        </w:rPr>
      </w:pPr>
      <w:r w:rsidRPr="00AC0511">
        <w:rPr>
          <w:rFonts w:ascii="Comic Sans MS" w:hAnsi="Comic Sans MS"/>
          <w:color w:val="002060"/>
          <w:sz w:val="20"/>
          <w:szCs w:val="20"/>
        </w:rPr>
        <w:t>SANAT ALANI</w:t>
      </w:r>
    </w:p>
    <w:p w14:paraId="67CB4789"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SNAB4. Sanatsal Uygulama Yapma</w:t>
      </w:r>
    </w:p>
    <w:p w14:paraId="7C843825" w14:textId="77777777" w:rsidR="00607879" w:rsidRPr="00AC0511" w:rsidRDefault="00A43E66">
      <w:pPr>
        <w:keepNext/>
        <w:rPr>
          <w:rFonts w:ascii="Comic Sans MS" w:hAnsi="Comic Sans MS"/>
          <w:sz w:val="20"/>
          <w:szCs w:val="20"/>
        </w:rPr>
      </w:pPr>
      <w:r w:rsidRPr="00AC0511">
        <w:rPr>
          <w:rFonts w:ascii="Comic Sans MS" w:hAnsi="Comic Sans MS"/>
          <w:b/>
          <w:sz w:val="20"/>
          <w:szCs w:val="20"/>
        </w:rPr>
        <w:t>SNAB.4. Sanat etkinliği uygulayabilme</w:t>
      </w:r>
    </w:p>
    <w:p w14:paraId="776ADA6D" w14:textId="77777777" w:rsidR="00607879" w:rsidRPr="00AC0511" w:rsidRDefault="00A43E66">
      <w:pPr>
        <w:rPr>
          <w:rFonts w:ascii="Comic Sans MS" w:hAnsi="Comic Sans MS"/>
          <w:sz w:val="20"/>
          <w:szCs w:val="20"/>
        </w:rPr>
      </w:pPr>
      <w:r w:rsidRPr="00AC0511">
        <w:rPr>
          <w:rFonts w:ascii="Comic Sans MS" w:hAnsi="Comic Sans MS"/>
          <w:sz w:val="20"/>
          <w:szCs w:val="20"/>
        </w:rPr>
        <w:t>SNAB.</w:t>
      </w:r>
      <w:proofErr w:type="gramStart"/>
      <w:r w:rsidRPr="00AC0511">
        <w:rPr>
          <w:rFonts w:ascii="Comic Sans MS" w:hAnsi="Comic Sans MS"/>
          <w:sz w:val="20"/>
          <w:szCs w:val="20"/>
        </w:rPr>
        <w:t>4.b.</w:t>
      </w:r>
      <w:proofErr w:type="gramEnd"/>
      <w:r w:rsidRPr="00AC0511">
        <w:rPr>
          <w:rFonts w:ascii="Comic Sans MS" w:hAnsi="Comic Sans MS"/>
          <w:sz w:val="20"/>
          <w:szCs w:val="20"/>
        </w:rPr>
        <w:t xml:space="preserve"> Sanat etkinliği için gerekli materyalleri seçer.</w:t>
      </w:r>
    </w:p>
    <w:p w14:paraId="594A7285" w14:textId="77777777" w:rsidR="00607879" w:rsidRPr="00AC0511" w:rsidRDefault="00A43E66">
      <w:pPr>
        <w:rPr>
          <w:rFonts w:ascii="Comic Sans MS" w:hAnsi="Comic Sans MS"/>
          <w:sz w:val="20"/>
          <w:szCs w:val="20"/>
        </w:rPr>
      </w:pPr>
      <w:r w:rsidRPr="00AC0511">
        <w:rPr>
          <w:rFonts w:ascii="Comic Sans MS" w:hAnsi="Comic Sans MS"/>
          <w:sz w:val="20"/>
          <w:szCs w:val="20"/>
        </w:rPr>
        <w:t>SNAB.</w:t>
      </w:r>
      <w:proofErr w:type="gramStart"/>
      <w:r w:rsidRPr="00AC0511">
        <w:rPr>
          <w:rFonts w:ascii="Comic Sans MS" w:hAnsi="Comic Sans MS"/>
          <w:sz w:val="20"/>
          <w:szCs w:val="20"/>
        </w:rPr>
        <w:t>4.c.</w:t>
      </w:r>
      <w:proofErr w:type="gramEnd"/>
      <w:r w:rsidRPr="00AC0511">
        <w:rPr>
          <w:rFonts w:ascii="Comic Sans MS" w:hAnsi="Comic Sans MS"/>
          <w:sz w:val="20"/>
          <w:szCs w:val="20"/>
        </w:rPr>
        <w:t xml:space="preserve"> Sanat etkinliklerine aktif olarak katılır.</w:t>
      </w:r>
    </w:p>
    <w:p w14:paraId="181839F3" w14:textId="77777777" w:rsidR="00607879" w:rsidRPr="00AC0511" w:rsidRDefault="00A43E66">
      <w:pPr>
        <w:pStyle w:val="Balk1"/>
        <w:rPr>
          <w:rFonts w:ascii="Comic Sans MS" w:hAnsi="Comic Sans MS"/>
          <w:color w:val="F85883"/>
          <w:sz w:val="20"/>
          <w:szCs w:val="20"/>
        </w:rPr>
      </w:pPr>
      <w:r w:rsidRPr="00AC0511">
        <w:rPr>
          <w:rFonts w:ascii="Comic Sans MS" w:hAnsi="Comic Sans MS"/>
          <w:color w:val="F85883"/>
          <w:sz w:val="20"/>
          <w:szCs w:val="20"/>
        </w:rPr>
        <w:lastRenderedPageBreak/>
        <w:t>EĞİLİMLER</w:t>
      </w:r>
    </w:p>
    <w:p w14:paraId="7473ECC0"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E1. Benlik Eğilimleri</w:t>
      </w:r>
    </w:p>
    <w:p w14:paraId="1E4E7AE9" w14:textId="77777777" w:rsidR="00607879" w:rsidRPr="00AC0511" w:rsidRDefault="00A43E66">
      <w:pPr>
        <w:rPr>
          <w:rFonts w:ascii="Comic Sans MS" w:hAnsi="Comic Sans MS"/>
          <w:sz w:val="20"/>
          <w:szCs w:val="20"/>
        </w:rPr>
      </w:pPr>
      <w:r w:rsidRPr="00AC0511">
        <w:rPr>
          <w:rFonts w:ascii="Comic Sans MS" w:hAnsi="Comic Sans MS"/>
          <w:sz w:val="20"/>
          <w:szCs w:val="20"/>
        </w:rPr>
        <w:t>E1.1. Merak</w:t>
      </w:r>
    </w:p>
    <w:p w14:paraId="43CE0B8B" w14:textId="77777777" w:rsidR="00607879" w:rsidRPr="00AC0511" w:rsidRDefault="00A43E66">
      <w:pPr>
        <w:rPr>
          <w:rFonts w:ascii="Comic Sans MS" w:hAnsi="Comic Sans MS"/>
          <w:sz w:val="20"/>
          <w:szCs w:val="20"/>
        </w:rPr>
      </w:pPr>
      <w:r w:rsidRPr="00AC0511">
        <w:rPr>
          <w:rFonts w:ascii="Comic Sans MS" w:hAnsi="Comic Sans MS"/>
          <w:sz w:val="20"/>
          <w:szCs w:val="20"/>
        </w:rPr>
        <w:t>E1.2. Bağımsızlık</w:t>
      </w:r>
    </w:p>
    <w:p w14:paraId="529DB799" w14:textId="77777777" w:rsidR="00607879" w:rsidRPr="00AC0511" w:rsidRDefault="00A43E66">
      <w:pPr>
        <w:rPr>
          <w:rFonts w:ascii="Comic Sans MS" w:hAnsi="Comic Sans MS"/>
          <w:sz w:val="20"/>
          <w:szCs w:val="20"/>
        </w:rPr>
      </w:pPr>
      <w:r w:rsidRPr="00AC0511">
        <w:rPr>
          <w:rFonts w:ascii="Comic Sans MS" w:hAnsi="Comic Sans MS"/>
          <w:sz w:val="20"/>
          <w:szCs w:val="20"/>
        </w:rPr>
        <w:t>E1.3. Azim ve Kararlılık</w:t>
      </w:r>
    </w:p>
    <w:p w14:paraId="07995C33"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E2. Sosyal Eğilimler</w:t>
      </w:r>
    </w:p>
    <w:p w14:paraId="2172CE6C" w14:textId="77777777" w:rsidR="00607879" w:rsidRPr="00AC0511" w:rsidRDefault="00A43E66">
      <w:pPr>
        <w:rPr>
          <w:rFonts w:ascii="Comic Sans MS" w:hAnsi="Comic Sans MS"/>
          <w:sz w:val="20"/>
          <w:szCs w:val="20"/>
        </w:rPr>
      </w:pPr>
      <w:r w:rsidRPr="00AC0511">
        <w:rPr>
          <w:rFonts w:ascii="Comic Sans MS" w:hAnsi="Comic Sans MS"/>
          <w:sz w:val="20"/>
          <w:szCs w:val="20"/>
        </w:rPr>
        <w:t>E2.5. Oyunseverlik</w:t>
      </w:r>
    </w:p>
    <w:p w14:paraId="4C65BA0F"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E3. Entelektüel Eğilimler</w:t>
      </w:r>
    </w:p>
    <w:p w14:paraId="759FAD75" w14:textId="77777777" w:rsidR="00607879" w:rsidRPr="00AC0511" w:rsidRDefault="00A43E66">
      <w:pPr>
        <w:rPr>
          <w:rFonts w:ascii="Comic Sans MS" w:hAnsi="Comic Sans MS"/>
          <w:sz w:val="20"/>
          <w:szCs w:val="20"/>
        </w:rPr>
      </w:pPr>
      <w:r w:rsidRPr="00AC0511">
        <w:rPr>
          <w:rFonts w:ascii="Comic Sans MS" w:hAnsi="Comic Sans MS"/>
          <w:sz w:val="20"/>
          <w:szCs w:val="20"/>
        </w:rPr>
        <w:t>E3.2. Odaklanma</w:t>
      </w:r>
    </w:p>
    <w:p w14:paraId="09CE63CF" w14:textId="77777777" w:rsidR="00607879" w:rsidRPr="00AC0511" w:rsidRDefault="00A43E66">
      <w:pPr>
        <w:pStyle w:val="Balk1"/>
        <w:rPr>
          <w:rFonts w:ascii="Comic Sans MS" w:hAnsi="Comic Sans MS"/>
          <w:color w:val="F85883"/>
          <w:sz w:val="20"/>
          <w:szCs w:val="20"/>
        </w:rPr>
      </w:pPr>
      <w:r w:rsidRPr="00AC0511">
        <w:rPr>
          <w:rFonts w:ascii="Comic Sans MS" w:hAnsi="Comic Sans MS"/>
          <w:color w:val="F85883"/>
          <w:sz w:val="20"/>
          <w:szCs w:val="20"/>
        </w:rPr>
        <w:t>PROGRAMLAR ARASI BİLEŞENLER</w:t>
      </w:r>
    </w:p>
    <w:p w14:paraId="4DD7AAE1" w14:textId="77777777" w:rsidR="00607879" w:rsidRPr="00AC0511" w:rsidRDefault="00A43E66">
      <w:pPr>
        <w:pStyle w:val="Balk2"/>
        <w:rPr>
          <w:rFonts w:ascii="Comic Sans MS" w:hAnsi="Comic Sans MS"/>
          <w:color w:val="002060"/>
          <w:sz w:val="20"/>
          <w:szCs w:val="20"/>
        </w:rPr>
      </w:pPr>
      <w:r w:rsidRPr="00AC0511">
        <w:rPr>
          <w:rFonts w:ascii="Comic Sans MS" w:hAnsi="Comic Sans MS"/>
          <w:color w:val="002060"/>
          <w:sz w:val="20"/>
          <w:szCs w:val="20"/>
        </w:rPr>
        <w:t>SOSYAL-DUYGUSAL ÖĞRENME BECERİLERİ</w:t>
      </w:r>
    </w:p>
    <w:p w14:paraId="65C359CB"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SDB1.1. Kendini Tanıma (Öz Farkındalık)</w:t>
      </w:r>
    </w:p>
    <w:p w14:paraId="1258BBB5"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SDB1.2. Kendini Düzenleme (Öz Düzenleme)</w:t>
      </w:r>
    </w:p>
    <w:p w14:paraId="7125C500"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SDB2.1. İletişim</w:t>
      </w:r>
    </w:p>
    <w:p w14:paraId="51037E52" w14:textId="77777777" w:rsidR="00607879" w:rsidRPr="00AC0511" w:rsidRDefault="00A43E66">
      <w:pPr>
        <w:pStyle w:val="Balk2"/>
        <w:rPr>
          <w:rFonts w:ascii="Comic Sans MS" w:hAnsi="Comic Sans MS"/>
          <w:color w:val="002060"/>
          <w:sz w:val="20"/>
          <w:szCs w:val="20"/>
        </w:rPr>
      </w:pPr>
      <w:r w:rsidRPr="00AC0511">
        <w:rPr>
          <w:rFonts w:ascii="Comic Sans MS" w:hAnsi="Comic Sans MS"/>
          <w:color w:val="002060"/>
          <w:sz w:val="20"/>
          <w:szCs w:val="20"/>
        </w:rPr>
        <w:t>DEĞERLER</w:t>
      </w:r>
    </w:p>
    <w:p w14:paraId="0E11EA3B"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D3. ÇALIŞKANLIK</w:t>
      </w:r>
    </w:p>
    <w:p w14:paraId="60539620" w14:textId="77777777" w:rsidR="00607879" w:rsidRPr="00AC0511" w:rsidRDefault="00A43E66">
      <w:pPr>
        <w:rPr>
          <w:rFonts w:ascii="Comic Sans MS" w:hAnsi="Comic Sans MS"/>
          <w:sz w:val="20"/>
          <w:szCs w:val="20"/>
        </w:rPr>
      </w:pPr>
      <w:r w:rsidRPr="00AC0511">
        <w:rPr>
          <w:rFonts w:ascii="Comic Sans MS" w:hAnsi="Comic Sans MS"/>
          <w:sz w:val="20"/>
          <w:szCs w:val="20"/>
        </w:rPr>
        <w:t>D3.1. Azimli olmak</w:t>
      </w:r>
    </w:p>
    <w:p w14:paraId="01B3286A"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D12. SABIR</w:t>
      </w:r>
    </w:p>
    <w:p w14:paraId="5122155E" w14:textId="77777777" w:rsidR="00607879" w:rsidRPr="00AC0511" w:rsidRDefault="00A43E66">
      <w:pPr>
        <w:rPr>
          <w:rFonts w:ascii="Comic Sans MS" w:hAnsi="Comic Sans MS"/>
          <w:sz w:val="20"/>
          <w:szCs w:val="20"/>
        </w:rPr>
      </w:pPr>
      <w:r w:rsidRPr="00AC0511">
        <w:rPr>
          <w:rFonts w:ascii="Comic Sans MS" w:hAnsi="Comic Sans MS"/>
          <w:sz w:val="20"/>
          <w:szCs w:val="20"/>
        </w:rPr>
        <w:t>D12.1. Düşünce, duygu ve davranışlarında kontrollü olmak</w:t>
      </w:r>
    </w:p>
    <w:p w14:paraId="239A8D18"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D16. SORUMLULUK</w:t>
      </w:r>
    </w:p>
    <w:p w14:paraId="7B23A94E" w14:textId="77777777" w:rsidR="00607879" w:rsidRPr="00AC0511" w:rsidRDefault="00A43E66">
      <w:pPr>
        <w:rPr>
          <w:rFonts w:ascii="Comic Sans MS" w:hAnsi="Comic Sans MS"/>
          <w:sz w:val="20"/>
          <w:szCs w:val="20"/>
        </w:rPr>
      </w:pPr>
      <w:r w:rsidRPr="00AC0511">
        <w:rPr>
          <w:rFonts w:ascii="Comic Sans MS" w:hAnsi="Comic Sans MS"/>
          <w:sz w:val="20"/>
          <w:szCs w:val="20"/>
        </w:rPr>
        <w:t>D16.1. Kendine karşı görevlerini yerine getirmek</w:t>
      </w:r>
    </w:p>
    <w:p w14:paraId="22232281" w14:textId="77777777" w:rsidR="00607879" w:rsidRPr="00AC0511" w:rsidRDefault="00A43E66">
      <w:pPr>
        <w:pStyle w:val="Balk2"/>
        <w:rPr>
          <w:rFonts w:ascii="Comic Sans MS" w:hAnsi="Comic Sans MS"/>
          <w:color w:val="002060"/>
          <w:sz w:val="20"/>
          <w:szCs w:val="20"/>
        </w:rPr>
      </w:pPr>
      <w:r w:rsidRPr="00AC0511">
        <w:rPr>
          <w:rFonts w:ascii="Comic Sans MS" w:hAnsi="Comic Sans MS"/>
          <w:color w:val="002060"/>
          <w:sz w:val="20"/>
          <w:szCs w:val="20"/>
        </w:rPr>
        <w:t>OKURYAZARLIK BECERİLERİ</w:t>
      </w:r>
    </w:p>
    <w:p w14:paraId="38EF6A6F"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OB4. Görsel Okuryazarlık</w:t>
      </w:r>
    </w:p>
    <w:p w14:paraId="53D2E74F" w14:textId="77777777" w:rsidR="00807846" w:rsidRPr="00AC0511" w:rsidRDefault="00A43E66">
      <w:pPr>
        <w:rPr>
          <w:rFonts w:ascii="Comic Sans MS" w:hAnsi="Comic Sans MS"/>
          <w:color w:val="F85883"/>
          <w:sz w:val="20"/>
          <w:szCs w:val="20"/>
        </w:rPr>
      </w:pPr>
      <w:proofErr w:type="spellStart"/>
      <w:r w:rsidRPr="00AC0511">
        <w:rPr>
          <w:rFonts w:ascii="Comic Sans MS" w:hAnsi="Comic Sans MS"/>
          <w:color w:val="F85883"/>
          <w:sz w:val="20"/>
          <w:szCs w:val="20"/>
        </w:rPr>
        <w:t>Kavramlar</w:t>
      </w:r>
      <w:proofErr w:type="spellEnd"/>
      <w:r w:rsidRPr="00AC0511">
        <w:rPr>
          <w:rFonts w:ascii="Comic Sans MS" w:hAnsi="Comic Sans MS"/>
          <w:color w:val="F85883"/>
          <w:sz w:val="20"/>
          <w:szCs w:val="20"/>
        </w:rPr>
        <w:t xml:space="preserve">: </w:t>
      </w:r>
    </w:p>
    <w:p w14:paraId="651BDAED" w14:textId="77777777" w:rsidR="00AC0511" w:rsidRPr="00AC0511" w:rsidRDefault="00AC0511">
      <w:pPr>
        <w:rPr>
          <w:rFonts w:ascii="Comic Sans MS" w:hAnsi="Comic Sans MS"/>
          <w:sz w:val="20"/>
          <w:szCs w:val="20"/>
        </w:rPr>
      </w:pPr>
      <w:proofErr w:type="spellStart"/>
      <w:r w:rsidRPr="00AC0511">
        <w:rPr>
          <w:rFonts w:ascii="Comic Sans MS" w:hAnsi="Comic Sans MS"/>
          <w:color w:val="002060"/>
          <w:sz w:val="20"/>
          <w:szCs w:val="20"/>
        </w:rPr>
        <w:t>Yön</w:t>
      </w:r>
      <w:proofErr w:type="spellEnd"/>
      <w:r w:rsidRPr="00AC0511">
        <w:rPr>
          <w:rFonts w:ascii="Comic Sans MS" w:hAnsi="Comic Sans MS"/>
          <w:color w:val="002060"/>
          <w:sz w:val="20"/>
          <w:szCs w:val="20"/>
        </w:rPr>
        <w:t xml:space="preserve"> / </w:t>
      </w:r>
      <w:proofErr w:type="spellStart"/>
      <w:r w:rsidRPr="00AC0511">
        <w:rPr>
          <w:rFonts w:ascii="Comic Sans MS" w:hAnsi="Comic Sans MS"/>
          <w:color w:val="002060"/>
          <w:sz w:val="20"/>
          <w:szCs w:val="20"/>
        </w:rPr>
        <w:t>Mekânda</w:t>
      </w:r>
      <w:proofErr w:type="spellEnd"/>
      <w:r w:rsidRPr="00AC0511">
        <w:rPr>
          <w:rFonts w:ascii="Comic Sans MS" w:hAnsi="Comic Sans MS"/>
          <w:color w:val="002060"/>
          <w:sz w:val="20"/>
          <w:szCs w:val="20"/>
        </w:rPr>
        <w:t xml:space="preserve"> </w:t>
      </w:r>
      <w:proofErr w:type="spellStart"/>
      <w:r w:rsidRPr="00AC0511">
        <w:rPr>
          <w:rFonts w:ascii="Comic Sans MS" w:hAnsi="Comic Sans MS"/>
          <w:color w:val="002060"/>
          <w:sz w:val="20"/>
          <w:szCs w:val="20"/>
        </w:rPr>
        <w:t>Konum</w:t>
      </w:r>
      <w:proofErr w:type="spellEnd"/>
      <w:r w:rsidRPr="00AC0511">
        <w:rPr>
          <w:rFonts w:ascii="Comic Sans MS" w:hAnsi="Comic Sans MS"/>
          <w:color w:val="002060"/>
          <w:sz w:val="20"/>
          <w:szCs w:val="20"/>
        </w:rPr>
        <w:t xml:space="preserve">: </w:t>
      </w:r>
      <w:proofErr w:type="spellStart"/>
      <w:r w:rsidR="00A43E66" w:rsidRPr="00AC0511">
        <w:rPr>
          <w:rFonts w:ascii="Comic Sans MS" w:hAnsi="Comic Sans MS"/>
          <w:sz w:val="20"/>
          <w:szCs w:val="20"/>
        </w:rPr>
        <w:t>İçinde</w:t>
      </w:r>
      <w:proofErr w:type="spellEnd"/>
      <w:r w:rsidR="00A43E66" w:rsidRPr="00AC0511">
        <w:rPr>
          <w:rFonts w:ascii="Comic Sans MS" w:hAnsi="Comic Sans MS"/>
          <w:sz w:val="20"/>
          <w:szCs w:val="20"/>
        </w:rPr>
        <w:t>–</w:t>
      </w:r>
      <w:proofErr w:type="spellStart"/>
      <w:r w:rsidR="00A43E66" w:rsidRPr="00AC0511">
        <w:rPr>
          <w:rFonts w:ascii="Comic Sans MS" w:hAnsi="Comic Sans MS"/>
          <w:sz w:val="20"/>
          <w:szCs w:val="20"/>
        </w:rPr>
        <w:t>dışında</w:t>
      </w:r>
      <w:proofErr w:type="spellEnd"/>
    </w:p>
    <w:p w14:paraId="53AD8D6F" w14:textId="7F23FB1E" w:rsidR="00AC0511" w:rsidRPr="00AC0511" w:rsidRDefault="00AC0511">
      <w:pPr>
        <w:rPr>
          <w:rFonts w:ascii="Comic Sans MS" w:hAnsi="Comic Sans MS"/>
          <w:sz w:val="20"/>
          <w:szCs w:val="20"/>
        </w:rPr>
      </w:pPr>
      <w:proofErr w:type="spellStart"/>
      <w:r w:rsidRPr="00AC0511">
        <w:rPr>
          <w:rFonts w:ascii="Comic Sans MS" w:hAnsi="Comic Sans MS"/>
          <w:color w:val="002060"/>
          <w:sz w:val="20"/>
          <w:szCs w:val="20"/>
        </w:rPr>
        <w:t>Zıt</w:t>
      </w:r>
      <w:proofErr w:type="spellEnd"/>
      <w:r w:rsidRPr="00AC0511">
        <w:rPr>
          <w:rFonts w:ascii="Comic Sans MS" w:hAnsi="Comic Sans MS"/>
          <w:color w:val="002060"/>
          <w:sz w:val="20"/>
          <w:szCs w:val="20"/>
        </w:rPr>
        <w:t xml:space="preserve">: </w:t>
      </w:r>
      <w:r w:rsidRPr="00AC0511">
        <w:rPr>
          <w:rFonts w:ascii="Comic Sans MS" w:hAnsi="Comic Sans MS"/>
          <w:sz w:val="20"/>
          <w:szCs w:val="20"/>
        </w:rPr>
        <w:t>A</w:t>
      </w:r>
      <w:r w:rsidR="00A43E66" w:rsidRPr="00AC0511">
        <w:rPr>
          <w:rFonts w:ascii="Comic Sans MS" w:hAnsi="Comic Sans MS"/>
          <w:sz w:val="20"/>
          <w:szCs w:val="20"/>
        </w:rPr>
        <w:t>çık–</w:t>
      </w:r>
      <w:proofErr w:type="spellStart"/>
      <w:r w:rsidR="00A43E66" w:rsidRPr="00AC0511">
        <w:rPr>
          <w:rFonts w:ascii="Comic Sans MS" w:hAnsi="Comic Sans MS"/>
          <w:sz w:val="20"/>
          <w:szCs w:val="20"/>
        </w:rPr>
        <w:t>kapalı</w:t>
      </w:r>
      <w:proofErr w:type="spellEnd"/>
    </w:p>
    <w:p w14:paraId="5D00AA5F" w14:textId="311175FD" w:rsidR="00607879" w:rsidRPr="00AC0511" w:rsidRDefault="00AC0511">
      <w:pPr>
        <w:rPr>
          <w:rFonts w:ascii="Comic Sans MS" w:hAnsi="Comic Sans MS"/>
          <w:sz w:val="20"/>
          <w:szCs w:val="20"/>
        </w:rPr>
      </w:pPr>
      <w:r w:rsidRPr="00AC0511">
        <w:rPr>
          <w:rFonts w:ascii="Comic Sans MS" w:hAnsi="Comic Sans MS"/>
          <w:sz w:val="20"/>
          <w:szCs w:val="20"/>
        </w:rPr>
        <w:t xml:space="preserve">Zaman: </w:t>
      </w:r>
      <w:proofErr w:type="spellStart"/>
      <w:r w:rsidRPr="00AC0511">
        <w:rPr>
          <w:rFonts w:ascii="Comic Sans MS" w:hAnsi="Comic Sans MS"/>
          <w:sz w:val="20"/>
          <w:szCs w:val="20"/>
        </w:rPr>
        <w:t>Ö</w:t>
      </w:r>
      <w:r w:rsidR="00A43E66" w:rsidRPr="00AC0511">
        <w:rPr>
          <w:rFonts w:ascii="Comic Sans MS" w:hAnsi="Comic Sans MS"/>
          <w:sz w:val="20"/>
          <w:szCs w:val="20"/>
        </w:rPr>
        <w:t>nce</w:t>
      </w:r>
      <w:proofErr w:type="spellEnd"/>
      <w:r w:rsidR="00A43E66" w:rsidRPr="00AC0511">
        <w:rPr>
          <w:rFonts w:ascii="Comic Sans MS" w:hAnsi="Comic Sans MS"/>
          <w:sz w:val="20"/>
          <w:szCs w:val="20"/>
        </w:rPr>
        <w:t>–</w:t>
      </w:r>
      <w:proofErr w:type="spellStart"/>
      <w:r w:rsidR="00A43E66" w:rsidRPr="00AC0511">
        <w:rPr>
          <w:rFonts w:ascii="Comic Sans MS" w:hAnsi="Comic Sans MS"/>
          <w:sz w:val="20"/>
          <w:szCs w:val="20"/>
        </w:rPr>
        <w:t>sonra</w:t>
      </w:r>
      <w:proofErr w:type="spellEnd"/>
    </w:p>
    <w:p w14:paraId="7D94F532" w14:textId="77777777" w:rsidR="00607879" w:rsidRPr="00AC0511" w:rsidRDefault="00A43E66">
      <w:pPr>
        <w:rPr>
          <w:rFonts w:ascii="Comic Sans MS" w:hAnsi="Comic Sans MS"/>
          <w:sz w:val="20"/>
          <w:szCs w:val="20"/>
        </w:rPr>
      </w:pPr>
      <w:r w:rsidRPr="00AC0511">
        <w:rPr>
          <w:rFonts w:ascii="Comic Sans MS" w:hAnsi="Comic Sans MS"/>
          <w:color w:val="002060"/>
          <w:sz w:val="20"/>
          <w:szCs w:val="20"/>
        </w:rPr>
        <w:t xml:space="preserve">Duygular: </w:t>
      </w:r>
      <w:r w:rsidRPr="00AC0511">
        <w:rPr>
          <w:rFonts w:ascii="Comic Sans MS" w:hAnsi="Comic Sans MS"/>
          <w:sz w:val="20"/>
          <w:szCs w:val="20"/>
        </w:rPr>
        <w:t>Merak, heyecan, mutluluk, korku.</w:t>
      </w:r>
    </w:p>
    <w:p w14:paraId="568F7493" w14:textId="77777777" w:rsidR="00607879" w:rsidRPr="00AC0511" w:rsidRDefault="00A43E66">
      <w:pPr>
        <w:rPr>
          <w:rFonts w:ascii="Comic Sans MS" w:hAnsi="Comic Sans MS"/>
          <w:sz w:val="20"/>
          <w:szCs w:val="20"/>
        </w:rPr>
      </w:pPr>
      <w:r w:rsidRPr="00AC0511">
        <w:rPr>
          <w:rFonts w:ascii="Comic Sans MS" w:hAnsi="Comic Sans MS"/>
          <w:color w:val="F85883"/>
          <w:sz w:val="20"/>
          <w:szCs w:val="20"/>
        </w:rPr>
        <w:t xml:space="preserve">Sözcükler: </w:t>
      </w:r>
      <w:r w:rsidRPr="00AC0511">
        <w:rPr>
          <w:rFonts w:ascii="Comic Sans MS" w:hAnsi="Comic Sans MS"/>
          <w:sz w:val="20"/>
          <w:szCs w:val="20"/>
        </w:rPr>
        <w:t>Kanguru, kese, cesaret, denemek, yardım istemek, güvenli, tehlikeli, panduf, cırt cırt, fermuar, durum kartı.</w:t>
      </w:r>
    </w:p>
    <w:p w14:paraId="58781D84" w14:textId="77777777" w:rsidR="00607879" w:rsidRPr="00AC0511" w:rsidRDefault="00A43E66">
      <w:pPr>
        <w:rPr>
          <w:rFonts w:ascii="Comic Sans MS" w:hAnsi="Comic Sans MS"/>
          <w:sz w:val="20"/>
          <w:szCs w:val="20"/>
        </w:rPr>
      </w:pPr>
      <w:r w:rsidRPr="00AC0511">
        <w:rPr>
          <w:rFonts w:ascii="Comic Sans MS" w:hAnsi="Comic Sans MS"/>
          <w:color w:val="F85883"/>
          <w:sz w:val="20"/>
          <w:szCs w:val="20"/>
        </w:rPr>
        <w:t xml:space="preserve">Materyaller: </w:t>
      </w:r>
      <w:r w:rsidRPr="00AC0511">
        <w:rPr>
          <w:rFonts w:ascii="Comic Sans MS" w:hAnsi="Comic Sans MS"/>
          <w:sz w:val="20"/>
          <w:szCs w:val="20"/>
        </w:rPr>
        <w:t>Kanguru Kanga kuklası ve kesesi, duygu kartları, günlük akış panosu, selamlaşma panosu, panduf veya cırt cırtlı deneme ayakkabısı, günlük yaşam durum kartları, yeşil ve mavi alan kartları, kaymaz zemin işaretleri ve bant, büyük kanguru boyama sayfaları, önceden kesilmiş kese parçaları, iki küçük durum görseli, kalın gövdeli pastel boyalar, yapıştırıcı, müzik çalar ve çocuklara uygun müzik.</w:t>
      </w:r>
    </w:p>
    <w:p w14:paraId="694EA140" w14:textId="77777777" w:rsidR="00AC0511" w:rsidRDefault="00A43E66" w:rsidP="00AC0511">
      <w:pPr>
        <w:rPr>
          <w:rFonts w:ascii="Comic Sans MS" w:hAnsi="Comic Sans MS"/>
          <w:sz w:val="20"/>
          <w:szCs w:val="20"/>
        </w:rPr>
      </w:pPr>
      <w:r w:rsidRPr="00AC0511">
        <w:rPr>
          <w:rFonts w:ascii="Comic Sans MS" w:hAnsi="Comic Sans MS"/>
          <w:color w:val="F85883"/>
          <w:sz w:val="20"/>
          <w:szCs w:val="20"/>
        </w:rPr>
        <w:t xml:space="preserve">Eğitim/Öğrenme Ortamları: </w:t>
      </w:r>
      <w:r w:rsidRPr="00AC0511">
        <w:rPr>
          <w:rFonts w:ascii="Comic Sans MS" w:hAnsi="Comic Sans MS"/>
          <w:sz w:val="20"/>
          <w:szCs w:val="20"/>
        </w:rPr>
        <w:t xml:space="preserve">Çember alanı kukla ve kartların görülebileceği biçimde hazırlanır. Sınıfın ortasında engellerden arındırılmış hareket alanı bırakılır; zemine kısa bir yürüme çizgisi ve sıçrama işaretleri yerleştirilir. Parkurun sonunda yeşil ve mavi seçim alanları oluşturulur. Sanat masalarına boyama sayfaları, kesilmiş </w:t>
      </w:r>
      <w:proofErr w:type="spellStart"/>
      <w:r w:rsidRPr="00AC0511">
        <w:rPr>
          <w:rFonts w:ascii="Comic Sans MS" w:hAnsi="Comic Sans MS"/>
          <w:sz w:val="20"/>
          <w:szCs w:val="20"/>
        </w:rPr>
        <w:t>keseler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ve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boyalar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çocukların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erişebileceği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biçimde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konur</w:t>
      </w:r>
      <w:proofErr w:type="spellEnd"/>
      <w:r w:rsidRPr="00AC0511">
        <w:rPr>
          <w:rFonts w:ascii="Comic Sans MS" w:hAnsi="Comic Sans MS"/>
          <w:sz w:val="20"/>
          <w:szCs w:val="20"/>
        </w:rPr>
        <w:t>.</w:t>
      </w:r>
    </w:p>
    <w:p w14:paraId="184F7522" w14:textId="66DDE2B1" w:rsidR="00607879" w:rsidRPr="00AC0511" w:rsidRDefault="00A43E66" w:rsidP="00AC0511">
      <w:pPr>
        <w:rPr>
          <w:rFonts w:ascii="Comic Sans MS" w:hAnsi="Comic Sans MS"/>
          <w:b/>
          <w:bCs/>
          <w:color w:val="0070C0"/>
          <w:sz w:val="20"/>
          <w:szCs w:val="20"/>
        </w:rPr>
      </w:pPr>
      <w:r w:rsidRPr="00AC0511">
        <w:rPr>
          <w:rFonts w:ascii="Comic Sans MS" w:hAnsi="Comic Sans MS"/>
          <w:b/>
          <w:bCs/>
          <w:color w:val="0070C0"/>
          <w:sz w:val="20"/>
          <w:szCs w:val="20"/>
        </w:rPr>
        <w:t>ÖĞRENME-ÖĞRETME UYGULAMALARI</w:t>
      </w:r>
    </w:p>
    <w:p w14:paraId="3B4D4782" w14:textId="77777777" w:rsidR="00607879" w:rsidRPr="00AC0511" w:rsidRDefault="00A43E66">
      <w:pPr>
        <w:pStyle w:val="Balk2"/>
        <w:rPr>
          <w:rFonts w:ascii="Comic Sans MS" w:hAnsi="Comic Sans MS"/>
          <w:color w:val="F85883"/>
          <w:sz w:val="20"/>
          <w:szCs w:val="20"/>
        </w:rPr>
      </w:pPr>
      <w:proofErr w:type="spellStart"/>
      <w:r w:rsidRPr="00AC0511">
        <w:rPr>
          <w:rFonts w:ascii="Comic Sans MS" w:hAnsi="Comic Sans MS"/>
          <w:color w:val="F85883"/>
          <w:sz w:val="20"/>
          <w:szCs w:val="20"/>
        </w:rPr>
        <w:t>Güne</w:t>
      </w:r>
      <w:proofErr w:type="spellEnd"/>
      <w:r w:rsidRPr="00AC0511">
        <w:rPr>
          <w:rFonts w:ascii="Comic Sans MS" w:hAnsi="Comic Sans MS"/>
          <w:color w:val="F85883"/>
          <w:sz w:val="20"/>
          <w:szCs w:val="20"/>
        </w:rPr>
        <w:t xml:space="preserve"> </w:t>
      </w:r>
      <w:proofErr w:type="spellStart"/>
      <w:r w:rsidRPr="00AC0511">
        <w:rPr>
          <w:rFonts w:ascii="Comic Sans MS" w:hAnsi="Comic Sans MS"/>
          <w:color w:val="F85883"/>
          <w:sz w:val="20"/>
          <w:szCs w:val="20"/>
        </w:rPr>
        <w:t>Başlama</w:t>
      </w:r>
      <w:proofErr w:type="spellEnd"/>
      <w:r w:rsidRPr="00AC0511">
        <w:rPr>
          <w:rFonts w:ascii="Comic Sans MS" w:hAnsi="Comic Sans MS"/>
          <w:color w:val="F85883"/>
          <w:sz w:val="20"/>
          <w:szCs w:val="20"/>
        </w:rPr>
        <w:t xml:space="preserve"> </w:t>
      </w:r>
      <w:proofErr w:type="spellStart"/>
      <w:r w:rsidRPr="00AC0511">
        <w:rPr>
          <w:rFonts w:ascii="Comic Sans MS" w:hAnsi="Comic Sans MS"/>
          <w:color w:val="F85883"/>
          <w:sz w:val="20"/>
          <w:szCs w:val="20"/>
        </w:rPr>
        <w:t>Zaman</w:t>
      </w:r>
      <w:r w:rsidR="004C1EF8" w:rsidRPr="00AC0511">
        <w:rPr>
          <w:rFonts w:ascii="Comic Sans MS" w:hAnsi="Comic Sans MS"/>
          <w:color w:val="F85883"/>
          <w:sz w:val="20"/>
          <w:szCs w:val="20"/>
        </w:rPr>
        <w:t>ı</w:t>
      </w:r>
      <w:proofErr w:type="spellEnd"/>
    </w:p>
    <w:p w14:paraId="1EBD1BDF" w14:textId="77777777" w:rsidR="00607879" w:rsidRPr="00AC0511" w:rsidRDefault="00A43E66">
      <w:pPr>
        <w:rPr>
          <w:rFonts w:ascii="Comic Sans MS" w:hAnsi="Comic Sans MS"/>
          <w:sz w:val="20"/>
          <w:szCs w:val="20"/>
        </w:rPr>
      </w:pPr>
      <w:r w:rsidRPr="00AC0511">
        <w:rPr>
          <w:rFonts w:ascii="Comic Sans MS" w:hAnsi="Comic Sans MS"/>
          <w:sz w:val="20"/>
          <w:szCs w:val="20"/>
        </w:rPr>
        <w:t>Öğretmen çocukları kapıda “Hareketli Selamlaşma Köşesi” ile karşılar. Çocuklar sarılma, el sallama, çak bir beşlik yapma veya dans etme seçeneklerinden birini tercih ederek öğretmeniyle selamlaşır.</w:t>
      </w:r>
    </w:p>
    <w:p w14:paraId="57E30517" w14:textId="77777777" w:rsidR="00607879" w:rsidRPr="00AC0511" w:rsidRDefault="00A43E66">
      <w:pPr>
        <w:rPr>
          <w:rFonts w:ascii="Comic Sans MS" w:hAnsi="Comic Sans MS"/>
          <w:sz w:val="20"/>
          <w:szCs w:val="20"/>
        </w:rPr>
      </w:pPr>
      <w:r w:rsidRPr="00AC0511">
        <w:rPr>
          <w:rFonts w:ascii="Comic Sans MS" w:hAnsi="Comic Sans MS"/>
          <w:sz w:val="20"/>
          <w:szCs w:val="20"/>
        </w:rPr>
        <w:lastRenderedPageBreak/>
        <w:t>Çocuklar çember alanına geçer. Öğretmen:</w:t>
      </w:r>
    </w:p>
    <w:p w14:paraId="3B471D58" w14:textId="77777777" w:rsidR="00607879" w:rsidRPr="00AC0511" w:rsidRDefault="00A43E66">
      <w:pPr>
        <w:rPr>
          <w:rFonts w:ascii="Comic Sans MS" w:hAnsi="Comic Sans MS"/>
          <w:sz w:val="20"/>
          <w:szCs w:val="20"/>
        </w:rPr>
      </w:pPr>
      <w:r w:rsidRPr="00AC0511">
        <w:rPr>
          <w:rFonts w:ascii="Comic Sans MS" w:hAnsi="Comic Sans MS"/>
          <w:sz w:val="20"/>
          <w:szCs w:val="20"/>
        </w:rPr>
        <w:t>“Bugün kendini nasıl hissediyorsun?”</w:t>
      </w:r>
    </w:p>
    <w:p w14:paraId="323D9894" w14:textId="77777777" w:rsidR="00607879" w:rsidRPr="00AC0511" w:rsidRDefault="00A43E66">
      <w:pPr>
        <w:rPr>
          <w:rFonts w:ascii="Comic Sans MS" w:hAnsi="Comic Sans MS"/>
          <w:sz w:val="20"/>
          <w:szCs w:val="20"/>
        </w:rPr>
      </w:pPr>
      <w:r w:rsidRPr="00AC0511">
        <w:rPr>
          <w:rFonts w:ascii="Comic Sans MS" w:hAnsi="Comic Sans MS"/>
          <w:sz w:val="20"/>
          <w:szCs w:val="20"/>
        </w:rPr>
        <w:t>“Okulda bugün ne yapmak istersin?”</w:t>
      </w:r>
    </w:p>
    <w:p w14:paraId="001336EB" w14:textId="77777777" w:rsidR="00607879" w:rsidRPr="00AC0511" w:rsidRDefault="00A43E66">
      <w:pPr>
        <w:rPr>
          <w:rFonts w:ascii="Comic Sans MS" w:hAnsi="Comic Sans MS"/>
          <w:sz w:val="20"/>
          <w:szCs w:val="20"/>
        </w:rPr>
      </w:pPr>
      <w:r w:rsidRPr="00AC0511">
        <w:rPr>
          <w:rFonts w:ascii="Comic Sans MS" w:hAnsi="Comic Sans MS"/>
          <w:sz w:val="20"/>
          <w:szCs w:val="20"/>
        </w:rPr>
        <w:t>sorularını yöneltir. Çocukların konuşarak, göstererek veya duygu kartlarından birini seçerek kendilerini ifade etmelerine fırsat verilir. (SDB1.2) Takvim panosunda gün, ay ve mevsim konuşulur. Pencereden hava gözlemlenerek uygun hava durumu kartı seçilir. Günlük akış panosu incelenerek gün içinde yapılacak çalışmalar kısaca açıklanır.</w:t>
      </w:r>
    </w:p>
    <w:p w14:paraId="7C2E7DFB" w14:textId="77777777" w:rsidR="00607879" w:rsidRPr="00AC0511" w:rsidRDefault="00A43E66">
      <w:pPr>
        <w:pStyle w:val="Balk2"/>
        <w:rPr>
          <w:rFonts w:ascii="Comic Sans MS" w:hAnsi="Comic Sans MS"/>
          <w:color w:val="F85883"/>
          <w:sz w:val="20"/>
          <w:szCs w:val="20"/>
        </w:rPr>
      </w:pPr>
      <w:r w:rsidRPr="00AC0511">
        <w:rPr>
          <w:rFonts w:ascii="Comic Sans MS" w:hAnsi="Comic Sans MS"/>
          <w:color w:val="F85883"/>
          <w:sz w:val="20"/>
          <w:szCs w:val="20"/>
        </w:rPr>
        <w:t>Öğrenme Merkezleri</w:t>
      </w:r>
      <w:r w:rsidRPr="00AC0511">
        <w:rPr>
          <w:rFonts w:ascii="Times New Roman" w:hAnsi="Times New Roman" w:cs="Times New Roman"/>
          <w:color w:val="F85883"/>
          <w:sz w:val="20"/>
          <w:szCs w:val="20"/>
        </w:rPr>
        <w:t>̇</w:t>
      </w:r>
      <w:r w:rsidRPr="00AC0511">
        <w:rPr>
          <w:rFonts w:ascii="Comic Sans MS" w:hAnsi="Comic Sans MS"/>
          <w:color w:val="F85883"/>
          <w:sz w:val="20"/>
          <w:szCs w:val="20"/>
        </w:rPr>
        <w:t>nde Oyun</w:t>
      </w:r>
    </w:p>
    <w:p w14:paraId="1EA3F143" w14:textId="77777777" w:rsidR="00607879" w:rsidRPr="00AC0511" w:rsidRDefault="00A43E66">
      <w:pPr>
        <w:rPr>
          <w:rFonts w:ascii="Comic Sans MS" w:hAnsi="Comic Sans MS"/>
          <w:sz w:val="20"/>
          <w:szCs w:val="20"/>
        </w:rPr>
      </w:pPr>
      <w:r w:rsidRPr="00AC0511">
        <w:rPr>
          <w:rFonts w:ascii="Comic Sans MS" w:hAnsi="Comic Sans MS"/>
          <w:sz w:val="20"/>
          <w:szCs w:val="20"/>
        </w:rPr>
        <w:t>Çocuklar ilgi ve istekleri doğrultusunda öğrenme merkezlerine yönelir. Öğretmen merkezlerde çocukların yapabilecekleri işleri önce kendilerinin denemelerini destekler.</w:t>
      </w:r>
    </w:p>
    <w:p w14:paraId="126B47D2" w14:textId="77777777" w:rsidR="00607879" w:rsidRPr="00AC0511" w:rsidRDefault="00A43E66">
      <w:pPr>
        <w:rPr>
          <w:rFonts w:ascii="Comic Sans MS" w:hAnsi="Comic Sans MS"/>
          <w:sz w:val="20"/>
          <w:szCs w:val="20"/>
        </w:rPr>
      </w:pPr>
      <w:r w:rsidRPr="00AC0511">
        <w:rPr>
          <w:rFonts w:ascii="Comic Sans MS" w:hAnsi="Comic Sans MS"/>
          <w:sz w:val="20"/>
          <w:szCs w:val="20"/>
        </w:rPr>
        <w:t>Blok merkezinde devrilen blokları yeniden dizmeleri, dramatik oyun merkezinde ise kostümlerini giymeyi ve fermuarlarını kapatmayı önce kendilerinin denemeleri için çocuklara zaman tanınır. Zorlandıklarında “Yardım eder misin?” diyerek öğretmenlerinden veya arkadaşlarından yardım istemeleri desteklenir.</w:t>
      </w:r>
    </w:p>
    <w:p w14:paraId="38AF0AC5" w14:textId="77777777" w:rsidR="00607879" w:rsidRPr="00AC0511" w:rsidRDefault="00A43E66">
      <w:pPr>
        <w:rPr>
          <w:rFonts w:ascii="Comic Sans MS" w:hAnsi="Comic Sans MS"/>
          <w:sz w:val="20"/>
          <w:szCs w:val="20"/>
        </w:rPr>
      </w:pPr>
      <w:r w:rsidRPr="00AC0511">
        <w:rPr>
          <w:rFonts w:ascii="Comic Sans MS" w:hAnsi="Comic Sans MS"/>
          <w:sz w:val="20"/>
          <w:szCs w:val="20"/>
        </w:rPr>
        <w:t>Öğretmen çocukların yerine işi tamamlamak yerine yalnızca zorlandıkları bölümde rehberlik eder.</w:t>
      </w:r>
    </w:p>
    <w:p w14:paraId="2E3D0C59" w14:textId="77777777" w:rsidR="00607879" w:rsidRPr="00AC0511" w:rsidRDefault="00A43E66">
      <w:pPr>
        <w:pStyle w:val="Balk2"/>
        <w:rPr>
          <w:rFonts w:ascii="Comic Sans MS" w:hAnsi="Comic Sans MS"/>
          <w:color w:val="F85883"/>
          <w:sz w:val="20"/>
          <w:szCs w:val="20"/>
        </w:rPr>
      </w:pPr>
      <w:r w:rsidRPr="00AC0511">
        <w:rPr>
          <w:rFonts w:ascii="Comic Sans MS" w:hAnsi="Comic Sans MS"/>
          <w:color w:val="F85883"/>
          <w:sz w:val="20"/>
          <w:szCs w:val="20"/>
        </w:rPr>
        <w:t>Beslenme, Toplanma, Temi</w:t>
      </w:r>
      <w:r w:rsidRPr="00AC0511">
        <w:rPr>
          <w:rFonts w:ascii="Times New Roman" w:hAnsi="Times New Roman" w:cs="Times New Roman"/>
          <w:color w:val="F85883"/>
          <w:sz w:val="20"/>
          <w:szCs w:val="20"/>
        </w:rPr>
        <w:t>̇</w:t>
      </w:r>
      <w:r w:rsidRPr="00AC0511">
        <w:rPr>
          <w:rFonts w:ascii="Comic Sans MS" w:hAnsi="Comic Sans MS"/>
          <w:color w:val="F85883"/>
          <w:sz w:val="20"/>
          <w:szCs w:val="20"/>
        </w:rPr>
        <w:t>zli</w:t>
      </w:r>
      <w:r w:rsidRPr="00AC0511">
        <w:rPr>
          <w:rFonts w:ascii="Times New Roman" w:hAnsi="Times New Roman" w:cs="Times New Roman"/>
          <w:color w:val="F85883"/>
          <w:sz w:val="20"/>
          <w:szCs w:val="20"/>
        </w:rPr>
        <w:t>̇</w:t>
      </w:r>
      <w:r w:rsidRPr="00AC0511">
        <w:rPr>
          <w:rFonts w:ascii="Comic Sans MS" w:hAnsi="Comic Sans MS"/>
          <w:color w:val="F85883"/>
          <w:sz w:val="20"/>
          <w:szCs w:val="20"/>
        </w:rPr>
        <w:t>k</w:t>
      </w:r>
    </w:p>
    <w:p w14:paraId="7A15815E" w14:textId="77777777" w:rsidR="00AC0511" w:rsidRPr="00AC0511" w:rsidRDefault="00AC0511" w:rsidP="00AC0511">
      <w:pPr>
        <w:jc w:val="both"/>
        <w:rPr>
          <w:rFonts w:ascii="Comic Sans MS" w:hAnsi="Comic Sans MS"/>
          <w:sz w:val="20"/>
          <w:szCs w:val="20"/>
        </w:rPr>
      </w:pPr>
      <w:proofErr w:type="spellStart"/>
      <w:r w:rsidRPr="00AC0511">
        <w:rPr>
          <w:rFonts w:ascii="Comic Sans MS" w:hAnsi="Comic Sans MS"/>
          <w:sz w:val="20"/>
          <w:szCs w:val="20"/>
        </w:rPr>
        <w:t>Toplanma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zamanı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geldiğinde</w:t>
      </w:r>
      <w:proofErr w:type="spellEnd"/>
      <w:r w:rsidRPr="00AC0511">
        <w:rPr>
          <w:rFonts w:ascii="Comic Sans MS" w:hAnsi="Comic Sans MS"/>
          <w:sz w:val="20"/>
          <w:szCs w:val="20"/>
        </w:rPr>
        <w:t xml:space="preserve"> </w:t>
      </w:r>
      <w:hyperlink r:id="rId8" w:history="1">
        <w:r w:rsidRPr="00AC0511">
          <w:rPr>
            <w:rStyle w:val="Kpr"/>
            <w:rFonts w:ascii="Comic Sans MS" w:hAnsi="Comic Sans MS"/>
            <w:sz w:val="20"/>
            <w:szCs w:val="20"/>
          </w:rPr>
          <w:t xml:space="preserve">“Topla </w:t>
        </w:r>
        <w:proofErr w:type="spellStart"/>
        <w:r w:rsidRPr="00AC0511">
          <w:rPr>
            <w:rStyle w:val="Kpr"/>
            <w:rFonts w:ascii="Comic Sans MS" w:hAnsi="Comic Sans MS"/>
            <w:sz w:val="20"/>
            <w:szCs w:val="20"/>
          </w:rPr>
          <w:t>Topla</w:t>
        </w:r>
        <w:proofErr w:type="spellEnd"/>
        <w:r w:rsidRPr="00AC0511">
          <w:rPr>
            <w:rStyle w:val="Kpr"/>
            <w:rFonts w:ascii="Comic Sans MS" w:hAnsi="Comic Sans MS"/>
            <w:sz w:val="20"/>
            <w:szCs w:val="20"/>
          </w:rPr>
          <w:t xml:space="preserve"> </w:t>
        </w:r>
        <w:proofErr w:type="spellStart"/>
        <w:r w:rsidRPr="00AC0511">
          <w:rPr>
            <w:rStyle w:val="Kpr"/>
            <w:rFonts w:ascii="Comic Sans MS" w:hAnsi="Comic Sans MS"/>
            <w:sz w:val="20"/>
            <w:szCs w:val="20"/>
          </w:rPr>
          <w:t>Yerine</w:t>
        </w:r>
        <w:proofErr w:type="spellEnd"/>
        <w:r w:rsidRPr="00AC0511">
          <w:rPr>
            <w:rStyle w:val="Kpr"/>
            <w:rFonts w:ascii="Comic Sans MS" w:hAnsi="Comic Sans MS"/>
            <w:sz w:val="20"/>
            <w:szCs w:val="20"/>
          </w:rPr>
          <w:t xml:space="preserve"> Koy”</w:t>
        </w:r>
      </w:hyperlink>
      <w:r w:rsidRPr="00AC0511">
        <w:rPr>
          <w:rFonts w:ascii="Comic Sans MS" w:hAnsi="Comic Sans MS"/>
          <w:sz w:val="20"/>
          <w:szCs w:val="20"/>
        </w:rPr>
        <w:t xml:space="preserve"> </w:t>
      </w:r>
      <w:proofErr w:type="spellStart"/>
      <w:r w:rsidRPr="00AC0511">
        <w:rPr>
          <w:rFonts w:ascii="Comic Sans MS" w:hAnsi="Comic Sans MS"/>
          <w:sz w:val="20"/>
          <w:szCs w:val="20"/>
        </w:rPr>
        <w:t>şarkısı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eşliğinde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sınıf</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toplanmaya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başlanır</w:t>
      </w:r>
      <w:proofErr w:type="spellEnd"/>
      <w:r w:rsidRPr="00AC0511">
        <w:rPr>
          <w:rFonts w:ascii="Comic Sans MS" w:hAnsi="Comic Sans MS"/>
          <w:sz w:val="20"/>
          <w:szCs w:val="20"/>
        </w:rPr>
        <w:t>.</w:t>
      </w:r>
    </w:p>
    <w:p w14:paraId="2610E784" w14:textId="77777777" w:rsidR="00AC0511" w:rsidRPr="00AC0511" w:rsidRDefault="00AC0511" w:rsidP="00AC0511">
      <w:pPr>
        <w:keepNext/>
        <w:rPr>
          <w:rFonts w:ascii="Comic Sans MS" w:hAnsi="Comic Sans MS"/>
          <w:color w:val="FF0000"/>
          <w:sz w:val="20"/>
          <w:szCs w:val="20"/>
        </w:rPr>
      </w:pPr>
      <w:r w:rsidRPr="00AC0511">
        <w:rPr>
          <w:rFonts w:ascii="Comic Sans MS" w:hAnsi="Comic Sans MS"/>
          <w:b/>
          <w:color w:val="FF0000"/>
          <w:sz w:val="20"/>
          <w:szCs w:val="20"/>
        </w:rPr>
        <w:t xml:space="preserve">TOPLA </w:t>
      </w:r>
      <w:proofErr w:type="spellStart"/>
      <w:r w:rsidRPr="00AC0511">
        <w:rPr>
          <w:rFonts w:ascii="Comic Sans MS" w:hAnsi="Comic Sans MS"/>
          <w:b/>
          <w:color w:val="FF0000"/>
          <w:sz w:val="20"/>
          <w:szCs w:val="20"/>
        </w:rPr>
        <w:t>TOPLA</w:t>
      </w:r>
      <w:proofErr w:type="spellEnd"/>
      <w:r w:rsidRPr="00AC0511">
        <w:rPr>
          <w:rFonts w:ascii="Comic Sans MS" w:hAnsi="Comic Sans MS"/>
          <w:b/>
          <w:color w:val="FF0000"/>
          <w:sz w:val="20"/>
          <w:szCs w:val="20"/>
        </w:rPr>
        <w:t xml:space="preserve"> YERİNE KOY ŞARKISI</w:t>
      </w:r>
    </w:p>
    <w:p w14:paraId="718E69DF" w14:textId="77777777" w:rsidR="00AC0511" w:rsidRPr="00AC0511" w:rsidRDefault="00AC0511" w:rsidP="00AC0511">
      <w:pPr>
        <w:rPr>
          <w:rFonts w:ascii="Comic Sans MS" w:hAnsi="Comic Sans MS"/>
          <w:b/>
          <w:bCs/>
          <w:sz w:val="20"/>
          <w:szCs w:val="20"/>
        </w:rPr>
      </w:pPr>
      <w:r w:rsidRPr="00AC0511">
        <w:rPr>
          <w:rFonts w:ascii="Comic Sans MS" w:hAnsi="Comic Sans MS"/>
          <w:b/>
          <w:bCs/>
          <w:sz w:val="20"/>
          <w:szCs w:val="20"/>
        </w:rPr>
        <w:t xml:space="preserve">Topla </w:t>
      </w:r>
      <w:proofErr w:type="spellStart"/>
      <w:r w:rsidRPr="00AC0511">
        <w:rPr>
          <w:rFonts w:ascii="Comic Sans MS" w:hAnsi="Comic Sans MS"/>
          <w:b/>
          <w:bCs/>
          <w:sz w:val="20"/>
          <w:szCs w:val="20"/>
        </w:rPr>
        <w:t>topla</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yerine</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koy</w:t>
      </w:r>
      <w:proofErr w:type="spellEnd"/>
    </w:p>
    <w:p w14:paraId="7F8095AE" w14:textId="77777777" w:rsidR="00AC0511" w:rsidRPr="00AC0511" w:rsidRDefault="00AC0511" w:rsidP="00AC0511">
      <w:pPr>
        <w:rPr>
          <w:rFonts w:ascii="Comic Sans MS" w:hAnsi="Comic Sans MS"/>
          <w:b/>
          <w:bCs/>
          <w:sz w:val="20"/>
          <w:szCs w:val="20"/>
        </w:rPr>
      </w:pPr>
      <w:proofErr w:type="spellStart"/>
      <w:r w:rsidRPr="00AC0511">
        <w:rPr>
          <w:rFonts w:ascii="Comic Sans MS" w:hAnsi="Comic Sans MS"/>
          <w:b/>
          <w:bCs/>
          <w:sz w:val="20"/>
          <w:szCs w:val="20"/>
        </w:rPr>
        <w:t>Oyuncaklar</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mutlu</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olsun</w:t>
      </w:r>
      <w:proofErr w:type="spellEnd"/>
    </w:p>
    <w:p w14:paraId="02FB3637" w14:textId="77777777" w:rsidR="00AC0511" w:rsidRPr="00AC0511" w:rsidRDefault="00AC0511" w:rsidP="00AC0511">
      <w:pPr>
        <w:rPr>
          <w:rFonts w:ascii="Comic Sans MS" w:hAnsi="Comic Sans MS"/>
          <w:b/>
          <w:bCs/>
          <w:sz w:val="20"/>
          <w:szCs w:val="20"/>
        </w:rPr>
      </w:pPr>
      <w:proofErr w:type="spellStart"/>
      <w:r w:rsidRPr="00AC0511">
        <w:rPr>
          <w:rFonts w:ascii="Comic Sans MS" w:hAnsi="Comic Sans MS"/>
          <w:b/>
          <w:bCs/>
          <w:sz w:val="20"/>
          <w:szCs w:val="20"/>
        </w:rPr>
        <w:t>Arkadaşın</w:t>
      </w:r>
      <w:proofErr w:type="spellEnd"/>
      <w:r w:rsidRPr="00AC0511">
        <w:rPr>
          <w:rFonts w:ascii="Comic Sans MS" w:hAnsi="Comic Sans MS"/>
          <w:b/>
          <w:bCs/>
          <w:sz w:val="20"/>
          <w:szCs w:val="20"/>
        </w:rPr>
        <w:t xml:space="preserve"> da </w:t>
      </w:r>
      <w:proofErr w:type="spellStart"/>
      <w:r w:rsidRPr="00AC0511">
        <w:rPr>
          <w:rFonts w:ascii="Comic Sans MS" w:hAnsi="Comic Sans MS"/>
          <w:b/>
          <w:bCs/>
          <w:sz w:val="20"/>
          <w:szCs w:val="20"/>
        </w:rPr>
        <w:t>oynasın</w:t>
      </w:r>
      <w:proofErr w:type="spellEnd"/>
    </w:p>
    <w:p w14:paraId="7A5B9526" w14:textId="77777777" w:rsidR="00AC0511" w:rsidRPr="00AC0511" w:rsidRDefault="00AC0511" w:rsidP="00AC0511">
      <w:pPr>
        <w:rPr>
          <w:rFonts w:ascii="Comic Sans MS" w:hAnsi="Comic Sans MS"/>
          <w:b/>
          <w:bCs/>
          <w:sz w:val="20"/>
          <w:szCs w:val="20"/>
        </w:rPr>
      </w:pPr>
      <w:proofErr w:type="spellStart"/>
      <w:r w:rsidRPr="00AC0511">
        <w:rPr>
          <w:rFonts w:ascii="Comic Sans MS" w:hAnsi="Comic Sans MS"/>
          <w:b/>
          <w:bCs/>
          <w:sz w:val="20"/>
          <w:szCs w:val="20"/>
        </w:rPr>
        <w:t>Sınıfımız</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güzel</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olsun</w:t>
      </w:r>
      <w:proofErr w:type="spellEnd"/>
      <w:r w:rsidRPr="00AC0511">
        <w:rPr>
          <w:rFonts w:ascii="Comic Sans MS" w:hAnsi="Comic Sans MS"/>
          <w:b/>
          <w:bCs/>
          <w:sz w:val="20"/>
          <w:szCs w:val="20"/>
        </w:rPr>
        <w:t>.</w:t>
      </w:r>
    </w:p>
    <w:p w14:paraId="29F1D915" w14:textId="77777777" w:rsidR="00607879" w:rsidRPr="00AC0511" w:rsidRDefault="00A43E66">
      <w:pPr>
        <w:rPr>
          <w:rFonts w:ascii="Comic Sans MS" w:hAnsi="Comic Sans MS"/>
          <w:sz w:val="20"/>
          <w:szCs w:val="20"/>
        </w:rPr>
      </w:pPr>
      <w:r w:rsidRPr="00AC0511">
        <w:rPr>
          <w:rFonts w:ascii="Comic Sans MS" w:hAnsi="Comic Sans MS"/>
          <w:sz w:val="20"/>
          <w:szCs w:val="20"/>
        </w:rPr>
        <w:t xml:space="preserve">Oyun </w:t>
      </w:r>
      <w:proofErr w:type="spellStart"/>
      <w:r w:rsidRPr="00AC0511">
        <w:rPr>
          <w:rFonts w:ascii="Comic Sans MS" w:hAnsi="Comic Sans MS"/>
          <w:sz w:val="20"/>
          <w:szCs w:val="20"/>
        </w:rPr>
        <w:t>zamanının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bitimine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yakın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öğretmen</w:t>
      </w:r>
      <w:proofErr w:type="spellEnd"/>
      <w:r w:rsidRPr="00AC0511">
        <w:rPr>
          <w:rFonts w:ascii="Comic Sans MS" w:hAnsi="Comic Sans MS"/>
          <w:sz w:val="20"/>
          <w:szCs w:val="20"/>
        </w:rPr>
        <w:t xml:space="preserve"> bu şarkıyı ritmik bir şekilde söylemeye başlar. Çocuklar şarkı eşliğinde sınıftaki oyuncakları kategorilerine göre (bloklar blok kutusuna, arabalar araba sepetine vb.) toplayıp yerlerine koyarlar. Toplama işlemi tamamlandıktan sonra öğretmen çocuklarla birlikte sınıfı gözden geçirir. "Acaba yerde kalan bir oyuncağımız var mı?", "Kitaplarımız rafında mı?", "Bloklarımız kutusunun içinde mi dışında mı?"sorularını yönelterek içinde-dışında kavramını günlük yaşam içinde pekiştirir.</w:t>
      </w:r>
    </w:p>
    <w:p w14:paraId="3E21B838" w14:textId="77777777" w:rsidR="00607879" w:rsidRPr="00AC0511" w:rsidRDefault="00A43E66">
      <w:pPr>
        <w:rPr>
          <w:rFonts w:ascii="Comic Sans MS" w:hAnsi="Comic Sans MS"/>
          <w:sz w:val="20"/>
          <w:szCs w:val="20"/>
        </w:rPr>
      </w:pPr>
      <w:r w:rsidRPr="00AC0511">
        <w:rPr>
          <w:rFonts w:ascii="Comic Sans MS" w:hAnsi="Comic Sans MS"/>
          <w:sz w:val="20"/>
          <w:szCs w:val="20"/>
        </w:rPr>
        <w:t>Sınıftan lavabo alanına geçişin eğlenceli ve düzenli olması için sıra olunur. Çocuklar sıraya geçerken hep birlikte ritmik bir şekilde</w:t>
      </w:r>
    </w:p>
    <w:p w14:paraId="2EA52206" w14:textId="77777777" w:rsidR="00607879" w:rsidRPr="00AC0511" w:rsidRDefault="00A43E66">
      <w:pPr>
        <w:rPr>
          <w:rFonts w:ascii="Comic Sans MS" w:hAnsi="Comic Sans MS"/>
          <w:sz w:val="20"/>
          <w:szCs w:val="20"/>
        </w:rPr>
      </w:pPr>
      <w:r w:rsidRPr="00AC0511">
        <w:rPr>
          <w:rFonts w:ascii="Comic Sans MS" w:hAnsi="Comic Sans MS"/>
          <w:sz w:val="20"/>
          <w:szCs w:val="20"/>
        </w:rPr>
        <w:t>"Bir sağa baktım, bir sola baktım</w:t>
      </w:r>
    </w:p>
    <w:p w14:paraId="10170651" w14:textId="77777777" w:rsidR="00607879" w:rsidRPr="00AC0511" w:rsidRDefault="00A43E66">
      <w:pPr>
        <w:rPr>
          <w:rFonts w:ascii="Comic Sans MS" w:hAnsi="Comic Sans MS"/>
          <w:sz w:val="20"/>
          <w:szCs w:val="20"/>
        </w:rPr>
      </w:pPr>
      <w:r w:rsidRPr="00AC0511">
        <w:rPr>
          <w:rFonts w:ascii="Comic Sans MS" w:hAnsi="Comic Sans MS"/>
          <w:sz w:val="20"/>
          <w:szCs w:val="20"/>
        </w:rPr>
        <w:t>Lokomotif yaptım, cuf cuf cuf” tekerlemesi söylenir, düzeni bozmadan yürünerek lavaboya varılır.</w:t>
      </w:r>
    </w:p>
    <w:p w14:paraId="5E5A0580" w14:textId="77777777" w:rsidR="00607879" w:rsidRPr="00AC0511" w:rsidRDefault="00A43E66">
      <w:pPr>
        <w:rPr>
          <w:rFonts w:ascii="Comic Sans MS" w:hAnsi="Comic Sans MS"/>
          <w:sz w:val="20"/>
          <w:szCs w:val="20"/>
        </w:rPr>
      </w:pPr>
      <w:r w:rsidRPr="00AC0511">
        <w:rPr>
          <w:rFonts w:ascii="Comic Sans MS" w:hAnsi="Comic Sans MS"/>
          <w:sz w:val="20"/>
          <w:szCs w:val="20"/>
        </w:rPr>
        <w:t>Öğretmen gözetiminde, çocukların ellerini su ve sabunla doğru şekilde yıkamaları, kişisel temizliklerini bağımsızca yapabilme becerileri desteklenir. Çocuklar yemek masalarına doğru oturuş düzenini koruyarak yerleşirler. Öğretmen, çocukların kendi beslenme çantalarını açmalarına rehberlik eder. Beslenmeye başlamadan önce hep birlikte kısa bir dua edilir ve "Afiyet Olsun" denilerek yemeklerini yemelerine rehberlik eder. Beslenme sonrasında çocuklar çöplerini çöp kutusuna atar, kullandıkları alanı düzenler ve kişisel temizliklerini gerçekleştirir. (D16.1.2)</w:t>
      </w:r>
    </w:p>
    <w:p w14:paraId="3E91E28E" w14:textId="77777777" w:rsidR="004C1EF8" w:rsidRPr="00AC0511" w:rsidRDefault="004C1EF8" w:rsidP="004C1EF8">
      <w:pPr>
        <w:pStyle w:val="Balk2"/>
        <w:rPr>
          <w:rFonts w:ascii="Comic Sans MS" w:hAnsi="Comic Sans MS"/>
          <w:color w:val="F85883"/>
          <w:sz w:val="20"/>
          <w:szCs w:val="20"/>
        </w:rPr>
      </w:pPr>
      <w:r w:rsidRPr="00AC0511">
        <w:rPr>
          <w:rFonts w:ascii="Comic Sans MS" w:hAnsi="Comic Sans MS"/>
          <w:color w:val="F85883"/>
          <w:sz w:val="20"/>
          <w:szCs w:val="20"/>
        </w:rPr>
        <w:t xml:space="preserve">ETKİNLİKLER </w:t>
      </w:r>
    </w:p>
    <w:p w14:paraId="7DAD405E" w14:textId="76D2730A" w:rsidR="00607879" w:rsidRPr="00AC0511" w:rsidRDefault="00A43E66" w:rsidP="004C1EF8">
      <w:pPr>
        <w:pStyle w:val="Balk2"/>
        <w:rPr>
          <w:rFonts w:ascii="Comic Sans MS" w:hAnsi="Comic Sans MS"/>
          <w:color w:val="000000" w:themeColor="text1"/>
          <w:sz w:val="20"/>
          <w:szCs w:val="20"/>
        </w:rPr>
      </w:pPr>
      <w:proofErr w:type="spellStart"/>
      <w:r w:rsidRPr="00AC0511">
        <w:rPr>
          <w:rFonts w:ascii="Comic Sans MS" w:hAnsi="Comic Sans MS"/>
          <w:color w:val="000000" w:themeColor="text1"/>
          <w:sz w:val="20"/>
          <w:szCs w:val="20"/>
        </w:rPr>
        <w:t>Türkçe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ve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Hareket</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ve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Sağlık</w:t>
      </w:r>
      <w:proofErr w:type="spellEnd"/>
      <w:r w:rsidRPr="00AC0511">
        <w:rPr>
          <w:rFonts w:ascii="Comic Sans MS" w:hAnsi="Comic Sans MS"/>
          <w:color w:val="000000" w:themeColor="text1"/>
          <w:sz w:val="20"/>
          <w:szCs w:val="20"/>
        </w:rPr>
        <w:t xml:space="preserve"> </w:t>
      </w:r>
      <w:r w:rsidR="004C1EF8" w:rsidRPr="00AC0511">
        <w:rPr>
          <w:rFonts w:ascii="Comic Sans MS" w:hAnsi="Comic Sans MS"/>
          <w:color w:val="000000" w:themeColor="text1"/>
          <w:sz w:val="20"/>
          <w:szCs w:val="20"/>
        </w:rPr>
        <w:t>(</w:t>
      </w:r>
      <w:r w:rsidRPr="00AC0511">
        <w:rPr>
          <w:rFonts w:ascii="Comic Sans MS" w:hAnsi="Comic Sans MS"/>
          <w:color w:val="000000" w:themeColor="text1"/>
          <w:sz w:val="20"/>
          <w:szCs w:val="20"/>
        </w:rPr>
        <w:t xml:space="preserve">Büyük </w:t>
      </w:r>
      <w:proofErr w:type="spellStart"/>
      <w:r w:rsidR="00AC0511" w:rsidRPr="00AC0511">
        <w:rPr>
          <w:rFonts w:ascii="Comic Sans MS" w:hAnsi="Comic Sans MS"/>
          <w:color w:val="000000" w:themeColor="text1"/>
          <w:sz w:val="20"/>
          <w:szCs w:val="20"/>
        </w:rPr>
        <w:t>Grup</w:t>
      </w:r>
      <w:proofErr w:type="spellEnd"/>
      <w:r w:rsidR="00AC0511" w:rsidRPr="00AC0511">
        <w:rPr>
          <w:rFonts w:ascii="Comic Sans MS" w:hAnsi="Comic Sans MS"/>
          <w:color w:val="000000" w:themeColor="text1"/>
          <w:sz w:val="20"/>
          <w:szCs w:val="20"/>
        </w:rPr>
        <w:t xml:space="preserve"> </w:t>
      </w:r>
      <w:proofErr w:type="spellStart"/>
      <w:r w:rsidR="00AC0511" w:rsidRPr="00AC0511">
        <w:rPr>
          <w:rFonts w:ascii="Comic Sans MS" w:hAnsi="Comic Sans MS"/>
          <w:color w:val="000000" w:themeColor="text1"/>
          <w:sz w:val="20"/>
          <w:szCs w:val="20"/>
        </w:rPr>
        <w:t>Ve</w:t>
      </w:r>
      <w:proofErr w:type="spellEnd"/>
      <w:r w:rsidR="00AC0511" w:rsidRPr="00AC0511">
        <w:rPr>
          <w:rFonts w:ascii="Comic Sans MS" w:hAnsi="Comic Sans MS"/>
          <w:color w:val="000000" w:themeColor="text1"/>
          <w:sz w:val="20"/>
          <w:szCs w:val="20"/>
        </w:rPr>
        <w:t xml:space="preserve"> </w:t>
      </w:r>
      <w:proofErr w:type="spellStart"/>
      <w:r w:rsidR="00AC0511" w:rsidRPr="00AC0511">
        <w:rPr>
          <w:rFonts w:ascii="Comic Sans MS" w:hAnsi="Comic Sans MS"/>
          <w:color w:val="000000" w:themeColor="text1"/>
          <w:sz w:val="20"/>
          <w:szCs w:val="20"/>
        </w:rPr>
        <w:t>Bireysel</w:t>
      </w:r>
      <w:proofErr w:type="spellEnd"/>
      <w:r w:rsidR="00AC0511" w:rsidRPr="00AC0511">
        <w:rPr>
          <w:rFonts w:ascii="Comic Sans MS" w:hAnsi="Comic Sans MS"/>
          <w:color w:val="000000" w:themeColor="text1"/>
          <w:sz w:val="20"/>
          <w:szCs w:val="20"/>
        </w:rPr>
        <w:t xml:space="preserve"> </w:t>
      </w:r>
      <w:proofErr w:type="spellStart"/>
      <w:r w:rsidR="00AC0511" w:rsidRPr="00AC0511">
        <w:rPr>
          <w:rFonts w:ascii="Comic Sans MS" w:hAnsi="Comic Sans MS"/>
          <w:color w:val="000000" w:themeColor="text1"/>
          <w:sz w:val="20"/>
          <w:szCs w:val="20"/>
        </w:rPr>
        <w:t>Etkinlik</w:t>
      </w:r>
      <w:proofErr w:type="spellEnd"/>
      <w:r w:rsidR="00AC0511" w:rsidRPr="00AC0511">
        <w:rPr>
          <w:rFonts w:ascii="Comic Sans MS" w:hAnsi="Comic Sans MS"/>
          <w:color w:val="000000" w:themeColor="text1"/>
          <w:sz w:val="20"/>
          <w:szCs w:val="20"/>
        </w:rPr>
        <w:t>)</w:t>
      </w:r>
    </w:p>
    <w:p w14:paraId="7A8B4DBB" w14:textId="77777777" w:rsidR="00607879" w:rsidRPr="00AC0511" w:rsidRDefault="00A43E66">
      <w:pPr>
        <w:rPr>
          <w:rFonts w:ascii="Comic Sans MS" w:hAnsi="Comic Sans MS"/>
          <w:sz w:val="20"/>
          <w:szCs w:val="20"/>
        </w:rPr>
      </w:pPr>
      <w:proofErr w:type="spellStart"/>
      <w:r w:rsidRPr="00AC0511">
        <w:rPr>
          <w:rFonts w:ascii="Comic Sans MS" w:hAnsi="Comic Sans MS"/>
          <w:sz w:val="20"/>
          <w:szCs w:val="20"/>
        </w:rPr>
        <w:t>Öğretmen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çocukların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dikkatini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toplamak</w:t>
      </w:r>
      <w:proofErr w:type="spellEnd"/>
      <w:r w:rsidRPr="00AC0511">
        <w:rPr>
          <w:rFonts w:ascii="Comic Sans MS" w:hAnsi="Comic Sans MS"/>
          <w:sz w:val="20"/>
          <w:szCs w:val="20"/>
        </w:rPr>
        <w:t xml:space="preserve"> ve minderlere geçmelerini desteklemek amacıyla “Kanguru Kanga” kuklasını eline alır. Kanga’yı çocuklara doğru zıplatarak aşağıdaki tekerlemeyi söyler:</w:t>
      </w:r>
    </w:p>
    <w:p w14:paraId="4D31FB3D"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Tıp tıp tıp, kim geliyor?</w:t>
      </w:r>
    </w:p>
    <w:p w14:paraId="11803A31"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Zıp zıp Kanga geliyor!</w:t>
      </w:r>
    </w:p>
    <w:p w14:paraId="7F4513E8"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Minderimizi seçelim,</w:t>
      </w:r>
    </w:p>
    <w:p w14:paraId="1819AEA2" w14:textId="77777777" w:rsidR="00607879" w:rsidRPr="00AC0511" w:rsidRDefault="00A43E66">
      <w:pPr>
        <w:rPr>
          <w:rFonts w:ascii="Comic Sans MS" w:hAnsi="Comic Sans MS"/>
          <w:b/>
          <w:bCs/>
          <w:sz w:val="20"/>
          <w:szCs w:val="20"/>
        </w:rPr>
      </w:pPr>
      <w:r w:rsidRPr="00AC0511">
        <w:rPr>
          <w:rFonts w:ascii="Comic Sans MS" w:hAnsi="Comic Sans MS"/>
          <w:b/>
          <w:bCs/>
          <w:sz w:val="20"/>
          <w:szCs w:val="20"/>
        </w:rPr>
        <w:t>Birlikte çembere geçelim!</w:t>
      </w:r>
    </w:p>
    <w:p w14:paraId="2C4D405D" w14:textId="77777777" w:rsidR="00607879" w:rsidRPr="00AC0511" w:rsidRDefault="00A43E66">
      <w:pPr>
        <w:rPr>
          <w:rFonts w:ascii="Comic Sans MS" w:hAnsi="Comic Sans MS"/>
          <w:sz w:val="20"/>
          <w:szCs w:val="20"/>
        </w:rPr>
      </w:pPr>
      <w:r w:rsidRPr="00AC0511">
        <w:rPr>
          <w:rFonts w:ascii="Comic Sans MS" w:hAnsi="Comic Sans MS"/>
          <w:sz w:val="20"/>
          <w:szCs w:val="20"/>
        </w:rPr>
        <w:t xml:space="preserve">Çocuklar minderlere yerleştikten sonra öğretmen kuklayı konuşturarak: “Pandufumu giymek istiyorum ama nasıl başlayacağımı bilemedim. Sizce ne yapabilirim?” diye sorar. Çocukların düşüncelerini açıklamalarına fırsat verilir. </w:t>
      </w:r>
      <w:r w:rsidRPr="00AC0511">
        <w:rPr>
          <w:rFonts w:ascii="Comic Sans MS" w:hAnsi="Comic Sans MS"/>
          <w:sz w:val="20"/>
          <w:szCs w:val="20"/>
        </w:rPr>
        <w:lastRenderedPageBreak/>
        <w:t>Gelen cevapların ardından öğretmen: “Kanga’nın pandufunu hemen bizim giydirmemizi mi istersiniz, yoksa önce kendisinin denemesini mi?” diye sorar. (TADB.</w:t>
      </w:r>
      <w:proofErr w:type="gramStart"/>
      <w:r w:rsidRPr="00AC0511">
        <w:rPr>
          <w:rFonts w:ascii="Comic Sans MS" w:hAnsi="Comic Sans MS"/>
          <w:sz w:val="20"/>
          <w:szCs w:val="20"/>
        </w:rPr>
        <w:t>1.b</w:t>
      </w:r>
      <w:proofErr w:type="gramEnd"/>
      <w:r w:rsidRPr="00AC0511">
        <w:rPr>
          <w:rFonts w:ascii="Comic Sans MS" w:hAnsi="Comic Sans MS"/>
          <w:sz w:val="20"/>
          <w:szCs w:val="20"/>
        </w:rPr>
        <w:t>, TAKB.1.c, E1.1, SDB2.1)</w:t>
      </w:r>
    </w:p>
    <w:p w14:paraId="2AAAFC83" w14:textId="77777777" w:rsidR="00607879" w:rsidRPr="00AC0511" w:rsidRDefault="00A43E66">
      <w:pPr>
        <w:rPr>
          <w:rFonts w:ascii="Comic Sans MS" w:hAnsi="Comic Sans MS"/>
          <w:sz w:val="20"/>
          <w:szCs w:val="20"/>
        </w:rPr>
      </w:pPr>
      <w:r w:rsidRPr="00AC0511">
        <w:rPr>
          <w:rFonts w:ascii="Comic Sans MS" w:hAnsi="Comic Sans MS"/>
          <w:sz w:val="20"/>
          <w:szCs w:val="20"/>
        </w:rPr>
        <w:t>Çocukların Kanga’yı önce kendisinin denemesi için cesaretlendirmeleri sağlanır. Kanga: “Önce kendim deneyeyim. Zorlanırsam sizden yardım isterim.” der. Öğretmen: “Kanga önce kendisi deneyecek. Biz de pandufumuzu ya da ayakkabımızı giymeyi deneyelim mi?” diye sorar.</w:t>
      </w:r>
    </w:p>
    <w:p w14:paraId="7CA6076D" w14:textId="77777777" w:rsidR="00607879" w:rsidRPr="00AC0511" w:rsidRDefault="00A43E66">
      <w:pPr>
        <w:rPr>
          <w:rFonts w:ascii="Comic Sans MS" w:hAnsi="Comic Sans MS"/>
          <w:sz w:val="20"/>
          <w:szCs w:val="20"/>
        </w:rPr>
      </w:pPr>
      <w:r w:rsidRPr="00AC0511">
        <w:rPr>
          <w:rFonts w:ascii="Comic Sans MS" w:hAnsi="Comic Sans MS"/>
          <w:sz w:val="20"/>
          <w:szCs w:val="20"/>
        </w:rPr>
        <w:t>Çocukların ayakkabılarından birini çıkararak yeniden giymeyi denemelerine rehberlik edilir. Bağcıklı veya çıkarılması zor ayakkabısı bulunan çocuklar ayakkabılarını çıkarmak zorunda bırakılmaz. Bu çocukların sınıfta bulunan cırt cırtlı bir deneme ayakkabısı veya panduf üzerinde çalışmasına fırsat verilir. Öğretmen çocukların ayakkabılarını hemen kendisi giydirmez. Denemeleri için onlara yeterli süre tanır. Çocuklar deneme ayakkabısının cırt cırtını söküp yeniden takar. Öğretmen gerektiğinde aşağıdaki sorularla rehberlik eder: (HSAB.2.c, E1.2, E1.3, D3.1.2)</w:t>
      </w:r>
    </w:p>
    <w:p w14:paraId="0877D8A3" w14:textId="77777777" w:rsidR="00607879" w:rsidRPr="00AC0511" w:rsidRDefault="00A43E66">
      <w:pPr>
        <w:rPr>
          <w:rFonts w:ascii="Comic Sans MS" w:hAnsi="Comic Sans MS"/>
          <w:sz w:val="20"/>
          <w:szCs w:val="20"/>
        </w:rPr>
      </w:pPr>
      <w:r w:rsidRPr="00AC0511">
        <w:rPr>
          <w:rFonts w:ascii="Comic Sans MS" w:hAnsi="Comic Sans MS"/>
          <w:sz w:val="20"/>
          <w:szCs w:val="20"/>
        </w:rPr>
        <w:t>“Ayakkabının hangi tarafından tutabilirsin?”</w:t>
      </w:r>
    </w:p>
    <w:p w14:paraId="78BE9863" w14:textId="77777777" w:rsidR="00607879" w:rsidRPr="00AC0511" w:rsidRDefault="00A43E66">
      <w:pPr>
        <w:rPr>
          <w:rFonts w:ascii="Comic Sans MS" w:hAnsi="Comic Sans MS"/>
          <w:sz w:val="20"/>
          <w:szCs w:val="20"/>
        </w:rPr>
      </w:pPr>
      <w:r w:rsidRPr="00AC0511">
        <w:rPr>
          <w:rFonts w:ascii="Comic Sans MS" w:hAnsi="Comic Sans MS"/>
          <w:sz w:val="20"/>
          <w:szCs w:val="20"/>
        </w:rPr>
        <w:t>“Ayağını biraz daha ileri itmeyi denemek ister misin?”</w:t>
      </w:r>
    </w:p>
    <w:p w14:paraId="42E9107D" w14:textId="77777777" w:rsidR="00607879" w:rsidRPr="00AC0511" w:rsidRDefault="00A43E66">
      <w:pPr>
        <w:rPr>
          <w:rFonts w:ascii="Comic Sans MS" w:hAnsi="Comic Sans MS"/>
          <w:sz w:val="20"/>
          <w:szCs w:val="20"/>
        </w:rPr>
      </w:pPr>
      <w:r w:rsidRPr="00AC0511">
        <w:rPr>
          <w:rFonts w:ascii="Comic Sans MS" w:hAnsi="Comic Sans MS"/>
          <w:sz w:val="20"/>
          <w:szCs w:val="20"/>
        </w:rPr>
        <w:t>“Cırt cırtını hangi tarafa doğru çekebilirsin?”</w:t>
      </w:r>
    </w:p>
    <w:p w14:paraId="022A7570" w14:textId="77777777" w:rsidR="00607879" w:rsidRPr="00AC0511" w:rsidRDefault="00A43E66">
      <w:pPr>
        <w:rPr>
          <w:rFonts w:ascii="Comic Sans MS" w:hAnsi="Comic Sans MS"/>
          <w:sz w:val="20"/>
          <w:szCs w:val="20"/>
        </w:rPr>
      </w:pPr>
      <w:r w:rsidRPr="00AC0511">
        <w:rPr>
          <w:rFonts w:ascii="Comic Sans MS" w:hAnsi="Comic Sans MS"/>
          <w:sz w:val="20"/>
          <w:szCs w:val="20"/>
        </w:rPr>
        <w:t>gibi sözel ipuçları verir. Çocuk zorlandığında “Yardım eder misin?” demesi için desteklenir. Yardım isteyen çocuğa yalnızca ihtiyaç duyduğu bölümde yardım edilir. Denemenin ardından öğretmen:</w:t>
      </w:r>
    </w:p>
    <w:p w14:paraId="31E7FDFD" w14:textId="77777777" w:rsidR="00607879" w:rsidRPr="00AC0511" w:rsidRDefault="00A43E66">
      <w:pPr>
        <w:rPr>
          <w:rFonts w:ascii="Comic Sans MS" w:hAnsi="Comic Sans MS"/>
          <w:sz w:val="20"/>
          <w:szCs w:val="20"/>
        </w:rPr>
      </w:pPr>
      <w:r w:rsidRPr="00AC0511">
        <w:rPr>
          <w:rFonts w:ascii="Comic Sans MS" w:hAnsi="Comic Sans MS"/>
          <w:sz w:val="20"/>
          <w:szCs w:val="20"/>
        </w:rPr>
        <w:t>“Ayakkabını giymek için ne yaptın?”</w:t>
      </w:r>
    </w:p>
    <w:p w14:paraId="2C07A483" w14:textId="77777777" w:rsidR="00607879" w:rsidRPr="00AC0511" w:rsidRDefault="00A43E66">
      <w:pPr>
        <w:rPr>
          <w:rFonts w:ascii="Comic Sans MS" w:hAnsi="Comic Sans MS"/>
          <w:sz w:val="20"/>
          <w:szCs w:val="20"/>
        </w:rPr>
      </w:pPr>
      <w:r w:rsidRPr="00AC0511">
        <w:rPr>
          <w:rFonts w:ascii="Comic Sans MS" w:hAnsi="Comic Sans MS"/>
          <w:sz w:val="20"/>
          <w:szCs w:val="20"/>
        </w:rPr>
        <w:t>“Nerede zorlandın?”</w:t>
      </w:r>
    </w:p>
    <w:p w14:paraId="3C3EF8A7" w14:textId="77777777" w:rsidR="00607879" w:rsidRPr="00AC0511" w:rsidRDefault="00A43E66">
      <w:pPr>
        <w:rPr>
          <w:rFonts w:ascii="Comic Sans MS" w:hAnsi="Comic Sans MS"/>
          <w:sz w:val="20"/>
          <w:szCs w:val="20"/>
        </w:rPr>
      </w:pPr>
      <w:r w:rsidRPr="00AC0511">
        <w:rPr>
          <w:rFonts w:ascii="Comic Sans MS" w:hAnsi="Comic Sans MS"/>
          <w:sz w:val="20"/>
          <w:szCs w:val="20"/>
        </w:rPr>
        <w:t>“Zorlandığında ne söyledin?”</w:t>
      </w:r>
    </w:p>
    <w:p w14:paraId="56D5E7F2" w14:textId="77777777" w:rsidR="00607879" w:rsidRPr="00AC0511" w:rsidRDefault="00A43E66">
      <w:pPr>
        <w:rPr>
          <w:rFonts w:ascii="Comic Sans MS" w:hAnsi="Comic Sans MS"/>
          <w:sz w:val="20"/>
          <w:szCs w:val="20"/>
        </w:rPr>
      </w:pPr>
      <w:r w:rsidRPr="00AC0511">
        <w:rPr>
          <w:rFonts w:ascii="Comic Sans MS" w:hAnsi="Comic Sans MS"/>
          <w:sz w:val="20"/>
          <w:szCs w:val="20"/>
        </w:rPr>
        <w:t>sorularını yöneltir. Konuşmak istemeyen çocuklar yaptıkları hareketi gösterebilir veya uygun görseli işaretleyebilir. Çocukların deneyimlerinden hareketle aşağıdaki cümle birlikte söylenir: “Önce kendim denerim, zorlanırsam yardım isterim.” Çocuklar evde ayakkabılarını giyerken yaşadıkları benzer bir deneyimi anlatır; iyi yaptıkları ve zorlandıkları bölümü belirtir. (TAKB.</w:t>
      </w:r>
      <w:proofErr w:type="gramStart"/>
      <w:r w:rsidRPr="00AC0511">
        <w:rPr>
          <w:rFonts w:ascii="Comic Sans MS" w:hAnsi="Comic Sans MS"/>
          <w:sz w:val="20"/>
          <w:szCs w:val="20"/>
        </w:rPr>
        <w:t>2.a</w:t>
      </w:r>
      <w:proofErr w:type="gramEnd"/>
      <w:r w:rsidRPr="00AC0511">
        <w:rPr>
          <w:rFonts w:ascii="Comic Sans MS" w:hAnsi="Comic Sans MS"/>
          <w:sz w:val="20"/>
          <w:szCs w:val="20"/>
        </w:rPr>
        <w:t>, SDB1.1)</w:t>
      </w:r>
    </w:p>
    <w:p w14:paraId="6730217A" w14:textId="77777777" w:rsidR="00607879" w:rsidRPr="00AC0511" w:rsidRDefault="00A43E66">
      <w:pPr>
        <w:rPr>
          <w:rFonts w:ascii="Comic Sans MS" w:hAnsi="Comic Sans MS"/>
          <w:sz w:val="20"/>
          <w:szCs w:val="20"/>
        </w:rPr>
      </w:pPr>
      <w:r w:rsidRPr="00AC0511">
        <w:rPr>
          <w:rFonts w:ascii="Comic Sans MS" w:hAnsi="Comic Sans MS"/>
          <w:sz w:val="20"/>
          <w:szCs w:val="20"/>
        </w:rPr>
        <w:t>Ardından öğretmen, can acıması, yaralanma, korkma veya güvenli olmayan bir durumla karşılaşma hâlinde denemeden ve beklemeden güvenilir bir yetişkinden yardım istenmesi gerektiğini kısaca açıklar: “Yapabileceğimiz işleri önce kendimiz deneyebiliriz. Fakat canımız acıdığında, yaralandığımızda, korktuğumuzda veya tehlikeli bir durum gördüğümüzde beklemeden bir yetişkine haber veririz.” (D16.1.3)</w:t>
      </w:r>
    </w:p>
    <w:p w14:paraId="3C813B1C" w14:textId="77777777" w:rsidR="00607879" w:rsidRPr="00AC0511" w:rsidRDefault="00A43E66">
      <w:pPr>
        <w:rPr>
          <w:rFonts w:ascii="Comic Sans MS" w:hAnsi="Comic Sans MS"/>
          <w:sz w:val="20"/>
          <w:szCs w:val="20"/>
        </w:rPr>
      </w:pPr>
      <w:r w:rsidRPr="00AC0511">
        <w:rPr>
          <w:rFonts w:ascii="Comic Sans MS" w:hAnsi="Comic Sans MS"/>
          <w:sz w:val="20"/>
          <w:szCs w:val="20"/>
        </w:rPr>
        <w:t>Öğretmen sınıfa yeşil ve mavi iki kart yerleştirir:</w:t>
      </w:r>
    </w:p>
    <w:p w14:paraId="03C3A330" w14:textId="77777777" w:rsidR="00AC0511" w:rsidRPr="00AC0511" w:rsidRDefault="00AC0511" w:rsidP="00AC0511">
      <w:pPr>
        <w:suppressAutoHyphens/>
        <w:spacing w:after="60" w:line="240" w:lineRule="auto"/>
        <w:rPr>
          <w:rFonts w:ascii="Comic Sans MS" w:eastAsia="Comic Sans MS" w:hAnsi="Comic Sans MS" w:cs="Times New Roman"/>
          <w:sz w:val="20"/>
          <w:szCs w:val="20"/>
          <w:lang w:val="tr-TR" w:eastAsia="zh-CN"/>
        </w:rPr>
      </w:pPr>
      <w:r w:rsidRPr="00AC0511">
        <w:rPr>
          <w:rFonts w:ascii="Comic Sans MS" w:eastAsia="Comic Sans MS" w:hAnsi="Comic Sans MS" w:cs="Times New Roman"/>
          <w:color w:val="117A02"/>
          <w:sz w:val="20"/>
          <w:szCs w:val="20"/>
          <w:lang w:val="tr-TR" w:eastAsia="zh-CN"/>
        </w:rPr>
        <w:t xml:space="preserve">Yeşil kart: </w:t>
      </w:r>
      <w:r w:rsidRPr="00AC0511">
        <w:rPr>
          <w:rFonts w:ascii="Comic Sans MS" w:eastAsia="Comic Sans MS" w:hAnsi="Comic Sans MS" w:cs="Times New Roman"/>
          <w:sz w:val="20"/>
          <w:szCs w:val="20"/>
          <w:lang w:val="tr-TR" w:eastAsia="zh-CN"/>
        </w:rPr>
        <w:t xml:space="preserve">Önce Kendim Denerim </w:t>
      </w:r>
    </w:p>
    <w:p w14:paraId="03580B22" w14:textId="77777777" w:rsidR="00AC0511" w:rsidRPr="00AC0511" w:rsidRDefault="00AC0511" w:rsidP="00AC0511">
      <w:pPr>
        <w:suppressAutoHyphens/>
        <w:spacing w:after="60" w:line="240" w:lineRule="auto"/>
        <w:rPr>
          <w:rFonts w:ascii="Comic Sans MS" w:eastAsia="Comic Sans MS" w:hAnsi="Comic Sans MS" w:cs="Times New Roman"/>
          <w:sz w:val="20"/>
          <w:szCs w:val="20"/>
          <w:lang w:val="tr-TR" w:eastAsia="zh-CN"/>
        </w:rPr>
      </w:pPr>
      <w:r w:rsidRPr="00AC0511">
        <w:rPr>
          <w:rFonts w:ascii="Comic Sans MS" w:eastAsia="Comic Sans MS" w:hAnsi="Comic Sans MS" w:cs="Times New Roman"/>
          <w:color w:val="0070C0"/>
          <w:sz w:val="20"/>
          <w:szCs w:val="20"/>
          <w:lang w:val="tr-TR" w:eastAsia="zh-CN"/>
        </w:rPr>
        <w:t xml:space="preserve">Mavi kart: </w:t>
      </w:r>
      <w:r w:rsidRPr="00AC0511">
        <w:rPr>
          <w:rFonts w:ascii="Comic Sans MS" w:eastAsia="Comic Sans MS" w:hAnsi="Comic Sans MS" w:cs="Times New Roman"/>
          <w:sz w:val="20"/>
          <w:szCs w:val="20"/>
          <w:lang w:val="tr-TR" w:eastAsia="zh-CN"/>
        </w:rPr>
        <w:t xml:space="preserve">Yardım İsterim </w:t>
      </w:r>
    </w:p>
    <w:p w14:paraId="4E06BB08" w14:textId="77777777" w:rsidR="00607879" w:rsidRPr="00AC0511" w:rsidRDefault="00A43E66">
      <w:pPr>
        <w:rPr>
          <w:rFonts w:ascii="Comic Sans MS" w:hAnsi="Comic Sans MS"/>
          <w:sz w:val="20"/>
          <w:szCs w:val="20"/>
        </w:rPr>
      </w:pPr>
      <w:proofErr w:type="spellStart"/>
      <w:r w:rsidRPr="00AC0511">
        <w:rPr>
          <w:rFonts w:ascii="Comic Sans MS" w:hAnsi="Comic Sans MS"/>
          <w:sz w:val="20"/>
          <w:szCs w:val="20"/>
        </w:rPr>
        <w:t>Çorap</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giyme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yüksek</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raftaki</w:t>
      </w:r>
      <w:proofErr w:type="spellEnd"/>
      <w:r w:rsidRPr="00AC0511">
        <w:rPr>
          <w:rFonts w:ascii="Comic Sans MS" w:hAnsi="Comic Sans MS"/>
          <w:sz w:val="20"/>
          <w:szCs w:val="20"/>
        </w:rPr>
        <w:t xml:space="preserve"> topu alma ve yaralanma durumlarını gösteren görseller çocuklara sunulur. Çocuklar her durum için uygun alanı belirler. Böylece parkura geçmeden önce hangi işlerin önce denenebileceğini, hangi durumlarda ise beklemeden yardım istenmesi gerektiğini ayırt etmeleri sağlanır. Öğretmen çocukları parkura hazırlamak için aşağıdaki tekerlemeyi söyler. “Hoppala hop”, “hop” ve “zıpla” ifadelerinde çocuklarla birlikte yerinde hafifçe zıplar. Hareketlerin ritme uygun yapılmasına rehberlik eder. (TAOB.</w:t>
      </w:r>
      <w:proofErr w:type="gramStart"/>
      <w:r w:rsidRPr="00AC0511">
        <w:rPr>
          <w:rFonts w:ascii="Comic Sans MS" w:hAnsi="Comic Sans MS"/>
          <w:sz w:val="20"/>
          <w:szCs w:val="20"/>
        </w:rPr>
        <w:t>2.a</w:t>
      </w:r>
      <w:proofErr w:type="gramEnd"/>
      <w:r w:rsidRPr="00AC0511">
        <w:rPr>
          <w:rFonts w:ascii="Comic Sans MS" w:hAnsi="Comic Sans MS"/>
          <w:sz w:val="20"/>
          <w:szCs w:val="20"/>
        </w:rPr>
        <w:t>, TAOB.2.c, OB4.1.SB2)</w:t>
      </w:r>
    </w:p>
    <w:p w14:paraId="73420ACE" w14:textId="77777777" w:rsidR="00607879" w:rsidRPr="00AC0511" w:rsidRDefault="00A43E66" w:rsidP="004C1EF8">
      <w:pPr>
        <w:pStyle w:val="Balk2"/>
        <w:rPr>
          <w:rFonts w:ascii="Comic Sans MS" w:hAnsi="Comic Sans MS"/>
          <w:color w:val="000000" w:themeColor="text1"/>
          <w:sz w:val="20"/>
          <w:szCs w:val="20"/>
        </w:rPr>
      </w:pPr>
      <w:proofErr w:type="spellStart"/>
      <w:r w:rsidRPr="00AC0511">
        <w:rPr>
          <w:rFonts w:ascii="Comic Sans MS" w:hAnsi="Comic Sans MS"/>
          <w:color w:val="000000" w:themeColor="text1"/>
          <w:sz w:val="20"/>
          <w:szCs w:val="20"/>
        </w:rPr>
        <w:t>Müzik</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ve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Hareket</w:t>
      </w:r>
      <w:proofErr w:type="spellEnd"/>
      <w:r w:rsidRPr="00AC0511">
        <w:rPr>
          <w:rFonts w:ascii="Comic Sans MS" w:hAnsi="Comic Sans MS"/>
          <w:color w:val="000000" w:themeColor="text1"/>
          <w:sz w:val="20"/>
          <w:szCs w:val="20"/>
        </w:rPr>
        <w:t xml:space="preserve"> </w:t>
      </w:r>
      <w:r w:rsidR="004C1EF8" w:rsidRPr="00AC0511">
        <w:rPr>
          <w:rFonts w:ascii="Comic Sans MS" w:hAnsi="Comic Sans MS"/>
          <w:color w:val="000000" w:themeColor="text1"/>
          <w:sz w:val="20"/>
          <w:szCs w:val="20"/>
        </w:rPr>
        <w:t>(</w:t>
      </w:r>
      <w:r w:rsidRPr="00AC0511">
        <w:rPr>
          <w:rFonts w:ascii="Comic Sans MS" w:hAnsi="Comic Sans MS"/>
          <w:color w:val="000000" w:themeColor="text1"/>
          <w:sz w:val="20"/>
          <w:szCs w:val="20"/>
        </w:rPr>
        <w:t xml:space="preserve">Büyük </w:t>
      </w:r>
      <w:proofErr w:type="spellStart"/>
      <w:r w:rsidR="004C1EF8" w:rsidRPr="00AC0511">
        <w:rPr>
          <w:rFonts w:ascii="Comic Sans MS" w:hAnsi="Comic Sans MS"/>
          <w:color w:val="000000" w:themeColor="text1"/>
          <w:sz w:val="20"/>
          <w:szCs w:val="20"/>
        </w:rPr>
        <w:t>G</w:t>
      </w:r>
      <w:r w:rsidRPr="00AC0511">
        <w:rPr>
          <w:rFonts w:ascii="Comic Sans MS" w:hAnsi="Comic Sans MS"/>
          <w:color w:val="000000" w:themeColor="text1"/>
          <w:sz w:val="20"/>
          <w:szCs w:val="20"/>
        </w:rPr>
        <w:t>rup</w:t>
      </w:r>
      <w:proofErr w:type="spellEnd"/>
      <w:r w:rsidRPr="00AC0511">
        <w:rPr>
          <w:rFonts w:ascii="Comic Sans MS" w:hAnsi="Comic Sans MS"/>
          <w:color w:val="000000" w:themeColor="text1"/>
          <w:sz w:val="20"/>
          <w:szCs w:val="20"/>
        </w:rPr>
        <w:t xml:space="preserve"> </w:t>
      </w:r>
      <w:proofErr w:type="spellStart"/>
      <w:r w:rsidR="004C1EF8" w:rsidRPr="00AC0511">
        <w:rPr>
          <w:rFonts w:ascii="Comic Sans MS" w:hAnsi="Comic Sans MS"/>
          <w:color w:val="000000" w:themeColor="text1"/>
          <w:sz w:val="20"/>
          <w:szCs w:val="20"/>
        </w:rPr>
        <w:t>E</w:t>
      </w:r>
      <w:r w:rsidRPr="00AC0511">
        <w:rPr>
          <w:rFonts w:ascii="Comic Sans MS" w:hAnsi="Comic Sans MS"/>
          <w:color w:val="000000" w:themeColor="text1"/>
          <w:sz w:val="20"/>
          <w:szCs w:val="20"/>
        </w:rPr>
        <w:t>tkinliği</w:t>
      </w:r>
      <w:proofErr w:type="spellEnd"/>
      <w:r w:rsidR="004C1EF8" w:rsidRPr="00AC0511">
        <w:rPr>
          <w:rFonts w:ascii="Comic Sans MS" w:hAnsi="Comic Sans MS"/>
          <w:color w:val="000000" w:themeColor="text1"/>
          <w:sz w:val="20"/>
          <w:szCs w:val="20"/>
        </w:rPr>
        <w:t>)</w:t>
      </w:r>
    </w:p>
    <w:p w14:paraId="317D0084" w14:textId="77777777" w:rsidR="00AC0511" w:rsidRPr="00AC0511" w:rsidRDefault="00AC0511" w:rsidP="00AC0511">
      <w:pPr>
        <w:pStyle w:val="Balk3"/>
        <w:rPr>
          <w:rFonts w:ascii="Comic Sans MS" w:hAnsi="Comic Sans MS"/>
          <w:color w:val="FF0000"/>
          <w:sz w:val="20"/>
          <w:szCs w:val="20"/>
          <w:lang w:eastAsia="tr-TR"/>
        </w:rPr>
      </w:pPr>
      <w:r w:rsidRPr="00AC0511">
        <w:rPr>
          <w:rFonts w:ascii="Comic Sans MS" w:hAnsi="Comic Sans MS"/>
          <w:color w:val="FF0000"/>
          <w:sz w:val="20"/>
          <w:szCs w:val="20"/>
        </w:rPr>
        <w:t xml:space="preserve">ZIP </w:t>
      </w:r>
      <w:proofErr w:type="spellStart"/>
      <w:r w:rsidRPr="00AC0511">
        <w:rPr>
          <w:rFonts w:ascii="Comic Sans MS" w:hAnsi="Comic Sans MS"/>
          <w:color w:val="FF0000"/>
          <w:sz w:val="20"/>
          <w:szCs w:val="20"/>
        </w:rPr>
        <w:t>ZIP</w:t>
      </w:r>
      <w:proofErr w:type="spellEnd"/>
      <w:r w:rsidRPr="00AC0511">
        <w:rPr>
          <w:rFonts w:ascii="Comic Sans MS" w:hAnsi="Comic Sans MS"/>
          <w:color w:val="FF0000"/>
          <w:sz w:val="20"/>
          <w:szCs w:val="20"/>
        </w:rPr>
        <w:t xml:space="preserve"> KANGURU </w:t>
      </w:r>
    </w:p>
    <w:p w14:paraId="23899D4C" w14:textId="77777777" w:rsidR="00AC0511" w:rsidRPr="00AC0511" w:rsidRDefault="00AC0511" w:rsidP="00AC0511">
      <w:pPr>
        <w:pStyle w:val="NormalWeb"/>
        <w:spacing w:before="0"/>
        <w:rPr>
          <w:rFonts w:ascii="Comic Sans MS" w:hAnsi="Comic Sans MS"/>
          <w:sz w:val="20"/>
          <w:szCs w:val="20"/>
        </w:rPr>
      </w:pPr>
      <w:r w:rsidRPr="00AC0511">
        <w:rPr>
          <w:rFonts w:ascii="Comic Sans MS" w:hAnsi="Comic Sans MS"/>
          <w:sz w:val="20"/>
          <w:szCs w:val="20"/>
        </w:rPr>
        <w:t xml:space="preserve">Kocaman ayaklı kanguru, </w:t>
      </w:r>
      <w:r w:rsidRPr="00AC0511">
        <w:rPr>
          <w:rFonts w:ascii="Comic Sans MS" w:hAnsi="Comic Sans MS"/>
          <w:b/>
          <w:bCs/>
          <w:sz w:val="20"/>
          <w:szCs w:val="20"/>
        </w:rPr>
        <w:t>(Ayaklar omuz genişliğinde açılır ve ayaklar yere sırayla hafifçe vurulur.)</w:t>
      </w:r>
      <w:r w:rsidRPr="00AC0511">
        <w:rPr>
          <w:rFonts w:ascii="Comic Sans MS" w:hAnsi="Comic Sans MS"/>
          <w:sz w:val="20"/>
          <w:szCs w:val="20"/>
        </w:rPr>
        <w:br/>
        <w:t xml:space="preserve">Karnında kesesi, pek de sevimli! </w:t>
      </w:r>
      <w:r w:rsidRPr="00AC0511">
        <w:rPr>
          <w:rFonts w:ascii="Comic Sans MS" w:hAnsi="Comic Sans MS"/>
          <w:b/>
          <w:bCs/>
          <w:sz w:val="20"/>
          <w:szCs w:val="20"/>
        </w:rPr>
        <w:t>(İki el karın üzerinde birleştirilerek kese şekli yapılır, ardından gülümsenir.)</w:t>
      </w:r>
      <w:r w:rsidRPr="00AC0511">
        <w:rPr>
          <w:rFonts w:ascii="Comic Sans MS" w:hAnsi="Comic Sans MS"/>
          <w:sz w:val="20"/>
          <w:szCs w:val="20"/>
        </w:rPr>
        <w:br/>
        <w:t xml:space="preserve">Hoppala hop, hoppala hop, </w:t>
      </w:r>
      <w:r w:rsidRPr="00AC0511">
        <w:rPr>
          <w:rFonts w:ascii="Comic Sans MS" w:hAnsi="Comic Sans MS"/>
          <w:b/>
          <w:bCs/>
          <w:sz w:val="20"/>
          <w:szCs w:val="20"/>
        </w:rPr>
        <w:t>(Eller belde tutularak iki kez hafifçe zıplanır.)</w:t>
      </w:r>
      <w:r w:rsidRPr="00AC0511">
        <w:rPr>
          <w:rFonts w:ascii="Comic Sans MS" w:hAnsi="Comic Sans MS"/>
          <w:sz w:val="20"/>
          <w:szCs w:val="20"/>
        </w:rPr>
        <w:br/>
        <w:t xml:space="preserve">Kesesinden çıktı minik bir top! </w:t>
      </w:r>
      <w:r w:rsidRPr="00AC0511">
        <w:rPr>
          <w:rFonts w:ascii="Comic Sans MS" w:hAnsi="Comic Sans MS"/>
          <w:b/>
          <w:bCs/>
          <w:sz w:val="20"/>
          <w:szCs w:val="20"/>
        </w:rPr>
        <w:t>(Bir el karındaki hayalî keseye uzatılır, ardından iki elle küçük bir top tutuluyormuş gibi yapılır.)</w:t>
      </w:r>
    </w:p>
    <w:p w14:paraId="7164422D" w14:textId="77777777" w:rsidR="00AC0511" w:rsidRPr="00AC0511" w:rsidRDefault="00AC0511" w:rsidP="00AC0511">
      <w:pPr>
        <w:pStyle w:val="NormalWeb"/>
        <w:rPr>
          <w:rFonts w:ascii="Comic Sans MS" w:hAnsi="Comic Sans MS"/>
          <w:sz w:val="20"/>
          <w:szCs w:val="20"/>
        </w:rPr>
      </w:pPr>
      <w:r w:rsidRPr="00AC0511">
        <w:rPr>
          <w:rFonts w:ascii="Comic Sans MS" w:hAnsi="Comic Sans MS"/>
          <w:sz w:val="20"/>
          <w:szCs w:val="20"/>
        </w:rPr>
        <w:t xml:space="preserve">Zıpla kanguru, zıpla, </w:t>
      </w:r>
      <w:r w:rsidRPr="00AC0511">
        <w:rPr>
          <w:rFonts w:ascii="Comic Sans MS" w:hAnsi="Comic Sans MS"/>
          <w:b/>
          <w:bCs/>
          <w:sz w:val="20"/>
          <w:szCs w:val="20"/>
        </w:rPr>
        <w:t>(Kollar dirseklerden bükülerek kanguru gibi iki kez zıplanır.)</w:t>
      </w:r>
      <w:r w:rsidRPr="00AC0511">
        <w:rPr>
          <w:rFonts w:ascii="Comic Sans MS" w:hAnsi="Comic Sans MS"/>
          <w:sz w:val="20"/>
          <w:szCs w:val="20"/>
        </w:rPr>
        <w:br/>
        <w:t xml:space="preserve">Topu kesene sakla! </w:t>
      </w:r>
      <w:r w:rsidRPr="00AC0511">
        <w:rPr>
          <w:rFonts w:ascii="Comic Sans MS" w:hAnsi="Comic Sans MS"/>
          <w:b/>
          <w:bCs/>
          <w:sz w:val="20"/>
          <w:szCs w:val="20"/>
        </w:rPr>
        <w:t>(Ellerle tutulan hayalî top karındaki keseye yerleştirilir.)</w:t>
      </w:r>
      <w:r w:rsidRPr="00AC0511">
        <w:rPr>
          <w:rFonts w:ascii="Comic Sans MS" w:hAnsi="Comic Sans MS"/>
          <w:sz w:val="20"/>
          <w:szCs w:val="20"/>
        </w:rPr>
        <w:br/>
        <w:t xml:space="preserve">Bir, iki, üç, </w:t>
      </w:r>
      <w:r w:rsidRPr="00AC0511">
        <w:rPr>
          <w:rFonts w:ascii="Comic Sans MS" w:hAnsi="Comic Sans MS"/>
          <w:b/>
          <w:bCs/>
          <w:sz w:val="20"/>
          <w:szCs w:val="20"/>
        </w:rPr>
        <w:t>(Her sayıda bir parmak gösterilir.)</w:t>
      </w:r>
      <w:r w:rsidRPr="00AC0511">
        <w:rPr>
          <w:rFonts w:ascii="Comic Sans MS" w:hAnsi="Comic Sans MS"/>
          <w:sz w:val="20"/>
          <w:szCs w:val="20"/>
        </w:rPr>
        <w:br/>
        <w:t xml:space="preserve">Zıplamak hiç değil güç! </w:t>
      </w:r>
      <w:r w:rsidRPr="00AC0511">
        <w:rPr>
          <w:rFonts w:ascii="Comic Sans MS" w:hAnsi="Comic Sans MS"/>
          <w:b/>
          <w:bCs/>
          <w:sz w:val="20"/>
          <w:szCs w:val="20"/>
        </w:rPr>
        <w:t>(Üç küçük zıplama yapılır, ardından kollar iki yana açılır.)</w:t>
      </w:r>
    </w:p>
    <w:p w14:paraId="276C31B1" w14:textId="2E4BA2D2" w:rsidR="00607879" w:rsidRPr="00AC0511" w:rsidRDefault="00AC0511" w:rsidP="00AC0511">
      <w:pPr>
        <w:rPr>
          <w:rFonts w:ascii="Comic Sans MS" w:hAnsi="Comic Sans MS"/>
          <w:sz w:val="20"/>
          <w:szCs w:val="20"/>
        </w:rPr>
      </w:pPr>
      <w:r w:rsidRPr="00AC0511">
        <w:rPr>
          <w:rFonts w:ascii="Comic Sans MS" w:hAnsi="Comic Sans MS"/>
          <w:sz w:val="20"/>
          <w:szCs w:val="20"/>
        </w:rPr>
        <w:lastRenderedPageBreak/>
        <w:t>Hop, hop, hop…</w:t>
      </w:r>
      <w:r w:rsidRPr="00AC0511">
        <w:rPr>
          <w:rFonts w:ascii="Comic Sans MS" w:hAnsi="Comic Sans MS"/>
          <w:b/>
          <w:bCs/>
          <w:sz w:val="20"/>
          <w:szCs w:val="20"/>
        </w:rPr>
        <w:t xml:space="preserve"> (Her “hop” </w:t>
      </w:r>
      <w:proofErr w:type="spellStart"/>
      <w:r w:rsidRPr="00AC0511">
        <w:rPr>
          <w:rFonts w:ascii="Comic Sans MS" w:hAnsi="Comic Sans MS"/>
          <w:b/>
          <w:bCs/>
          <w:sz w:val="20"/>
          <w:szCs w:val="20"/>
        </w:rPr>
        <w:t>sözcüğünde</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yerinde</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hafifçe</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zıplanır</w:t>
      </w:r>
      <w:proofErr w:type="spellEnd"/>
      <w:r w:rsidRPr="00AC0511">
        <w:rPr>
          <w:rFonts w:ascii="Comic Sans MS" w:hAnsi="Comic Sans MS"/>
          <w:b/>
          <w:bCs/>
          <w:sz w:val="20"/>
          <w:szCs w:val="20"/>
        </w:rPr>
        <w:t>.)</w:t>
      </w:r>
      <w:r w:rsidRPr="00AC0511">
        <w:rPr>
          <w:rFonts w:ascii="Comic Sans MS" w:hAnsi="Comic Sans MS"/>
          <w:sz w:val="20"/>
          <w:szCs w:val="20"/>
        </w:rPr>
        <w:br/>
      </w:r>
      <w:proofErr w:type="spellStart"/>
      <w:r w:rsidRPr="00AC0511">
        <w:rPr>
          <w:rFonts w:ascii="Comic Sans MS" w:hAnsi="Comic Sans MS"/>
          <w:sz w:val="20"/>
          <w:szCs w:val="20"/>
        </w:rPr>
        <w:t>Şimdi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sen</w:t>
      </w:r>
      <w:proofErr w:type="spellEnd"/>
      <w:r w:rsidRPr="00AC0511">
        <w:rPr>
          <w:rFonts w:ascii="Comic Sans MS" w:hAnsi="Comic Sans MS"/>
          <w:sz w:val="20"/>
          <w:szCs w:val="20"/>
        </w:rPr>
        <w:t xml:space="preserve"> de </w:t>
      </w:r>
      <w:proofErr w:type="spellStart"/>
      <w:r w:rsidRPr="00AC0511">
        <w:rPr>
          <w:rFonts w:ascii="Comic Sans MS" w:hAnsi="Comic Sans MS"/>
          <w:sz w:val="20"/>
          <w:szCs w:val="20"/>
        </w:rPr>
        <w:t>yerinde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durma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zıpla</w:t>
      </w:r>
      <w:proofErr w:type="spellEnd"/>
      <w:r w:rsidRPr="00AC0511">
        <w:rPr>
          <w:rFonts w:ascii="Comic Sans MS" w:hAnsi="Comic Sans MS"/>
          <w:sz w:val="20"/>
          <w:szCs w:val="20"/>
        </w:rPr>
        <w:t xml:space="preserve">! </w:t>
      </w:r>
      <w:r w:rsidRPr="00AC0511">
        <w:rPr>
          <w:rFonts w:ascii="Comic Sans MS" w:hAnsi="Comic Sans MS"/>
          <w:b/>
          <w:bCs/>
          <w:sz w:val="20"/>
          <w:szCs w:val="20"/>
        </w:rPr>
        <w:t>(</w:t>
      </w:r>
      <w:proofErr w:type="spellStart"/>
      <w:r w:rsidRPr="00AC0511">
        <w:rPr>
          <w:rFonts w:ascii="Comic Sans MS" w:hAnsi="Comic Sans MS"/>
          <w:b/>
          <w:bCs/>
          <w:sz w:val="20"/>
          <w:szCs w:val="20"/>
        </w:rPr>
        <w:t>Çocuklar</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kanguru</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gibi</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serbestçe</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birkaç</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kez</w:t>
      </w:r>
      <w:proofErr w:type="spellEnd"/>
      <w:r w:rsidRPr="00AC0511">
        <w:rPr>
          <w:rFonts w:ascii="Comic Sans MS" w:hAnsi="Comic Sans MS"/>
          <w:b/>
          <w:bCs/>
          <w:sz w:val="20"/>
          <w:szCs w:val="20"/>
        </w:rPr>
        <w:t xml:space="preserve"> </w:t>
      </w:r>
      <w:proofErr w:type="spellStart"/>
      <w:r w:rsidRPr="00AC0511">
        <w:rPr>
          <w:rFonts w:ascii="Comic Sans MS" w:hAnsi="Comic Sans MS"/>
          <w:b/>
          <w:bCs/>
          <w:sz w:val="20"/>
          <w:szCs w:val="20"/>
        </w:rPr>
        <w:t>zıplar</w:t>
      </w:r>
      <w:proofErr w:type="spellEnd"/>
      <w:r w:rsidRPr="00AC0511">
        <w:rPr>
          <w:rFonts w:ascii="Comic Sans MS" w:hAnsi="Comic Sans MS"/>
          <w:b/>
          <w:bCs/>
          <w:sz w:val="20"/>
          <w:szCs w:val="20"/>
        </w:rPr>
        <w:t xml:space="preserve">.) </w:t>
      </w:r>
      <w:r w:rsidR="00A43E66" w:rsidRPr="00AC0511">
        <w:rPr>
          <w:rFonts w:ascii="Comic Sans MS" w:hAnsi="Comic Sans MS"/>
          <w:sz w:val="20"/>
          <w:szCs w:val="20"/>
        </w:rPr>
        <w:t>(HSAB.</w:t>
      </w:r>
      <w:proofErr w:type="gramStart"/>
      <w:r w:rsidR="00A43E66" w:rsidRPr="00AC0511">
        <w:rPr>
          <w:rFonts w:ascii="Comic Sans MS" w:hAnsi="Comic Sans MS"/>
          <w:sz w:val="20"/>
          <w:szCs w:val="20"/>
        </w:rPr>
        <w:t>1.a</w:t>
      </w:r>
      <w:proofErr w:type="gramEnd"/>
      <w:r w:rsidR="00A43E66" w:rsidRPr="00AC0511">
        <w:rPr>
          <w:rFonts w:ascii="Comic Sans MS" w:hAnsi="Comic Sans MS"/>
          <w:sz w:val="20"/>
          <w:szCs w:val="20"/>
        </w:rPr>
        <w:t xml:space="preserve">, E2.5) </w:t>
      </w:r>
      <w:proofErr w:type="spellStart"/>
      <w:r w:rsidR="00A43E66" w:rsidRPr="00AC0511">
        <w:rPr>
          <w:rFonts w:ascii="Comic Sans MS" w:hAnsi="Comic Sans MS"/>
          <w:sz w:val="20"/>
          <w:szCs w:val="20"/>
        </w:rPr>
        <w:t>Ardından</w:t>
      </w:r>
      <w:proofErr w:type="spellEnd"/>
      <w:r w:rsidR="00A43E66" w:rsidRPr="00AC0511">
        <w:rPr>
          <w:rFonts w:ascii="Comic Sans MS" w:hAnsi="Comic Sans MS"/>
          <w:sz w:val="20"/>
          <w:szCs w:val="20"/>
        </w:rPr>
        <w:t xml:space="preserve"> </w:t>
      </w:r>
      <w:proofErr w:type="spellStart"/>
      <w:r w:rsidR="00A43E66" w:rsidRPr="00AC0511">
        <w:rPr>
          <w:rFonts w:ascii="Comic Sans MS" w:hAnsi="Comic Sans MS"/>
          <w:sz w:val="20"/>
          <w:szCs w:val="20"/>
        </w:rPr>
        <w:t>çocuklara</w:t>
      </w:r>
      <w:proofErr w:type="spellEnd"/>
      <w:r w:rsidR="00A43E66" w:rsidRPr="00AC0511">
        <w:rPr>
          <w:rFonts w:ascii="Comic Sans MS" w:hAnsi="Comic Sans MS"/>
          <w:sz w:val="20"/>
          <w:szCs w:val="20"/>
        </w:rPr>
        <w:t xml:space="preserve"> </w:t>
      </w:r>
      <w:proofErr w:type="spellStart"/>
      <w:r w:rsidR="00A43E66" w:rsidRPr="00AC0511">
        <w:rPr>
          <w:rFonts w:ascii="Comic Sans MS" w:hAnsi="Comic Sans MS"/>
          <w:sz w:val="20"/>
          <w:szCs w:val="20"/>
        </w:rPr>
        <w:t>uygun</w:t>
      </w:r>
      <w:proofErr w:type="spellEnd"/>
      <w:r w:rsidR="00A43E66" w:rsidRPr="00AC0511">
        <w:rPr>
          <w:rFonts w:ascii="Comic Sans MS" w:hAnsi="Comic Sans MS"/>
          <w:sz w:val="20"/>
          <w:szCs w:val="20"/>
        </w:rPr>
        <w:t xml:space="preserve"> </w:t>
      </w:r>
      <w:proofErr w:type="spellStart"/>
      <w:r w:rsidR="00A43E66" w:rsidRPr="00AC0511">
        <w:rPr>
          <w:rFonts w:ascii="Comic Sans MS" w:hAnsi="Comic Sans MS"/>
          <w:sz w:val="20"/>
          <w:szCs w:val="20"/>
        </w:rPr>
        <w:t>bir</w:t>
      </w:r>
      <w:proofErr w:type="spellEnd"/>
      <w:r w:rsidR="00A43E66" w:rsidRPr="00AC0511">
        <w:rPr>
          <w:rFonts w:ascii="Comic Sans MS" w:hAnsi="Comic Sans MS"/>
          <w:sz w:val="20"/>
          <w:szCs w:val="20"/>
        </w:rPr>
        <w:t xml:space="preserve"> müzik açılır. Çocuklar aralarında mesafe bırakarak öğretmenin gösterdiği iki küçük sıçrama, durma ve elleriyle kese yapma hareketlerini müzik eşliğinde hep birlikte tekrarlar. (MHB.</w:t>
      </w:r>
      <w:proofErr w:type="gramStart"/>
      <w:r w:rsidR="00A43E66" w:rsidRPr="00AC0511">
        <w:rPr>
          <w:rFonts w:ascii="Comic Sans MS" w:hAnsi="Comic Sans MS"/>
          <w:sz w:val="20"/>
          <w:szCs w:val="20"/>
        </w:rPr>
        <w:t>2.a</w:t>
      </w:r>
      <w:proofErr w:type="gramEnd"/>
      <w:r w:rsidR="00A43E66" w:rsidRPr="00AC0511">
        <w:rPr>
          <w:rFonts w:ascii="Comic Sans MS" w:hAnsi="Comic Sans MS"/>
          <w:sz w:val="20"/>
          <w:szCs w:val="20"/>
        </w:rPr>
        <w:t>, HSAB.5.b)</w:t>
      </w:r>
    </w:p>
    <w:p w14:paraId="7CBB2139" w14:textId="77777777" w:rsidR="00607879" w:rsidRPr="00AC0511" w:rsidRDefault="00A43E66" w:rsidP="004C1EF8">
      <w:pPr>
        <w:pStyle w:val="Balk2"/>
        <w:rPr>
          <w:rFonts w:ascii="Comic Sans MS" w:hAnsi="Comic Sans MS"/>
          <w:color w:val="000000" w:themeColor="text1"/>
          <w:sz w:val="20"/>
          <w:szCs w:val="20"/>
        </w:rPr>
      </w:pPr>
      <w:proofErr w:type="spellStart"/>
      <w:r w:rsidRPr="00AC0511">
        <w:rPr>
          <w:rFonts w:ascii="Comic Sans MS" w:hAnsi="Comic Sans MS"/>
          <w:color w:val="000000" w:themeColor="text1"/>
          <w:sz w:val="20"/>
          <w:szCs w:val="20"/>
        </w:rPr>
        <w:t>Türkçe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ve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Hareket</w:t>
      </w:r>
      <w:proofErr w:type="spellEnd"/>
      <w:r w:rsidRPr="00AC0511">
        <w:rPr>
          <w:rFonts w:ascii="Comic Sans MS" w:hAnsi="Comic Sans MS"/>
          <w:color w:val="000000" w:themeColor="text1"/>
          <w:sz w:val="20"/>
          <w:szCs w:val="20"/>
        </w:rPr>
        <w:t xml:space="preserve"> </w:t>
      </w:r>
      <w:r w:rsidR="004C1EF8" w:rsidRPr="00AC0511">
        <w:rPr>
          <w:rFonts w:ascii="Comic Sans MS" w:hAnsi="Comic Sans MS"/>
          <w:color w:val="000000" w:themeColor="text1"/>
          <w:sz w:val="20"/>
          <w:szCs w:val="20"/>
        </w:rPr>
        <w:t>(</w:t>
      </w:r>
      <w:r w:rsidRPr="00AC0511">
        <w:rPr>
          <w:rFonts w:ascii="Comic Sans MS" w:hAnsi="Comic Sans MS"/>
          <w:color w:val="000000" w:themeColor="text1"/>
          <w:sz w:val="20"/>
          <w:szCs w:val="20"/>
        </w:rPr>
        <w:t xml:space="preserve">Büyük </w:t>
      </w:r>
      <w:proofErr w:type="spellStart"/>
      <w:r w:rsidR="004C1EF8" w:rsidRPr="00AC0511">
        <w:rPr>
          <w:rFonts w:ascii="Comic Sans MS" w:hAnsi="Comic Sans MS"/>
          <w:color w:val="000000" w:themeColor="text1"/>
          <w:sz w:val="20"/>
          <w:szCs w:val="20"/>
        </w:rPr>
        <w:t>Grup</w:t>
      </w:r>
      <w:proofErr w:type="spellEnd"/>
      <w:r w:rsidR="004C1EF8" w:rsidRPr="00AC0511">
        <w:rPr>
          <w:rFonts w:ascii="Comic Sans MS" w:hAnsi="Comic Sans MS"/>
          <w:color w:val="000000" w:themeColor="text1"/>
          <w:sz w:val="20"/>
          <w:szCs w:val="20"/>
        </w:rPr>
        <w:t xml:space="preserve"> </w:t>
      </w:r>
      <w:proofErr w:type="spellStart"/>
      <w:r w:rsidR="004C1EF8" w:rsidRPr="00AC0511">
        <w:rPr>
          <w:rFonts w:ascii="Comic Sans MS" w:hAnsi="Comic Sans MS"/>
          <w:color w:val="000000" w:themeColor="text1"/>
          <w:sz w:val="20"/>
          <w:szCs w:val="20"/>
        </w:rPr>
        <w:t>Ve</w:t>
      </w:r>
      <w:proofErr w:type="spellEnd"/>
      <w:r w:rsidR="004C1EF8" w:rsidRPr="00AC0511">
        <w:rPr>
          <w:rFonts w:ascii="Comic Sans MS" w:hAnsi="Comic Sans MS"/>
          <w:color w:val="000000" w:themeColor="text1"/>
          <w:sz w:val="20"/>
          <w:szCs w:val="20"/>
        </w:rPr>
        <w:t xml:space="preserve"> </w:t>
      </w:r>
      <w:proofErr w:type="spellStart"/>
      <w:r w:rsidR="004C1EF8" w:rsidRPr="00AC0511">
        <w:rPr>
          <w:rFonts w:ascii="Comic Sans MS" w:hAnsi="Comic Sans MS"/>
          <w:color w:val="000000" w:themeColor="text1"/>
          <w:sz w:val="20"/>
          <w:szCs w:val="20"/>
        </w:rPr>
        <w:t>Bireysel</w:t>
      </w:r>
      <w:proofErr w:type="spellEnd"/>
      <w:r w:rsidR="004C1EF8" w:rsidRPr="00AC0511">
        <w:rPr>
          <w:rFonts w:ascii="Comic Sans MS" w:hAnsi="Comic Sans MS"/>
          <w:color w:val="000000" w:themeColor="text1"/>
          <w:sz w:val="20"/>
          <w:szCs w:val="20"/>
        </w:rPr>
        <w:t xml:space="preserve"> </w:t>
      </w:r>
      <w:proofErr w:type="spellStart"/>
      <w:r w:rsidR="004C1EF8" w:rsidRPr="00AC0511">
        <w:rPr>
          <w:rFonts w:ascii="Comic Sans MS" w:hAnsi="Comic Sans MS"/>
          <w:color w:val="000000" w:themeColor="text1"/>
          <w:sz w:val="20"/>
          <w:szCs w:val="20"/>
        </w:rPr>
        <w:t>Etkinlik</w:t>
      </w:r>
      <w:proofErr w:type="spellEnd"/>
      <w:r w:rsidR="004C1EF8" w:rsidRPr="00AC0511">
        <w:rPr>
          <w:rFonts w:ascii="Comic Sans MS" w:hAnsi="Comic Sans MS"/>
          <w:color w:val="000000" w:themeColor="text1"/>
          <w:sz w:val="20"/>
          <w:szCs w:val="20"/>
        </w:rPr>
        <w:t>)</w:t>
      </w:r>
    </w:p>
    <w:p w14:paraId="31F68450" w14:textId="77777777" w:rsidR="00607879" w:rsidRPr="00AC0511" w:rsidRDefault="00A43E66">
      <w:pPr>
        <w:rPr>
          <w:rFonts w:ascii="Comic Sans MS" w:hAnsi="Comic Sans MS"/>
          <w:sz w:val="20"/>
          <w:szCs w:val="20"/>
        </w:rPr>
      </w:pPr>
      <w:r w:rsidRPr="00AC0511">
        <w:rPr>
          <w:rFonts w:ascii="Comic Sans MS" w:hAnsi="Comic Sans MS"/>
          <w:sz w:val="20"/>
          <w:szCs w:val="20"/>
        </w:rPr>
        <w:t>Tekerleme tamamlandığında Kanga çocuklara doğru zıplatılır. Öğretmen kuklayı konuşturarak:</w:t>
      </w:r>
    </w:p>
    <w:p w14:paraId="593ECD99" w14:textId="77777777" w:rsidR="00607879" w:rsidRPr="00AC0511" w:rsidRDefault="00A43E66">
      <w:pPr>
        <w:rPr>
          <w:rFonts w:ascii="Comic Sans MS" w:hAnsi="Comic Sans MS"/>
          <w:sz w:val="20"/>
          <w:szCs w:val="20"/>
        </w:rPr>
      </w:pPr>
      <w:r w:rsidRPr="00AC0511">
        <w:rPr>
          <w:rFonts w:ascii="Comic Sans MS" w:hAnsi="Comic Sans MS"/>
          <w:sz w:val="20"/>
          <w:szCs w:val="20"/>
        </w:rPr>
        <w:t>“Ne güzel zıpladınız! Artık siz de benim gibi birer kanguru oldunuz. Şimdi kesemdeki durum kartlarını alarak kanguru parkurundan geçmeye hazır mısınız?” diye sorar. Öğretmen Kanga’nın kesesindeki durum kartlarını gösterir. Kanga:</w:t>
      </w:r>
    </w:p>
    <w:p w14:paraId="59624CEF" w14:textId="77777777" w:rsidR="00607879" w:rsidRPr="00AC0511" w:rsidRDefault="00A43E66">
      <w:pPr>
        <w:rPr>
          <w:rFonts w:ascii="Comic Sans MS" w:hAnsi="Comic Sans MS"/>
          <w:sz w:val="20"/>
          <w:szCs w:val="20"/>
        </w:rPr>
      </w:pPr>
      <w:r w:rsidRPr="00AC0511">
        <w:rPr>
          <w:rFonts w:ascii="Comic Sans MS" w:hAnsi="Comic Sans MS"/>
          <w:sz w:val="20"/>
          <w:szCs w:val="20"/>
        </w:rPr>
        <w:t>“Kesemde birbirinden farklı durumların bulunduğu kartlar var. Bazı durumlarda önce kendim deneyebilirim. Bazı durumlarda ise beklemeden bir yetişkinden yardım istemem gerekir. Hangi durumda ne yapacağıma karar vermeme yardım eder misiniz?” der.</w:t>
      </w:r>
    </w:p>
    <w:p w14:paraId="2B2E4B4F" w14:textId="77777777" w:rsidR="00607879" w:rsidRPr="00AC0511" w:rsidRDefault="00A43E66">
      <w:pPr>
        <w:rPr>
          <w:rFonts w:ascii="Comic Sans MS" w:hAnsi="Comic Sans MS"/>
          <w:sz w:val="20"/>
          <w:szCs w:val="20"/>
        </w:rPr>
      </w:pPr>
      <w:r w:rsidRPr="00AC0511">
        <w:rPr>
          <w:rFonts w:ascii="Comic Sans MS" w:hAnsi="Comic Sans MS"/>
          <w:sz w:val="20"/>
          <w:szCs w:val="20"/>
        </w:rPr>
        <w:t>Öğretmen parkuru model olarak gösterir: Başlangıç işaretinde beklenir, yerdeki çizgide yürünür ve işaretler üzerinde iki ayakla küçük sıçramalar yapılır. Her çocuk, önündeki çocuk seçim alanına ulaştıktan sonra başlar. Çocuklar yönergelere uyarak ilerler, aralarında yeterli mesafe bırakır ve sıralarını bekler. (HSAB.</w:t>
      </w:r>
      <w:proofErr w:type="gramStart"/>
      <w:r w:rsidRPr="00AC0511">
        <w:rPr>
          <w:rFonts w:ascii="Comic Sans MS" w:hAnsi="Comic Sans MS"/>
          <w:sz w:val="20"/>
          <w:szCs w:val="20"/>
        </w:rPr>
        <w:t>1.a</w:t>
      </w:r>
      <w:proofErr w:type="gramEnd"/>
      <w:r w:rsidRPr="00AC0511">
        <w:rPr>
          <w:rFonts w:ascii="Comic Sans MS" w:hAnsi="Comic Sans MS"/>
          <w:sz w:val="20"/>
          <w:szCs w:val="20"/>
        </w:rPr>
        <w:t>, HSAB.5.b, D12.1.1, D16.1.3)</w:t>
      </w:r>
    </w:p>
    <w:p w14:paraId="2A0BF16A" w14:textId="77777777" w:rsidR="00607879" w:rsidRPr="00AC0511" w:rsidRDefault="00A43E66">
      <w:pPr>
        <w:rPr>
          <w:rFonts w:ascii="Comic Sans MS" w:hAnsi="Comic Sans MS"/>
          <w:sz w:val="20"/>
          <w:szCs w:val="20"/>
        </w:rPr>
      </w:pPr>
      <w:r w:rsidRPr="00AC0511">
        <w:rPr>
          <w:rFonts w:ascii="Comic Sans MS" w:hAnsi="Comic Sans MS"/>
          <w:sz w:val="20"/>
          <w:szCs w:val="20"/>
        </w:rPr>
        <w:t>Parkurun sonunda her çocuk Kanga’nın kesesinden bir durum kartı çeker:</w:t>
      </w:r>
    </w:p>
    <w:p w14:paraId="27392F93" w14:textId="77777777" w:rsidR="00607879" w:rsidRPr="00AC0511" w:rsidRDefault="00A43E66">
      <w:pPr>
        <w:rPr>
          <w:rFonts w:ascii="Comic Sans MS" w:hAnsi="Comic Sans MS"/>
          <w:sz w:val="20"/>
          <w:szCs w:val="20"/>
        </w:rPr>
      </w:pPr>
      <w:r w:rsidRPr="00AC0511">
        <w:rPr>
          <w:rFonts w:ascii="Comic Sans MS" w:hAnsi="Comic Sans MS"/>
          <w:sz w:val="20"/>
          <w:szCs w:val="20"/>
        </w:rPr>
        <w:t>Çorabımı giymek Önce Denerim! (Çocuklar sevinçle zıplar)</w:t>
      </w:r>
    </w:p>
    <w:p w14:paraId="57E2D97E" w14:textId="77777777" w:rsidR="00607879" w:rsidRPr="00AC0511" w:rsidRDefault="00A43E66">
      <w:pPr>
        <w:rPr>
          <w:rFonts w:ascii="Comic Sans MS" w:hAnsi="Comic Sans MS"/>
          <w:sz w:val="20"/>
          <w:szCs w:val="20"/>
        </w:rPr>
      </w:pPr>
      <w:r w:rsidRPr="00AC0511">
        <w:rPr>
          <w:rFonts w:ascii="Comic Sans MS" w:hAnsi="Comic Sans MS"/>
          <w:sz w:val="20"/>
          <w:szCs w:val="20"/>
        </w:rPr>
        <w:t>Yüksek raftaki topu almak Yardım İsterim! (Çocuklar ellerini öne uzatıp yardım cümlesini söyler)</w:t>
      </w:r>
    </w:p>
    <w:p w14:paraId="34BE8E5E" w14:textId="77777777" w:rsidR="00607879" w:rsidRPr="00AC0511" w:rsidRDefault="00A43E66">
      <w:pPr>
        <w:rPr>
          <w:rFonts w:ascii="Comic Sans MS" w:hAnsi="Comic Sans MS"/>
          <w:sz w:val="20"/>
          <w:szCs w:val="20"/>
        </w:rPr>
      </w:pPr>
      <w:r w:rsidRPr="00AC0511">
        <w:rPr>
          <w:rFonts w:ascii="Comic Sans MS" w:hAnsi="Comic Sans MS"/>
          <w:sz w:val="20"/>
          <w:szCs w:val="20"/>
        </w:rPr>
        <w:t>Masaya dökülen az miktardaki temiz ve soğuk suyu bezle silmek: Önce denerim; zorlanırsam yardım isterim.</w:t>
      </w:r>
    </w:p>
    <w:p w14:paraId="0D686C97" w14:textId="77777777" w:rsidR="00607879" w:rsidRPr="00AC0511" w:rsidRDefault="00A43E66">
      <w:pPr>
        <w:rPr>
          <w:rFonts w:ascii="Comic Sans MS" w:hAnsi="Comic Sans MS"/>
          <w:sz w:val="20"/>
          <w:szCs w:val="20"/>
        </w:rPr>
      </w:pPr>
      <w:r w:rsidRPr="00AC0511">
        <w:rPr>
          <w:rFonts w:ascii="Comic Sans MS" w:hAnsi="Comic Sans MS"/>
          <w:sz w:val="20"/>
          <w:szCs w:val="20"/>
        </w:rPr>
        <w:t>Dizim kanadı/Canım acıdı Hemen Yardım İsterim!</w:t>
      </w:r>
    </w:p>
    <w:p w14:paraId="7A1A986C" w14:textId="77777777" w:rsidR="00607879" w:rsidRPr="00AC0511" w:rsidRDefault="00A43E66">
      <w:pPr>
        <w:rPr>
          <w:rFonts w:ascii="Comic Sans MS" w:hAnsi="Comic Sans MS"/>
          <w:sz w:val="20"/>
          <w:szCs w:val="20"/>
        </w:rPr>
      </w:pPr>
      <w:r w:rsidRPr="00AC0511">
        <w:rPr>
          <w:rFonts w:ascii="Comic Sans MS" w:hAnsi="Comic Sans MS"/>
          <w:sz w:val="20"/>
          <w:szCs w:val="20"/>
        </w:rPr>
        <w:t>Ayakkabımın cırt cırtını kapatmak: Önce denerim; zorlanırsam yardım isterim.</w:t>
      </w:r>
    </w:p>
    <w:p w14:paraId="69565095" w14:textId="77777777" w:rsidR="00607879" w:rsidRPr="00AC0511" w:rsidRDefault="00A43E66">
      <w:pPr>
        <w:rPr>
          <w:rFonts w:ascii="Comic Sans MS" w:hAnsi="Comic Sans MS"/>
          <w:sz w:val="20"/>
          <w:szCs w:val="20"/>
        </w:rPr>
      </w:pPr>
      <w:r w:rsidRPr="00AC0511">
        <w:rPr>
          <w:rFonts w:ascii="Comic Sans MS" w:hAnsi="Comic Sans MS"/>
          <w:sz w:val="20"/>
          <w:szCs w:val="20"/>
        </w:rPr>
        <w:t>Fermuarımı kapatmak: Önce Denerim, Zorlanırsam Yardım İsterim!</w:t>
      </w:r>
    </w:p>
    <w:p w14:paraId="2F5E4CF4" w14:textId="77777777" w:rsidR="00607879" w:rsidRPr="00AC0511" w:rsidRDefault="00A43E66">
      <w:pPr>
        <w:rPr>
          <w:rFonts w:ascii="Comic Sans MS" w:hAnsi="Comic Sans MS"/>
          <w:sz w:val="20"/>
          <w:szCs w:val="20"/>
        </w:rPr>
      </w:pPr>
      <w:r w:rsidRPr="00AC0511">
        <w:rPr>
          <w:rFonts w:ascii="Comic Sans MS" w:hAnsi="Comic Sans MS"/>
          <w:sz w:val="20"/>
          <w:szCs w:val="20"/>
        </w:rPr>
        <w:t>Çocuk, durum kartını inceledikten sonra kararına göre “Önce Kendim Denerim” yazılı yeşil alana veya “Yardım İsterim” yazılı mavi alana zıplayarak geçer. Seçiminin nedenini açıklamasına fırsat verilir. (TAOB.2.c, TAKB.1.c, OB4.1.SB2) Öğretmen rehberliğinde kartları “Önce deneyebileceğim işler” ve “Hemen yetişkin yardımı gereken durumlar” olarak gruplandırır; hangi kartları neden bir araya koyduğunu söyler. (TAKB.</w:t>
      </w:r>
      <w:proofErr w:type="gramStart"/>
      <w:r w:rsidRPr="00AC0511">
        <w:rPr>
          <w:rFonts w:ascii="Comic Sans MS" w:hAnsi="Comic Sans MS"/>
          <w:sz w:val="20"/>
          <w:szCs w:val="20"/>
        </w:rPr>
        <w:t>2.ç</w:t>
      </w:r>
      <w:proofErr w:type="gramEnd"/>
      <w:r w:rsidRPr="00AC0511">
        <w:rPr>
          <w:rFonts w:ascii="Comic Sans MS" w:hAnsi="Comic Sans MS"/>
          <w:sz w:val="20"/>
          <w:szCs w:val="20"/>
        </w:rPr>
        <w:t>)</w:t>
      </w:r>
    </w:p>
    <w:p w14:paraId="4FBB0AE6" w14:textId="77777777" w:rsidR="00607879" w:rsidRPr="00AC0511" w:rsidRDefault="00A43E66">
      <w:pPr>
        <w:rPr>
          <w:rFonts w:ascii="Comic Sans MS" w:hAnsi="Comic Sans MS"/>
          <w:sz w:val="20"/>
          <w:szCs w:val="20"/>
        </w:rPr>
      </w:pPr>
      <w:r w:rsidRPr="00AC0511">
        <w:rPr>
          <w:rFonts w:ascii="Comic Sans MS" w:hAnsi="Comic Sans MS"/>
          <w:sz w:val="20"/>
          <w:szCs w:val="20"/>
        </w:rPr>
        <w:t>“Önce kendim denerim, zorlanırsam yardım isterim.” biçimindeki durumlarda çocuk önce yeşil alana geçer. Ardından zorlanması hâlinde ne yapacağını söyleyerek mavi alanı işaret eder. Konuşmak istemeyen çocuk kartını uygun alana bırakabilir veya seçtiği alanı gösterebilir. (SDB2.1)</w:t>
      </w:r>
    </w:p>
    <w:p w14:paraId="559E06B9" w14:textId="77777777" w:rsidR="00607879" w:rsidRPr="00AC0511" w:rsidRDefault="00A43E66" w:rsidP="004C1EF8">
      <w:pPr>
        <w:pStyle w:val="Balk2"/>
        <w:rPr>
          <w:rFonts w:ascii="Comic Sans MS" w:hAnsi="Comic Sans MS"/>
          <w:color w:val="000000" w:themeColor="text1"/>
          <w:sz w:val="20"/>
          <w:szCs w:val="20"/>
        </w:rPr>
      </w:pPr>
      <w:r w:rsidRPr="00AC0511">
        <w:rPr>
          <w:rFonts w:ascii="Comic Sans MS" w:hAnsi="Comic Sans MS"/>
          <w:color w:val="000000" w:themeColor="text1"/>
          <w:sz w:val="20"/>
          <w:szCs w:val="20"/>
        </w:rPr>
        <w:t xml:space="preserve">Sanat </w:t>
      </w:r>
      <w:proofErr w:type="spellStart"/>
      <w:r w:rsidRPr="00AC0511">
        <w:rPr>
          <w:rFonts w:ascii="Comic Sans MS" w:hAnsi="Comic Sans MS"/>
          <w:color w:val="000000" w:themeColor="text1"/>
          <w:sz w:val="20"/>
          <w:szCs w:val="20"/>
        </w:rPr>
        <w:t>ve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Türkçe</w:t>
      </w:r>
      <w:proofErr w:type="spellEnd"/>
      <w:r w:rsidRPr="00AC0511">
        <w:rPr>
          <w:rFonts w:ascii="Comic Sans MS" w:hAnsi="Comic Sans MS"/>
          <w:color w:val="000000" w:themeColor="text1"/>
          <w:sz w:val="20"/>
          <w:szCs w:val="20"/>
        </w:rPr>
        <w:t xml:space="preserve"> </w:t>
      </w:r>
      <w:r w:rsidR="004C1EF8" w:rsidRPr="00AC0511">
        <w:rPr>
          <w:rFonts w:ascii="Comic Sans MS" w:hAnsi="Comic Sans MS"/>
          <w:color w:val="000000" w:themeColor="text1"/>
          <w:sz w:val="20"/>
          <w:szCs w:val="20"/>
        </w:rPr>
        <w:t>(</w:t>
      </w:r>
      <w:proofErr w:type="spellStart"/>
      <w:r w:rsidRPr="00AC0511">
        <w:rPr>
          <w:rFonts w:ascii="Comic Sans MS" w:hAnsi="Comic Sans MS"/>
          <w:color w:val="000000" w:themeColor="text1"/>
          <w:sz w:val="20"/>
          <w:szCs w:val="20"/>
        </w:rPr>
        <w:t>Bireysel</w:t>
      </w:r>
      <w:proofErr w:type="spellEnd"/>
      <w:r w:rsidRPr="00AC0511">
        <w:rPr>
          <w:rFonts w:ascii="Comic Sans MS" w:hAnsi="Comic Sans MS"/>
          <w:color w:val="000000" w:themeColor="text1"/>
          <w:sz w:val="20"/>
          <w:szCs w:val="20"/>
        </w:rPr>
        <w:t xml:space="preserve"> </w:t>
      </w:r>
      <w:proofErr w:type="spellStart"/>
      <w:r w:rsidR="004C1EF8" w:rsidRPr="00AC0511">
        <w:rPr>
          <w:rFonts w:ascii="Comic Sans MS" w:hAnsi="Comic Sans MS"/>
          <w:color w:val="000000" w:themeColor="text1"/>
          <w:sz w:val="20"/>
          <w:szCs w:val="20"/>
        </w:rPr>
        <w:t>E</w:t>
      </w:r>
      <w:r w:rsidRPr="00AC0511">
        <w:rPr>
          <w:rFonts w:ascii="Comic Sans MS" w:hAnsi="Comic Sans MS"/>
          <w:color w:val="000000" w:themeColor="text1"/>
          <w:sz w:val="20"/>
          <w:szCs w:val="20"/>
        </w:rPr>
        <w:t>tkinlik</w:t>
      </w:r>
      <w:proofErr w:type="spellEnd"/>
      <w:r w:rsidR="004C1EF8" w:rsidRPr="00AC0511">
        <w:rPr>
          <w:rFonts w:ascii="Comic Sans MS" w:hAnsi="Comic Sans MS"/>
          <w:color w:val="000000" w:themeColor="text1"/>
          <w:sz w:val="20"/>
          <w:szCs w:val="20"/>
        </w:rPr>
        <w:t>)</w:t>
      </w:r>
    </w:p>
    <w:p w14:paraId="2A74DA00" w14:textId="77777777" w:rsidR="00607879" w:rsidRPr="00AC0511" w:rsidRDefault="00A43E66">
      <w:pPr>
        <w:rPr>
          <w:rFonts w:ascii="Comic Sans MS" w:hAnsi="Comic Sans MS"/>
          <w:sz w:val="20"/>
          <w:szCs w:val="20"/>
        </w:rPr>
      </w:pPr>
      <w:r w:rsidRPr="00AC0511">
        <w:rPr>
          <w:rFonts w:ascii="Comic Sans MS" w:hAnsi="Comic Sans MS"/>
          <w:sz w:val="20"/>
          <w:szCs w:val="20"/>
        </w:rPr>
        <w:t>Parkur tamamlandığında öğretmen Kanga’yı çocuklara doğru çevirerek kuklayı konuşturur:</w:t>
      </w:r>
    </w:p>
    <w:p w14:paraId="5FDBEFF7" w14:textId="77777777" w:rsidR="00607879" w:rsidRPr="00AC0511" w:rsidRDefault="00A43E66">
      <w:pPr>
        <w:rPr>
          <w:rFonts w:ascii="Comic Sans MS" w:hAnsi="Comic Sans MS"/>
          <w:sz w:val="20"/>
          <w:szCs w:val="20"/>
        </w:rPr>
      </w:pPr>
      <w:r w:rsidRPr="00AC0511">
        <w:rPr>
          <w:rFonts w:ascii="Comic Sans MS" w:hAnsi="Comic Sans MS"/>
          <w:sz w:val="20"/>
          <w:szCs w:val="20"/>
        </w:rPr>
        <w:t>“Durum kartlarımı doğru alanlara yerleştirmeme yardım ettiniz. Artık hangi işleri önce kendim deneyebileceğimi, hangi durumlarda yardım istemem gerektiğini biliyorum. Fakat benim gibi kese taşıyan kanguru arkadaşlarımın da bunları öğrenmeye ihtiyacı var. Onlar için birer hatırlatma kesesi hazırlamak ister misiniz?” diye sorar.</w:t>
      </w:r>
    </w:p>
    <w:p w14:paraId="1391B8E4" w14:textId="77777777" w:rsidR="00607879" w:rsidRPr="00AC0511" w:rsidRDefault="00A43E66">
      <w:pPr>
        <w:rPr>
          <w:rFonts w:ascii="Comic Sans MS" w:hAnsi="Comic Sans MS"/>
          <w:sz w:val="20"/>
          <w:szCs w:val="20"/>
        </w:rPr>
      </w:pPr>
      <w:r w:rsidRPr="00AC0511">
        <w:rPr>
          <w:rFonts w:ascii="Comic Sans MS" w:hAnsi="Comic Sans MS"/>
          <w:sz w:val="20"/>
          <w:szCs w:val="20"/>
        </w:rPr>
        <w:t>Çocukların cevaplarının ardından öğretmen:</w:t>
      </w:r>
    </w:p>
    <w:p w14:paraId="586EB45B" w14:textId="77777777" w:rsidR="00607879" w:rsidRPr="00AC0511" w:rsidRDefault="00A43E66">
      <w:pPr>
        <w:rPr>
          <w:rFonts w:ascii="Comic Sans MS" w:hAnsi="Comic Sans MS"/>
          <w:sz w:val="20"/>
          <w:szCs w:val="20"/>
        </w:rPr>
      </w:pPr>
      <w:r w:rsidRPr="00AC0511">
        <w:rPr>
          <w:rFonts w:ascii="Comic Sans MS" w:hAnsi="Comic Sans MS"/>
          <w:sz w:val="20"/>
          <w:szCs w:val="20"/>
        </w:rPr>
        <w:t>“Şimdi sanat masalarına yürüyerek geçelim ve sandalyelerimize oturalım.” denir.</w:t>
      </w:r>
    </w:p>
    <w:p w14:paraId="2A09E35F" w14:textId="77777777" w:rsidR="00607879" w:rsidRPr="00AC0511" w:rsidRDefault="00A43E66">
      <w:pPr>
        <w:rPr>
          <w:rFonts w:ascii="Comic Sans MS" w:hAnsi="Comic Sans MS"/>
          <w:sz w:val="20"/>
          <w:szCs w:val="20"/>
        </w:rPr>
      </w:pPr>
      <w:r w:rsidRPr="00AC0511">
        <w:rPr>
          <w:rFonts w:ascii="Comic Sans MS" w:hAnsi="Comic Sans MS"/>
          <w:sz w:val="20"/>
          <w:szCs w:val="20"/>
        </w:rPr>
        <w:t>Çocuklar öğretmenin rehberliğinde sanat masalarına yürüyerek geçer. Öğretmen çalışmayı tanıtır.</w:t>
      </w:r>
    </w:p>
    <w:p w14:paraId="586484F5" w14:textId="77777777" w:rsidR="00607879" w:rsidRPr="00AC0511" w:rsidRDefault="00A43E66">
      <w:pPr>
        <w:rPr>
          <w:rFonts w:ascii="Comic Sans MS" w:hAnsi="Comic Sans MS"/>
          <w:sz w:val="20"/>
          <w:szCs w:val="20"/>
        </w:rPr>
      </w:pPr>
      <w:r w:rsidRPr="00AC0511">
        <w:rPr>
          <w:rFonts w:ascii="Comic Sans MS" w:hAnsi="Comic Sans MS"/>
          <w:sz w:val="20"/>
          <w:szCs w:val="20"/>
        </w:rPr>
        <w:t>Çocuklara büyük Kanguru Kanga boyama sayfası sunulur. Çocuklar çalışmaları için gerekli pastel boyaları, yapıştırıcıyı ve kese parçasını seçer; Kanga’yı istedikleri renklerle boyar. Öğretmen çocukların çalışmalarına odaklanmalarını destekler. (SNAB.</w:t>
      </w:r>
      <w:proofErr w:type="gramStart"/>
      <w:r w:rsidRPr="00AC0511">
        <w:rPr>
          <w:rFonts w:ascii="Comic Sans MS" w:hAnsi="Comic Sans MS"/>
          <w:sz w:val="20"/>
          <w:szCs w:val="20"/>
        </w:rPr>
        <w:t>4.b</w:t>
      </w:r>
      <w:proofErr w:type="gramEnd"/>
      <w:r w:rsidRPr="00AC0511">
        <w:rPr>
          <w:rFonts w:ascii="Comic Sans MS" w:hAnsi="Comic Sans MS"/>
          <w:sz w:val="20"/>
          <w:szCs w:val="20"/>
        </w:rPr>
        <w:t>, SNAB.4.c, E3.2)</w:t>
      </w:r>
    </w:p>
    <w:p w14:paraId="234D95DB" w14:textId="77777777" w:rsidR="00607879" w:rsidRPr="00AC0511" w:rsidRDefault="00A43E66">
      <w:pPr>
        <w:rPr>
          <w:rFonts w:ascii="Comic Sans MS" w:hAnsi="Comic Sans MS"/>
          <w:sz w:val="20"/>
          <w:szCs w:val="20"/>
        </w:rPr>
      </w:pPr>
      <w:r w:rsidRPr="00AC0511">
        <w:rPr>
          <w:rFonts w:ascii="Comic Sans MS" w:hAnsi="Comic Sans MS"/>
          <w:sz w:val="20"/>
          <w:szCs w:val="20"/>
        </w:rPr>
        <w:t>Öğretmen tarafından önceden kesilmiş kese parçaları çocuklara verilir. Öğretmen kesenin üst bölümünün açık kalması gerektiğini gösterir. Çocuklar kese parçasının yalnızca yan ve alt kenarlarına yapıştırıcı sürerek parçayı Kanga’nın karnına yapıştırır. Ardından çocuklara iki küçük durum görseli sunulur: Çocuklar kese parçasını ve küçük kartları parmak uçlarıyla tutup uygun yere yerleştirir. (HSAB.</w:t>
      </w:r>
      <w:proofErr w:type="gramStart"/>
      <w:r w:rsidRPr="00AC0511">
        <w:rPr>
          <w:rFonts w:ascii="Comic Sans MS" w:hAnsi="Comic Sans MS"/>
          <w:sz w:val="20"/>
          <w:szCs w:val="20"/>
        </w:rPr>
        <w:t>2.b</w:t>
      </w:r>
      <w:proofErr w:type="gramEnd"/>
      <w:r w:rsidRPr="00AC0511">
        <w:rPr>
          <w:rFonts w:ascii="Comic Sans MS" w:hAnsi="Comic Sans MS"/>
          <w:sz w:val="20"/>
          <w:szCs w:val="20"/>
        </w:rPr>
        <w:t>, SNAB.4.c)</w:t>
      </w:r>
    </w:p>
    <w:p w14:paraId="727AA6C8" w14:textId="77777777" w:rsidR="00607879" w:rsidRPr="00AC0511" w:rsidRDefault="00A43E66">
      <w:pPr>
        <w:rPr>
          <w:rFonts w:ascii="Comic Sans MS" w:hAnsi="Comic Sans MS"/>
          <w:sz w:val="20"/>
          <w:szCs w:val="20"/>
        </w:rPr>
      </w:pPr>
      <w:r w:rsidRPr="00AC0511">
        <w:rPr>
          <w:rFonts w:ascii="Comic Sans MS" w:hAnsi="Comic Sans MS"/>
          <w:sz w:val="20"/>
          <w:szCs w:val="20"/>
        </w:rPr>
        <w:t>Çorabını giymeye çalışan çocuk</w:t>
      </w:r>
    </w:p>
    <w:p w14:paraId="665D37A5" w14:textId="77777777" w:rsidR="00607879" w:rsidRPr="00AC0511" w:rsidRDefault="00A43E66">
      <w:pPr>
        <w:rPr>
          <w:rFonts w:ascii="Comic Sans MS" w:hAnsi="Comic Sans MS"/>
          <w:sz w:val="20"/>
          <w:szCs w:val="20"/>
        </w:rPr>
      </w:pPr>
      <w:r w:rsidRPr="00AC0511">
        <w:rPr>
          <w:rFonts w:ascii="Comic Sans MS" w:hAnsi="Comic Sans MS"/>
          <w:sz w:val="20"/>
          <w:szCs w:val="20"/>
        </w:rPr>
        <w:lastRenderedPageBreak/>
        <w:t>Dizi acıyan ve öğretmeninden yardım isteyen çocuk</w:t>
      </w:r>
    </w:p>
    <w:p w14:paraId="212CB1D9" w14:textId="77777777" w:rsidR="00607879" w:rsidRPr="00AC0511" w:rsidRDefault="00A43E66">
      <w:pPr>
        <w:rPr>
          <w:rFonts w:ascii="Comic Sans MS" w:hAnsi="Comic Sans MS"/>
          <w:sz w:val="20"/>
          <w:szCs w:val="20"/>
        </w:rPr>
      </w:pPr>
      <w:r w:rsidRPr="00AC0511">
        <w:rPr>
          <w:rFonts w:ascii="Comic Sans MS" w:hAnsi="Comic Sans MS"/>
          <w:sz w:val="20"/>
          <w:szCs w:val="20"/>
        </w:rPr>
        <w:t xml:space="preserve">Çocuklar görselleri inceler. </w:t>
      </w:r>
      <w:proofErr w:type="gramStart"/>
      <w:r w:rsidRPr="00AC0511">
        <w:rPr>
          <w:rFonts w:ascii="Comic Sans MS" w:hAnsi="Comic Sans MS"/>
          <w:sz w:val="20"/>
          <w:szCs w:val="20"/>
        </w:rPr>
        <w:t>Öğretmen:“</w:t>
      </w:r>
      <w:proofErr w:type="gramEnd"/>
      <w:r w:rsidRPr="00AC0511">
        <w:rPr>
          <w:rFonts w:ascii="Comic Sans MS" w:hAnsi="Comic Sans MS"/>
          <w:sz w:val="20"/>
          <w:szCs w:val="20"/>
        </w:rPr>
        <w:t>Bu çocuk önce kendisi deneyebilir mi?”,“Bu çocuk kimin yardımına ihtiyaç duyuyor?”,“Yardım isterken ne söyleyebilir?” sorularını yöneltir. Çocuklar durum görsellerini boyayarak Kanga’nın kesesine yerleştirir. Çalışmalar tamamlandığında isteyen çocuklar keseden bir görsel çıkarır ve görsele uygun olarak: (TAOB.</w:t>
      </w:r>
      <w:proofErr w:type="gramStart"/>
      <w:r w:rsidRPr="00AC0511">
        <w:rPr>
          <w:rFonts w:ascii="Comic Sans MS" w:hAnsi="Comic Sans MS"/>
          <w:sz w:val="20"/>
          <w:szCs w:val="20"/>
        </w:rPr>
        <w:t>2.a</w:t>
      </w:r>
      <w:proofErr w:type="gramEnd"/>
      <w:r w:rsidRPr="00AC0511">
        <w:rPr>
          <w:rFonts w:ascii="Comic Sans MS" w:hAnsi="Comic Sans MS"/>
          <w:sz w:val="20"/>
          <w:szCs w:val="20"/>
        </w:rPr>
        <w:t>, OB4.1.SB2)</w:t>
      </w:r>
    </w:p>
    <w:p w14:paraId="4AAFA3CE" w14:textId="77777777" w:rsidR="00607879" w:rsidRPr="00AC0511" w:rsidRDefault="00A43E66">
      <w:pPr>
        <w:rPr>
          <w:rFonts w:ascii="Comic Sans MS" w:hAnsi="Comic Sans MS"/>
          <w:sz w:val="20"/>
          <w:szCs w:val="20"/>
        </w:rPr>
      </w:pPr>
      <w:r w:rsidRPr="00AC0511">
        <w:rPr>
          <w:rFonts w:ascii="Comic Sans MS" w:hAnsi="Comic Sans MS"/>
          <w:sz w:val="20"/>
          <w:szCs w:val="20"/>
        </w:rPr>
        <w:t>“Önce kendim denerim.”</w:t>
      </w:r>
    </w:p>
    <w:p w14:paraId="4F2BE4BC" w14:textId="77777777" w:rsidR="00607879" w:rsidRPr="00AC0511" w:rsidRDefault="00A43E66">
      <w:pPr>
        <w:rPr>
          <w:rFonts w:ascii="Comic Sans MS" w:hAnsi="Comic Sans MS"/>
          <w:sz w:val="20"/>
          <w:szCs w:val="20"/>
        </w:rPr>
      </w:pPr>
      <w:r w:rsidRPr="00AC0511">
        <w:rPr>
          <w:rFonts w:ascii="Comic Sans MS" w:hAnsi="Comic Sans MS"/>
          <w:sz w:val="20"/>
          <w:szCs w:val="20"/>
        </w:rPr>
        <w:t>“Yardım eder misin?”</w:t>
      </w:r>
    </w:p>
    <w:p w14:paraId="61F2E466" w14:textId="77777777" w:rsidR="00607879" w:rsidRPr="00AC0511" w:rsidRDefault="00A43E66">
      <w:pPr>
        <w:rPr>
          <w:rFonts w:ascii="Comic Sans MS" w:hAnsi="Comic Sans MS"/>
          <w:sz w:val="20"/>
          <w:szCs w:val="20"/>
        </w:rPr>
      </w:pPr>
      <w:r w:rsidRPr="00AC0511">
        <w:rPr>
          <w:rFonts w:ascii="Comic Sans MS" w:hAnsi="Comic Sans MS"/>
          <w:sz w:val="20"/>
          <w:szCs w:val="20"/>
        </w:rPr>
        <w:t>cümlelerinden birini söyler. Kesme işlemleri öğretmen tarafından yapılır. Çocukların dikkat süresi ve bireysel gereksinimleri gözetilerek başlangıçta iki durum görseli kullanılır. (TAKB.1.c, SDB2.1) Öğretmen “Kesenin neresi açık kaldı? Kart önce kesenin dışında mıydı, şimdi nerede?” sorularını yöneltir.</w:t>
      </w:r>
    </w:p>
    <w:p w14:paraId="3E3110AB" w14:textId="77777777" w:rsidR="00607879" w:rsidRPr="00AC0511" w:rsidRDefault="00A43E66">
      <w:pPr>
        <w:pStyle w:val="Balk1"/>
        <w:rPr>
          <w:rFonts w:ascii="Comic Sans MS" w:hAnsi="Comic Sans MS"/>
          <w:color w:val="F85883"/>
          <w:sz w:val="20"/>
          <w:szCs w:val="20"/>
        </w:rPr>
      </w:pPr>
      <w:r w:rsidRPr="00AC0511">
        <w:rPr>
          <w:rFonts w:ascii="Comic Sans MS" w:hAnsi="Comic Sans MS"/>
          <w:color w:val="F85883"/>
          <w:sz w:val="20"/>
          <w:szCs w:val="20"/>
        </w:rPr>
        <w:t>FARKLILAŞTIRMA</w:t>
      </w:r>
    </w:p>
    <w:p w14:paraId="7B59545F" w14:textId="77777777" w:rsidR="00607879" w:rsidRPr="00AC0511" w:rsidRDefault="00A43E66">
      <w:pPr>
        <w:rPr>
          <w:rFonts w:ascii="Comic Sans MS" w:hAnsi="Comic Sans MS"/>
          <w:sz w:val="20"/>
          <w:szCs w:val="20"/>
        </w:rPr>
      </w:pPr>
      <w:r w:rsidRPr="00AC0511">
        <w:rPr>
          <w:rFonts w:ascii="Comic Sans MS" w:hAnsi="Comic Sans MS"/>
          <w:b/>
          <w:bCs/>
          <w:color w:val="002060"/>
          <w:sz w:val="20"/>
          <w:szCs w:val="20"/>
        </w:rPr>
        <w:t>Zenginleştirme:</w:t>
      </w:r>
      <w:r w:rsidRPr="00AC0511">
        <w:rPr>
          <w:rFonts w:ascii="Comic Sans MS" w:hAnsi="Comic Sans MS"/>
          <w:color w:val="002060"/>
          <w:sz w:val="20"/>
          <w:szCs w:val="20"/>
        </w:rPr>
        <w:t xml:space="preserve"> </w:t>
      </w:r>
      <w:r w:rsidRPr="00AC0511">
        <w:rPr>
          <w:rFonts w:ascii="Comic Sans MS" w:hAnsi="Comic Sans MS"/>
          <w:sz w:val="20"/>
          <w:szCs w:val="20"/>
        </w:rPr>
        <w:t>Çocuk günlük yaşamda karşılaşabileceği yeni bir durum düşünebilir ve bu durumu resmederek kendi durum kartını hazırlayabilir. Hazırladığı kartın “Önce Kendim Denerim” veya “Yardım İsterim” alanlarından hangisine ait olduğunu açıklayabilir. Önce denemeyi gerektiren bir durumda zorlandığında neler yapabileceğini ve kimden yardım isteyebileceğini ifade edebilir.</w:t>
      </w:r>
    </w:p>
    <w:p w14:paraId="2D06C210" w14:textId="77777777" w:rsidR="00607879" w:rsidRPr="00AC0511" w:rsidRDefault="00A43E66">
      <w:pPr>
        <w:rPr>
          <w:rFonts w:ascii="Comic Sans MS" w:hAnsi="Comic Sans MS"/>
          <w:sz w:val="20"/>
          <w:szCs w:val="20"/>
        </w:rPr>
      </w:pPr>
      <w:r w:rsidRPr="00AC0511">
        <w:rPr>
          <w:rFonts w:ascii="Comic Sans MS" w:hAnsi="Comic Sans MS"/>
          <w:b/>
          <w:bCs/>
          <w:color w:val="002060"/>
          <w:sz w:val="20"/>
          <w:szCs w:val="20"/>
        </w:rPr>
        <w:t>Destekleme:</w:t>
      </w:r>
      <w:r w:rsidRPr="00AC0511">
        <w:rPr>
          <w:rFonts w:ascii="Comic Sans MS" w:hAnsi="Comic Sans MS"/>
          <w:color w:val="002060"/>
          <w:sz w:val="20"/>
          <w:szCs w:val="20"/>
        </w:rPr>
        <w:t xml:space="preserve"> </w:t>
      </w:r>
      <w:r w:rsidRPr="00AC0511">
        <w:rPr>
          <w:rFonts w:ascii="Comic Sans MS" w:hAnsi="Comic Sans MS"/>
          <w:sz w:val="20"/>
          <w:szCs w:val="20"/>
        </w:rPr>
        <w:t>Çocuğa aynı anda iki seçenek sunmak yerine durum görselleri tek tek gösterilebilir. Çocuk düşüncesini sözel olarak açıklamak yerine kartını uygun alana bırakabilir, yeşil veya mavi kartı gösterebilir ya da seçimini hareketleriyle ifade edebilir. Parkur çocuğun gelişimsel özelliklerine göre sadeleştirilebilir; zemindeki denge çizgisi kısaltılabilir. Ayakkabı giyme çalışması cırt cırtlı bir panduf veya deneme ayakkabısı üzerinde gerçekleştirilebilir. Öğretmen önce model olabilir, ardından aşamalı sözel ve görsel ipuçları sunabilir. Çocuğa denemesi için daha fazla süre tanınabilir ve yalnızca zorlandığı bölümde fiziksel destek verilebilir.</w:t>
      </w:r>
    </w:p>
    <w:p w14:paraId="774FBBE5" w14:textId="77777777" w:rsidR="00607879" w:rsidRPr="00AC0511" w:rsidRDefault="00A43E66">
      <w:pPr>
        <w:pStyle w:val="Balk1"/>
        <w:rPr>
          <w:rFonts w:ascii="Comic Sans MS" w:hAnsi="Comic Sans MS"/>
          <w:color w:val="F85883"/>
          <w:sz w:val="20"/>
          <w:szCs w:val="20"/>
        </w:rPr>
      </w:pPr>
      <w:r w:rsidRPr="00AC0511">
        <w:rPr>
          <w:rFonts w:ascii="Comic Sans MS" w:hAnsi="Comic Sans MS"/>
          <w:color w:val="F85883"/>
          <w:sz w:val="20"/>
          <w:szCs w:val="20"/>
        </w:rPr>
        <w:t>GÜNÜ DEĞERLENDİRME</w:t>
      </w:r>
    </w:p>
    <w:p w14:paraId="48E84976" w14:textId="77777777" w:rsidR="008A52AD" w:rsidRPr="00AC0511" w:rsidRDefault="00F05A43">
      <w:pPr>
        <w:rPr>
          <w:rFonts w:ascii="Comic Sans MS" w:hAnsi="Comic Sans MS"/>
          <w:sz w:val="20"/>
          <w:szCs w:val="20"/>
        </w:rPr>
      </w:pPr>
      <w:r w:rsidRPr="00AC0511">
        <w:rPr>
          <w:rFonts w:ascii="Comic Sans MS" w:hAnsi="Comic Sans MS"/>
          <w:sz w:val="20"/>
          <w:szCs w:val="20"/>
        </w:rPr>
        <w:t>Gün sonunda çocuklarla kısa bir değerlendirme çemberi oluşturulur. Çocukların gün içerisinde gerçekleştirdikleri etkinliklere ilişkin deneyimlerini, düşüncelerini ve duygularını paylaşmalarına fırsat verilir. Çocuklar kendilerini konuşarak, hareketle göstererek veya görsel seçerek ifade edebilir. Ardından aşağıdaki sorularla günün değerlendirmesi yapılır.</w:t>
      </w:r>
    </w:p>
    <w:p w14:paraId="125704B8" w14:textId="77777777" w:rsidR="008A52AD" w:rsidRPr="00AC0511" w:rsidRDefault="00F05A43">
      <w:pPr>
        <w:rPr>
          <w:rFonts w:ascii="Comic Sans MS" w:hAnsi="Comic Sans MS"/>
          <w:sz w:val="20"/>
          <w:szCs w:val="20"/>
        </w:rPr>
      </w:pPr>
      <w:r w:rsidRPr="00AC0511">
        <w:rPr>
          <w:rFonts w:ascii="Comic Sans MS" w:hAnsi="Comic Sans MS"/>
          <w:sz w:val="20"/>
          <w:szCs w:val="20"/>
        </w:rPr>
        <w:t>• Kanga’nın pandufunu giymesi için neler önerdin? Sen ayakkabını giyerken nasıl bir yol denedin?</w:t>
      </w:r>
    </w:p>
    <w:p w14:paraId="2F5CB9F2" w14:textId="77777777" w:rsidR="008A52AD" w:rsidRPr="00AC0511" w:rsidRDefault="00F05A43">
      <w:pPr>
        <w:rPr>
          <w:rFonts w:ascii="Comic Sans MS" w:hAnsi="Comic Sans MS"/>
          <w:sz w:val="20"/>
          <w:szCs w:val="20"/>
        </w:rPr>
      </w:pPr>
      <w:r w:rsidRPr="00AC0511">
        <w:rPr>
          <w:rFonts w:ascii="Comic Sans MS" w:hAnsi="Comic Sans MS"/>
          <w:sz w:val="20"/>
          <w:szCs w:val="20"/>
        </w:rPr>
        <w:t>• Durum kartlarını hangi alana yerleştireceğine nasıl karar verdin?</w:t>
      </w:r>
    </w:p>
    <w:p w14:paraId="13564E1C" w14:textId="77777777" w:rsidR="008A52AD" w:rsidRPr="00AC0511" w:rsidRDefault="00F05A43">
      <w:pPr>
        <w:rPr>
          <w:rFonts w:ascii="Comic Sans MS" w:hAnsi="Comic Sans MS"/>
          <w:sz w:val="20"/>
          <w:szCs w:val="20"/>
        </w:rPr>
      </w:pPr>
      <w:r w:rsidRPr="00AC0511">
        <w:rPr>
          <w:rFonts w:ascii="Comic Sans MS" w:hAnsi="Comic Sans MS"/>
          <w:sz w:val="20"/>
          <w:szCs w:val="20"/>
        </w:rPr>
        <w:t>• Hangi durumlarda beklemeden bir yetişkinden yardım istemelisin?</w:t>
      </w:r>
    </w:p>
    <w:p w14:paraId="70FF4FCD" w14:textId="77777777" w:rsidR="008A52AD" w:rsidRPr="00AC0511" w:rsidRDefault="00F05A43">
      <w:pPr>
        <w:rPr>
          <w:rFonts w:ascii="Comic Sans MS" w:hAnsi="Comic Sans MS"/>
          <w:sz w:val="20"/>
          <w:szCs w:val="20"/>
        </w:rPr>
      </w:pPr>
      <w:r w:rsidRPr="00AC0511">
        <w:rPr>
          <w:rFonts w:ascii="Comic Sans MS" w:hAnsi="Comic Sans MS"/>
          <w:sz w:val="20"/>
          <w:szCs w:val="20"/>
        </w:rPr>
        <w:t>• Kanguru parkurunda kendinin ve arkadaşlarının güvenliği için nelere dikkat ettin?</w:t>
      </w:r>
    </w:p>
    <w:p w14:paraId="0DA55E31" w14:textId="77777777" w:rsidR="008A52AD" w:rsidRPr="00AC0511" w:rsidRDefault="00F05A43">
      <w:pPr>
        <w:rPr>
          <w:rFonts w:ascii="Comic Sans MS" w:hAnsi="Comic Sans MS"/>
          <w:sz w:val="20"/>
          <w:szCs w:val="20"/>
        </w:rPr>
      </w:pPr>
      <w:r w:rsidRPr="00AC0511">
        <w:rPr>
          <w:rFonts w:ascii="Comic Sans MS" w:hAnsi="Comic Sans MS"/>
          <w:sz w:val="20"/>
          <w:szCs w:val="20"/>
        </w:rPr>
        <w:t>• Müzik eşliğinde hangi hareketleri yaptın?</w:t>
      </w:r>
    </w:p>
    <w:p w14:paraId="1C1B34E0" w14:textId="77777777" w:rsidR="008A52AD" w:rsidRPr="00AC0511" w:rsidRDefault="00F05A43">
      <w:pPr>
        <w:rPr>
          <w:rFonts w:ascii="Comic Sans MS" w:hAnsi="Comic Sans MS"/>
          <w:sz w:val="20"/>
          <w:szCs w:val="20"/>
        </w:rPr>
      </w:pPr>
      <w:r w:rsidRPr="00AC0511">
        <w:rPr>
          <w:rFonts w:ascii="Comic Sans MS" w:hAnsi="Comic Sans MS"/>
          <w:sz w:val="20"/>
          <w:szCs w:val="20"/>
        </w:rPr>
        <w:t>• Cesaret keseni nasıl hazırladın? İçine hangi görselleri koydun?</w:t>
      </w:r>
    </w:p>
    <w:p w14:paraId="5AC83C41" w14:textId="77777777" w:rsidR="008A52AD" w:rsidRPr="00AC0511" w:rsidRDefault="00F05A43">
      <w:pPr>
        <w:rPr>
          <w:rFonts w:ascii="Comic Sans MS" w:hAnsi="Comic Sans MS"/>
          <w:sz w:val="20"/>
          <w:szCs w:val="20"/>
        </w:rPr>
      </w:pPr>
      <w:r w:rsidRPr="00AC0511">
        <w:rPr>
          <w:rFonts w:ascii="Comic Sans MS" w:hAnsi="Comic Sans MS"/>
          <w:sz w:val="20"/>
          <w:szCs w:val="20"/>
        </w:rPr>
        <w:t>• Bugün en çok hangi etkinlikten hoşlandın? Neden?</w:t>
      </w:r>
    </w:p>
    <w:p w14:paraId="4EBC835F" w14:textId="77777777" w:rsidR="008A52AD" w:rsidRPr="00AC0511" w:rsidRDefault="00F05A43">
      <w:pPr>
        <w:rPr>
          <w:rFonts w:ascii="Comic Sans MS" w:hAnsi="Comic Sans MS"/>
          <w:sz w:val="20"/>
          <w:szCs w:val="20"/>
        </w:rPr>
      </w:pPr>
      <w:r w:rsidRPr="00AC0511">
        <w:rPr>
          <w:rFonts w:ascii="Comic Sans MS" w:hAnsi="Comic Sans MS"/>
          <w:sz w:val="20"/>
          <w:szCs w:val="20"/>
        </w:rPr>
        <w:t>• Zorlandığın bir bölüm oldu mu? O sırada nasıl hissettin ve ne yaptın?</w:t>
      </w:r>
    </w:p>
    <w:p w14:paraId="3108B3B9" w14:textId="77777777" w:rsidR="008A52AD" w:rsidRPr="00AC0511" w:rsidRDefault="00F05A43">
      <w:pPr>
        <w:rPr>
          <w:rFonts w:ascii="Comic Sans MS" w:hAnsi="Comic Sans MS"/>
          <w:sz w:val="20"/>
          <w:szCs w:val="20"/>
        </w:rPr>
      </w:pPr>
      <w:r w:rsidRPr="00AC0511">
        <w:rPr>
          <w:rFonts w:ascii="Comic Sans MS" w:hAnsi="Comic Sans MS"/>
          <w:sz w:val="20"/>
          <w:szCs w:val="20"/>
        </w:rPr>
        <w:t>• Bugün kendi başına yapabildiğin bir iş neydi? Evde hangi güvenli işi kendin denemek istersin?</w:t>
      </w:r>
    </w:p>
    <w:p w14:paraId="35E37C60" w14:textId="77777777" w:rsidR="008A52AD" w:rsidRPr="00AC0511" w:rsidRDefault="00F05A43">
      <w:pPr>
        <w:rPr>
          <w:rFonts w:ascii="Comic Sans MS" w:hAnsi="Comic Sans MS"/>
          <w:sz w:val="20"/>
          <w:szCs w:val="20"/>
        </w:rPr>
      </w:pPr>
      <w:r w:rsidRPr="00AC0511">
        <w:rPr>
          <w:rFonts w:ascii="Comic Sans MS" w:hAnsi="Comic Sans MS"/>
          <w:sz w:val="20"/>
          <w:szCs w:val="20"/>
        </w:rPr>
        <w:t>Çocukların verdikleri yanıtlar ve gün boyunca yapılan gözlemler çocuk, program ve öğretmen açısından birlikte değerlendirilir. Değerlendirme, uygulama sonrasında elde edilen gözlemlere dayanılarak yapılır; aşağıdaki boyutlar dikkate alınır.</w:t>
      </w:r>
    </w:p>
    <w:p w14:paraId="50A7541A" w14:textId="68A4E3C4" w:rsidR="009B46F3" w:rsidRPr="00AC0511" w:rsidRDefault="009B46F3" w:rsidP="009B46F3">
      <w:pPr>
        <w:spacing w:after="0" w:line="240" w:lineRule="auto"/>
        <w:rPr>
          <w:rFonts w:ascii="Comic Sans MS" w:eastAsia="Times New Roman" w:hAnsi="Comic Sans MS" w:cs="Times New Roman"/>
          <w:sz w:val="20"/>
          <w:szCs w:val="20"/>
          <w:lang w:val="tr-TR" w:eastAsia="tr-TR"/>
        </w:rPr>
      </w:pPr>
      <w:r w:rsidRPr="00AC0511">
        <w:rPr>
          <w:rFonts w:ascii="Comic Sans MS" w:eastAsia="Times New Roman" w:hAnsi="Comic Sans MS" w:cs="Times New Roman"/>
          <w:b/>
          <w:bCs/>
          <w:sz w:val="20"/>
          <w:szCs w:val="20"/>
          <w:lang w:val="tr-TR" w:eastAsia="tr-TR"/>
        </w:rPr>
        <w:t>Çocuk açısından:</w:t>
      </w:r>
      <w:r w:rsidRPr="00AC0511">
        <w:rPr>
          <w:rFonts w:ascii="Comic Sans MS" w:eastAsia="Times New Roman" w:hAnsi="Comic Sans MS" w:cs="Times New Roman"/>
          <w:sz w:val="20"/>
          <w:szCs w:val="20"/>
          <w:lang w:val="tr-TR" w:eastAsia="tr-TR"/>
        </w:rPr>
        <w:t xml:space="preserve"> Çocukların çoğu ayakkabısını bağımsız giymeyi denedi. Bazı çocuklar yardım istemek için sözel hatırlatmaya ihtiyaç duydu. </w:t>
      </w:r>
    </w:p>
    <w:p w14:paraId="3E5259B0" w14:textId="035190B5" w:rsidR="009B46F3" w:rsidRPr="00AC0511" w:rsidRDefault="009B46F3" w:rsidP="009B46F3">
      <w:pPr>
        <w:spacing w:after="0" w:line="240" w:lineRule="auto"/>
        <w:rPr>
          <w:rFonts w:ascii="Comic Sans MS" w:eastAsia="Times New Roman" w:hAnsi="Comic Sans MS" w:cs="Times New Roman"/>
          <w:sz w:val="20"/>
          <w:szCs w:val="20"/>
          <w:lang w:val="tr-TR" w:eastAsia="tr-TR"/>
        </w:rPr>
      </w:pPr>
      <w:r w:rsidRPr="00AC0511">
        <w:rPr>
          <w:rFonts w:ascii="Comic Sans MS" w:eastAsia="Times New Roman" w:hAnsi="Comic Sans MS" w:cs="Times New Roman"/>
          <w:b/>
          <w:bCs/>
          <w:sz w:val="20"/>
          <w:szCs w:val="20"/>
          <w:lang w:val="tr-TR" w:eastAsia="tr-TR"/>
        </w:rPr>
        <w:t>Program açısından:</w:t>
      </w:r>
      <w:r w:rsidRPr="00AC0511">
        <w:rPr>
          <w:rFonts w:ascii="Comic Sans MS" w:eastAsia="Times New Roman" w:hAnsi="Comic Sans MS" w:cs="Times New Roman"/>
          <w:sz w:val="20"/>
          <w:szCs w:val="20"/>
          <w:lang w:val="tr-TR" w:eastAsia="tr-TR"/>
        </w:rPr>
        <w:t xml:space="preserve"> Durum kartları çocukların ilgisini çekti. Parkurda bekleme süresi uzadığı için sonraki uygulamada küçük gruplarla çalışılması planlandı. </w:t>
      </w:r>
    </w:p>
    <w:p w14:paraId="47EB1852" w14:textId="77777777" w:rsidR="009B46F3" w:rsidRPr="00AC0511" w:rsidRDefault="009B46F3" w:rsidP="009B46F3">
      <w:pPr>
        <w:rPr>
          <w:rFonts w:ascii="Comic Sans MS" w:eastAsia="Times New Roman" w:hAnsi="Comic Sans MS" w:cs="Times New Roman"/>
          <w:sz w:val="20"/>
          <w:szCs w:val="20"/>
          <w:lang w:val="tr-TR" w:eastAsia="tr-TR"/>
        </w:rPr>
      </w:pPr>
      <w:r w:rsidRPr="00AC0511">
        <w:rPr>
          <w:rFonts w:ascii="Comic Sans MS" w:eastAsia="Times New Roman" w:hAnsi="Comic Sans MS" w:cs="Times New Roman"/>
          <w:b/>
          <w:bCs/>
          <w:sz w:val="20"/>
          <w:szCs w:val="20"/>
          <w:lang w:val="tr-TR" w:eastAsia="tr-TR"/>
        </w:rPr>
        <w:t>Öğretmen açısından:</w:t>
      </w:r>
      <w:r w:rsidRPr="00AC0511">
        <w:rPr>
          <w:rFonts w:ascii="Comic Sans MS" w:eastAsia="Times New Roman" w:hAnsi="Comic Sans MS" w:cs="Times New Roman"/>
          <w:sz w:val="20"/>
          <w:szCs w:val="20"/>
          <w:lang w:val="tr-TR" w:eastAsia="tr-TR"/>
        </w:rPr>
        <w:t xml:space="preserve"> Çocuklara denemeleri için yeterli süre tanındı. Yardım istemekte zorlanan çocuklar için görsel ipuçlarının artırılmasına karar verildi. </w:t>
      </w:r>
    </w:p>
    <w:p w14:paraId="58D5A03E" w14:textId="695DA0B4" w:rsidR="008A52AD" w:rsidRPr="00AC0511" w:rsidRDefault="00F05A43" w:rsidP="009B46F3">
      <w:pPr>
        <w:rPr>
          <w:rFonts w:ascii="Comic Sans MS" w:hAnsi="Comic Sans MS"/>
          <w:sz w:val="20"/>
          <w:szCs w:val="20"/>
        </w:rPr>
      </w:pPr>
      <w:r w:rsidRPr="00AC0511">
        <w:rPr>
          <w:rFonts w:ascii="Comic Sans MS" w:hAnsi="Comic Sans MS"/>
          <w:sz w:val="20"/>
          <w:szCs w:val="20"/>
        </w:rPr>
        <w:t xml:space="preserve">Bu </w:t>
      </w:r>
      <w:proofErr w:type="spellStart"/>
      <w:r w:rsidRPr="00AC0511">
        <w:rPr>
          <w:rFonts w:ascii="Comic Sans MS" w:hAnsi="Comic Sans MS"/>
          <w:sz w:val="20"/>
          <w:szCs w:val="20"/>
        </w:rPr>
        <w:t>değerlendirmeler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doğrultusunda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yeniden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ele</w:t>
      </w:r>
      <w:proofErr w:type="spellEnd"/>
      <w:r w:rsidRPr="00AC0511">
        <w:rPr>
          <w:rFonts w:ascii="Comic Sans MS" w:hAnsi="Comic Sans MS"/>
          <w:sz w:val="20"/>
          <w:szCs w:val="20"/>
        </w:rPr>
        <w:t xml:space="preserve"> alınacak öğrenme çıktıları, bireysel destekler, materyal ve ortam düzenlemeleri belirlenerek sonraki öğrenme-öğretme uygulamaları planlanır.</w:t>
      </w:r>
    </w:p>
    <w:p w14:paraId="16714D0F" w14:textId="7D95A632" w:rsidR="00607879" w:rsidRPr="00AC0511" w:rsidRDefault="00A43E66">
      <w:pPr>
        <w:pStyle w:val="Balk1"/>
        <w:rPr>
          <w:rFonts w:ascii="Comic Sans MS" w:hAnsi="Comic Sans MS"/>
          <w:color w:val="F85883"/>
          <w:sz w:val="20"/>
          <w:szCs w:val="20"/>
        </w:rPr>
      </w:pPr>
      <w:r w:rsidRPr="00AC0511">
        <w:rPr>
          <w:rFonts w:ascii="Comic Sans MS" w:hAnsi="Comic Sans MS"/>
          <w:color w:val="F85883"/>
          <w:sz w:val="20"/>
          <w:szCs w:val="20"/>
        </w:rPr>
        <w:lastRenderedPageBreak/>
        <w:t>AİLE VE TOPLUM KATILIMI</w:t>
      </w:r>
    </w:p>
    <w:p w14:paraId="694306DE" w14:textId="77777777" w:rsidR="00AC0511" w:rsidRPr="00AC0511" w:rsidRDefault="00AC0511" w:rsidP="00AC0511">
      <w:pPr>
        <w:autoSpaceDE w:val="0"/>
        <w:autoSpaceDN w:val="0"/>
        <w:adjustRightInd w:val="0"/>
        <w:spacing w:after="0"/>
        <w:rPr>
          <w:rFonts w:ascii="Comic Sans MS" w:hAnsi="Comic Sans MS"/>
          <w:sz w:val="20"/>
          <w:szCs w:val="20"/>
        </w:rPr>
      </w:pPr>
      <w:r w:rsidRPr="00AC0511">
        <w:rPr>
          <w:rFonts w:ascii="Comic Sans MS" w:hAnsi="Comic Sans MS"/>
          <w:b/>
          <w:bCs/>
          <w:color w:val="2E74B5"/>
          <w:sz w:val="20"/>
          <w:szCs w:val="20"/>
        </w:rPr>
        <w:t xml:space="preserve">Aile </w:t>
      </w:r>
      <w:proofErr w:type="spellStart"/>
      <w:r w:rsidRPr="00AC0511">
        <w:rPr>
          <w:rFonts w:ascii="Comic Sans MS" w:hAnsi="Comic Sans MS"/>
          <w:b/>
          <w:bCs/>
          <w:color w:val="2E74B5"/>
          <w:sz w:val="20"/>
          <w:szCs w:val="20"/>
        </w:rPr>
        <w:t>Katılımı</w:t>
      </w:r>
      <w:proofErr w:type="spellEnd"/>
      <w:r w:rsidRPr="00AC0511">
        <w:rPr>
          <w:rFonts w:ascii="Comic Sans MS" w:hAnsi="Comic Sans MS"/>
          <w:b/>
          <w:bCs/>
          <w:color w:val="2E74B5"/>
          <w:sz w:val="20"/>
          <w:szCs w:val="20"/>
        </w:rPr>
        <w:t>:</w:t>
      </w:r>
      <w:r w:rsidRPr="00AC0511">
        <w:rPr>
          <w:rFonts w:ascii="Comic Sans MS" w:hAnsi="Comic Sans MS"/>
          <w:color w:val="2E74B5"/>
          <w:sz w:val="20"/>
          <w:szCs w:val="20"/>
        </w:rPr>
        <w:t xml:space="preserve"> </w:t>
      </w:r>
    </w:p>
    <w:p w14:paraId="4B6B5062" w14:textId="77777777" w:rsidR="00AC0511" w:rsidRPr="00AC0511" w:rsidRDefault="00AC0511" w:rsidP="00AC0511">
      <w:pPr>
        <w:rPr>
          <w:rFonts w:ascii="Comic Sans MS" w:hAnsi="Comic Sans MS"/>
          <w:sz w:val="20"/>
          <w:szCs w:val="20"/>
        </w:rPr>
      </w:pPr>
      <w:proofErr w:type="spellStart"/>
      <w:r w:rsidRPr="00AC0511">
        <w:rPr>
          <w:rFonts w:ascii="Comic Sans MS" w:hAnsi="Comic Sans MS"/>
          <w:sz w:val="20"/>
          <w:szCs w:val="20"/>
        </w:rPr>
        <w:t>Ailelere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bilgi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notu</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gönderilir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Çocuğun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evde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ayakkabı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giyme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çanta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açma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veya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oyuncak</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toplama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gibi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güvenli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bir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işi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denemesine</w:t>
      </w:r>
      <w:proofErr w:type="spellEnd"/>
      <w:r w:rsidRPr="00AC0511">
        <w:rPr>
          <w:rFonts w:ascii="Comic Sans MS" w:hAnsi="Comic Sans MS"/>
          <w:sz w:val="20"/>
          <w:szCs w:val="20"/>
        </w:rPr>
        <w:t xml:space="preserve"> zaman </w:t>
      </w:r>
      <w:proofErr w:type="spellStart"/>
      <w:r w:rsidRPr="00AC0511">
        <w:rPr>
          <w:rFonts w:ascii="Comic Sans MS" w:hAnsi="Comic Sans MS"/>
          <w:sz w:val="20"/>
          <w:szCs w:val="20"/>
        </w:rPr>
        <w:t>tanımaları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zorlandığında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yalnızca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ihtiyaç</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duyduğu</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bölümde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destek</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olmaları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istenir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Çocuğun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denediği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işi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ve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kullandığı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yardım</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ifadesini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öğretmenle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paylaşmaları</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önerilir</w:t>
      </w:r>
      <w:proofErr w:type="spellEnd"/>
      <w:r w:rsidRPr="00AC0511">
        <w:rPr>
          <w:rFonts w:ascii="Comic Sans MS" w:hAnsi="Comic Sans MS"/>
          <w:sz w:val="20"/>
          <w:szCs w:val="20"/>
        </w:rPr>
        <w:t>.</w:t>
      </w:r>
    </w:p>
    <w:p w14:paraId="6EF7A25B" w14:textId="77777777" w:rsidR="00AC0511" w:rsidRPr="00AC0511" w:rsidRDefault="00AC0511" w:rsidP="00AC0511">
      <w:pPr>
        <w:autoSpaceDE w:val="0"/>
        <w:autoSpaceDN w:val="0"/>
        <w:adjustRightInd w:val="0"/>
        <w:spacing w:after="0"/>
        <w:rPr>
          <w:rFonts w:ascii="Comic Sans MS" w:hAnsi="Comic Sans MS"/>
          <w:sz w:val="20"/>
          <w:szCs w:val="20"/>
        </w:rPr>
      </w:pPr>
      <w:proofErr w:type="spellStart"/>
      <w:r w:rsidRPr="00AC0511">
        <w:rPr>
          <w:rFonts w:ascii="Comic Sans MS" w:hAnsi="Comic Sans MS"/>
          <w:b/>
          <w:bCs/>
          <w:color w:val="2E74B5"/>
          <w:sz w:val="20"/>
          <w:szCs w:val="20"/>
        </w:rPr>
        <w:t>Toplum</w:t>
      </w:r>
      <w:proofErr w:type="spellEnd"/>
      <w:r w:rsidRPr="00AC0511">
        <w:rPr>
          <w:rFonts w:ascii="Comic Sans MS" w:hAnsi="Comic Sans MS"/>
          <w:b/>
          <w:bCs/>
          <w:color w:val="2E74B5"/>
          <w:sz w:val="20"/>
          <w:szCs w:val="20"/>
        </w:rPr>
        <w:t xml:space="preserve"> </w:t>
      </w:r>
      <w:proofErr w:type="spellStart"/>
      <w:r w:rsidRPr="00AC0511">
        <w:rPr>
          <w:rFonts w:ascii="Comic Sans MS" w:hAnsi="Comic Sans MS"/>
          <w:b/>
          <w:bCs/>
          <w:color w:val="2E74B5"/>
          <w:sz w:val="20"/>
          <w:szCs w:val="20"/>
        </w:rPr>
        <w:t>Katılımı</w:t>
      </w:r>
      <w:proofErr w:type="spellEnd"/>
      <w:r w:rsidRPr="00AC0511">
        <w:rPr>
          <w:rFonts w:ascii="Comic Sans MS" w:hAnsi="Comic Sans MS"/>
          <w:b/>
          <w:bCs/>
          <w:color w:val="2E74B5"/>
          <w:sz w:val="20"/>
          <w:szCs w:val="20"/>
        </w:rPr>
        <w:t>:</w:t>
      </w:r>
      <w:r w:rsidRPr="00AC0511">
        <w:rPr>
          <w:rFonts w:ascii="Comic Sans MS" w:hAnsi="Comic Sans MS"/>
          <w:color w:val="2E74B5"/>
          <w:sz w:val="20"/>
          <w:szCs w:val="20"/>
        </w:rPr>
        <w:t xml:space="preserve"> </w:t>
      </w:r>
    </w:p>
    <w:p w14:paraId="6583C0AC" w14:textId="3D82AACF" w:rsidR="00AC0511" w:rsidRPr="00AC0511" w:rsidRDefault="00AC0511" w:rsidP="00AC0511">
      <w:pPr>
        <w:pStyle w:val="Balk1"/>
        <w:rPr>
          <w:rFonts w:ascii="Comic Sans MS" w:hAnsi="Comic Sans MS"/>
          <w:b w:val="0"/>
          <w:bCs w:val="0"/>
          <w:color w:val="002060"/>
          <w:sz w:val="20"/>
          <w:szCs w:val="20"/>
          <w:lang w:eastAsia="tr-TR"/>
        </w:rPr>
      </w:pPr>
      <w:r w:rsidRPr="00AC0511">
        <w:rPr>
          <w:rFonts w:ascii="Comic Sans MS" w:hAnsi="Comic Sans MS"/>
          <w:color w:val="002060"/>
          <w:sz w:val="20"/>
          <w:szCs w:val="20"/>
        </w:rPr>
        <w:t>İLE BİLGİ NOTU</w:t>
      </w:r>
    </w:p>
    <w:p w14:paraId="0A837468" w14:textId="77777777" w:rsidR="00AC0511" w:rsidRPr="00AC0511" w:rsidRDefault="00AC0511" w:rsidP="00AC0511">
      <w:pPr>
        <w:pStyle w:val="Balk2"/>
        <w:spacing w:before="0" w:after="0"/>
        <w:rPr>
          <w:rFonts w:ascii="Comic Sans MS" w:hAnsi="Comic Sans MS"/>
          <w:color w:val="000000" w:themeColor="text1"/>
          <w:sz w:val="20"/>
          <w:szCs w:val="20"/>
        </w:rPr>
      </w:pPr>
      <w:proofErr w:type="spellStart"/>
      <w:r w:rsidRPr="00AC0511">
        <w:rPr>
          <w:rFonts w:ascii="Comic Sans MS" w:hAnsi="Comic Sans MS"/>
          <w:color w:val="000000" w:themeColor="text1"/>
          <w:sz w:val="20"/>
          <w:szCs w:val="20"/>
        </w:rPr>
        <w:t>Önce</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Deniyorum</w:t>
      </w:r>
      <w:proofErr w:type="spellEnd"/>
      <w:r w:rsidRPr="00AC0511">
        <w:rPr>
          <w:rFonts w:ascii="Comic Sans MS" w:hAnsi="Comic Sans MS"/>
          <w:color w:val="000000" w:themeColor="text1"/>
          <w:sz w:val="20"/>
          <w:szCs w:val="20"/>
        </w:rPr>
        <w:t xml:space="preserve">, </w:t>
      </w:r>
      <w:proofErr w:type="spellStart"/>
      <w:r w:rsidRPr="00AC0511">
        <w:rPr>
          <w:rFonts w:ascii="Comic Sans MS" w:hAnsi="Comic Sans MS"/>
          <w:color w:val="000000" w:themeColor="text1"/>
          <w:sz w:val="20"/>
          <w:szCs w:val="20"/>
        </w:rPr>
        <w:t>Gerektiğinde</w:t>
      </w:r>
      <w:proofErr w:type="spellEnd"/>
      <w:r w:rsidRPr="00AC0511">
        <w:rPr>
          <w:rFonts w:ascii="Comic Sans MS" w:hAnsi="Comic Sans MS"/>
          <w:color w:val="000000" w:themeColor="text1"/>
          <w:sz w:val="20"/>
          <w:szCs w:val="20"/>
        </w:rPr>
        <w:t xml:space="preserve"> Yardım </w:t>
      </w:r>
      <w:proofErr w:type="spellStart"/>
      <w:r w:rsidRPr="00AC0511">
        <w:rPr>
          <w:rFonts w:ascii="Comic Sans MS" w:hAnsi="Comic Sans MS"/>
          <w:color w:val="000000" w:themeColor="text1"/>
          <w:sz w:val="20"/>
          <w:szCs w:val="20"/>
        </w:rPr>
        <w:t>İstiyorum</w:t>
      </w:r>
      <w:proofErr w:type="spellEnd"/>
    </w:p>
    <w:p w14:paraId="70157F2A" w14:textId="77777777" w:rsidR="00AC0511" w:rsidRPr="00AC0511" w:rsidRDefault="00AC0511" w:rsidP="00AC0511">
      <w:pPr>
        <w:pStyle w:val="NormalWeb"/>
        <w:spacing w:before="0" w:after="0"/>
        <w:rPr>
          <w:rFonts w:ascii="Comic Sans MS" w:hAnsi="Comic Sans MS"/>
          <w:sz w:val="20"/>
          <w:szCs w:val="20"/>
        </w:rPr>
      </w:pPr>
      <w:r w:rsidRPr="00AC0511">
        <w:rPr>
          <w:rStyle w:val="Gl"/>
          <w:rFonts w:ascii="Comic Sans MS" w:hAnsi="Comic Sans MS"/>
          <w:color w:val="000000" w:themeColor="text1"/>
          <w:sz w:val="20"/>
          <w:szCs w:val="20"/>
        </w:rPr>
        <w:t xml:space="preserve">Sevgili Ailemiz, </w:t>
      </w:r>
      <w:r w:rsidRPr="00AC0511">
        <w:rPr>
          <w:rStyle w:val="Gl"/>
          <w:rFonts w:ascii="Segoe UI Emoji" w:hAnsi="Segoe UI Emoji" w:cs="Segoe UI Emoji"/>
          <w:sz w:val="20"/>
          <w:szCs w:val="20"/>
        </w:rPr>
        <w:t>❤️</w:t>
      </w:r>
    </w:p>
    <w:p w14:paraId="03BC4FBE"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Bugün çocuklarımızla yapabilecekleri işleri önce kendilerinin denemelerinin ve zorlandıklarında uygun bir şekilde yardım istemelerinin önemini konuştuk.</w:t>
      </w:r>
    </w:p>
    <w:p w14:paraId="6A4BEBA3"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 xml:space="preserve">Kanguru </w:t>
      </w:r>
      <w:proofErr w:type="spellStart"/>
      <w:r w:rsidRPr="00AC0511">
        <w:rPr>
          <w:rFonts w:ascii="Comic Sans MS" w:hAnsi="Comic Sans MS"/>
          <w:sz w:val="20"/>
          <w:szCs w:val="20"/>
        </w:rPr>
        <w:t>Kanga</w:t>
      </w:r>
      <w:proofErr w:type="spellEnd"/>
      <w:r w:rsidRPr="00AC0511">
        <w:rPr>
          <w:rFonts w:ascii="Comic Sans MS" w:hAnsi="Comic Sans MS"/>
          <w:sz w:val="20"/>
          <w:szCs w:val="20"/>
        </w:rPr>
        <w:t xml:space="preserve"> ile </w:t>
      </w:r>
      <w:proofErr w:type="spellStart"/>
      <w:r w:rsidRPr="00AC0511">
        <w:rPr>
          <w:rFonts w:ascii="Comic Sans MS" w:hAnsi="Comic Sans MS"/>
          <w:sz w:val="20"/>
          <w:szCs w:val="20"/>
        </w:rPr>
        <w:t>panduflarımızı</w:t>
      </w:r>
      <w:proofErr w:type="spellEnd"/>
      <w:r w:rsidRPr="00AC0511">
        <w:rPr>
          <w:rFonts w:ascii="Comic Sans MS" w:hAnsi="Comic Sans MS"/>
          <w:sz w:val="20"/>
          <w:szCs w:val="20"/>
        </w:rPr>
        <w:t xml:space="preserve"> ve ayakkabılarımızı giymeyi denedik. Günlük yaşamdan farklı durumları inceleyerek hangilerinde önce kendimizin deneyebileceğini, hangilerinde ise bir yetişkinden yardım istememiz gerektiğini öğrendik. Oyun, hareket ve sanat çalışmaları sırasında:</w:t>
      </w:r>
    </w:p>
    <w:p w14:paraId="7D9BAE38" w14:textId="77777777" w:rsidR="00AC0511" w:rsidRPr="00AC0511" w:rsidRDefault="00AC0511" w:rsidP="00AC0511">
      <w:pPr>
        <w:numPr>
          <w:ilvl w:val="0"/>
          <w:numId w:val="12"/>
        </w:numPr>
        <w:spacing w:after="0" w:line="240" w:lineRule="auto"/>
        <w:rPr>
          <w:rFonts w:ascii="Comic Sans MS" w:hAnsi="Comic Sans MS"/>
          <w:sz w:val="20"/>
          <w:szCs w:val="20"/>
        </w:rPr>
      </w:pPr>
      <w:r w:rsidRPr="00AC0511">
        <w:rPr>
          <w:rFonts w:ascii="Comic Sans MS" w:hAnsi="Comic Sans MS"/>
          <w:sz w:val="20"/>
          <w:szCs w:val="20"/>
        </w:rPr>
        <w:t>“</w:t>
      </w:r>
      <w:proofErr w:type="spellStart"/>
      <w:r w:rsidRPr="00AC0511">
        <w:rPr>
          <w:rFonts w:ascii="Comic Sans MS" w:hAnsi="Comic Sans MS"/>
          <w:sz w:val="20"/>
          <w:szCs w:val="20"/>
        </w:rPr>
        <w:t>Önce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kendim</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denerim</w:t>
      </w:r>
      <w:proofErr w:type="spellEnd"/>
      <w:r w:rsidRPr="00AC0511">
        <w:rPr>
          <w:rFonts w:ascii="Comic Sans MS" w:hAnsi="Comic Sans MS"/>
          <w:sz w:val="20"/>
          <w:szCs w:val="20"/>
        </w:rPr>
        <w:t xml:space="preserve">.” </w:t>
      </w:r>
    </w:p>
    <w:p w14:paraId="58778AA9" w14:textId="77777777" w:rsidR="00AC0511" w:rsidRPr="00AC0511" w:rsidRDefault="00AC0511" w:rsidP="00AC0511">
      <w:pPr>
        <w:numPr>
          <w:ilvl w:val="0"/>
          <w:numId w:val="12"/>
        </w:numPr>
        <w:spacing w:after="0" w:line="240" w:lineRule="auto"/>
        <w:rPr>
          <w:rFonts w:ascii="Comic Sans MS" w:hAnsi="Comic Sans MS"/>
          <w:sz w:val="20"/>
          <w:szCs w:val="20"/>
        </w:rPr>
      </w:pPr>
      <w:r w:rsidRPr="00AC0511">
        <w:rPr>
          <w:rFonts w:ascii="Comic Sans MS" w:hAnsi="Comic Sans MS"/>
          <w:sz w:val="20"/>
          <w:szCs w:val="20"/>
        </w:rPr>
        <w:t>“</w:t>
      </w:r>
      <w:proofErr w:type="spellStart"/>
      <w:r w:rsidRPr="00AC0511">
        <w:rPr>
          <w:rFonts w:ascii="Comic Sans MS" w:hAnsi="Comic Sans MS"/>
          <w:sz w:val="20"/>
          <w:szCs w:val="20"/>
        </w:rPr>
        <w:t>Olmazsa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yardım</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isterim</w:t>
      </w:r>
      <w:proofErr w:type="spellEnd"/>
      <w:r w:rsidRPr="00AC0511">
        <w:rPr>
          <w:rFonts w:ascii="Comic Sans MS" w:hAnsi="Comic Sans MS"/>
          <w:sz w:val="20"/>
          <w:szCs w:val="20"/>
        </w:rPr>
        <w:t xml:space="preserve">.” </w:t>
      </w:r>
    </w:p>
    <w:p w14:paraId="7D0F5A05" w14:textId="77777777" w:rsidR="00AC0511" w:rsidRPr="00AC0511" w:rsidRDefault="00AC0511" w:rsidP="00AC0511">
      <w:pPr>
        <w:numPr>
          <w:ilvl w:val="0"/>
          <w:numId w:val="12"/>
        </w:numPr>
        <w:spacing w:after="0" w:line="240" w:lineRule="auto"/>
        <w:rPr>
          <w:rFonts w:ascii="Comic Sans MS" w:hAnsi="Comic Sans MS"/>
          <w:sz w:val="20"/>
          <w:szCs w:val="20"/>
        </w:rPr>
      </w:pPr>
      <w:r w:rsidRPr="00AC0511">
        <w:rPr>
          <w:rFonts w:ascii="Comic Sans MS" w:hAnsi="Comic Sans MS"/>
          <w:sz w:val="20"/>
          <w:szCs w:val="20"/>
        </w:rPr>
        <w:t xml:space="preserve">“Yardım </w:t>
      </w:r>
      <w:proofErr w:type="spellStart"/>
      <w:r w:rsidRPr="00AC0511">
        <w:rPr>
          <w:rFonts w:ascii="Comic Sans MS" w:hAnsi="Comic Sans MS"/>
          <w:sz w:val="20"/>
          <w:szCs w:val="20"/>
        </w:rPr>
        <w:t>eder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misin</w:t>
      </w:r>
      <w:proofErr w:type="spellEnd"/>
      <w:r w:rsidRPr="00AC0511">
        <w:rPr>
          <w:rFonts w:ascii="Comic Sans MS" w:hAnsi="Comic Sans MS"/>
          <w:sz w:val="20"/>
          <w:szCs w:val="20"/>
        </w:rPr>
        <w:t xml:space="preserve">?” </w:t>
      </w:r>
    </w:p>
    <w:p w14:paraId="50FD6FD8" w14:textId="77777777" w:rsidR="00AC0511" w:rsidRPr="00AC0511" w:rsidRDefault="00AC0511" w:rsidP="00AC0511">
      <w:pPr>
        <w:pStyle w:val="NormalWeb"/>
        <w:spacing w:before="0" w:after="0"/>
        <w:rPr>
          <w:rFonts w:ascii="Comic Sans MS" w:hAnsi="Comic Sans MS"/>
          <w:sz w:val="20"/>
          <w:szCs w:val="20"/>
        </w:rPr>
      </w:pPr>
      <w:proofErr w:type="gramStart"/>
      <w:r w:rsidRPr="00AC0511">
        <w:rPr>
          <w:rFonts w:ascii="Comic Sans MS" w:hAnsi="Comic Sans MS"/>
          <w:sz w:val="20"/>
          <w:szCs w:val="20"/>
        </w:rPr>
        <w:t>cümlelerini</w:t>
      </w:r>
      <w:proofErr w:type="gramEnd"/>
      <w:r w:rsidRPr="00AC0511">
        <w:rPr>
          <w:rFonts w:ascii="Comic Sans MS" w:hAnsi="Comic Sans MS"/>
          <w:sz w:val="20"/>
          <w:szCs w:val="20"/>
        </w:rPr>
        <w:t xml:space="preserve"> kullanmayı deneyimledik.</w:t>
      </w:r>
    </w:p>
    <w:p w14:paraId="25B89F64"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Çocuklarımız ayrıca canları acıdığında, yaralandıklarında, korktuklarında veya güvenli olmayan bir durumla karşılaştıklarında beklemeden güvenilir bir yetişkine haber vermeleri gerektiğini öğrendiler.</w:t>
      </w:r>
    </w:p>
    <w:p w14:paraId="36C784B6" w14:textId="77777777" w:rsidR="00AC0511" w:rsidRPr="00AC0511" w:rsidRDefault="00AC0511" w:rsidP="00AC0511">
      <w:pPr>
        <w:pStyle w:val="Balk3"/>
        <w:spacing w:before="0" w:after="0"/>
        <w:rPr>
          <w:rFonts w:ascii="Comic Sans MS" w:hAnsi="Comic Sans MS"/>
          <w:sz w:val="20"/>
          <w:szCs w:val="20"/>
        </w:rPr>
      </w:pPr>
      <w:proofErr w:type="spellStart"/>
      <w:r w:rsidRPr="00AC0511">
        <w:rPr>
          <w:rFonts w:ascii="Comic Sans MS" w:hAnsi="Comic Sans MS"/>
          <w:sz w:val="20"/>
          <w:szCs w:val="20"/>
        </w:rPr>
        <w:t>Evde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Nasıl</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Destekleyebilirsiniz</w:t>
      </w:r>
      <w:proofErr w:type="spellEnd"/>
      <w:r w:rsidRPr="00AC0511">
        <w:rPr>
          <w:rFonts w:ascii="Comic Sans MS" w:hAnsi="Comic Sans MS"/>
          <w:sz w:val="20"/>
          <w:szCs w:val="20"/>
        </w:rPr>
        <w:t>?</w:t>
      </w:r>
    </w:p>
    <w:p w14:paraId="1F3B1B9A"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Çocuğunuza ayakkabısını veya montunu giymek, fermuarını kapatmak, beslenme çantasını açmak, oyuncaklarını toplamak ve dökülen suyu silmek gibi yaşına uygun işlerde denemesi için zaman tanıyabilirsiniz.</w:t>
      </w:r>
    </w:p>
    <w:p w14:paraId="399EA27C"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Çocuğunuz zorlandığında işi hemen onun yerine yapmak yerine:</w:t>
      </w:r>
    </w:p>
    <w:p w14:paraId="15CC4A16" w14:textId="77777777" w:rsidR="00AC0511" w:rsidRPr="00AC0511" w:rsidRDefault="00AC0511" w:rsidP="00AC0511">
      <w:pPr>
        <w:numPr>
          <w:ilvl w:val="0"/>
          <w:numId w:val="13"/>
        </w:numPr>
        <w:spacing w:after="0" w:line="240" w:lineRule="auto"/>
        <w:rPr>
          <w:rFonts w:ascii="Comic Sans MS" w:hAnsi="Comic Sans MS"/>
          <w:sz w:val="20"/>
          <w:szCs w:val="20"/>
        </w:rPr>
      </w:pPr>
      <w:r w:rsidRPr="00AC0511">
        <w:rPr>
          <w:rFonts w:ascii="Comic Sans MS" w:hAnsi="Comic Sans MS"/>
          <w:sz w:val="20"/>
          <w:szCs w:val="20"/>
        </w:rPr>
        <w:t>“</w:t>
      </w:r>
      <w:proofErr w:type="spellStart"/>
      <w:r w:rsidRPr="00AC0511">
        <w:rPr>
          <w:rFonts w:ascii="Comic Sans MS" w:hAnsi="Comic Sans MS"/>
          <w:sz w:val="20"/>
          <w:szCs w:val="20"/>
        </w:rPr>
        <w:t>Önce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hangi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bölümü</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kendin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deneyebilirsin</w:t>
      </w:r>
      <w:proofErr w:type="spellEnd"/>
      <w:r w:rsidRPr="00AC0511">
        <w:rPr>
          <w:rFonts w:ascii="Comic Sans MS" w:hAnsi="Comic Sans MS"/>
          <w:sz w:val="20"/>
          <w:szCs w:val="20"/>
        </w:rPr>
        <w:t xml:space="preserve">?” </w:t>
      </w:r>
    </w:p>
    <w:p w14:paraId="5942FC11" w14:textId="77777777" w:rsidR="00AC0511" w:rsidRPr="00AC0511" w:rsidRDefault="00AC0511" w:rsidP="00AC0511">
      <w:pPr>
        <w:numPr>
          <w:ilvl w:val="0"/>
          <w:numId w:val="13"/>
        </w:numPr>
        <w:spacing w:after="0" w:line="240" w:lineRule="auto"/>
        <w:rPr>
          <w:rFonts w:ascii="Comic Sans MS" w:hAnsi="Comic Sans MS"/>
          <w:sz w:val="20"/>
          <w:szCs w:val="20"/>
        </w:rPr>
      </w:pPr>
      <w:r w:rsidRPr="00AC0511">
        <w:rPr>
          <w:rFonts w:ascii="Comic Sans MS" w:hAnsi="Comic Sans MS"/>
          <w:sz w:val="20"/>
          <w:szCs w:val="20"/>
        </w:rPr>
        <w:t>“</w:t>
      </w:r>
      <w:proofErr w:type="spellStart"/>
      <w:r w:rsidRPr="00AC0511">
        <w:rPr>
          <w:rFonts w:ascii="Comic Sans MS" w:hAnsi="Comic Sans MS"/>
          <w:sz w:val="20"/>
          <w:szCs w:val="20"/>
        </w:rPr>
        <w:t>Başka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nasıl</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deneyebilirsin</w:t>
      </w:r>
      <w:proofErr w:type="spellEnd"/>
      <w:r w:rsidRPr="00AC0511">
        <w:rPr>
          <w:rFonts w:ascii="Comic Sans MS" w:hAnsi="Comic Sans MS"/>
          <w:sz w:val="20"/>
          <w:szCs w:val="20"/>
        </w:rPr>
        <w:t xml:space="preserve">?” </w:t>
      </w:r>
    </w:p>
    <w:p w14:paraId="79CCFC5A" w14:textId="77777777" w:rsidR="00AC0511" w:rsidRPr="00AC0511" w:rsidRDefault="00AC0511" w:rsidP="00AC0511">
      <w:pPr>
        <w:numPr>
          <w:ilvl w:val="0"/>
          <w:numId w:val="13"/>
        </w:numPr>
        <w:spacing w:after="0" w:line="240" w:lineRule="auto"/>
        <w:rPr>
          <w:rFonts w:ascii="Comic Sans MS" w:hAnsi="Comic Sans MS"/>
          <w:sz w:val="20"/>
          <w:szCs w:val="20"/>
        </w:rPr>
      </w:pPr>
      <w:r w:rsidRPr="00AC0511">
        <w:rPr>
          <w:rFonts w:ascii="Comic Sans MS" w:hAnsi="Comic Sans MS"/>
          <w:sz w:val="20"/>
          <w:szCs w:val="20"/>
        </w:rPr>
        <w:t>“</w:t>
      </w:r>
      <w:proofErr w:type="spellStart"/>
      <w:r w:rsidRPr="00AC0511">
        <w:rPr>
          <w:rFonts w:ascii="Comic Sans MS" w:hAnsi="Comic Sans MS"/>
          <w:sz w:val="20"/>
          <w:szCs w:val="20"/>
        </w:rPr>
        <w:t>Yardıma</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ihtiyacın</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olduğunda</w:t>
      </w:r>
      <w:proofErr w:type="spellEnd"/>
      <w:r w:rsidRPr="00AC0511">
        <w:rPr>
          <w:rFonts w:ascii="Comic Sans MS" w:hAnsi="Comic Sans MS"/>
          <w:sz w:val="20"/>
          <w:szCs w:val="20"/>
        </w:rPr>
        <w:t xml:space="preserve"> ne </w:t>
      </w:r>
      <w:proofErr w:type="spellStart"/>
      <w:r w:rsidRPr="00AC0511">
        <w:rPr>
          <w:rFonts w:ascii="Comic Sans MS" w:hAnsi="Comic Sans MS"/>
          <w:sz w:val="20"/>
          <w:szCs w:val="20"/>
        </w:rPr>
        <w:t>söyleyebilirsin</w:t>
      </w:r>
      <w:proofErr w:type="spellEnd"/>
      <w:r w:rsidRPr="00AC0511">
        <w:rPr>
          <w:rFonts w:ascii="Comic Sans MS" w:hAnsi="Comic Sans MS"/>
          <w:sz w:val="20"/>
          <w:szCs w:val="20"/>
        </w:rPr>
        <w:t xml:space="preserve">?” </w:t>
      </w:r>
    </w:p>
    <w:p w14:paraId="47FA0347" w14:textId="77777777" w:rsidR="00AC0511" w:rsidRPr="00AC0511" w:rsidRDefault="00AC0511" w:rsidP="00AC0511">
      <w:pPr>
        <w:pStyle w:val="NormalWeb"/>
        <w:spacing w:before="0" w:after="0"/>
        <w:rPr>
          <w:rFonts w:ascii="Comic Sans MS" w:hAnsi="Comic Sans MS"/>
          <w:sz w:val="20"/>
          <w:szCs w:val="20"/>
        </w:rPr>
      </w:pPr>
      <w:proofErr w:type="gramStart"/>
      <w:r w:rsidRPr="00AC0511">
        <w:rPr>
          <w:rFonts w:ascii="Comic Sans MS" w:hAnsi="Comic Sans MS"/>
          <w:sz w:val="20"/>
          <w:szCs w:val="20"/>
        </w:rPr>
        <w:t>sorularını</w:t>
      </w:r>
      <w:proofErr w:type="gramEnd"/>
      <w:r w:rsidRPr="00AC0511">
        <w:rPr>
          <w:rFonts w:ascii="Comic Sans MS" w:hAnsi="Comic Sans MS"/>
          <w:sz w:val="20"/>
          <w:szCs w:val="20"/>
        </w:rPr>
        <w:t xml:space="preserve"> yöneltebilirsiniz.</w:t>
      </w:r>
    </w:p>
    <w:p w14:paraId="5D5C9AED"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Yardım istediğinde yalnızca zorlandığı bölümde destek olabilirsiniz. Örneğin ayakkabısını giymekte zorlandığında ayakkabının ağzını açıp ayağını içine yerleştirme işini ona bırakabilirsiniz. Böylece çocuğunuz hem kendi yapabildiklerini fark eder hem de gerektiğinde yardım istemenin doğal olduğunu öğrenir.</w:t>
      </w:r>
    </w:p>
    <w:p w14:paraId="44B051A9" w14:textId="77777777" w:rsidR="00AC0511" w:rsidRPr="00AC0511" w:rsidRDefault="00AC0511" w:rsidP="00AC0511">
      <w:pPr>
        <w:pStyle w:val="Balk3"/>
        <w:spacing w:before="0" w:after="0"/>
        <w:rPr>
          <w:rFonts w:ascii="Comic Sans MS" w:hAnsi="Comic Sans MS"/>
          <w:sz w:val="20"/>
          <w:szCs w:val="20"/>
        </w:rPr>
      </w:pPr>
      <w:proofErr w:type="spellStart"/>
      <w:r w:rsidRPr="00AC0511">
        <w:rPr>
          <w:rFonts w:ascii="Comic Sans MS" w:hAnsi="Comic Sans MS"/>
          <w:sz w:val="20"/>
          <w:szCs w:val="20"/>
        </w:rPr>
        <w:t>Birlikte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Tekrar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Edelim</w:t>
      </w:r>
      <w:proofErr w:type="spellEnd"/>
    </w:p>
    <w:p w14:paraId="3B3998E3" w14:textId="77777777" w:rsidR="00AC0511" w:rsidRPr="00AC0511" w:rsidRDefault="00AC0511" w:rsidP="00AC0511">
      <w:pPr>
        <w:pStyle w:val="NormalWeb"/>
        <w:spacing w:before="0" w:after="0"/>
        <w:rPr>
          <w:rFonts w:ascii="Comic Sans MS" w:hAnsi="Comic Sans MS"/>
          <w:sz w:val="20"/>
          <w:szCs w:val="20"/>
        </w:rPr>
      </w:pPr>
      <w:r w:rsidRPr="00AC0511">
        <w:rPr>
          <w:rStyle w:val="Gl"/>
          <w:rFonts w:ascii="Comic Sans MS" w:hAnsi="Comic Sans MS"/>
          <w:sz w:val="20"/>
          <w:szCs w:val="20"/>
        </w:rPr>
        <w:t>Önce kendim denerim.</w:t>
      </w:r>
      <w:r w:rsidRPr="00AC0511">
        <w:rPr>
          <w:rFonts w:ascii="Comic Sans MS" w:hAnsi="Comic Sans MS"/>
          <w:sz w:val="20"/>
          <w:szCs w:val="20"/>
        </w:rPr>
        <w:br/>
      </w:r>
      <w:r w:rsidRPr="00AC0511">
        <w:rPr>
          <w:rStyle w:val="Gl"/>
          <w:rFonts w:ascii="Comic Sans MS" w:hAnsi="Comic Sans MS"/>
          <w:sz w:val="20"/>
          <w:szCs w:val="20"/>
        </w:rPr>
        <w:t>Zorlanırsam yardım isterim.</w:t>
      </w:r>
      <w:r w:rsidRPr="00AC0511">
        <w:rPr>
          <w:rFonts w:ascii="Comic Sans MS" w:hAnsi="Comic Sans MS"/>
          <w:sz w:val="20"/>
          <w:szCs w:val="20"/>
        </w:rPr>
        <w:br/>
      </w:r>
      <w:r w:rsidRPr="00AC0511">
        <w:rPr>
          <w:rStyle w:val="Gl"/>
          <w:rFonts w:ascii="Comic Sans MS" w:hAnsi="Comic Sans MS"/>
          <w:sz w:val="20"/>
          <w:szCs w:val="20"/>
        </w:rPr>
        <w:t>Canım acırsa veya tehlike varsa hemen bir yetişkine söylerim.</w:t>
      </w:r>
    </w:p>
    <w:p w14:paraId="2BAB03CC" w14:textId="77777777" w:rsidR="00AC0511" w:rsidRPr="00AC0511" w:rsidRDefault="00AC0511" w:rsidP="00AC0511">
      <w:pPr>
        <w:pStyle w:val="NormalWeb"/>
        <w:spacing w:before="0" w:after="0"/>
        <w:rPr>
          <w:rFonts w:ascii="Comic Sans MS" w:hAnsi="Comic Sans MS"/>
          <w:sz w:val="20"/>
          <w:szCs w:val="20"/>
        </w:rPr>
      </w:pPr>
      <w:r w:rsidRPr="00AC0511">
        <w:rPr>
          <w:rFonts w:ascii="Comic Sans MS" w:hAnsi="Comic Sans MS"/>
          <w:sz w:val="20"/>
          <w:szCs w:val="20"/>
        </w:rPr>
        <w:t xml:space="preserve">Çocuğunuzun bağımsızlık ve kendini ifade etme becerilerini desteklediğiniz için teşekkür ederiz. </w:t>
      </w:r>
      <w:r w:rsidRPr="00AC0511">
        <w:rPr>
          <w:rFonts w:ascii="Segoe UI Emoji" w:hAnsi="Segoe UI Emoji" w:cs="Segoe UI Emoji"/>
          <w:sz w:val="20"/>
          <w:szCs w:val="20"/>
        </w:rPr>
        <w:t>💚💙</w:t>
      </w:r>
    </w:p>
    <w:p w14:paraId="337C72D7" w14:textId="3D77E922" w:rsidR="009B46F3" w:rsidRPr="00AC0511" w:rsidRDefault="009B46F3" w:rsidP="009B46F3">
      <w:pPr>
        <w:keepNext/>
        <w:jc w:val="center"/>
        <w:rPr>
          <w:rFonts w:ascii="Comic Sans MS" w:hAnsi="Comic Sans MS"/>
          <w:b/>
          <w:sz w:val="20"/>
          <w:szCs w:val="20"/>
        </w:rPr>
      </w:pPr>
      <w:r w:rsidRPr="00AC0511">
        <w:rPr>
          <w:rFonts w:ascii="Comic Sans MS" w:hAnsi="Comic Sans MS"/>
          <w:b/>
          <w:sz w:val="20"/>
          <w:szCs w:val="20"/>
        </w:rPr>
        <w:t xml:space="preserve">                                                                                    </w:t>
      </w:r>
      <w:proofErr w:type="spellStart"/>
      <w:r w:rsidRPr="00AC0511">
        <w:rPr>
          <w:rFonts w:ascii="Comic Sans MS" w:hAnsi="Comic Sans MS"/>
          <w:b/>
          <w:sz w:val="20"/>
          <w:szCs w:val="20"/>
        </w:rPr>
        <w:t>Sınıf</w:t>
      </w:r>
      <w:proofErr w:type="spellEnd"/>
      <w:r w:rsidRPr="00AC0511">
        <w:rPr>
          <w:rFonts w:ascii="Comic Sans MS" w:hAnsi="Comic Sans MS"/>
          <w:b/>
          <w:sz w:val="20"/>
          <w:szCs w:val="20"/>
        </w:rPr>
        <w:t xml:space="preserve"> </w:t>
      </w:r>
      <w:proofErr w:type="spellStart"/>
      <w:r w:rsidRPr="00AC0511">
        <w:rPr>
          <w:rFonts w:ascii="Comic Sans MS" w:hAnsi="Comic Sans MS"/>
          <w:b/>
          <w:sz w:val="20"/>
          <w:szCs w:val="20"/>
        </w:rPr>
        <w:t>Öğretmeni</w:t>
      </w:r>
      <w:proofErr w:type="spellEnd"/>
    </w:p>
    <w:p w14:paraId="355869B7" w14:textId="77777777" w:rsidR="009B46F3" w:rsidRPr="00AC0511" w:rsidRDefault="009B46F3" w:rsidP="009B46F3">
      <w:pPr>
        <w:keepNext/>
        <w:rPr>
          <w:rFonts w:ascii="Comic Sans MS" w:hAnsi="Comic Sans MS"/>
          <w:sz w:val="20"/>
          <w:szCs w:val="20"/>
        </w:rPr>
      </w:pPr>
      <w:r w:rsidRPr="00AC0511">
        <w:rPr>
          <w:rFonts w:ascii="Comic Sans MS" w:hAnsi="Comic Sans MS"/>
          <w:b/>
          <w:color w:val="F85883"/>
          <w:sz w:val="20"/>
          <w:szCs w:val="20"/>
        </w:rPr>
        <w:t>ALTERNATİF LİNKLER/ÖNERİLER</w:t>
      </w:r>
    </w:p>
    <w:p w14:paraId="1BDC512D" w14:textId="77777777" w:rsidR="009B46F3" w:rsidRPr="00AC0511" w:rsidRDefault="009B46F3" w:rsidP="009B46F3">
      <w:pPr>
        <w:rPr>
          <w:rFonts w:ascii="Comic Sans MS" w:hAnsi="Comic Sans MS"/>
          <w:b/>
          <w:bCs/>
          <w:sz w:val="20"/>
          <w:szCs w:val="20"/>
        </w:rPr>
      </w:pPr>
      <w:r w:rsidRPr="00AC0511">
        <w:rPr>
          <w:rFonts w:ascii="Comic Sans MS" w:hAnsi="Comic Sans MS"/>
          <w:b/>
          <w:bCs/>
          <w:sz w:val="20"/>
          <w:szCs w:val="20"/>
        </w:rPr>
        <w:t>SÜPER DENEYİCİ</w:t>
      </w:r>
    </w:p>
    <w:p w14:paraId="6E22DE99" w14:textId="77777777" w:rsidR="009B46F3" w:rsidRPr="00AC0511" w:rsidRDefault="009B46F3" w:rsidP="009B46F3">
      <w:pPr>
        <w:rPr>
          <w:rFonts w:ascii="Comic Sans MS" w:hAnsi="Comic Sans MS"/>
          <w:sz w:val="20"/>
          <w:szCs w:val="20"/>
        </w:rPr>
      </w:pPr>
      <w:proofErr w:type="spellStart"/>
      <w:r w:rsidRPr="00AC0511">
        <w:rPr>
          <w:rFonts w:ascii="Comic Sans MS" w:hAnsi="Comic Sans MS"/>
          <w:sz w:val="20"/>
          <w:szCs w:val="20"/>
        </w:rPr>
        <w:t>Denerim</w:t>
      </w:r>
      <w:proofErr w:type="spellEnd"/>
      <w:r w:rsidRPr="00AC0511">
        <w:rPr>
          <w:rFonts w:ascii="Comic Sans MS" w:hAnsi="Comic Sans MS"/>
          <w:sz w:val="20"/>
          <w:szCs w:val="20"/>
        </w:rPr>
        <w:t xml:space="preserve"> ben </w:t>
      </w:r>
      <w:proofErr w:type="spellStart"/>
      <w:r w:rsidRPr="00AC0511">
        <w:rPr>
          <w:rFonts w:ascii="Comic Sans MS" w:hAnsi="Comic Sans MS"/>
          <w:sz w:val="20"/>
          <w:szCs w:val="20"/>
        </w:rPr>
        <w:t>önce</w:t>
      </w:r>
      <w:proofErr w:type="spellEnd"/>
      <w:r w:rsidRPr="00AC0511">
        <w:rPr>
          <w:rFonts w:ascii="Comic Sans MS" w:hAnsi="Comic Sans MS"/>
          <w:sz w:val="20"/>
          <w:szCs w:val="20"/>
        </w:rPr>
        <w:t>, (</w:t>
      </w:r>
      <w:proofErr w:type="spellStart"/>
      <w:r w:rsidRPr="00AC0511">
        <w:rPr>
          <w:rFonts w:ascii="Comic Sans MS" w:hAnsi="Comic Sans MS"/>
          <w:sz w:val="20"/>
          <w:szCs w:val="20"/>
        </w:rPr>
        <w:t>Göğse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iki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kere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vurulur</w:t>
      </w:r>
      <w:proofErr w:type="spellEnd"/>
      <w:r w:rsidRPr="00AC0511">
        <w:rPr>
          <w:rFonts w:ascii="Comic Sans MS" w:hAnsi="Comic Sans MS"/>
          <w:sz w:val="20"/>
          <w:szCs w:val="20"/>
        </w:rPr>
        <w:t>)</w:t>
      </w:r>
    </w:p>
    <w:p w14:paraId="4AC276B6" w14:textId="77777777" w:rsidR="009B46F3" w:rsidRPr="00AC0511" w:rsidRDefault="009B46F3" w:rsidP="009B46F3">
      <w:pPr>
        <w:rPr>
          <w:rFonts w:ascii="Comic Sans MS" w:hAnsi="Comic Sans MS"/>
          <w:sz w:val="20"/>
          <w:szCs w:val="20"/>
        </w:rPr>
      </w:pPr>
      <w:proofErr w:type="spellStart"/>
      <w:r w:rsidRPr="00AC0511">
        <w:rPr>
          <w:rFonts w:ascii="Comic Sans MS" w:hAnsi="Comic Sans MS"/>
          <w:sz w:val="20"/>
          <w:szCs w:val="20"/>
        </w:rPr>
        <w:t>Gücümü</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görünce</w:t>
      </w:r>
      <w:proofErr w:type="spellEnd"/>
      <w:r w:rsidRPr="00AC0511">
        <w:rPr>
          <w:rFonts w:ascii="Comic Sans MS" w:hAnsi="Comic Sans MS"/>
          <w:sz w:val="20"/>
          <w:szCs w:val="20"/>
        </w:rPr>
        <w:t xml:space="preserve">! (Kollar kas </w:t>
      </w:r>
      <w:proofErr w:type="spellStart"/>
      <w:r w:rsidRPr="00AC0511">
        <w:rPr>
          <w:rFonts w:ascii="Comic Sans MS" w:hAnsi="Comic Sans MS"/>
          <w:sz w:val="20"/>
          <w:szCs w:val="20"/>
        </w:rPr>
        <w:t>gösterisi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gibi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bükülür</w:t>
      </w:r>
      <w:proofErr w:type="spellEnd"/>
      <w:r w:rsidRPr="00AC0511">
        <w:rPr>
          <w:rFonts w:ascii="Comic Sans MS" w:hAnsi="Comic Sans MS"/>
          <w:sz w:val="20"/>
          <w:szCs w:val="20"/>
        </w:rPr>
        <w:t>)</w:t>
      </w:r>
    </w:p>
    <w:p w14:paraId="215109F2" w14:textId="77777777" w:rsidR="009B46F3" w:rsidRPr="00AC0511" w:rsidRDefault="009B46F3" w:rsidP="009B46F3">
      <w:pPr>
        <w:rPr>
          <w:rFonts w:ascii="Comic Sans MS" w:hAnsi="Comic Sans MS"/>
          <w:sz w:val="20"/>
          <w:szCs w:val="20"/>
        </w:rPr>
      </w:pPr>
      <w:proofErr w:type="spellStart"/>
      <w:r w:rsidRPr="00AC0511">
        <w:rPr>
          <w:rFonts w:ascii="Comic Sans MS" w:hAnsi="Comic Sans MS"/>
          <w:sz w:val="20"/>
          <w:szCs w:val="20"/>
        </w:rPr>
        <w:t>Yapamazsam</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eğer</w:t>
      </w:r>
      <w:proofErr w:type="spellEnd"/>
      <w:r w:rsidRPr="00AC0511">
        <w:rPr>
          <w:rFonts w:ascii="Comic Sans MS" w:hAnsi="Comic Sans MS"/>
          <w:sz w:val="20"/>
          <w:szCs w:val="20"/>
        </w:rPr>
        <w:t xml:space="preserve">, (Baş </w:t>
      </w:r>
      <w:proofErr w:type="spellStart"/>
      <w:r w:rsidRPr="00AC0511">
        <w:rPr>
          <w:rFonts w:ascii="Comic Sans MS" w:hAnsi="Comic Sans MS"/>
          <w:sz w:val="20"/>
          <w:szCs w:val="20"/>
        </w:rPr>
        <w:t>sağa</w:t>
      </w:r>
      <w:proofErr w:type="spellEnd"/>
      <w:r w:rsidRPr="00AC0511">
        <w:rPr>
          <w:rFonts w:ascii="Comic Sans MS" w:hAnsi="Comic Sans MS"/>
          <w:sz w:val="20"/>
          <w:szCs w:val="20"/>
        </w:rPr>
        <w:t xml:space="preserve"> sola </w:t>
      </w:r>
      <w:proofErr w:type="spellStart"/>
      <w:r w:rsidRPr="00AC0511">
        <w:rPr>
          <w:rFonts w:ascii="Comic Sans MS" w:hAnsi="Comic Sans MS"/>
          <w:sz w:val="20"/>
          <w:szCs w:val="20"/>
        </w:rPr>
        <w:t>sallanır</w:t>
      </w:r>
      <w:proofErr w:type="spellEnd"/>
      <w:r w:rsidRPr="00AC0511">
        <w:rPr>
          <w:rFonts w:ascii="Comic Sans MS" w:hAnsi="Comic Sans MS"/>
          <w:sz w:val="20"/>
          <w:szCs w:val="20"/>
        </w:rPr>
        <w:t>)</w:t>
      </w:r>
    </w:p>
    <w:p w14:paraId="3CF75CFC" w14:textId="77777777" w:rsidR="009B46F3" w:rsidRPr="00AC0511" w:rsidRDefault="009B46F3" w:rsidP="009B46F3">
      <w:pPr>
        <w:rPr>
          <w:rFonts w:ascii="Comic Sans MS" w:hAnsi="Comic Sans MS"/>
          <w:sz w:val="20"/>
          <w:szCs w:val="20"/>
        </w:rPr>
      </w:pPr>
      <w:r w:rsidRPr="00AC0511">
        <w:rPr>
          <w:rFonts w:ascii="Comic Sans MS" w:hAnsi="Comic Sans MS"/>
          <w:sz w:val="20"/>
          <w:szCs w:val="20"/>
        </w:rPr>
        <w:t xml:space="preserve">Yardım </w:t>
      </w:r>
      <w:proofErr w:type="spellStart"/>
      <w:r w:rsidRPr="00AC0511">
        <w:rPr>
          <w:rFonts w:ascii="Comic Sans MS" w:hAnsi="Comic Sans MS"/>
          <w:sz w:val="20"/>
          <w:szCs w:val="20"/>
        </w:rPr>
        <w:t>istemek</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değer</w:t>
      </w:r>
      <w:proofErr w:type="spellEnd"/>
      <w:r w:rsidRPr="00AC0511">
        <w:rPr>
          <w:rFonts w:ascii="Comic Sans MS" w:hAnsi="Comic Sans MS"/>
          <w:sz w:val="20"/>
          <w:szCs w:val="20"/>
        </w:rPr>
        <w:t>! (</w:t>
      </w:r>
      <w:proofErr w:type="spellStart"/>
      <w:r w:rsidRPr="00AC0511">
        <w:rPr>
          <w:rFonts w:ascii="Comic Sans MS" w:hAnsi="Comic Sans MS"/>
          <w:sz w:val="20"/>
          <w:szCs w:val="20"/>
        </w:rPr>
        <w:t>İki</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el</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açık</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öne</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uzatılır</w:t>
      </w:r>
      <w:proofErr w:type="spellEnd"/>
      <w:r w:rsidRPr="00AC0511">
        <w:rPr>
          <w:rFonts w:ascii="Comic Sans MS" w:hAnsi="Comic Sans MS"/>
          <w:sz w:val="20"/>
          <w:szCs w:val="20"/>
        </w:rPr>
        <w:t>)</w:t>
      </w:r>
    </w:p>
    <w:p w14:paraId="277EC889" w14:textId="7B8AD59D" w:rsidR="009B46F3" w:rsidRDefault="009B46F3" w:rsidP="00AC0511">
      <w:pPr>
        <w:rPr>
          <w:rFonts w:ascii="Comic Sans MS" w:hAnsi="Comic Sans MS"/>
          <w:b/>
          <w:bCs/>
          <w:sz w:val="20"/>
          <w:szCs w:val="20"/>
        </w:rPr>
      </w:pPr>
      <w:r w:rsidRPr="00AC0511">
        <w:rPr>
          <w:rFonts w:ascii="Comic Sans MS" w:hAnsi="Comic Sans MS"/>
          <w:sz w:val="20"/>
          <w:szCs w:val="20"/>
        </w:rPr>
        <w:t xml:space="preserve">"Bana </w:t>
      </w:r>
      <w:proofErr w:type="spellStart"/>
      <w:r w:rsidRPr="00AC0511">
        <w:rPr>
          <w:rFonts w:ascii="Comic Sans MS" w:hAnsi="Comic Sans MS"/>
          <w:sz w:val="20"/>
          <w:szCs w:val="20"/>
        </w:rPr>
        <w:t>yardım</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eder</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misin</w:t>
      </w:r>
      <w:proofErr w:type="spellEnd"/>
      <w:r w:rsidRPr="00AC0511">
        <w:rPr>
          <w:rFonts w:ascii="Comic Sans MS" w:hAnsi="Comic Sans MS"/>
          <w:sz w:val="20"/>
          <w:szCs w:val="20"/>
        </w:rPr>
        <w:t>?" (</w:t>
      </w:r>
      <w:proofErr w:type="spellStart"/>
      <w:r w:rsidRPr="00AC0511">
        <w:rPr>
          <w:rFonts w:ascii="Comic Sans MS" w:hAnsi="Comic Sans MS"/>
          <w:sz w:val="20"/>
          <w:szCs w:val="20"/>
        </w:rPr>
        <w:t>Gülümseyerek</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el</w:t>
      </w:r>
      <w:proofErr w:type="spellEnd"/>
      <w:r w:rsidRPr="00AC0511">
        <w:rPr>
          <w:rFonts w:ascii="Comic Sans MS" w:hAnsi="Comic Sans MS"/>
          <w:sz w:val="20"/>
          <w:szCs w:val="20"/>
        </w:rPr>
        <w:t xml:space="preserve"> </w:t>
      </w:r>
      <w:proofErr w:type="spellStart"/>
      <w:r w:rsidRPr="00AC0511">
        <w:rPr>
          <w:rFonts w:ascii="Comic Sans MS" w:hAnsi="Comic Sans MS"/>
          <w:sz w:val="20"/>
          <w:szCs w:val="20"/>
        </w:rPr>
        <w:t>sallanır</w:t>
      </w:r>
      <w:proofErr w:type="spellEnd"/>
      <w:r w:rsidRPr="00AC0511">
        <w:rPr>
          <w:rFonts w:ascii="Comic Sans MS" w:hAnsi="Comic Sans MS"/>
          <w:sz w:val="20"/>
          <w:szCs w:val="20"/>
        </w:rPr>
        <w:t xml:space="preserve">) </w:t>
      </w:r>
      <w:proofErr w:type="spellStart"/>
      <w:r w:rsidRPr="00AC0511">
        <w:rPr>
          <w:rFonts w:ascii="Comic Sans MS" w:hAnsi="Comic Sans MS"/>
          <w:b/>
          <w:bCs/>
          <w:sz w:val="20"/>
          <w:szCs w:val="20"/>
        </w:rPr>
        <w:t>Anneninokulu</w:t>
      </w:r>
      <w:proofErr w:type="spellEnd"/>
    </w:p>
    <w:p w14:paraId="1831D8E1" w14:textId="77777777" w:rsidR="00AC0511" w:rsidRPr="00AC0511" w:rsidRDefault="00AC0511" w:rsidP="00AC0511">
      <w:pPr>
        <w:rPr>
          <w:rFonts w:ascii="Comic Sans MS" w:hAnsi="Comic Sans MS"/>
          <w:b/>
          <w:sz w:val="20"/>
          <w:szCs w:val="20"/>
        </w:rPr>
      </w:pPr>
    </w:p>
    <w:p w14:paraId="3A9368BF" w14:textId="44264220" w:rsidR="009B46F3" w:rsidRPr="00AC0511" w:rsidRDefault="009B46F3">
      <w:pPr>
        <w:keepNext/>
        <w:rPr>
          <w:rFonts w:ascii="Comic Sans MS" w:hAnsi="Comic Sans MS"/>
          <w:b/>
          <w:sz w:val="20"/>
          <w:szCs w:val="20"/>
        </w:rPr>
      </w:pPr>
    </w:p>
    <w:p w14:paraId="0AC39E32" w14:textId="44355EFF" w:rsidR="009B46F3" w:rsidRPr="00AC0511" w:rsidRDefault="009B46F3" w:rsidP="008C0371">
      <w:pPr>
        <w:spacing w:after="0" w:line="276" w:lineRule="auto"/>
        <w:ind w:left="-284" w:right="-284"/>
        <w:rPr>
          <w:rFonts w:ascii="Comic Sans MS" w:hAnsi="Comic Sans MS"/>
          <w:sz w:val="20"/>
          <w:szCs w:val="20"/>
        </w:rPr>
      </w:pPr>
      <w:r w:rsidRPr="00AC0511">
        <w:rPr>
          <w:rStyle w:val="Vurgu"/>
          <w:rFonts w:ascii="Comic Sans MS" w:hAnsi="Comic Sans MS"/>
          <w:sz w:val="20"/>
          <w:szCs w:val="20"/>
        </w:rPr>
        <w:t xml:space="preserve">Bu </w:t>
      </w:r>
      <w:proofErr w:type="spellStart"/>
      <w:r w:rsidRPr="00AC0511">
        <w:rPr>
          <w:rStyle w:val="Vurgu"/>
          <w:rFonts w:ascii="Comic Sans MS" w:hAnsi="Comic Sans MS"/>
          <w:sz w:val="20"/>
          <w:szCs w:val="20"/>
        </w:rPr>
        <w:t>içerikte</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yer</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alan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yazı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fotoğraf</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ve</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sair</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içeriklerin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bireysel</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kullanım</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dışında</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izin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alınmadan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kısmen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ya</w:t>
      </w:r>
      <w:proofErr w:type="spellEnd"/>
      <w:r w:rsidRPr="00AC0511">
        <w:rPr>
          <w:rStyle w:val="Vurgu"/>
          <w:rFonts w:ascii="Comic Sans MS" w:hAnsi="Comic Sans MS"/>
          <w:sz w:val="20"/>
          <w:szCs w:val="20"/>
        </w:rPr>
        <w:t xml:space="preserve"> da </w:t>
      </w:r>
      <w:proofErr w:type="spellStart"/>
      <w:r w:rsidRPr="00AC0511">
        <w:rPr>
          <w:rStyle w:val="Vurgu"/>
          <w:rFonts w:ascii="Comic Sans MS" w:hAnsi="Comic Sans MS"/>
          <w:sz w:val="20"/>
          <w:szCs w:val="20"/>
        </w:rPr>
        <w:t>tamamen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kopyalanması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çoğaltılması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kullanılması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yayınlanması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ve</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dağıtılması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yasaktır</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İçeriğin</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tüm</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hakları</w:t>
      </w:r>
      <w:proofErr w:type="spellEnd"/>
      <w:r w:rsidRPr="00AC0511">
        <w:rPr>
          <w:rStyle w:val="Vurgu"/>
          <w:rFonts w:ascii="Comic Sans MS" w:hAnsi="Comic Sans MS"/>
          <w:sz w:val="20"/>
          <w:szCs w:val="20"/>
        </w:rPr>
        <w:t xml:space="preserve"> </w:t>
      </w:r>
      <w:proofErr w:type="spellStart"/>
      <w:r w:rsidRPr="00AC0511">
        <w:rPr>
          <w:rStyle w:val="Vurgu"/>
          <w:rFonts w:ascii="Comic Sans MS" w:hAnsi="Comic Sans MS"/>
          <w:sz w:val="20"/>
          <w:szCs w:val="20"/>
        </w:rPr>
        <w:t>saklıdır</w:t>
      </w:r>
      <w:proofErr w:type="spellEnd"/>
      <w:r w:rsidRPr="00AC0511">
        <w:rPr>
          <w:rStyle w:val="Vurgu"/>
          <w:rFonts w:ascii="Comic Sans MS" w:hAnsi="Comic Sans MS"/>
          <w:sz w:val="20"/>
          <w:szCs w:val="20"/>
        </w:rPr>
        <w:t>.</w:t>
      </w:r>
      <w:r w:rsidRPr="00AC0511">
        <w:rPr>
          <w:rFonts w:ascii="Comic Sans MS" w:hAnsi="Comic Sans MS"/>
          <w:sz w:val="20"/>
          <w:szCs w:val="20"/>
        </w:rPr>
        <w:t xml:space="preserve"> </w:t>
      </w:r>
      <w:r w:rsidRPr="00AC0511">
        <w:rPr>
          <w:rFonts w:ascii="Comic Sans MS" w:hAnsi="Comic Sans MS"/>
          <w:noProof/>
          <w:sz w:val="20"/>
          <w:szCs w:val="20"/>
        </w:rPr>
        <w:drawing>
          <wp:inline distT="0" distB="0" distL="0" distR="0" wp14:anchorId="3043942B" wp14:editId="2B97FD7B">
            <wp:extent cx="438150" cy="219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p>
    <w:sectPr w:rsidR="009B46F3" w:rsidRPr="00AC0511" w:rsidSect="00AC0511">
      <w:footerReference w:type="default" r:id="rId10"/>
      <w:pgSz w:w="11906" w:h="16838"/>
      <w:pgMar w:top="567" w:right="707"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8D53" w14:textId="77777777" w:rsidR="00514772" w:rsidRDefault="00514772">
      <w:pPr>
        <w:spacing w:after="0" w:line="240" w:lineRule="auto"/>
      </w:pPr>
      <w:r>
        <w:separator/>
      </w:r>
    </w:p>
  </w:endnote>
  <w:endnote w:type="continuationSeparator" w:id="0">
    <w:p w14:paraId="749357F3" w14:textId="77777777" w:rsidR="00514772" w:rsidRDefault="00514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mic Sans MS">
    <w:panose1 w:val="030F0702030302020204"/>
    <w:charset w:val="A2"/>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06A9" w14:textId="064FC390" w:rsidR="00607879" w:rsidRDefault="00607879">
    <w:pPr>
      <w:pStyle w:val="AltBilgi"/>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C4DE2" w14:textId="77777777" w:rsidR="00514772" w:rsidRDefault="00514772">
      <w:pPr>
        <w:spacing w:after="0" w:line="240" w:lineRule="auto"/>
      </w:pPr>
      <w:r>
        <w:separator/>
      </w:r>
    </w:p>
  </w:footnote>
  <w:footnote w:type="continuationSeparator" w:id="0">
    <w:p w14:paraId="64737AA3" w14:textId="77777777" w:rsidR="00514772" w:rsidRDefault="00514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8C20480"/>
    <w:multiLevelType w:val="hybridMultilevel"/>
    <w:tmpl w:val="A3E2C176"/>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E95534"/>
    <w:multiLevelType w:val="multilevel"/>
    <w:tmpl w:val="FFEC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F55D8D"/>
    <w:multiLevelType w:val="hybridMultilevel"/>
    <w:tmpl w:val="7E1C7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E5D42DA"/>
    <w:multiLevelType w:val="multilevel"/>
    <w:tmpl w:val="F4C8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C1EF8"/>
    <w:rsid w:val="00514772"/>
    <w:rsid w:val="00607879"/>
    <w:rsid w:val="00647E9F"/>
    <w:rsid w:val="00807846"/>
    <w:rsid w:val="008A52AD"/>
    <w:rsid w:val="008C0371"/>
    <w:rsid w:val="009B46F3"/>
    <w:rsid w:val="00A43E66"/>
    <w:rsid w:val="00AA1D8D"/>
    <w:rsid w:val="00AC0511"/>
    <w:rsid w:val="00B47730"/>
    <w:rsid w:val="00CB0664"/>
    <w:rsid w:val="00F05A43"/>
    <w:rsid w:val="00FC693F"/>
    <w:rsid w:val="00FC6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788E5B"/>
  <w14:defaultImageDpi w14:val="300"/>
  <w15:docId w15:val="{FC0FDD8D-1CF8-4FEB-9E04-E88FCB74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Calibri" w:hAnsi="Calibri"/>
    </w:rPr>
  </w:style>
  <w:style w:type="paragraph" w:styleId="Balk1">
    <w:name w:val="heading 1"/>
    <w:basedOn w:val="Normal"/>
    <w:next w:val="Normal"/>
    <w:link w:val="Balk1Char"/>
    <w:uiPriority w:val="9"/>
    <w:qFormat/>
    <w:rsid w:val="00FC693F"/>
    <w:pPr>
      <w:keepNext/>
      <w:keepLines/>
      <w:spacing w:before="180" w:after="100"/>
      <w:outlineLvl w:val="0"/>
    </w:pPr>
    <w:rPr>
      <w:rFonts w:asciiTheme="majorHAnsi" w:eastAsiaTheme="majorEastAsia" w:hAnsiTheme="majorHAnsi" w:cstheme="majorBidi"/>
      <w:b/>
      <w:bCs/>
      <w:color w:val="C2185B"/>
      <w:sz w:val="24"/>
      <w:szCs w:val="28"/>
    </w:rPr>
  </w:style>
  <w:style w:type="paragraph" w:styleId="Balk2">
    <w:name w:val="heading 2"/>
    <w:basedOn w:val="Normal"/>
    <w:next w:val="Normal"/>
    <w:link w:val="Balk2Char"/>
    <w:uiPriority w:val="9"/>
    <w:unhideWhenUsed/>
    <w:qFormat/>
    <w:rsid w:val="00FC693F"/>
    <w:pPr>
      <w:keepNext/>
      <w:keepLines/>
      <w:spacing w:before="180" w:after="100"/>
      <w:outlineLvl w:val="1"/>
    </w:pPr>
    <w:rPr>
      <w:rFonts w:asciiTheme="majorHAnsi" w:eastAsiaTheme="majorEastAsia" w:hAnsiTheme="majorHAnsi" w:cstheme="majorBidi"/>
      <w:b/>
      <w:bCs/>
      <w:color w:val="AD1457"/>
      <w:szCs w:val="26"/>
    </w:rPr>
  </w:style>
  <w:style w:type="paragraph" w:styleId="Balk3">
    <w:name w:val="heading 3"/>
    <w:basedOn w:val="Normal"/>
    <w:next w:val="Normal"/>
    <w:link w:val="Balk3Char"/>
    <w:uiPriority w:val="9"/>
    <w:unhideWhenUsed/>
    <w:qFormat/>
    <w:rsid w:val="00FC693F"/>
    <w:pPr>
      <w:keepNext/>
      <w:keepLines/>
      <w:spacing w:before="180" w:after="100"/>
      <w:outlineLvl w:val="2"/>
    </w:pPr>
    <w:rPr>
      <w:rFonts w:asciiTheme="majorHAnsi" w:eastAsiaTheme="majorEastAsia" w:hAnsiTheme="majorHAnsi" w:cstheme="majorBidi"/>
      <w:b/>
      <w:bCs/>
      <w:color w:val="000000"/>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2185B"/>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AD1457"/>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AD1457"/>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C2185B"/>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C2185B"/>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C2185B"/>
    </w:rPr>
  </w:style>
  <w:style w:type="paragraph" w:styleId="KonuBal">
    <w:name w:val="Title"/>
    <w:basedOn w:val="Normal"/>
    <w:next w:val="Normal"/>
    <w:link w:val="KonuBalChar"/>
    <w:uiPriority w:val="10"/>
    <w:qFormat/>
    <w:rsid w:val="00FC693F"/>
    <w:pPr>
      <w:spacing w:before="180" w:after="100" w:line="240" w:lineRule="auto"/>
      <w:contextualSpacing/>
    </w:pPr>
    <w:rPr>
      <w:rFonts w:asciiTheme="majorHAnsi" w:eastAsiaTheme="majorEastAsia" w:hAnsiTheme="majorHAnsi" w:cstheme="majorBidi"/>
      <w:b/>
      <w:color w:val="AD1457"/>
      <w:spacing w:val="5"/>
      <w:kern w:val="28"/>
      <w:sz w:val="36"/>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C2185B"/>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C2185B"/>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C2185B"/>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AD1457"/>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AD1457"/>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C2185B"/>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C2185B"/>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spacing w:before="200" w:after="280"/>
      <w:ind w:left="936" w:right="936"/>
    </w:pPr>
    <w:rPr>
      <w:b/>
      <w:bCs/>
      <w:i/>
      <w:iCs/>
      <w:color w:val="C2185B"/>
    </w:rPr>
  </w:style>
  <w:style w:type="character" w:customStyle="1" w:styleId="GlAlntChar">
    <w:name w:val="Güçlü Alıntı Char"/>
    <w:basedOn w:val="VarsaylanParagrafYazTipi"/>
    <w:link w:val="GlAlnt"/>
    <w:uiPriority w:val="30"/>
    <w:rsid w:val="00FC693F"/>
    <w:rPr>
      <w:b/>
      <w:bCs/>
      <w:i/>
      <w:iCs/>
      <w:color w:val="C2185B"/>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C2185B"/>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C2185B"/>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qFormat/>
    <w:rsid w:val="009B46F3"/>
    <w:pPr>
      <w:suppressAutoHyphens/>
      <w:spacing w:before="280" w:after="280" w:line="240" w:lineRule="auto"/>
    </w:pPr>
    <w:rPr>
      <w:rFonts w:ascii="Times New Roman" w:eastAsia="Times New Roman" w:hAnsi="Times New Roman" w:cs="Times New Roman"/>
      <w:sz w:val="24"/>
      <w:szCs w:val="24"/>
      <w:lang w:val="tr-TR" w:eastAsia="zh-CN"/>
    </w:rPr>
  </w:style>
  <w:style w:type="character" w:styleId="Kpr">
    <w:name w:val="Hyperlink"/>
    <w:rsid w:val="00AC05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96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topla-topla-yerine-koy-sarki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3153</Words>
  <Characters>17978</Characters>
  <Application>Microsoft Office Word</Application>
  <DocSecurity>0</DocSecurity>
  <Lines>149</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Mustafa Aygün</cp:lastModifiedBy>
  <cp:revision>5</cp:revision>
  <cp:lastPrinted>2026-09-14T20:49:00Z</cp:lastPrinted>
  <dcterms:created xsi:type="dcterms:W3CDTF">2013-12-23T23:15:00Z</dcterms:created>
  <dcterms:modified xsi:type="dcterms:W3CDTF">2026-09-14T20:49:00Z</dcterms:modified>
  <cp:category/>
</cp:coreProperties>
</file>