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E69E3" w14:textId="77777777" w:rsidR="002611A5" w:rsidRPr="00450D7F" w:rsidRDefault="0095769C" w:rsidP="00FD30A6">
      <w:pPr>
        <w:pStyle w:val="KonuBal"/>
        <w:spacing w:before="0" w:after="0" w:line="276" w:lineRule="auto"/>
        <w:jc w:val="center"/>
        <w:rPr>
          <w:rFonts w:ascii="Comic Sans MS" w:hAnsi="Comic Sans MS" w:cs="Times New Roman"/>
          <w:b/>
          <w:bCs/>
          <w:sz w:val="20"/>
          <w:szCs w:val="20"/>
        </w:rPr>
      </w:pPr>
      <w:r w:rsidRPr="00450D7F">
        <w:rPr>
          <w:rFonts w:ascii="Comic Sans MS" w:hAnsi="Comic Sans MS" w:cs="Times New Roman"/>
          <w:b/>
          <w:bCs/>
          <w:sz w:val="20"/>
          <w:szCs w:val="20"/>
        </w:rPr>
        <w:t>60+ AY EYLÜL AYI AYLIK EĞİTİM PLANI</w:t>
      </w:r>
    </w:p>
    <w:p w14:paraId="0A521E0F" w14:textId="2B15376D" w:rsidR="00F90CEE" w:rsidRPr="00450D7F" w:rsidRDefault="0095769C" w:rsidP="00FD30A6">
      <w:pPr>
        <w:spacing w:after="0" w:line="276" w:lineRule="auto"/>
        <w:rPr>
          <w:rFonts w:ascii="Comic Sans MS" w:hAnsi="Comic Sans MS" w:cs="Times New Roman"/>
          <w:b/>
          <w:bCs/>
          <w:sz w:val="20"/>
          <w:szCs w:val="20"/>
        </w:rPr>
      </w:pPr>
      <w:proofErr w:type="spellStart"/>
      <w:r w:rsidRPr="00450D7F">
        <w:rPr>
          <w:rFonts w:ascii="Comic Sans MS" w:hAnsi="Comic Sans MS" w:cs="Times New Roman"/>
          <w:b/>
          <w:bCs/>
          <w:sz w:val="20"/>
          <w:szCs w:val="20"/>
        </w:rPr>
        <w:t>Okul</w:t>
      </w:r>
      <w:proofErr w:type="spellEnd"/>
      <w:r w:rsidRPr="00450D7F">
        <w:rPr>
          <w:rFonts w:ascii="Comic Sans MS" w:hAnsi="Comic Sans MS" w:cs="Times New Roman"/>
          <w:b/>
          <w:bCs/>
          <w:sz w:val="20"/>
          <w:szCs w:val="20"/>
        </w:rPr>
        <w:t xml:space="preserve"> </w:t>
      </w:r>
      <w:proofErr w:type="spellStart"/>
      <w:r w:rsidRPr="00450D7F">
        <w:rPr>
          <w:rFonts w:ascii="Comic Sans MS" w:hAnsi="Comic Sans MS" w:cs="Times New Roman"/>
          <w:b/>
          <w:bCs/>
          <w:sz w:val="20"/>
          <w:szCs w:val="20"/>
        </w:rPr>
        <w:t>Adı</w:t>
      </w:r>
      <w:proofErr w:type="spellEnd"/>
      <w:r w:rsidRPr="00450D7F">
        <w:rPr>
          <w:rFonts w:ascii="Comic Sans MS" w:hAnsi="Comic Sans MS" w:cs="Times New Roman"/>
          <w:b/>
          <w:bCs/>
          <w:sz w:val="20"/>
          <w:szCs w:val="20"/>
        </w:rPr>
        <w:t xml:space="preserve">: </w:t>
      </w:r>
    </w:p>
    <w:p w14:paraId="201106E7" w14:textId="452B597F" w:rsidR="002611A5" w:rsidRPr="00450D7F" w:rsidRDefault="0095769C" w:rsidP="00FD30A6">
      <w:pPr>
        <w:spacing w:after="0" w:line="276" w:lineRule="auto"/>
        <w:rPr>
          <w:rFonts w:ascii="Comic Sans MS" w:hAnsi="Comic Sans MS" w:cs="Times New Roman"/>
          <w:b/>
          <w:bCs/>
          <w:sz w:val="20"/>
          <w:szCs w:val="20"/>
        </w:rPr>
      </w:pPr>
      <w:proofErr w:type="spellStart"/>
      <w:r w:rsidRPr="00450D7F">
        <w:rPr>
          <w:rFonts w:ascii="Comic Sans MS" w:hAnsi="Comic Sans MS" w:cs="Times New Roman"/>
          <w:b/>
          <w:bCs/>
          <w:sz w:val="20"/>
          <w:szCs w:val="20"/>
        </w:rPr>
        <w:t>Öğretmen</w:t>
      </w:r>
      <w:proofErr w:type="spellEnd"/>
      <w:r w:rsidRPr="00450D7F">
        <w:rPr>
          <w:rFonts w:ascii="Comic Sans MS" w:hAnsi="Comic Sans MS" w:cs="Times New Roman"/>
          <w:b/>
          <w:bCs/>
          <w:sz w:val="20"/>
          <w:szCs w:val="20"/>
        </w:rPr>
        <w:t xml:space="preserve"> </w:t>
      </w:r>
      <w:proofErr w:type="spellStart"/>
      <w:r w:rsidRPr="00450D7F">
        <w:rPr>
          <w:rFonts w:ascii="Comic Sans MS" w:hAnsi="Comic Sans MS" w:cs="Times New Roman"/>
          <w:b/>
          <w:bCs/>
          <w:sz w:val="20"/>
          <w:szCs w:val="20"/>
        </w:rPr>
        <w:t>Adı</w:t>
      </w:r>
      <w:proofErr w:type="spellEnd"/>
      <w:r w:rsidRPr="00450D7F">
        <w:rPr>
          <w:rFonts w:ascii="Comic Sans MS" w:hAnsi="Comic Sans MS" w:cs="Times New Roman"/>
          <w:b/>
          <w:bCs/>
          <w:sz w:val="20"/>
          <w:szCs w:val="20"/>
        </w:rPr>
        <w:t xml:space="preserve">: </w:t>
      </w:r>
    </w:p>
    <w:p w14:paraId="484292E0" w14:textId="76B97E33" w:rsidR="002611A5" w:rsidRPr="00450D7F" w:rsidRDefault="0095769C" w:rsidP="00FD30A6">
      <w:pPr>
        <w:spacing w:after="0" w:line="276" w:lineRule="auto"/>
        <w:rPr>
          <w:rFonts w:ascii="Comic Sans MS" w:hAnsi="Comic Sans MS" w:cs="Times New Roman"/>
          <w:b/>
          <w:bCs/>
          <w:sz w:val="20"/>
          <w:szCs w:val="20"/>
        </w:rPr>
      </w:pPr>
      <w:proofErr w:type="spellStart"/>
      <w:r w:rsidRPr="00450D7F">
        <w:rPr>
          <w:rFonts w:ascii="Comic Sans MS" w:hAnsi="Comic Sans MS" w:cs="Times New Roman"/>
          <w:b/>
          <w:bCs/>
          <w:sz w:val="20"/>
          <w:szCs w:val="20"/>
        </w:rPr>
        <w:t>Yaş</w:t>
      </w:r>
      <w:proofErr w:type="spellEnd"/>
      <w:r w:rsidRPr="00450D7F">
        <w:rPr>
          <w:rFonts w:ascii="Comic Sans MS" w:hAnsi="Comic Sans MS" w:cs="Times New Roman"/>
          <w:b/>
          <w:bCs/>
          <w:sz w:val="20"/>
          <w:szCs w:val="20"/>
        </w:rPr>
        <w:t xml:space="preserve"> </w:t>
      </w:r>
      <w:proofErr w:type="spellStart"/>
      <w:r w:rsidRPr="00450D7F">
        <w:rPr>
          <w:rFonts w:ascii="Comic Sans MS" w:hAnsi="Comic Sans MS" w:cs="Times New Roman"/>
          <w:b/>
          <w:bCs/>
          <w:sz w:val="20"/>
          <w:szCs w:val="20"/>
        </w:rPr>
        <w:t>Grubu</w:t>
      </w:r>
      <w:proofErr w:type="spellEnd"/>
      <w:r w:rsidRPr="00450D7F">
        <w:rPr>
          <w:rFonts w:ascii="Comic Sans MS" w:hAnsi="Comic Sans MS" w:cs="Times New Roman"/>
          <w:b/>
          <w:bCs/>
          <w:sz w:val="20"/>
          <w:szCs w:val="20"/>
        </w:rPr>
        <w:t xml:space="preserve">: 60+ Ay    </w:t>
      </w:r>
    </w:p>
    <w:p w14:paraId="3D0975BD" w14:textId="77777777" w:rsidR="002611A5" w:rsidRPr="00450D7F" w:rsidRDefault="0095769C" w:rsidP="00FD30A6">
      <w:pPr>
        <w:pStyle w:val="Balk1"/>
        <w:spacing w:before="0" w:after="0" w:line="276" w:lineRule="auto"/>
        <w:rPr>
          <w:rFonts w:ascii="Comic Sans MS" w:hAnsi="Comic Sans MS" w:cs="Times New Roman"/>
          <w:sz w:val="20"/>
          <w:szCs w:val="20"/>
        </w:rPr>
      </w:pPr>
      <w:r w:rsidRPr="00450D7F">
        <w:rPr>
          <w:rFonts w:ascii="Comic Sans MS" w:hAnsi="Comic Sans MS" w:cs="Times New Roman"/>
          <w:sz w:val="20"/>
          <w:szCs w:val="20"/>
        </w:rPr>
        <w:t>ALAN BECERİLERİ, ÖĞRENME ÇIKTILARI VE SÜREÇ BİLEŞENLERİ</w:t>
      </w:r>
    </w:p>
    <w:p w14:paraId="2EF6AFC0"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TÜRKÇE ALANI</w:t>
      </w:r>
    </w:p>
    <w:p w14:paraId="48C1154B"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TADB. Dinleme / İzleme</w:t>
      </w:r>
    </w:p>
    <w:p w14:paraId="325AAF18"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TADB.1. Dinleyecekleri / izleyecekleri şiir, hikâye, tekerleme, video, tiyatro, animasyon gibi materyalleri yönetebilme</w:t>
      </w:r>
    </w:p>
    <w:p w14:paraId="5BFC052F"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TADB.1.a. Dinleyecekleri / izleyecekleri materyalleri seçer.</w:t>
      </w:r>
    </w:p>
    <w:p w14:paraId="6E5FB144"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TADB.1.b. Seçilen materyalleri dinler / izler.</w:t>
      </w:r>
    </w:p>
    <w:p w14:paraId="68206BB2" w14:textId="2D6256C9" w:rsidR="002611A5" w:rsidRPr="00450D7F" w:rsidRDefault="0095769C" w:rsidP="00FD30A6">
      <w:pPr>
        <w:keepNext/>
        <w:spacing w:after="0" w:line="276" w:lineRule="auto"/>
        <w:rPr>
          <w:rFonts w:ascii="Comic Sans MS" w:hAnsi="Comic Sans MS" w:cs="Times New Roman"/>
          <w:b/>
          <w:sz w:val="20"/>
          <w:szCs w:val="20"/>
        </w:rPr>
      </w:pPr>
      <w:r w:rsidRPr="00450D7F">
        <w:rPr>
          <w:rFonts w:ascii="Comic Sans MS" w:hAnsi="Comic Sans MS" w:cs="Times New Roman"/>
          <w:b/>
          <w:sz w:val="20"/>
          <w:szCs w:val="20"/>
        </w:rPr>
        <w:t xml:space="preserve">TADB.2. Dinledikleri/izledikleri şiir, </w:t>
      </w:r>
      <w:proofErr w:type="spellStart"/>
      <w:r w:rsidRPr="00450D7F">
        <w:rPr>
          <w:rFonts w:ascii="Comic Sans MS" w:hAnsi="Comic Sans MS" w:cs="Times New Roman"/>
          <w:b/>
          <w:sz w:val="20"/>
          <w:szCs w:val="20"/>
        </w:rPr>
        <w:t>hikâye</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tekerleme</w:t>
      </w:r>
      <w:proofErr w:type="spellEnd"/>
      <w:r w:rsidRPr="00450D7F">
        <w:rPr>
          <w:rFonts w:ascii="Comic Sans MS" w:hAnsi="Comic Sans MS" w:cs="Times New Roman"/>
          <w:b/>
          <w:sz w:val="20"/>
          <w:szCs w:val="20"/>
        </w:rPr>
        <w:t xml:space="preserve">, video, </w:t>
      </w:r>
      <w:proofErr w:type="spellStart"/>
      <w:r w:rsidRPr="00450D7F">
        <w:rPr>
          <w:rFonts w:ascii="Comic Sans MS" w:hAnsi="Comic Sans MS" w:cs="Times New Roman"/>
          <w:b/>
          <w:sz w:val="20"/>
          <w:szCs w:val="20"/>
        </w:rPr>
        <w:t>tiyatro</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animasyon</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gibi</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materyaller</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ile</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ilgili</w:t>
      </w:r>
      <w:proofErr w:type="spellEnd"/>
      <w:r w:rsidRPr="00450D7F">
        <w:rPr>
          <w:rFonts w:ascii="Comic Sans MS" w:hAnsi="Comic Sans MS" w:cs="Times New Roman"/>
          <w:b/>
          <w:sz w:val="20"/>
          <w:szCs w:val="20"/>
        </w:rPr>
        <w:t xml:space="preserve"> yeni </w:t>
      </w:r>
      <w:proofErr w:type="spellStart"/>
      <w:r w:rsidRPr="00450D7F">
        <w:rPr>
          <w:rFonts w:ascii="Comic Sans MS" w:hAnsi="Comic Sans MS" w:cs="Times New Roman"/>
          <w:b/>
          <w:sz w:val="20"/>
          <w:szCs w:val="20"/>
        </w:rPr>
        <w:t>anlamlar</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oluşturabilme</w:t>
      </w:r>
      <w:proofErr w:type="spellEnd"/>
    </w:p>
    <w:p w14:paraId="40812544" w14:textId="5C5475C4" w:rsidR="004C669B" w:rsidRPr="00450D7F" w:rsidRDefault="004C669B" w:rsidP="00FD30A6">
      <w:pPr>
        <w:spacing w:after="0" w:line="276" w:lineRule="auto"/>
        <w:rPr>
          <w:rFonts w:ascii="Comic Sans MS" w:eastAsia="Times New Roman" w:hAnsi="Comic Sans MS" w:cs="Times New Roman"/>
          <w:sz w:val="20"/>
          <w:szCs w:val="20"/>
          <w:lang w:eastAsia="tr-TR"/>
        </w:rPr>
      </w:pPr>
      <w:r w:rsidRPr="00450D7F">
        <w:rPr>
          <w:rFonts w:ascii="Comic Sans MS" w:eastAsia="Times New Roman" w:hAnsi="Comic Sans MS" w:cs="Times New Roman"/>
          <w:sz w:val="20"/>
          <w:szCs w:val="20"/>
          <w:lang w:eastAsia="tr-TR"/>
        </w:rPr>
        <w:t xml:space="preserve">TADB.2.a. </w:t>
      </w:r>
      <w:proofErr w:type="spellStart"/>
      <w:r w:rsidRPr="00450D7F">
        <w:rPr>
          <w:rFonts w:ascii="Comic Sans MS" w:eastAsia="Times New Roman" w:hAnsi="Comic Sans MS" w:cs="Times New Roman"/>
          <w:sz w:val="20"/>
          <w:szCs w:val="20"/>
          <w:lang w:eastAsia="tr-TR"/>
        </w:rPr>
        <w:t>Dinledikleri</w:t>
      </w:r>
      <w:proofErr w:type="spellEnd"/>
      <w:r w:rsidRPr="00450D7F">
        <w:rPr>
          <w:rFonts w:ascii="Comic Sans MS" w:eastAsia="Times New Roman" w:hAnsi="Comic Sans MS" w:cs="Times New Roman"/>
          <w:sz w:val="20"/>
          <w:szCs w:val="20"/>
          <w:lang w:eastAsia="tr-TR"/>
        </w:rPr>
        <w:t xml:space="preserve"> / </w:t>
      </w:r>
      <w:proofErr w:type="spellStart"/>
      <w:r w:rsidRPr="00450D7F">
        <w:rPr>
          <w:rFonts w:ascii="Comic Sans MS" w:eastAsia="Times New Roman" w:hAnsi="Comic Sans MS" w:cs="Times New Roman"/>
          <w:sz w:val="20"/>
          <w:szCs w:val="20"/>
          <w:lang w:eastAsia="tr-TR"/>
        </w:rPr>
        <w:t>izledikleri</w:t>
      </w:r>
      <w:proofErr w:type="spellEnd"/>
      <w:r w:rsidRPr="00450D7F">
        <w:rPr>
          <w:rFonts w:ascii="Comic Sans MS" w:eastAsia="Times New Roman" w:hAnsi="Comic Sans MS" w:cs="Times New Roman"/>
          <w:sz w:val="20"/>
          <w:szCs w:val="20"/>
          <w:lang w:eastAsia="tr-TR"/>
        </w:rPr>
        <w:t xml:space="preserve"> </w:t>
      </w:r>
      <w:proofErr w:type="spellStart"/>
      <w:r w:rsidRPr="00450D7F">
        <w:rPr>
          <w:rFonts w:ascii="Comic Sans MS" w:eastAsia="Times New Roman" w:hAnsi="Comic Sans MS" w:cs="Times New Roman"/>
          <w:sz w:val="20"/>
          <w:szCs w:val="20"/>
          <w:lang w:eastAsia="tr-TR"/>
        </w:rPr>
        <w:t>materyaller</w:t>
      </w:r>
      <w:proofErr w:type="spellEnd"/>
      <w:r w:rsidRPr="00450D7F">
        <w:rPr>
          <w:rFonts w:ascii="Comic Sans MS" w:eastAsia="Times New Roman" w:hAnsi="Comic Sans MS" w:cs="Times New Roman"/>
          <w:sz w:val="20"/>
          <w:szCs w:val="20"/>
          <w:lang w:eastAsia="tr-TR"/>
        </w:rPr>
        <w:t xml:space="preserve"> </w:t>
      </w:r>
      <w:proofErr w:type="spellStart"/>
      <w:r w:rsidRPr="00450D7F">
        <w:rPr>
          <w:rFonts w:ascii="Comic Sans MS" w:eastAsia="Times New Roman" w:hAnsi="Comic Sans MS" w:cs="Times New Roman"/>
          <w:sz w:val="20"/>
          <w:szCs w:val="20"/>
          <w:lang w:eastAsia="tr-TR"/>
        </w:rPr>
        <w:t>ile</w:t>
      </w:r>
      <w:proofErr w:type="spellEnd"/>
      <w:r w:rsidRPr="00450D7F">
        <w:rPr>
          <w:rFonts w:ascii="Comic Sans MS" w:eastAsia="Times New Roman" w:hAnsi="Comic Sans MS" w:cs="Times New Roman"/>
          <w:sz w:val="20"/>
          <w:szCs w:val="20"/>
          <w:lang w:eastAsia="tr-TR"/>
        </w:rPr>
        <w:t xml:space="preserve"> </w:t>
      </w:r>
      <w:proofErr w:type="spellStart"/>
      <w:r w:rsidRPr="00450D7F">
        <w:rPr>
          <w:rFonts w:ascii="Comic Sans MS" w:eastAsia="Times New Roman" w:hAnsi="Comic Sans MS" w:cs="Times New Roman"/>
          <w:sz w:val="20"/>
          <w:szCs w:val="20"/>
          <w:lang w:eastAsia="tr-TR"/>
        </w:rPr>
        <w:t>ön</w:t>
      </w:r>
      <w:proofErr w:type="spellEnd"/>
      <w:r w:rsidRPr="00450D7F">
        <w:rPr>
          <w:rFonts w:ascii="Comic Sans MS" w:eastAsia="Times New Roman" w:hAnsi="Comic Sans MS" w:cs="Times New Roman"/>
          <w:sz w:val="20"/>
          <w:szCs w:val="20"/>
          <w:lang w:eastAsia="tr-TR"/>
        </w:rPr>
        <w:t xml:space="preserve"> </w:t>
      </w:r>
      <w:proofErr w:type="spellStart"/>
      <w:r w:rsidRPr="00450D7F">
        <w:rPr>
          <w:rFonts w:ascii="Comic Sans MS" w:eastAsia="Times New Roman" w:hAnsi="Comic Sans MS" w:cs="Times New Roman"/>
          <w:sz w:val="20"/>
          <w:szCs w:val="20"/>
          <w:lang w:eastAsia="tr-TR"/>
        </w:rPr>
        <w:t>bilgileri</w:t>
      </w:r>
      <w:proofErr w:type="spellEnd"/>
      <w:r w:rsidRPr="00450D7F">
        <w:rPr>
          <w:rFonts w:ascii="Comic Sans MS" w:eastAsia="Times New Roman" w:hAnsi="Comic Sans MS" w:cs="Times New Roman"/>
          <w:sz w:val="20"/>
          <w:szCs w:val="20"/>
          <w:lang w:eastAsia="tr-TR"/>
        </w:rPr>
        <w:t xml:space="preserve"> </w:t>
      </w:r>
      <w:proofErr w:type="spellStart"/>
      <w:r w:rsidRPr="00450D7F">
        <w:rPr>
          <w:rFonts w:ascii="Comic Sans MS" w:eastAsia="Times New Roman" w:hAnsi="Comic Sans MS" w:cs="Times New Roman"/>
          <w:sz w:val="20"/>
          <w:szCs w:val="20"/>
          <w:lang w:eastAsia="tr-TR"/>
        </w:rPr>
        <w:t>arasında</w:t>
      </w:r>
      <w:proofErr w:type="spellEnd"/>
      <w:r w:rsidRPr="00450D7F">
        <w:rPr>
          <w:rFonts w:ascii="Comic Sans MS" w:eastAsia="Times New Roman" w:hAnsi="Comic Sans MS" w:cs="Times New Roman"/>
          <w:sz w:val="20"/>
          <w:szCs w:val="20"/>
          <w:lang w:eastAsia="tr-TR"/>
        </w:rPr>
        <w:t xml:space="preserve"> </w:t>
      </w:r>
      <w:proofErr w:type="spellStart"/>
      <w:r w:rsidRPr="00450D7F">
        <w:rPr>
          <w:rFonts w:ascii="Comic Sans MS" w:eastAsia="Times New Roman" w:hAnsi="Comic Sans MS" w:cs="Times New Roman"/>
          <w:sz w:val="20"/>
          <w:szCs w:val="20"/>
          <w:lang w:eastAsia="tr-TR"/>
        </w:rPr>
        <w:t>bağlantı</w:t>
      </w:r>
      <w:proofErr w:type="spellEnd"/>
      <w:r w:rsidRPr="00450D7F">
        <w:rPr>
          <w:rFonts w:ascii="Comic Sans MS" w:eastAsia="Times New Roman" w:hAnsi="Comic Sans MS" w:cs="Times New Roman"/>
          <w:sz w:val="20"/>
          <w:szCs w:val="20"/>
          <w:lang w:eastAsia="tr-TR"/>
        </w:rPr>
        <w:t xml:space="preserve"> </w:t>
      </w:r>
      <w:proofErr w:type="spellStart"/>
      <w:r w:rsidRPr="00450D7F">
        <w:rPr>
          <w:rFonts w:ascii="Comic Sans MS" w:eastAsia="Times New Roman" w:hAnsi="Comic Sans MS" w:cs="Times New Roman"/>
          <w:sz w:val="20"/>
          <w:szCs w:val="20"/>
          <w:lang w:eastAsia="tr-TR"/>
        </w:rPr>
        <w:t>kurar</w:t>
      </w:r>
      <w:proofErr w:type="spellEnd"/>
      <w:r w:rsidRPr="00450D7F">
        <w:rPr>
          <w:rFonts w:ascii="Comic Sans MS" w:eastAsia="Times New Roman" w:hAnsi="Comic Sans MS" w:cs="Times New Roman"/>
          <w:sz w:val="20"/>
          <w:szCs w:val="20"/>
          <w:lang w:eastAsia="tr-TR"/>
        </w:rPr>
        <w:t>.</w:t>
      </w:r>
    </w:p>
    <w:p w14:paraId="65E197BF" w14:textId="77777777" w:rsidR="00C01C14" w:rsidRPr="00450D7F" w:rsidRDefault="00C01C14" w:rsidP="00C01C14">
      <w:pPr>
        <w:spacing w:after="0"/>
        <w:rPr>
          <w:rFonts w:ascii="Comic Sans MS" w:eastAsia="Times New Roman" w:hAnsi="Comic Sans MS" w:cs="Times New Roman"/>
          <w:sz w:val="20"/>
          <w:szCs w:val="20"/>
          <w:lang w:eastAsia="tr-TR"/>
        </w:rPr>
      </w:pPr>
      <w:r w:rsidRPr="00450D7F">
        <w:rPr>
          <w:rFonts w:ascii="Comic Sans MS" w:hAnsi="Comic Sans MS" w:cs="Times New Roman"/>
          <w:sz w:val="20"/>
          <w:szCs w:val="20"/>
        </w:rPr>
        <w:t xml:space="preserve">TADB.2.b. </w:t>
      </w:r>
      <w:proofErr w:type="spellStart"/>
      <w:r w:rsidRPr="00450D7F">
        <w:rPr>
          <w:rFonts w:ascii="Comic Sans MS" w:hAnsi="Comic Sans MS" w:cs="Times New Roman"/>
          <w:sz w:val="20"/>
          <w:szCs w:val="20"/>
        </w:rPr>
        <w:t>Dinledikleri</w:t>
      </w:r>
      <w:proofErr w:type="spellEnd"/>
      <w:r w:rsidRPr="00450D7F">
        <w:rPr>
          <w:rFonts w:ascii="Comic Sans MS" w:hAnsi="Comic Sans MS" w:cs="Times New Roman"/>
          <w:sz w:val="20"/>
          <w:szCs w:val="20"/>
        </w:rPr>
        <w:t xml:space="preserve"> / </w:t>
      </w:r>
      <w:proofErr w:type="spellStart"/>
      <w:r w:rsidRPr="00450D7F">
        <w:rPr>
          <w:rFonts w:ascii="Comic Sans MS" w:hAnsi="Comic Sans MS" w:cs="Times New Roman"/>
          <w:sz w:val="20"/>
          <w:szCs w:val="20"/>
        </w:rPr>
        <w:t>izledikleri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materyaller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hakkındaki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tahminini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söyler</w:t>
      </w:r>
      <w:proofErr w:type="spellEnd"/>
      <w:r w:rsidRPr="00450D7F">
        <w:rPr>
          <w:rFonts w:ascii="Comic Sans MS" w:hAnsi="Comic Sans MS" w:cs="Times New Roman"/>
          <w:sz w:val="20"/>
          <w:szCs w:val="20"/>
        </w:rPr>
        <w:t>.</w:t>
      </w:r>
    </w:p>
    <w:p w14:paraId="511E5FE5" w14:textId="77777777" w:rsidR="00717665" w:rsidRPr="00450D7F" w:rsidRDefault="00717665" w:rsidP="00FD30A6">
      <w:pPr>
        <w:spacing w:after="0" w:line="276" w:lineRule="auto"/>
        <w:rPr>
          <w:rFonts w:ascii="Comic Sans MS" w:eastAsia="Times New Roman" w:hAnsi="Comic Sans MS" w:cs="Times New Roman"/>
          <w:sz w:val="20"/>
          <w:szCs w:val="20"/>
          <w:lang w:eastAsia="tr-TR"/>
        </w:rPr>
      </w:pPr>
      <w:r w:rsidRPr="00450D7F">
        <w:rPr>
          <w:rFonts w:ascii="Comic Sans MS" w:eastAsia="Times New Roman" w:hAnsi="Comic Sans MS" w:cs="Times New Roman"/>
          <w:sz w:val="20"/>
          <w:szCs w:val="20"/>
          <w:lang w:eastAsia="tr-TR"/>
        </w:rPr>
        <w:t xml:space="preserve">TADB.2.c. </w:t>
      </w:r>
      <w:proofErr w:type="spellStart"/>
      <w:r w:rsidRPr="00450D7F">
        <w:rPr>
          <w:rFonts w:ascii="Comic Sans MS" w:eastAsia="Times New Roman" w:hAnsi="Comic Sans MS" w:cs="Times New Roman"/>
          <w:sz w:val="20"/>
          <w:szCs w:val="20"/>
          <w:lang w:eastAsia="tr-TR"/>
        </w:rPr>
        <w:t>Dinledikleri</w:t>
      </w:r>
      <w:proofErr w:type="spellEnd"/>
      <w:r w:rsidRPr="00450D7F">
        <w:rPr>
          <w:rFonts w:ascii="Comic Sans MS" w:eastAsia="Times New Roman" w:hAnsi="Comic Sans MS" w:cs="Times New Roman"/>
          <w:sz w:val="20"/>
          <w:szCs w:val="20"/>
          <w:lang w:eastAsia="tr-TR"/>
        </w:rPr>
        <w:t>/</w:t>
      </w:r>
      <w:proofErr w:type="spellStart"/>
      <w:r w:rsidRPr="00450D7F">
        <w:rPr>
          <w:rFonts w:ascii="Comic Sans MS" w:eastAsia="Times New Roman" w:hAnsi="Comic Sans MS" w:cs="Times New Roman"/>
          <w:sz w:val="20"/>
          <w:szCs w:val="20"/>
          <w:lang w:eastAsia="tr-TR"/>
        </w:rPr>
        <w:t>izledikleri</w:t>
      </w:r>
      <w:proofErr w:type="spellEnd"/>
      <w:r w:rsidRPr="00450D7F">
        <w:rPr>
          <w:rFonts w:ascii="Comic Sans MS" w:eastAsia="Times New Roman" w:hAnsi="Comic Sans MS" w:cs="Times New Roman"/>
          <w:sz w:val="20"/>
          <w:szCs w:val="20"/>
          <w:lang w:eastAsia="tr-TR"/>
        </w:rPr>
        <w:t xml:space="preserve"> </w:t>
      </w:r>
      <w:proofErr w:type="spellStart"/>
      <w:r w:rsidRPr="00450D7F">
        <w:rPr>
          <w:rFonts w:ascii="Comic Sans MS" w:eastAsia="Times New Roman" w:hAnsi="Comic Sans MS" w:cs="Times New Roman"/>
          <w:sz w:val="20"/>
          <w:szCs w:val="20"/>
          <w:lang w:eastAsia="tr-TR"/>
        </w:rPr>
        <w:t>materyallere</w:t>
      </w:r>
      <w:proofErr w:type="spellEnd"/>
      <w:r w:rsidRPr="00450D7F">
        <w:rPr>
          <w:rFonts w:ascii="Comic Sans MS" w:eastAsia="Times New Roman" w:hAnsi="Comic Sans MS" w:cs="Times New Roman"/>
          <w:sz w:val="20"/>
          <w:szCs w:val="20"/>
          <w:lang w:eastAsia="tr-TR"/>
        </w:rPr>
        <w:t xml:space="preserve"> </w:t>
      </w:r>
      <w:proofErr w:type="spellStart"/>
      <w:r w:rsidRPr="00450D7F">
        <w:rPr>
          <w:rFonts w:ascii="Comic Sans MS" w:eastAsia="Times New Roman" w:hAnsi="Comic Sans MS" w:cs="Times New Roman"/>
          <w:sz w:val="20"/>
          <w:szCs w:val="20"/>
          <w:lang w:eastAsia="tr-TR"/>
        </w:rPr>
        <w:t>ilişkin</w:t>
      </w:r>
      <w:proofErr w:type="spellEnd"/>
      <w:r w:rsidRPr="00450D7F">
        <w:rPr>
          <w:rFonts w:ascii="Comic Sans MS" w:eastAsia="Times New Roman" w:hAnsi="Comic Sans MS" w:cs="Times New Roman"/>
          <w:sz w:val="20"/>
          <w:szCs w:val="20"/>
          <w:lang w:eastAsia="tr-TR"/>
        </w:rPr>
        <w:t xml:space="preserve"> </w:t>
      </w:r>
      <w:proofErr w:type="spellStart"/>
      <w:r w:rsidRPr="00450D7F">
        <w:rPr>
          <w:rFonts w:ascii="Comic Sans MS" w:eastAsia="Times New Roman" w:hAnsi="Comic Sans MS" w:cs="Times New Roman"/>
          <w:sz w:val="20"/>
          <w:szCs w:val="20"/>
          <w:lang w:eastAsia="tr-TR"/>
        </w:rPr>
        <w:t>çıkarım</w:t>
      </w:r>
      <w:proofErr w:type="spellEnd"/>
      <w:r w:rsidRPr="00450D7F">
        <w:rPr>
          <w:rFonts w:ascii="Comic Sans MS" w:eastAsia="Times New Roman" w:hAnsi="Comic Sans MS" w:cs="Times New Roman"/>
          <w:sz w:val="20"/>
          <w:szCs w:val="20"/>
          <w:lang w:eastAsia="tr-TR"/>
        </w:rPr>
        <w:t xml:space="preserve"> </w:t>
      </w:r>
      <w:proofErr w:type="spellStart"/>
      <w:r w:rsidRPr="00450D7F">
        <w:rPr>
          <w:rFonts w:ascii="Comic Sans MS" w:eastAsia="Times New Roman" w:hAnsi="Comic Sans MS" w:cs="Times New Roman"/>
          <w:sz w:val="20"/>
          <w:szCs w:val="20"/>
          <w:lang w:eastAsia="tr-TR"/>
        </w:rPr>
        <w:t>yapar</w:t>
      </w:r>
      <w:proofErr w:type="spellEnd"/>
      <w:r w:rsidRPr="00450D7F">
        <w:rPr>
          <w:rFonts w:ascii="Comic Sans MS" w:eastAsia="Times New Roman" w:hAnsi="Comic Sans MS" w:cs="Times New Roman"/>
          <w:sz w:val="20"/>
          <w:szCs w:val="20"/>
          <w:lang w:eastAsia="tr-TR"/>
        </w:rPr>
        <w:t>.</w:t>
      </w:r>
    </w:p>
    <w:p w14:paraId="3ED07E61"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TADB.2.c. Dinledikleri/izledikleri materyallere ilişkin çıkarım yapar.</w:t>
      </w:r>
    </w:p>
    <w:p w14:paraId="5F8D2C99"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TADB.4. Dinledikleri / izledikleri şiir, hikâye, tekerleme, video, tiyatro, animasyon gibi materyalleri değerlendirebilme</w:t>
      </w:r>
    </w:p>
    <w:p w14:paraId="45F4CFDC"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TADB.4.a. Dinledikleri / izledikleri materyallere ilişkin duygu ve düşüncelerini ifade eder.</w:t>
      </w:r>
    </w:p>
    <w:p w14:paraId="5BD70270"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TAOB. Okuma</w:t>
      </w:r>
    </w:p>
    <w:p w14:paraId="62856285"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TAOB.1. Resimli öykü kitabı, dijital içerikler, afiş, broşür gibi görsel okuma materyallerini seçebilme</w:t>
      </w:r>
    </w:p>
    <w:p w14:paraId="32216E5F"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TAOB.1.a. Görsel okuma materyallerini inceler.</w:t>
      </w:r>
    </w:p>
    <w:p w14:paraId="4793F51F"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TAOB.1.b. Görsel okuma materyallerini seçer.</w:t>
      </w:r>
    </w:p>
    <w:p w14:paraId="122F9276"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TAOB.2. Resimli öykü kitabı, dijital içerikler, afiş, broşür gibi görsel okuma materyallerinden anlamlar oluşturabilme</w:t>
      </w:r>
    </w:p>
    <w:p w14:paraId="4612776F"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TAOB.2.a. Görsel okuma materyali ile ön bilgileri arasında ilişki kurar.</w:t>
      </w:r>
    </w:p>
    <w:p w14:paraId="4D7CAA80"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TAOB.2.b. Görsellerden hareketle metinle ilgili tahminde bulunur.</w:t>
      </w:r>
    </w:p>
    <w:p w14:paraId="42A5CDC9"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TAOB.2.c. Görsel okuma materyallerinde yer alan bilgilerden yararlanarak çıkarım yapar.</w:t>
      </w:r>
    </w:p>
    <w:p w14:paraId="6DD47753" w14:textId="5B6907C9"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 xml:space="preserve">TAOB.2.ç. </w:t>
      </w:r>
      <w:proofErr w:type="spellStart"/>
      <w:r w:rsidRPr="00450D7F">
        <w:rPr>
          <w:rFonts w:ascii="Comic Sans MS" w:hAnsi="Comic Sans MS" w:cs="Times New Roman"/>
          <w:sz w:val="20"/>
          <w:szCs w:val="20"/>
        </w:rPr>
        <w:t>Görsel</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okuma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materyallerini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özelliklerine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göre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karşılaştırır</w:t>
      </w:r>
      <w:proofErr w:type="spellEnd"/>
      <w:r w:rsidRPr="00450D7F">
        <w:rPr>
          <w:rFonts w:ascii="Comic Sans MS" w:hAnsi="Comic Sans MS" w:cs="Times New Roman"/>
          <w:sz w:val="20"/>
          <w:szCs w:val="20"/>
        </w:rPr>
        <w:t>.</w:t>
      </w:r>
    </w:p>
    <w:p w14:paraId="65240A9B" w14:textId="77777777" w:rsidR="00A456DF" w:rsidRPr="00450D7F" w:rsidRDefault="00A456DF"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b/>
          <w:color w:val="000000"/>
          <w:sz w:val="20"/>
          <w:szCs w:val="20"/>
        </w:rPr>
        <w:t xml:space="preserve">TAKB. </w:t>
      </w:r>
      <w:proofErr w:type="spellStart"/>
      <w:r w:rsidRPr="00450D7F">
        <w:rPr>
          <w:rFonts w:ascii="Comic Sans MS" w:eastAsia="Comic Sans MS" w:hAnsi="Comic Sans MS" w:cs="Times New Roman"/>
          <w:b/>
          <w:color w:val="000000"/>
          <w:sz w:val="20"/>
          <w:szCs w:val="20"/>
        </w:rPr>
        <w:t>Konuşma</w:t>
      </w:r>
      <w:proofErr w:type="spellEnd"/>
    </w:p>
    <w:p w14:paraId="32B7D206" w14:textId="77777777" w:rsidR="00A456DF" w:rsidRPr="00450D7F" w:rsidRDefault="00A456DF"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b/>
          <w:color w:val="000000"/>
          <w:sz w:val="20"/>
          <w:szCs w:val="20"/>
        </w:rPr>
        <w:t xml:space="preserve">TAKB.1. </w:t>
      </w:r>
      <w:proofErr w:type="spellStart"/>
      <w:r w:rsidRPr="00450D7F">
        <w:rPr>
          <w:rFonts w:ascii="Comic Sans MS" w:eastAsia="Comic Sans MS" w:hAnsi="Comic Sans MS" w:cs="Times New Roman"/>
          <w:b/>
          <w:color w:val="000000"/>
          <w:sz w:val="20"/>
          <w:szCs w:val="20"/>
        </w:rPr>
        <w:t>Konuşma</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sürecini</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yönetebilme</w:t>
      </w:r>
      <w:proofErr w:type="spellEnd"/>
    </w:p>
    <w:p w14:paraId="5100F15E" w14:textId="77777777" w:rsidR="00A456DF" w:rsidRPr="00450D7F" w:rsidRDefault="00A456DF"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TAKB.1.a. </w:t>
      </w:r>
      <w:proofErr w:type="spellStart"/>
      <w:r w:rsidRPr="00450D7F">
        <w:rPr>
          <w:rFonts w:ascii="Comic Sans MS" w:eastAsia="Comic Sans MS" w:hAnsi="Comic Sans MS" w:cs="Times New Roman"/>
          <w:color w:val="000000"/>
          <w:sz w:val="20"/>
          <w:szCs w:val="20"/>
        </w:rPr>
        <w:t>Konuşacağı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konuyu</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seçer</w:t>
      </w:r>
      <w:proofErr w:type="spellEnd"/>
      <w:r w:rsidRPr="00450D7F">
        <w:rPr>
          <w:rFonts w:ascii="Comic Sans MS" w:eastAsia="Comic Sans MS" w:hAnsi="Comic Sans MS" w:cs="Times New Roman"/>
          <w:color w:val="000000"/>
          <w:sz w:val="20"/>
          <w:szCs w:val="20"/>
        </w:rPr>
        <w:t>.</w:t>
      </w:r>
    </w:p>
    <w:p w14:paraId="2C387E0A" w14:textId="77777777" w:rsidR="00A456DF" w:rsidRPr="00450D7F" w:rsidRDefault="00A456DF"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TAKB.1.b. </w:t>
      </w:r>
      <w:proofErr w:type="spellStart"/>
      <w:r w:rsidRPr="00450D7F">
        <w:rPr>
          <w:rFonts w:ascii="Comic Sans MS" w:eastAsia="Comic Sans MS" w:hAnsi="Comic Sans MS" w:cs="Times New Roman"/>
          <w:color w:val="000000"/>
          <w:sz w:val="20"/>
          <w:szCs w:val="20"/>
        </w:rPr>
        <w:t>Konuşma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sırasında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dinleyiciler</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ile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göz</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teması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kurar</w:t>
      </w:r>
      <w:proofErr w:type="spellEnd"/>
      <w:r w:rsidRPr="00450D7F">
        <w:rPr>
          <w:rFonts w:ascii="Comic Sans MS" w:eastAsia="Comic Sans MS" w:hAnsi="Comic Sans MS" w:cs="Times New Roman"/>
          <w:color w:val="000000"/>
          <w:sz w:val="20"/>
          <w:szCs w:val="20"/>
        </w:rPr>
        <w:t>.</w:t>
      </w:r>
    </w:p>
    <w:p w14:paraId="0E4805C6" w14:textId="77777777" w:rsidR="00A456DF" w:rsidRPr="00450D7F" w:rsidRDefault="00A456DF"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TAKB.1.c. </w:t>
      </w:r>
      <w:proofErr w:type="spellStart"/>
      <w:r w:rsidRPr="00450D7F">
        <w:rPr>
          <w:rFonts w:ascii="Comic Sans MS" w:eastAsia="Comic Sans MS" w:hAnsi="Comic Sans MS" w:cs="Times New Roman"/>
          <w:color w:val="000000"/>
          <w:sz w:val="20"/>
          <w:szCs w:val="20"/>
        </w:rPr>
        <w:t>İletişim</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sırasında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uygun</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zamanda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söz</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alır</w:t>
      </w:r>
      <w:proofErr w:type="spellEnd"/>
      <w:r w:rsidRPr="00450D7F">
        <w:rPr>
          <w:rFonts w:ascii="Comic Sans MS" w:eastAsia="Comic Sans MS" w:hAnsi="Comic Sans MS" w:cs="Times New Roman"/>
          <w:color w:val="000000"/>
          <w:sz w:val="20"/>
          <w:szCs w:val="20"/>
        </w:rPr>
        <w:t>.</w:t>
      </w:r>
    </w:p>
    <w:p w14:paraId="0AF2AD28"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TAEOB. Erken Okuryazarlık</w:t>
      </w:r>
    </w:p>
    <w:p w14:paraId="1AE990B4"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TAEOB.5. Yazma öncesi becerileri kazanabilme</w:t>
      </w:r>
    </w:p>
    <w:p w14:paraId="0D611393"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TAEOB.5.a. Yazma için uygun oturma pozisyonu alır.</w:t>
      </w:r>
    </w:p>
    <w:p w14:paraId="76A4520C" w14:textId="4138C8CE"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 xml:space="preserve">TAEOB.5.b. Kalemi </w:t>
      </w:r>
      <w:proofErr w:type="spellStart"/>
      <w:r w:rsidRPr="00450D7F">
        <w:rPr>
          <w:rFonts w:ascii="Comic Sans MS" w:hAnsi="Comic Sans MS" w:cs="Times New Roman"/>
          <w:sz w:val="20"/>
          <w:szCs w:val="20"/>
        </w:rPr>
        <w:t>doğru</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tutmak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için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üç</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parmağını</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işlevsel</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olarak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kullanır</w:t>
      </w:r>
      <w:proofErr w:type="spellEnd"/>
      <w:r w:rsidRPr="00450D7F">
        <w:rPr>
          <w:rFonts w:ascii="Comic Sans MS" w:hAnsi="Comic Sans MS" w:cs="Times New Roman"/>
          <w:sz w:val="20"/>
          <w:szCs w:val="20"/>
        </w:rPr>
        <w:t>.</w:t>
      </w:r>
    </w:p>
    <w:p w14:paraId="18EC8961" w14:textId="66BE888A"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MATEMATİK ALANI</w:t>
      </w:r>
    </w:p>
    <w:p w14:paraId="455EFAD2"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MAB6. Sayma</w:t>
      </w:r>
    </w:p>
    <w:p w14:paraId="67C9270C"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MAB.1. Sayıları farklı durumlarda doğru kullanabilme</w:t>
      </w:r>
    </w:p>
    <w:p w14:paraId="57A19D8B" w14:textId="77777777" w:rsidR="003118AD" w:rsidRPr="00450D7F" w:rsidRDefault="003118AD"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MAB.1.a. 1 </w:t>
      </w:r>
      <w:proofErr w:type="spellStart"/>
      <w:r w:rsidRPr="00450D7F">
        <w:rPr>
          <w:rFonts w:ascii="Comic Sans MS" w:eastAsia="Comic Sans MS" w:hAnsi="Comic Sans MS" w:cs="Times New Roman"/>
          <w:color w:val="000000"/>
          <w:sz w:val="20"/>
          <w:szCs w:val="20"/>
        </w:rPr>
        <w:t>ile</w:t>
      </w:r>
      <w:proofErr w:type="spellEnd"/>
      <w:r w:rsidRPr="00450D7F">
        <w:rPr>
          <w:rFonts w:ascii="Comic Sans MS" w:eastAsia="Comic Sans MS" w:hAnsi="Comic Sans MS" w:cs="Times New Roman"/>
          <w:color w:val="000000"/>
          <w:sz w:val="20"/>
          <w:szCs w:val="20"/>
        </w:rPr>
        <w:t xml:space="preserve"> 20 </w:t>
      </w:r>
      <w:proofErr w:type="spellStart"/>
      <w:r w:rsidRPr="00450D7F">
        <w:rPr>
          <w:rFonts w:ascii="Comic Sans MS" w:eastAsia="Comic Sans MS" w:hAnsi="Comic Sans MS" w:cs="Times New Roman"/>
          <w:color w:val="000000"/>
          <w:sz w:val="20"/>
          <w:szCs w:val="20"/>
        </w:rPr>
        <w:t>arasında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ileriye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doğru</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birer</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ritmik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sayar</w:t>
      </w:r>
      <w:proofErr w:type="spellEnd"/>
      <w:r w:rsidRPr="00450D7F">
        <w:rPr>
          <w:rFonts w:ascii="Comic Sans MS" w:eastAsia="Comic Sans MS" w:hAnsi="Comic Sans MS" w:cs="Times New Roman"/>
          <w:color w:val="000000"/>
          <w:sz w:val="20"/>
          <w:szCs w:val="20"/>
        </w:rPr>
        <w:t>.</w:t>
      </w:r>
    </w:p>
    <w:p w14:paraId="6E25D501" w14:textId="77777777" w:rsidR="003118AD" w:rsidRPr="00450D7F" w:rsidRDefault="003118AD"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MAB.1.b. 10’dan 1’e </w:t>
      </w:r>
      <w:proofErr w:type="spellStart"/>
      <w:r w:rsidRPr="00450D7F">
        <w:rPr>
          <w:rFonts w:ascii="Comic Sans MS" w:eastAsia="Comic Sans MS" w:hAnsi="Comic Sans MS" w:cs="Times New Roman"/>
          <w:color w:val="000000"/>
          <w:sz w:val="20"/>
          <w:szCs w:val="20"/>
        </w:rPr>
        <w:t>geriye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doğru</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ritmik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sayar</w:t>
      </w:r>
      <w:proofErr w:type="spellEnd"/>
      <w:r w:rsidRPr="00450D7F">
        <w:rPr>
          <w:rFonts w:ascii="Comic Sans MS" w:eastAsia="Comic Sans MS" w:hAnsi="Comic Sans MS" w:cs="Times New Roman"/>
          <w:color w:val="000000"/>
          <w:sz w:val="20"/>
          <w:szCs w:val="20"/>
        </w:rPr>
        <w:t>.</w:t>
      </w:r>
    </w:p>
    <w:p w14:paraId="3C697CB4" w14:textId="77777777" w:rsidR="003118AD" w:rsidRPr="00450D7F" w:rsidRDefault="003118AD"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MAB.1.c. 1 </w:t>
      </w:r>
      <w:proofErr w:type="spellStart"/>
      <w:r w:rsidRPr="00450D7F">
        <w:rPr>
          <w:rFonts w:ascii="Comic Sans MS" w:eastAsia="Comic Sans MS" w:hAnsi="Comic Sans MS" w:cs="Times New Roman"/>
          <w:color w:val="000000"/>
          <w:sz w:val="20"/>
          <w:szCs w:val="20"/>
        </w:rPr>
        <w:t>ile</w:t>
      </w:r>
      <w:proofErr w:type="spellEnd"/>
      <w:r w:rsidRPr="00450D7F">
        <w:rPr>
          <w:rFonts w:ascii="Comic Sans MS" w:eastAsia="Comic Sans MS" w:hAnsi="Comic Sans MS" w:cs="Times New Roman"/>
          <w:color w:val="000000"/>
          <w:sz w:val="20"/>
          <w:szCs w:val="20"/>
        </w:rPr>
        <w:t xml:space="preserve"> 5 </w:t>
      </w:r>
      <w:proofErr w:type="spellStart"/>
      <w:r w:rsidRPr="00450D7F">
        <w:rPr>
          <w:rFonts w:ascii="Comic Sans MS" w:eastAsia="Comic Sans MS" w:hAnsi="Comic Sans MS" w:cs="Times New Roman"/>
          <w:color w:val="000000"/>
          <w:sz w:val="20"/>
          <w:szCs w:val="20"/>
        </w:rPr>
        <w:t>arasında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nesne</w:t>
      </w:r>
      <w:proofErr w:type="spellEnd"/>
      <w:r w:rsidRPr="00450D7F">
        <w:rPr>
          <w:rFonts w:ascii="Comic Sans MS" w:eastAsia="Comic Sans MS" w:hAnsi="Comic Sans MS" w:cs="Times New Roman"/>
          <w:color w:val="000000"/>
          <w:sz w:val="20"/>
          <w:szCs w:val="20"/>
        </w:rPr>
        <w:t xml:space="preserve"> / </w:t>
      </w:r>
      <w:proofErr w:type="spellStart"/>
      <w:r w:rsidRPr="00450D7F">
        <w:rPr>
          <w:rFonts w:ascii="Comic Sans MS" w:eastAsia="Comic Sans MS" w:hAnsi="Comic Sans MS" w:cs="Times New Roman"/>
          <w:color w:val="000000"/>
          <w:sz w:val="20"/>
          <w:szCs w:val="20"/>
        </w:rPr>
        <w:t>varlık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miktarını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saymadan</w:t>
      </w:r>
      <w:proofErr w:type="spellEnd"/>
      <w:r w:rsidRPr="00450D7F">
        <w:rPr>
          <w:rFonts w:ascii="Comic Sans MS" w:eastAsia="Comic Sans MS" w:hAnsi="Comic Sans MS" w:cs="Times New Roman"/>
          <w:color w:val="000000"/>
          <w:sz w:val="20"/>
          <w:szCs w:val="20"/>
        </w:rPr>
        <w:t xml:space="preserve"> / </w:t>
      </w:r>
      <w:proofErr w:type="spellStart"/>
      <w:r w:rsidRPr="00450D7F">
        <w:rPr>
          <w:rFonts w:ascii="Comic Sans MS" w:eastAsia="Comic Sans MS" w:hAnsi="Comic Sans MS" w:cs="Times New Roman"/>
          <w:color w:val="000000"/>
          <w:sz w:val="20"/>
          <w:szCs w:val="20"/>
        </w:rPr>
        <w:t>bir</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bakışta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söyler</w:t>
      </w:r>
      <w:proofErr w:type="spellEnd"/>
      <w:r w:rsidRPr="00450D7F">
        <w:rPr>
          <w:rFonts w:ascii="Comic Sans MS" w:eastAsia="Comic Sans MS" w:hAnsi="Comic Sans MS" w:cs="Times New Roman"/>
          <w:color w:val="000000"/>
          <w:sz w:val="20"/>
          <w:szCs w:val="20"/>
        </w:rPr>
        <w:t>.</w:t>
      </w:r>
    </w:p>
    <w:p w14:paraId="35E1CA40" w14:textId="1800D14A" w:rsidR="003118AD" w:rsidRPr="00450D7F" w:rsidRDefault="003118AD" w:rsidP="00FD30A6">
      <w:pPr>
        <w:spacing w:after="0" w:line="276" w:lineRule="auto"/>
        <w:rPr>
          <w:rFonts w:ascii="Comic Sans MS" w:eastAsia="Comic Sans MS" w:hAnsi="Comic Sans MS" w:cs="Times New Roman"/>
          <w:color w:val="000000"/>
          <w:sz w:val="20"/>
          <w:szCs w:val="20"/>
        </w:rPr>
      </w:pPr>
      <w:r w:rsidRPr="00450D7F">
        <w:rPr>
          <w:rFonts w:ascii="Comic Sans MS" w:eastAsia="Comic Sans MS" w:hAnsi="Comic Sans MS" w:cs="Times New Roman"/>
          <w:color w:val="000000"/>
          <w:sz w:val="20"/>
          <w:szCs w:val="20"/>
        </w:rPr>
        <w:t xml:space="preserve">MAB.1.ç. 1 </w:t>
      </w:r>
      <w:proofErr w:type="spellStart"/>
      <w:r w:rsidRPr="00450D7F">
        <w:rPr>
          <w:rFonts w:ascii="Comic Sans MS" w:eastAsia="Comic Sans MS" w:hAnsi="Comic Sans MS" w:cs="Times New Roman"/>
          <w:color w:val="000000"/>
          <w:sz w:val="20"/>
          <w:szCs w:val="20"/>
        </w:rPr>
        <w:t>ile</w:t>
      </w:r>
      <w:proofErr w:type="spellEnd"/>
      <w:r w:rsidRPr="00450D7F">
        <w:rPr>
          <w:rFonts w:ascii="Comic Sans MS" w:eastAsia="Comic Sans MS" w:hAnsi="Comic Sans MS" w:cs="Times New Roman"/>
          <w:color w:val="000000"/>
          <w:sz w:val="20"/>
          <w:szCs w:val="20"/>
        </w:rPr>
        <w:t xml:space="preserve"> 20 </w:t>
      </w:r>
      <w:proofErr w:type="spellStart"/>
      <w:r w:rsidRPr="00450D7F">
        <w:rPr>
          <w:rFonts w:ascii="Comic Sans MS" w:eastAsia="Comic Sans MS" w:hAnsi="Comic Sans MS" w:cs="Times New Roman"/>
          <w:color w:val="000000"/>
          <w:sz w:val="20"/>
          <w:szCs w:val="20"/>
        </w:rPr>
        <w:t>arasındaki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nesne</w:t>
      </w:r>
      <w:proofErr w:type="spellEnd"/>
      <w:r w:rsidRPr="00450D7F">
        <w:rPr>
          <w:rFonts w:ascii="Comic Sans MS" w:eastAsia="Comic Sans MS" w:hAnsi="Comic Sans MS" w:cs="Times New Roman"/>
          <w:color w:val="000000"/>
          <w:sz w:val="20"/>
          <w:szCs w:val="20"/>
        </w:rPr>
        <w:t xml:space="preserve"> / </w:t>
      </w:r>
      <w:proofErr w:type="spellStart"/>
      <w:r w:rsidRPr="00450D7F">
        <w:rPr>
          <w:rFonts w:ascii="Comic Sans MS" w:eastAsia="Comic Sans MS" w:hAnsi="Comic Sans MS" w:cs="Times New Roman"/>
          <w:color w:val="000000"/>
          <w:sz w:val="20"/>
          <w:szCs w:val="20"/>
        </w:rPr>
        <w:t>varlık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miktarını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sayarak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belirler</w:t>
      </w:r>
      <w:proofErr w:type="spellEnd"/>
      <w:r w:rsidRPr="00450D7F">
        <w:rPr>
          <w:rFonts w:ascii="Comic Sans MS" w:eastAsia="Comic Sans MS" w:hAnsi="Comic Sans MS" w:cs="Times New Roman"/>
          <w:color w:val="000000"/>
          <w:sz w:val="20"/>
          <w:szCs w:val="20"/>
        </w:rPr>
        <w:t>.</w:t>
      </w:r>
    </w:p>
    <w:p w14:paraId="5F5DF70E" w14:textId="77777777" w:rsidR="00CC7E9E" w:rsidRPr="00450D7F" w:rsidRDefault="00CC7E9E"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b/>
          <w:color w:val="000000"/>
          <w:sz w:val="20"/>
          <w:szCs w:val="20"/>
        </w:rPr>
        <w:t xml:space="preserve">MAB1. </w:t>
      </w:r>
      <w:proofErr w:type="spellStart"/>
      <w:r w:rsidRPr="00450D7F">
        <w:rPr>
          <w:rFonts w:ascii="Comic Sans MS" w:eastAsia="Comic Sans MS" w:hAnsi="Comic Sans MS" w:cs="Times New Roman"/>
          <w:b/>
          <w:color w:val="000000"/>
          <w:sz w:val="20"/>
          <w:szCs w:val="20"/>
        </w:rPr>
        <w:t>Matematiksel</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Muhakeme</w:t>
      </w:r>
      <w:proofErr w:type="spellEnd"/>
    </w:p>
    <w:p w14:paraId="32DBB605" w14:textId="77777777" w:rsidR="00CC7E9E" w:rsidRPr="00450D7F" w:rsidRDefault="00CC7E9E"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b/>
          <w:color w:val="000000"/>
          <w:sz w:val="20"/>
          <w:szCs w:val="20"/>
        </w:rPr>
        <w:lastRenderedPageBreak/>
        <w:t xml:space="preserve">MAB.3. </w:t>
      </w:r>
      <w:proofErr w:type="spellStart"/>
      <w:r w:rsidRPr="00450D7F">
        <w:rPr>
          <w:rFonts w:ascii="Comic Sans MS" w:eastAsia="Comic Sans MS" w:hAnsi="Comic Sans MS" w:cs="Times New Roman"/>
          <w:b/>
          <w:color w:val="000000"/>
          <w:sz w:val="20"/>
          <w:szCs w:val="20"/>
        </w:rPr>
        <w:t>Matematikle</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ilgili</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durumları</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yorumlayabilme</w:t>
      </w:r>
      <w:proofErr w:type="spellEnd"/>
    </w:p>
    <w:p w14:paraId="31E2A0CE" w14:textId="77777777" w:rsidR="00CC7E9E" w:rsidRPr="00450D7F" w:rsidRDefault="00CC7E9E"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MAB.3.a. </w:t>
      </w:r>
      <w:proofErr w:type="spellStart"/>
      <w:r w:rsidRPr="00450D7F">
        <w:rPr>
          <w:rFonts w:ascii="Comic Sans MS" w:eastAsia="Comic Sans MS" w:hAnsi="Comic Sans MS" w:cs="Times New Roman"/>
          <w:color w:val="000000"/>
          <w:sz w:val="20"/>
          <w:szCs w:val="20"/>
        </w:rPr>
        <w:t>Matematikle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ilgili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bir</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durumu</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nesne</w:t>
      </w:r>
      <w:proofErr w:type="spellEnd"/>
      <w:r w:rsidRPr="00450D7F">
        <w:rPr>
          <w:rFonts w:ascii="Comic Sans MS" w:eastAsia="Comic Sans MS" w:hAnsi="Comic Sans MS" w:cs="Times New Roman"/>
          <w:color w:val="000000"/>
          <w:sz w:val="20"/>
          <w:szCs w:val="20"/>
        </w:rPr>
        <w:t xml:space="preserve"> / </w:t>
      </w:r>
      <w:proofErr w:type="spellStart"/>
      <w:r w:rsidRPr="00450D7F">
        <w:rPr>
          <w:rFonts w:ascii="Comic Sans MS" w:eastAsia="Comic Sans MS" w:hAnsi="Comic Sans MS" w:cs="Times New Roman"/>
          <w:color w:val="000000"/>
          <w:sz w:val="20"/>
          <w:szCs w:val="20"/>
        </w:rPr>
        <w:t>çizim</w:t>
      </w:r>
      <w:proofErr w:type="spellEnd"/>
      <w:r w:rsidRPr="00450D7F">
        <w:rPr>
          <w:rFonts w:ascii="Comic Sans MS" w:eastAsia="Comic Sans MS" w:hAnsi="Comic Sans MS" w:cs="Times New Roman"/>
          <w:color w:val="000000"/>
          <w:sz w:val="20"/>
          <w:szCs w:val="20"/>
        </w:rPr>
        <w:t xml:space="preserve"> / </w:t>
      </w:r>
      <w:proofErr w:type="spellStart"/>
      <w:r w:rsidRPr="00450D7F">
        <w:rPr>
          <w:rFonts w:ascii="Comic Sans MS" w:eastAsia="Comic Sans MS" w:hAnsi="Comic Sans MS" w:cs="Times New Roman"/>
          <w:color w:val="000000"/>
          <w:sz w:val="20"/>
          <w:szCs w:val="20"/>
        </w:rPr>
        <w:t>sembolle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gösterir</w:t>
      </w:r>
      <w:proofErr w:type="spellEnd"/>
      <w:r w:rsidRPr="00450D7F">
        <w:rPr>
          <w:rFonts w:ascii="Comic Sans MS" w:eastAsia="Comic Sans MS" w:hAnsi="Comic Sans MS" w:cs="Times New Roman"/>
          <w:color w:val="000000"/>
          <w:sz w:val="20"/>
          <w:szCs w:val="20"/>
        </w:rPr>
        <w:t>.</w:t>
      </w:r>
    </w:p>
    <w:p w14:paraId="5E3FC125" w14:textId="77777777" w:rsidR="00CC7E9E" w:rsidRPr="00450D7F" w:rsidRDefault="00CC7E9E"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MAB.3.b. </w:t>
      </w:r>
      <w:proofErr w:type="spellStart"/>
      <w:r w:rsidRPr="00450D7F">
        <w:rPr>
          <w:rFonts w:ascii="Comic Sans MS" w:eastAsia="Comic Sans MS" w:hAnsi="Comic Sans MS" w:cs="Times New Roman"/>
          <w:color w:val="000000"/>
          <w:sz w:val="20"/>
          <w:szCs w:val="20"/>
        </w:rPr>
        <w:t>Sayıları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nesne</w:t>
      </w:r>
      <w:proofErr w:type="spellEnd"/>
      <w:r w:rsidRPr="00450D7F">
        <w:rPr>
          <w:rFonts w:ascii="Comic Sans MS" w:eastAsia="Comic Sans MS" w:hAnsi="Comic Sans MS" w:cs="Times New Roman"/>
          <w:color w:val="000000"/>
          <w:sz w:val="20"/>
          <w:szCs w:val="20"/>
        </w:rPr>
        <w:t xml:space="preserve"> / </w:t>
      </w:r>
      <w:proofErr w:type="spellStart"/>
      <w:r w:rsidRPr="00450D7F">
        <w:rPr>
          <w:rFonts w:ascii="Comic Sans MS" w:eastAsia="Comic Sans MS" w:hAnsi="Comic Sans MS" w:cs="Times New Roman"/>
          <w:color w:val="000000"/>
          <w:sz w:val="20"/>
          <w:szCs w:val="20"/>
        </w:rPr>
        <w:t>çizim</w:t>
      </w:r>
      <w:proofErr w:type="spellEnd"/>
      <w:r w:rsidRPr="00450D7F">
        <w:rPr>
          <w:rFonts w:ascii="Comic Sans MS" w:eastAsia="Comic Sans MS" w:hAnsi="Comic Sans MS" w:cs="Times New Roman"/>
          <w:color w:val="000000"/>
          <w:sz w:val="20"/>
          <w:szCs w:val="20"/>
        </w:rPr>
        <w:t xml:space="preserve"> / </w:t>
      </w:r>
      <w:proofErr w:type="spellStart"/>
      <w:r w:rsidRPr="00450D7F">
        <w:rPr>
          <w:rFonts w:ascii="Comic Sans MS" w:eastAsia="Comic Sans MS" w:hAnsi="Comic Sans MS" w:cs="Times New Roman"/>
          <w:color w:val="000000"/>
          <w:sz w:val="20"/>
          <w:szCs w:val="20"/>
        </w:rPr>
        <w:t>rakam</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kullanarak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gösterir</w:t>
      </w:r>
      <w:proofErr w:type="spellEnd"/>
      <w:r w:rsidRPr="00450D7F">
        <w:rPr>
          <w:rFonts w:ascii="Comic Sans MS" w:eastAsia="Comic Sans MS" w:hAnsi="Comic Sans MS" w:cs="Times New Roman"/>
          <w:color w:val="000000"/>
          <w:sz w:val="20"/>
          <w:szCs w:val="20"/>
        </w:rPr>
        <w:t>.</w:t>
      </w:r>
    </w:p>
    <w:p w14:paraId="5527F027"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MAB2. Matematiksel Problem Çözme</w:t>
      </w:r>
    </w:p>
    <w:p w14:paraId="7834E407"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MAB.7. Matematikle ilgili problemlere çözüm yolları geliştirebilme</w:t>
      </w:r>
    </w:p>
    <w:p w14:paraId="201CD4E9"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MAB.7.a. Bir problemin çözümüne ilişkin yollar önerir.</w:t>
      </w:r>
    </w:p>
    <w:p w14:paraId="0D20A592"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MAB.7.b. Seçtiği çözüm yolunu dener.</w:t>
      </w:r>
    </w:p>
    <w:p w14:paraId="387C8AFC"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MAB.7.c. Çözüme ulaşamazsa başka bir yol dener.</w:t>
      </w:r>
    </w:p>
    <w:p w14:paraId="1CECC130"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MAB.7.ç. Denediği yolla ulaştığı sonucu gerekçeleriyle açıklar.</w:t>
      </w:r>
    </w:p>
    <w:p w14:paraId="41BC0788" w14:textId="595CF606" w:rsidR="002611A5" w:rsidRPr="00450D7F" w:rsidRDefault="0095769C" w:rsidP="00FD30A6">
      <w:pPr>
        <w:spacing w:after="0" w:line="276" w:lineRule="auto"/>
        <w:rPr>
          <w:rFonts w:ascii="Comic Sans MS" w:hAnsi="Comic Sans MS" w:cs="Times New Roman"/>
          <w:b/>
          <w:sz w:val="20"/>
          <w:szCs w:val="20"/>
        </w:rPr>
      </w:pPr>
      <w:r w:rsidRPr="00450D7F">
        <w:rPr>
          <w:rFonts w:ascii="Comic Sans MS" w:hAnsi="Comic Sans MS" w:cs="Times New Roman"/>
          <w:b/>
          <w:sz w:val="20"/>
          <w:szCs w:val="20"/>
        </w:rPr>
        <w:t>FEN ALANI</w:t>
      </w:r>
    </w:p>
    <w:p w14:paraId="50104D03" w14:textId="77777777" w:rsidR="004C669B" w:rsidRPr="00450D7F" w:rsidRDefault="004C669B"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b/>
          <w:color w:val="000000"/>
          <w:sz w:val="20"/>
          <w:szCs w:val="20"/>
        </w:rPr>
        <w:t xml:space="preserve">FBAB7. Deney </w:t>
      </w:r>
      <w:proofErr w:type="spellStart"/>
      <w:r w:rsidRPr="00450D7F">
        <w:rPr>
          <w:rFonts w:ascii="Comic Sans MS" w:eastAsia="Comic Sans MS" w:hAnsi="Comic Sans MS" w:cs="Times New Roman"/>
          <w:b/>
          <w:color w:val="000000"/>
          <w:sz w:val="20"/>
          <w:szCs w:val="20"/>
        </w:rPr>
        <w:t>Yapma</w:t>
      </w:r>
      <w:proofErr w:type="spellEnd"/>
    </w:p>
    <w:p w14:paraId="1C6750F2" w14:textId="77777777" w:rsidR="004C669B" w:rsidRPr="00450D7F" w:rsidRDefault="004C669B"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b/>
          <w:color w:val="000000"/>
          <w:sz w:val="20"/>
          <w:szCs w:val="20"/>
        </w:rPr>
        <w:t xml:space="preserve">FAB.7. Merak </w:t>
      </w:r>
      <w:proofErr w:type="spellStart"/>
      <w:r w:rsidRPr="00450D7F">
        <w:rPr>
          <w:rFonts w:ascii="Comic Sans MS" w:eastAsia="Comic Sans MS" w:hAnsi="Comic Sans MS" w:cs="Times New Roman"/>
          <w:b/>
          <w:color w:val="000000"/>
          <w:sz w:val="20"/>
          <w:szCs w:val="20"/>
        </w:rPr>
        <w:t>ettiği</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konular</w:t>
      </w:r>
      <w:proofErr w:type="spellEnd"/>
      <w:r w:rsidRPr="00450D7F">
        <w:rPr>
          <w:rFonts w:ascii="Comic Sans MS" w:eastAsia="Comic Sans MS" w:hAnsi="Comic Sans MS" w:cs="Times New Roman"/>
          <w:b/>
          <w:color w:val="000000"/>
          <w:sz w:val="20"/>
          <w:szCs w:val="20"/>
        </w:rPr>
        <w:t xml:space="preserve"> / </w:t>
      </w:r>
      <w:proofErr w:type="spellStart"/>
      <w:r w:rsidRPr="00450D7F">
        <w:rPr>
          <w:rFonts w:ascii="Comic Sans MS" w:eastAsia="Comic Sans MS" w:hAnsi="Comic Sans MS" w:cs="Times New Roman"/>
          <w:b/>
          <w:color w:val="000000"/>
          <w:sz w:val="20"/>
          <w:szCs w:val="20"/>
        </w:rPr>
        <w:t>olay</w:t>
      </w:r>
      <w:proofErr w:type="spellEnd"/>
      <w:r w:rsidRPr="00450D7F">
        <w:rPr>
          <w:rFonts w:ascii="Comic Sans MS" w:eastAsia="Comic Sans MS" w:hAnsi="Comic Sans MS" w:cs="Times New Roman"/>
          <w:b/>
          <w:color w:val="000000"/>
          <w:sz w:val="20"/>
          <w:szCs w:val="20"/>
        </w:rPr>
        <w:t xml:space="preserve"> / durum </w:t>
      </w:r>
      <w:proofErr w:type="spellStart"/>
      <w:r w:rsidRPr="00450D7F">
        <w:rPr>
          <w:rFonts w:ascii="Comic Sans MS" w:eastAsia="Comic Sans MS" w:hAnsi="Comic Sans MS" w:cs="Times New Roman"/>
          <w:b/>
          <w:color w:val="000000"/>
          <w:sz w:val="20"/>
          <w:szCs w:val="20"/>
        </w:rPr>
        <w:t>hakkında</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deneyler</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yapabilme</w:t>
      </w:r>
      <w:proofErr w:type="spellEnd"/>
    </w:p>
    <w:p w14:paraId="42991A1F" w14:textId="77777777" w:rsidR="004C669B" w:rsidRPr="00450D7F" w:rsidRDefault="004C669B"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FAB.7.a. Merak </w:t>
      </w:r>
      <w:proofErr w:type="spellStart"/>
      <w:r w:rsidRPr="00450D7F">
        <w:rPr>
          <w:rFonts w:ascii="Comic Sans MS" w:eastAsia="Comic Sans MS" w:hAnsi="Comic Sans MS" w:cs="Times New Roman"/>
          <w:color w:val="000000"/>
          <w:sz w:val="20"/>
          <w:szCs w:val="20"/>
        </w:rPr>
        <w:t>ettiği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konuya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ilişkin</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deney</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yapmak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için</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uygun</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malzemeleri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seçer</w:t>
      </w:r>
      <w:proofErr w:type="spellEnd"/>
      <w:r w:rsidRPr="00450D7F">
        <w:rPr>
          <w:rFonts w:ascii="Comic Sans MS" w:eastAsia="Comic Sans MS" w:hAnsi="Comic Sans MS" w:cs="Times New Roman"/>
          <w:color w:val="000000"/>
          <w:sz w:val="20"/>
          <w:szCs w:val="20"/>
        </w:rPr>
        <w:t>.</w:t>
      </w:r>
    </w:p>
    <w:p w14:paraId="068BF8AC" w14:textId="77777777" w:rsidR="004C669B" w:rsidRPr="00450D7F" w:rsidRDefault="004C669B"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FAB.7.b. Merak </w:t>
      </w:r>
      <w:proofErr w:type="spellStart"/>
      <w:r w:rsidRPr="00450D7F">
        <w:rPr>
          <w:rFonts w:ascii="Comic Sans MS" w:eastAsia="Comic Sans MS" w:hAnsi="Comic Sans MS" w:cs="Times New Roman"/>
          <w:color w:val="000000"/>
          <w:sz w:val="20"/>
          <w:szCs w:val="20"/>
        </w:rPr>
        <w:t>ettiği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konuda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deneme-yanılma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yoluyla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deney</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yapar</w:t>
      </w:r>
      <w:proofErr w:type="spellEnd"/>
      <w:r w:rsidRPr="00450D7F">
        <w:rPr>
          <w:rFonts w:ascii="Comic Sans MS" w:eastAsia="Comic Sans MS" w:hAnsi="Comic Sans MS" w:cs="Times New Roman"/>
          <w:color w:val="000000"/>
          <w:sz w:val="20"/>
          <w:szCs w:val="20"/>
        </w:rPr>
        <w:t>.</w:t>
      </w:r>
    </w:p>
    <w:p w14:paraId="42CF970E" w14:textId="77777777" w:rsidR="004C669B" w:rsidRPr="00450D7F" w:rsidRDefault="004C669B"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FAB.7.c. Deney </w:t>
      </w:r>
      <w:proofErr w:type="spellStart"/>
      <w:r w:rsidRPr="00450D7F">
        <w:rPr>
          <w:rFonts w:ascii="Comic Sans MS" w:eastAsia="Comic Sans MS" w:hAnsi="Comic Sans MS" w:cs="Times New Roman"/>
          <w:color w:val="000000"/>
          <w:sz w:val="20"/>
          <w:szCs w:val="20"/>
        </w:rPr>
        <w:t>sonucunda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gözlemlediği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durumu</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ifade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eder</w:t>
      </w:r>
      <w:proofErr w:type="spellEnd"/>
      <w:r w:rsidRPr="00450D7F">
        <w:rPr>
          <w:rFonts w:ascii="Comic Sans MS" w:eastAsia="Comic Sans MS" w:hAnsi="Comic Sans MS" w:cs="Times New Roman"/>
          <w:color w:val="000000"/>
          <w:sz w:val="20"/>
          <w:szCs w:val="20"/>
        </w:rPr>
        <w:t>.</w:t>
      </w:r>
    </w:p>
    <w:p w14:paraId="6579D5FA"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FBAB9. Bilimsel Model Oluşturma</w:t>
      </w:r>
    </w:p>
    <w:p w14:paraId="0E12D567"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FAB.9. Fene yönelik olay ve / veya olguları açıklamak için basit düzeyde bilimsel modellerden faydalanabilme</w:t>
      </w:r>
    </w:p>
    <w:p w14:paraId="03919462"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FAB.9.a. Yakın çevresindeki problemlerin çözümüne ilişkin hayal gücüne dayalı modeller önerir.</w:t>
      </w:r>
    </w:p>
    <w:p w14:paraId="02F61D6A"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FAB.9.b. Yakın çevresindeki bir problemi çözmek için oluşturduğu modeli yeniden düzenler.</w:t>
      </w:r>
    </w:p>
    <w:p w14:paraId="36D32C9F"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SOSYAL ALAN</w:t>
      </w:r>
    </w:p>
    <w:p w14:paraId="5E63A3AF"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SBAB2. Kanıta Dayalı Sorgulama ve Araştırma</w:t>
      </w:r>
    </w:p>
    <w:p w14:paraId="2F8B4BD7"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SAB.4. Yakın çevresindeki yaşantılardan yola çıkarak ülkemizle ilgili merak ettiği konulara yönelik sorular sorabilme</w:t>
      </w:r>
    </w:p>
    <w:p w14:paraId="0DE933BA"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SAB.4.a. Yakın çevresindeki / Ülkemizdeki nesne, kişi, yer ve olaylar hakkında merak ettiği konuya yönelik sorular sorar.</w:t>
      </w:r>
    </w:p>
    <w:p w14:paraId="46721806"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HAREKET VE SAĞLIK ALANI</w:t>
      </w:r>
    </w:p>
    <w:p w14:paraId="22107386"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HSAB1. Aktif Yaşam İçin Motor Beceriler</w:t>
      </w:r>
    </w:p>
    <w:p w14:paraId="6C2CB13F"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HSAB.1. Farklı çevre ve fiziksel etkinliklerde temel hareket becerilerini sergileyebilme</w:t>
      </w:r>
    </w:p>
    <w:p w14:paraId="0998A85D"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HSAB.1.a. Yer değiştirme becerilerini koordineli biçimde yapar.</w:t>
      </w:r>
    </w:p>
    <w:p w14:paraId="407FAF9B" w14:textId="2E8D8A88"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 xml:space="preserve">HSAB.1.c. </w:t>
      </w:r>
      <w:proofErr w:type="spellStart"/>
      <w:r w:rsidRPr="00450D7F">
        <w:rPr>
          <w:rFonts w:ascii="Comic Sans MS" w:hAnsi="Comic Sans MS" w:cs="Times New Roman"/>
          <w:sz w:val="20"/>
          <w:szCs w:val="20"/>
        </w:rPr>
        <w:t>Nesne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kontrolü</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becerilerini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koordineli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biçimde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gerçekleştirir</w:t>
      </w:r>
      <w:proofErr w:type="spellEnd"/>
      <w:r w:rsidRPr="00450D7F">
        <w:rPr>
          <w:rFonts w:ascii="Comic Sans MS" w:hAnsi="Comic Sans MS" w:cs="Times New Roman"/>
          <w:sz w:val="20"/>
          <w:szCs w:val="20"/>
        </w:rPr>
        <w:t>.</w:t>
      </w:r>
    </w:p>
    <w:p w14:paraId="66D70C97" w14:textId="77777777" w:rsidR="00695AA7" w:rsidRPr="00450D7F" w:rsidRDefault="00695AA7"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HSAB.1.c. </w:t>
      </w:r>
      <w:proofErr w:type="spellStart"/>
      <w:r w:rsidRPr="00450D7F">
        <w:rPr>
          <w:rFonts w:ascii="Comic Sans MS" w:eastAsia="Comic Sans MS" w:hAnsi="Comic Sans MS" w:cs="Times New Roman"/>
          <w:color w:val="000000"/>
          <w:sz w:val="20"/>
          <w:szCs w:val="20"/>
        </w:rPr>
        <w:t>Nesne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kontrolü</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becerilerini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koordineli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biçimde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gerçekleştirir</w:t>
      </w:r>
      <w:proofErr w:type="spellEnd"/>
      <w:r w:rsidRPr="00450D7F">
        <w:rPr>
          <w:rFonts w:ascii="Comic Sans MS" w:eastAsia="Comic Sans MS" w:hAnsi="Comic Sans MS" w:cs="Times New Roman"/>
          <w:color w:val="000000"/>
          <w:sz w:val="20"/>
          <w:szCs w:val="20"/>
        </w:rPr>
        <w:t>.</w:t>
      </w:r>
    </w:p>
    <w:p w14:paraId="7D80B382"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HSAB.2. Farklı büyüklük ve özellikteki nesneleri kullanabilme</w:t>
      </w:r>
    </w:p>
    <w:p w14:paraId="4D737923"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HSAB.2.a. Nesnelere farklı şekiller verir.</w:t>
      </w:r>
    </w:p>
    <w:p w14:paraId="61FB17BE" w14:textId="2F0281C3" w:rsidR="002611A5"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 xml:space="preserve">HSAB.2.b. Parmak </w:t>
      </w:r>
      <w:proofErr w:type="spellStart"/>
      <w:r w:rsidRPr="00450D7F">
        <w:rPr>
          <w:rFonts w:ascii="Comic Sans MS" w:hAnsi="Comic Sans MS" w:cs="Times New Roman"/>
          <w:sz w:val="20"/>
          <w:szCs w:val="20"/>
        </w:rPr>
        <w:t>uçlarıyla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nesne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kontrolü</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sağlar</w:t>
      </w:r>
      <w:proofErr w:type="spellEnd"/>
      <w:r w:rsidRPr="00450D7F">
        <w:rPr>
          <w:rFonts w:ascii="Comic Sans MS" w:hAnsi="Comic Sans MS" w:cs="Times New Roman"/>
          <w:sz w:val="20"/>
          <w:szCs w:val="20"/>
        </w:rPr>
        <w:t>.</w:t>
      </w:r>
    </w:p>
    <w:p w14:paraId="34C66C22" w14:textId="77777777" w:rsidR="00B0670B" w:rsidRPr="00450D7F" w:rsidRDefault="00B0670B" w:rsidP="00B0670B">
      <w:pPr>
        <w:spacing w:after="0" w:line="276" w:lineRule="auto"/>
        <w:rPr>
          <w:rFonts w:ascii="Comic Sans MS" w:hAnsi="Comic Sans MS" w:cs="Times New Roman"/>
          <w:sz w:val="20"/>
          <w:szCs w:val="20"/>
        </w:rPr>
      </w:pPr>
      <w:r w:rsidRPr="00450D7F">
        <w:rPr>
          <w:rFonts w:ascii="Comic Sans MS" w:eastAsia="Comic Sans MS" w:hAnsi="Comic Sans MS" w:cs="Times New Roman"/>
          <w:b/>
          <w:color w:val="000000"/>
          <w:sz w:val="20"/>
          <w:szCs w:val="20"/>
        </w:rPr>
        <w:t xml:space="preserve">HSAB.4. Beden </w:t>
      </w:r>
      <w:proofErr w:type="spellStart"/>
      <w:r w:rsidRPr="00450D7F">
        <w:rPr>
          <w:rFonts w:ascii="Comic Sans MS" w:eastAsia="Comic Sans MS" w:hAnsi="Comic Sans MS" w:cs="Times New Roman"/>
          <w:b/>
          <w:color w:val="000000"/>
          <w:sz w:val="20"/>
          <w:szCs w:val="20"/>
        </w:rPr>
        <w:t>farkındalığına</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dayalı</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doğru</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duruş</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sergileyebilme</w:t>
      </w:r>
      <w:proofErr w:type="spellEnd"/>
    </w:p>
    <w:p w14:paraId="3B2F16AA" w14:textId="77777777" w:rsidR="00B0670B" w:rsidRPr="00450D7F" w:rsidRDefault="00B0670B" w:rsidP="00B0670B">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HSAB.4.a. Beden </w:t>
      </w:r>
      <w:proofErr w:type="spellStart"/>
      <w:r w:rsidRPr="00450D7F">
        <w:rPr>
          <w:rFonts w:ascii="Comic Sans MS" w:eastAsia="Comic Sans MS" w:hAnsi="Comic Sans MS" w:cs="Times New Roman"/>
          <w:color w:val="000000"/>
          <w:sz w:val="20"/>
          <w:szCs w:val="20"/>
        </w:rPr>
        <w:t>pozisyonunu</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ayarlayarak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doğru</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duruşu</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devam</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ettirir</w:t>
      </w:r>
      <w:proofErr w:type="spellEnd"/>
      <w:r w:rsidRPr="00450D7F">
        <w:rPr>
          <w:rFonts w:ascii="Comic Sans MS" w:eastAsia="Comic Sans MS" w:hAnsi="Comic Sans MS" w:cs="Times New Roman"/>
          <w:color w:val="000000"/>
          <w:sz w:val="20"/>
          <w:szCs w:val="20"/>
        </w:rPr>
        <w:t>.</w:t>
      </w:r>
    </w:p>
    <w:p w14:paraId="18854815" w14:textId="77777777" w:rsidR="00B0670B" w:rsidRPr="00450D7F" w:rsidRDefault="00B0670B" w:rsidP="00B0670B">
      <w:pPr>
        <w:spacing w:after="0" w:line="276" w:lineRule="auto"/>
        <w:rPr>
          <w:rFonts w:ascii="Comic Sans MS" w:eastAsia="Comic Sans MS" w:hAnsi="Comic Sans MS" w:cs="Times New Roman"/>
          <w:color w:val="000000"/>
          <w:sz w:val="20"/>
          <w:szCs w:val="20"/>
        </w:rPr>
      </w:pPr>
      <w:r w:rsidRPr="00450D7F">
        <w:rPr>
          <w:rFonts w:ascii="Comic Sans MS" w:eastAsia="Comic Sans MS" w:hAnsi="Comic Sans MS" w:cs="Times New Roman"/>
          <w:color w:val="000000"/>
          <w:sz w:val="20"/>
          <w:szCs w:val="20"/>
        </w:rPr>
        <w:t xml:space="preserve">HSAB.4.b. Beden </w:t>
      </w:r>
      <w:proofErr w:type="spellStart"/>
      <w:r w:rsidRPr="00450D7F">
        <w:rPr>
          <w:rFonts w:ascii="Comic Sans MS" w:eastAsia="Comic Sans MS" w:hAnsi="Comic Sans MS" w:cs="Times New Roman"/>
          <w:color w:val="000000"/>
          <w:sz w:val="20"/>
          <w:szCs w:val="20"/>
        </w:rPr>
        <w:t>bölümlerini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amaca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uygun</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koordineli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biçimde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hareket</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ettirir</w:t>
      </w:r>
      <w:proofErr w:type="spellEnd"/>
      <w:r w:rsidRPr="00450D7F">
        <w:rPr>
          <w:rFonts w:ascii="Comic Sans MS" w:eastAsia="Comic Sans MS" w:hAnsi="Comic Sans MS" w:cs="Times New Roman"/>
          <w:color w:val="000000"/>
          <w:sz w:val="20"/>
          <w:szCs w:val="20"/>
        </w:rPr>
        <w:t>.</w:t>
      </w:r>
    </w:p>
    <w:p w14:paraId="78CAC0AB"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HSAB.5. Kişisel ve genel alanın farkında olarak hareket edebilme</w:t>
      </w:r>
    </w:p>
    <w:p w14:paraId="49C5296D" w14:textId="77777777" w:rsidR="00CC7E9E"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 xml:space="preserve">HSAB.5.a. </w:t>
      </w:r>
      <w:proofErr w:type="spellStart"/>
      <w:r w:rsidRPr="00450D7F">
        <w:rPr>
          <w:rFonts w:ascii="Comic Sans MS" w:hAnsi="Comic Sans MS" w:cs="Times New Roman"/>
          <w:sz w:val="20"/>
          <w:szCs w:val="20"/>
        </w:rPr>
        <w:t>Başkalarının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kişisel</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alanına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girmeden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hareket</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eder</w:t>
      </w:r>
      <w:proofErr w:type="spellEnd"/>
      <w:r w:rsidRPr="00450D7F">
        <w:rPr>
          <w:rFonts w:ascii="Comic Sans MS" w:hAnsi="Comic Sans MS" w:cs="Times New Roman"/>
          <w:sz w:val="20"/>
          <w:szCs w:val="20"/>
        </w:rPr>
        <w:t>.</w:t>
      </w:r>
    </w:p>
    <w:p w14:paraId="58E9521F" w14:textId="77777777" w:rsidR="00CC7E9E" w:rsidRPr="00450D7F" w:rsidRDefault="0095769C" w:rsidP="00FD30A6">
      <w:pPr>
        <w:spacing w:after="0" w:line="276" w:lineRule="auto"/>
        <w:rPr>
          <w:rFonts w:ascii="Comic Sans MS" w:hAnsi="Comic Sans MS" w:cs="Times New Roman"/>
          <w:b/>
          <w:sz w:val="20"/>
          <w:szCs w:val="20"/>
        </w:rPr>
      </w:pPr>
      <w:r w:rsidRPr="00450D7F">
        <w:rPr>
          <w:rFonts w:ascii="Comic Sans MS" w:hAnsi="Comic Sans MS" w:cs="Times New Roman"/>
          <w:b/>
          <w:sz w:val="20"/>
          <w:szCs w:val="20"/>
        </w:rPr>
        <w:t xml:space="preserve">HSAB2. </w:t>
      </w:r>
      <w:proofErr w:type="spellStart"/>
      <w:r w:rsidRPr="00450D7F">
        <w:rPr>
          <w:rFonts w:ascii="Comic Sans MS" w:hAnsi="Comic Sans MS" w:cs="Times New Roman"/>
          <w:b/>
          <w:sz w:val="20"/>
          <w:szCs w:val="20"/>
        </w:rPr>
        <w:t>Sağlıklı</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Yaşam</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ve</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Öz</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Bakım</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Becerileri</w:t>
      </w:r>
      <w:proofErr w:type="spellEnd"/>
    </w:p>
    <w:p w14:paraId="352BBAF2" w14:textId="77777777" w:rsidR="00CC7E9E" w:rsidRPr="00450D7F" w:rsidRDefault="0095769C" w:rsidP="00FD30A6">
      <w:pPr>
        <w:spacing w:after="0" w:line="276" w:lineRule="auto"/>
        <w:rPr>
          <w:rFonts w:ascii="Comic Sans MS" w:hAnsi="Comic Sans MS" w:cs="Times New Roman"/>
          <w:b/>
          <w:sz w:val="20"/>
          <w:szCs w:val="20"/>
        </w:rPr>
      </w:pPr>
      <w:r w:rsidRPr="00450D7F">
        <w:rPr>
          <w:rFonts w:ascii="Comic Sans MS" w:hAnsi="Comic Sans MS" w:cs="Times New Roman"/>
          <w:b/>
          <w:sz w:val="20"/>
          <w:szCs w:val="20"/>
        </w:rPr>
        <w:t xml:space="preserve">HSAB.8. Temel </w:t>
      </w:r>
      <w:proofErr w:type="spellStart"/>
      <w:r w:rsidRPr="00450D7F">
        <w:rPr>
          <w:rFonts w:ascii="Comic Sans MS" w:hAnsi="Comic Sans MS" w:cs="Times New Roman"/>
          <w:b/>
          <w:sz w:val="20"/>
          <w:szCs w:val="20"/>
        </w:rPr>
        <w:t>kişisel</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hijyen</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ve</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bulunduğu</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ortamın</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düzeninin</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farkında</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olabilme</w:t>
      </w:r>
      <w:proofErr w:type="spellEnd"/>
    </w:p>
    <w:p w14:paraId="19D9BEA3" w14:textId="03998FBB"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HSAB.8.a. Kişisel temizliğinin sorumluluğunu alır.</w:t>
      </w:r>
    </w:p>
    <w:p w14:paraId="48AEB0D6" w14:textId="106D6ED8"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 xml:space="preserve">HSAB.8.b. </w:t>
      </w:r>
      <w:proofErr w:type="spellStart"/>
      <w:r w:rsidRPr="00450D7F">
        <w:rPr>
          <w:rFonts w:ascii="Comic Sans MS" w:hAnsi="Comic Sans MS" w:cs="Times New Roman"/>
          <w:sz w:val="20"/>
          <w:szCs w:val="20"/>
        </w:rPr>
        <w:t>Ortak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kullanım</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alanlarında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çevresini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düzenli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tutma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sorumluluğunu</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üstlenir</w:t>
      </w:r>
      <w:proofErr w:type="spellEnd"/>
      <w:r w:rsidRPr="00450D7F">
        <w:rPr>
          <w:rFonts w:ascii="Comic Sans MS" w:hAnsi="Comic Sans MS" w:cs="Times New Roman"/>
          <w:sz w:val="20"/>
          <w:szCs w:val="20"/>
        </w:rPr>
        <w:t>.</w:t>
      </w:r>
    </w:p>
    <w:p w14:paraId="6C5D2A6A" w14:textId="77777777" w:rsidR="00382AB0" w:rsidRPr="00450D7F" w:rsidRDefault="00382AB0"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b/>
          <w:color w:val="000000"/>
          <w:sz w:val="20"/>
          <w:szCs w:val="20"/>
        </w:rPr>
        <w:t xml:space="preserve">HSAB3. </w:t>
      </w:r>
      <w:proofErr w:type="spellStart"/>
      <w:r w:rsidRPr="00450D7F">
        <w:rPr>
          <w:rFonts w:ascii="Comic Sans MS" w:eastAsia="Comic Sans MS" w:hAnsi="Comic Sans MS" w:cs="Times New Roman"/>
          <w:b/>
          <w:color w:val="000000"/>
          <w:sz w:val="20"/>
          <w:szCs w:val="20"/>
        </w:rPr>
        <w:t>Güvenlik</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Becerileri</w:t>
      </w:r>
      <w:proofErr w:type="spellEnd"/>
    </w:p>
    <w:p w14:paraId="4D310431" w14:textId="77777777" w:rsidR="00382AB0" w:rsidRPr="00450D7F" w:rsidRDefault="00382AB0"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b/>
          <w:color w:val="000000"/>
          <w:sz w:val="20"/>
          <w:szCs w:val="20"/>
        </w:rPr>
        <w:t xml:space="preserve">HSAB.9. Kaza, </w:t>
      </w:r>
      <w:proofErr w:type="spellStart"/>
      <w:r w:rsidRPr="00450D7F">
        <w:rPr>
          <w:rFonts w:ascii="Comic Sans MS" w:eastAsia="Comic Sans MS" w:hAnsi="Comic Sans MS" w:cs="Times New Roman"/>
          <w:b/>
          <w:color w:val="000000"/>
          <w:sz w:val="20"/>
          <w:szCs w:val="20"/>
        </w:rPr>
        <w:t>afet</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ve</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tehlikeli</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durumlarda</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güvenli</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davranışları</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sergileyebilme</w:t>
      </w:r>
      <w:proofErr w:type="spellEnd"/>
    </w:p>
    <w:p w14:paraId="6C7AA3FD" w14:textId="77777777" w:rsidR="00382AB0" w:rsidRPr="00450D7F" w:rsidRDefault="00382AB0"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HSAB.9.a. Acil </w:t>
      </w:r>
      <w:proofErr w:type="spellStart"/>
      <w:r w:rsidRPr="00450D7F">
        <w:rPr>
          <w:rFonts w:ascii="Comic Sans MS" w:eastAsia="Comic Sans MS" w:hAnsi="Comic Sans MS" w:cs="Times New Roman"/>
          <w:color w:val="000000"/>
          <w:sz w:val="20"/>
          <w:szCs w:val="20"/>
        </w:rPr>
        <w:t>durumlarda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aranacak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numarayı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söyler</w:t>
      </w:r>
      <w:proofErr w:type="spellEnd"/>
      <w:r w:rsidRPr="00450D7F">
        <w:rPr>
          <w:rFonts w:ascii="Comic Sans MS" w:eastAsia="Comic Sans MS" w:hAnsi="Comic Sans MS" w:cs="Times New Roman"/>
          <w:color w:val="000000"/>
          <w:sz w:val="20"/>
          <w:szCs w:val="20"/>
        </w:rPr>
        <w:t>.</w:t>
      </w:r>
    </w:p>
    <w:p w14:paraId="37F21919" w14:textId="77777777" w:rsidR="00382AB0" w:rsidRPr="00450D7F" w:rsidRDefault="00382AB0"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HSAB.9.b. </w:t>
      </w:r>
      <w:proofErr w:type="spellStart"/>
      <w:r w:rsidRPr="00450D7F">
        <w:rPr>
          <w:rFonts w:ascii="Comic Sans MS" w:eastAsia="Comic Sans MS" w:hAnsi="Comic Sans MS" w:cs="Times New Roman"/>
          <w:color w:val="000000"/>
          <w:sz w:val="20"/>
          <w:szCs w:val="20"/>
        </w:rPr>
        <w:t>Okul</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ve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ev</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ortamındaki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güvenlik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kurallarını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söyler</w:t>
      </w:r>
      <w:proofErr w:type="spellEnd"/>
      <w:r w:rsidRPr="00450D7F">
        <w:rPr>
          <w:rFonts w:ascii="Comic Sans MS" w:eastAsia="Comic Sans MS" w:hAnsi="Comic Sans MS" w:cs="Times New Roman"/>
          <w:color w:val="000000"/>
          <w:sz w:val="20"/>
          <w:szCs w:val="20"/>
        </w:rPr>
        <w:t>.</w:t>
      </w:r>
    </w:p>
    <w:p w14:paraId="7E7FF405" w14:textId="5503C26D" w:rsidR="002611A5" w:rsidRPr="00450D7F" w:rsidRDefault="0095769C" w:rsidP="002B25F9">
      <w:pPr>
        <w:spacing w:after="0" w:line="276" w:lineRule="auto"/>
        <w:rPr>
          <w:rFonts w:ascii="Comic Sans MS" w:hAnsi="Comic Sans MS" w:cs="Times New Roman"/>
          <w:sz w:val="20"/>
          <w:szCs w:val="20"/>
        </w:rPr>
      </w:pPr>
      <w:r w:rsidRPr="00450D7F">
        <w:rPr>
          <w:rFonts w:ascii="Comic Sans MS" w:hAnsi="Comic Sans MS" w:cs="Times New Roman"/>
          <w:b/>
          <w:sz w:val="20"/>
          <w:szCs w:val="20"/>
        </w:rPr>
        <w:lastRenderedPageBreak/>
        <w:t>SANAT ALANISNAB4. Sanatsal Uygulama Yapma</w:t>
      </w:r>
    </w:p>
    <w:p w14:paraId="0DC17136"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SNAB.4. Sanat etkinliği uygulayabilme</w:t>
      </w:r>
    </w:p>
    <w:p w14:paraId="3D1061BF" w14:textId="77777777" w:rsidR="002B25F9"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 xml:space="preserve">SNAB.4.a. </w:t>
      </w:r>
      <w:proofErr w:type="spellStart"/>
      <w:r w:rsidRPr="00450D7F">
        <w:rPr>
          <w:rFonts w:ascii="Comic Sans MS" w:hAnsi="Comic Sans MS" w:cs="Times New Roman"/>
          <w:sz w:val="20"/>
          <w:szCs w:val="20"/>
        </w:rPr>
        <w:t>Yapmak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istediği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sanat</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etkinliğinin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türüne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karar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verir</w:t>
      </w:r>
      <w:proofErr w:type="spellEnd"/>
      <w:r w:rsidRPr="00450D7F">
        <w:rPr>
          <w:rFonts w:ascii="Comic Sans MS" w:hAnsi="Comic Sans MS" w:cs="Times New Roman"/>
          <w:sz w:val="20"/>
          <w:szCs w:val="20"/>
        </w:rPr>
        <w:t>.</w:t>
      </w:r>
    </w:p>
    <w:p w14:paraId="72AA726D" w14:textId="0D778405"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SNAB.4.b. Sanat etkinliği için gerekli materyalleri seçer.</w:t>
      </w:r>
    </w:p>
    <w:p w14:paraId="0FF4A547"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SNAB.4.c. Sanat materyallerini amacına uygun biçimde kullanır.</w:t>
      </w:r>
    </w:p>
    <w:p w14:paraId="37755B00"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SNAB.4.ç. Sanat etkinliklerine aktif olarak katılır.</w:t>
      </w:r>
    </w:p>
    <w:p w14:paraId="2C30F069"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SNAB.4.d. Sanat etkinliklerinde özgün ürünler oluşturur.</w:t>
      </w:r>
    </w:p>
    <w:p w14:paraId="6C83A4B7"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MÜZİK ALANI</w:t>
      </w:r>
    </w:p>
    <w:p w14:paraId="1152DFA5"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MSB2. Müziksel Söyleme</w:t>
      </w:r>
    </w:p>
    <w:p w14:paraId="335A646E" w14:textId="49C9D303" w:rsidR="002611A5" w:rsidRPr="00450D7F" w:rsidRDefault="0095769C" w:rsidP="00FD30A6">
      <w:pPr>
        <w:keepNext/>
        <w:spacing w:after="0" w:line="276" w:lineRule="auto"/>
        <w:rPr>
          <w:rFonts w:ascii="Comic Sans MS" w:hAnsi="Comic Sans MS" w:cs="Times New Roman"/>
          <w:b/>
          <w:sz w:val="20"/>
          <w:szCs w:val="20"/>
        </w:rPr>
      </w:pPr>
      <w:r w:rsidRPr="00450D7F">
        <w:rPr>
          <w:rFonts w:ascii="Comic Sans MS" w:hAnsi="Comic Sans MS" w:cs="Times New Roman"/>
          <w:b/>
          <w:sz w:val="20"/>
          <w:szCs w:val="20"/>
        </w:rPr>
        <w:t xml:space="preserve">MSB.1. </w:t>
      </w:r>
      <w:proofErr w:type="spellStart"/>
      <w:r w:rsidRPr="00450D7F">
        <w:rPr>
          <w:rFonts w:ascii="Comic Sans MS" w:hAnsi="Comic Sans MS" w:cs="Times New Roman"/>
          <w:b/>
          <w:sz w:val="20"/>
          <w:szCs w:val="20"/>
        </w:rPr>
        <w:t>Şarkılara</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kendi</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sesiyle</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eşlik</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edebilme</w:t>
      </w:r>
      <w:proofErr w:type="spellEnd"/>
    </w:p>
    <w:p w14:paraId="47EF0796" w14:textId="77777777" w:rsidR="00F90CEE" w:rsidRPr="00450D7F" w:rsidRDefault="00F90CEE"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MSB.2.a. </w:t>
      </w:r>
      <w:proofErr w:type="spellStart"/>
      <w:r w:rsidRPr="00450D7F">
        <w:rPr>
          <w:rFonts w:ascii="Comic Sans MS" w:eastAsia="Comic Sans MS" w:hAnsi="Comic Sans MS" w:cs="Times New Roman"/>
          <w:color w:val="000000"/>
          <w:sz w:val="20"/>
          <w:szCs w:val="20"/>
        </w:rPr>
        <w:t>Şarkıyı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grupla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ya</w:t>
      </w:r>
      <w:proofErr w:type="spellEnd"/>
      <w:r w:rsidRPr="00450D7F">
        <w:rPr>
          <w:rFonts w:ascii="Comic Sans MS" w:eastAsia="Comic Sans MS" w:hAnsi="Comic Sans MS" w:cs="Times New Roman"/>
          <w:color w:val="000000"/>
          <w:sz w:val="20"/>
          <w:szCs w:val="20"/>
        </w:rPr>
        <w:t xml:space="preserve"> da </w:t>
      </w:r>
      <w:proofErr w:type="spellStart"/>
      <w:r w:rsidRPr="00450D7F">
        <w:rPr>
          <w:rFonts w:ascii="Comic Sans MS" w:eastAsia="Comic Sans MS" w:hAnsi="Comic Sans MS" w:cs="Times New Roman"/>
          <w:color w:val="000000"/>
          <w:sz w:val="20"/>
          <w:szCs w:val="20"/>
        </w:rPr>
        <w:t>tek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başına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söyler</w:t>
      </w:r>
      <w:proofErr w:type="spellEnd"/>
      <w:r w:rsidRPr="00450D7F">
        <w:rPr>
          <w:rFonts w:ascii="Comic Sans MS" w:eastAsia="Comic Sans MS" w:hAnsi="Comic Sans MS" w:cs="Times New Roman"/>
          <w:color w:val="000000"/>
          <w:sz w:val="20"/>
          <w:szCs w:val="20"/>
        </w:rPr>
        <w:t>.</w:t>
      </w:r>
    </w:p>
    <w:p w14:paraId="3802E374" w14:textId="77777777" w:rsidR="00F90CEE" w:rsidRPr="00450D7F" w:rsidRDefault="00F90CEE" w:rsidP="00FD30A6">
      <w:pPr>
        <w:spacing w:after="0" w:line="276" w:lineRule="auto"/>
        <w:rPr>
          <w:rFonts w:ascii="Comic Sans MS" w:eastAsia="Comic Sans MS" w:hAnsi="Comic Sans MS" w:cs="Times New Roman"/>
          <w:color w:val="000000"/>
          <w:sz w:val="20"/>
          <w:szCs w:val="20"/>
        </w:rPr>
      </w:pPr>
      <w:r w:rsidRPr="00450D7F">
        <w:rPr>
          <w:rFonts w:ascii="Comic Sans MS" w:eastAsia="Comic Sans MS" w:hAnsi="Comic Sans MS" w:cs="Times New Roman"/>
          <w:color w:val="000000"/>
          <w:sz w:val="20"/>
          <w:szCs w:val="20"/>
        </w:rPr>
        <w:t xml:space="preserve">MSB.2.b. </w:t>
      </w:r>
      <w:proofErr w:type="spellStart"/>
      <w:r w:rsidRPr="00450D7F">
        <w:rPr>
          <w:rFonts w:ascii="Comic Sans MS" w:eastAsia="Comic Sans MS" w:hAnsi="Comic Sans MS" w:cs="Times New Roman"/>
          <w:color w:val="000000"/>
          <w:sz w:val="20"/>
          <w:szCs w:val="20"/>
        </w:rPr>
        <w:t>Şarkı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söylerken</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sesini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sınıf</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ortamına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ve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grubun</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ses</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yüksekliğine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uygun</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şekilde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ayarlar</w:t>
      </w:r>
      <w:proofErr w:type="spellEnd"/>
      <w:r w:rsidRPr="00450D7F">
        <w:rPr>
          <w:rFonts w:ascii="Comic Sans MS" w:eastAsia="Comic Sans MS" w:hAnsi="Comic Sans MS" w:cs="Times New Roman"/>
          <w:color w:val="000000"/>
          <w:sz w:val="20"/>
          <w:szCs w:val="20"/>
        </w:rPr>
        <w:t>.</w:t>
      </w:r>
    </w:p>
    <w:p w14:paraId="2DCB9F3D"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MSB.1.ç. Yaşına ve gelişim düzeyine uygun şarkıdaki sözcükleri müziğin ritmine uygun şekilde söyler.</w:t>
      </w:r>
    </w:p>
    <w:p w14:paraId="554D593E" w14:textId="77777777" w:rsidR="00B677C7" w:rsidRPr="00450D7F" w:rsidRDefault="00B677C7"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b/>
          <w:color w:val="000000"/>
          <w:sz w:val="20"/>
          <w:szCs w:val="20"/>
        </w:rPr>
        <w:t xml:space="preserve">MSB.2. </w:t>
      </w:r>
      <w:proofErr w:type="spellStart"/>
      <w:r w:rsidRPr="00450D7F">
        <w:rPr>
          <w:rFonts w:ascii="Comic Sans MS" w:eastAsia="Comic Sans MS" w:hAnsi="Comic Sans MS" w:cs="Times New Roman"/>
          <w:b/>
          <w:color w:val="000000"/>
          <w:sz w:val="20"/>
          <w:szCs w:val="20"/>
        </w:rPr>
        <w:t>Söyleme</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becerilerini</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sınıf</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içinde</w:t>
      </w:r>
      <w:proofErr w:type="spellEnd"/>
      <w:r w:rsidRPr="00450D7F">
        <w:rPr>
          <w:rFonts w:ascii="Comic Sans MS" w:eastAsia="Comic Sans MS" w:hAnsi="Comic Sans MS" w:cs="Times New Roman"/>
          <w:b/>
          <w:color w:val="000000"/>
          <w:sz w:val="20"/>
          <w:szCs w:val="20"/>
        </w:rPr>
        <w:t xml:space="preserve"> </w:t>
      </w:r>
      <w:proofErr w:type="spellStart"/>
      <w:r w:rsidRPr="00450D7F">
        <w:rPr>
          <w:rFonts w:ascii="Comic Sans MS" w:eastAsia="Comic Sans MS" w:hAnsi="Comic Sans MS" w:cs="Times New Roman"/>
          <w:b/>
          <w:color w:val="000000"/>
          <w:sz w:val="20"/>
          <w:szCs w:val="20"/>
        </w:rPr>
        <w:t>sergileyebilme</w:t>
      </w:r>
      <w:proofErr w:type="spellEnd"/>
    </w:p>
    <w:p w14:paraId="1365770C" w14:textId="77777777" w:rsidR="00B677C7" w:rsidRPr="00450D7F" w:rsidRDefault="00B677C7"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MSB.2.a. </w:t>
      </w:r>
      <w:proofErr w:type="spellStart"/>
      <w:r w:rsidRPr="00450D7F">
        <w:rPr>
          <w:rFonts w:ascii="Comic Sans MS" w:eastAsia="Comic Sans MS" w:hAnsi="Comic Sans MS" w:cs="Times New Roman"/>
          <w:color w:val="000000"/>
          <w:sz w:val="20"/>
          <w:szCs w:val="20"/>
        </w:rPr>
        <w:t>Şarkıyı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grupla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ya</w:t>
      </w:r>
      <w:proofErr w:type="spellEnd"/>
      <w:r w:rsidRPr="00450D7F">
        <w:rPr>
          <w:rFonts w:ascii="Comic Sans MS" w:eastAsia="Comic Sans MS" w:hAnsi="Comic Sans MS" w:cs="Times New Roman"/>
          <w:color w:val="000000"/>
          <w:sz w:val="20"/>
          <w:szCs w:val="20"/>
        </w:rPr>
        <w:t xml:space="preserve"> da </w:t>
      </w:r>
      <w:proofErr w:type="spellStart"/>
      <w:r w:rsidRPr="00450D7F">
        <w:rPr>
          <w:rFonts w:ascii="Comic Sans MS" w:eastAsia="Comic Sans MS" w:hAnsi="Comic Sans MS" w:cs="Times New Roman"/>
          <w:color w:val="000000"/>
          <w:sz w:val="20"/>
          <w:szCs w:val="20"/>
        </w:rPr>
        <w:t>tek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başına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söyler</w:t>
      </w:r>
      <w:proofErr w:type="spellEnd"/>
      <w:r w:rsidRPr="00450D7F">
        <w:rPr>
          <w:rFonts w:ascii="Comic Sans MS" w:eastAsia="Comic Sans MS" w:hAnsi="Comic Sans MS" w:cs="Times New Roman"/>
          <w:color w:val="000000"/>
          <w:sz w:val="20"/>
          <w:szCs w:val="20"/>
        </w:rPr>
        <w:t>.</w:t>
      </w:r>
    </w:p>
    <w:p w14:paraId="3694B178" w14:textId="77777777" w:rsidR="00B677C7" w:rsidRPr="00450D7F" w:rsidRDefault="00B677C7" w:rsidP="00FD30A6">
      <w:pPr>
        <w:spacing w:after="0" w:line="276" w:lineRule="auto"/>
        <w:rPr>
          <w:rFonts w:ascii="Comic Sans MS" w:eastAsia="Comic Sans MS" w:hAnsi="Comic Sans MS" w:cs="Times New Roman"/>
          <w:color w:val="000000"/>
          <w:sz w:val="20"/>
          <w:szCs w:val="20"/>
        </w:rPr>
      </w:pPr>
      <w:r w:rsidRPr="00450D7F">
        <w:rPr>
          <w:rFonts w:ascii="Comic Sans MS" w:eastAsia="Comic Sans MS" w:hAnsi="Comic Sans MS" w:cs="Times New Roman"/>
          <w:color w:val="000000"/>
          <w:sz w:val="20"/>
          <w:szCs w:val="20"/>
        </w:rPr>
        <w:t xml:space="preserve">MSB.2.b. </w:t>
      </w:r>
      <w:proofErr w:type="spellStart"/>
      <w:r w:rsidRPr="00450D7F">
        <w:rPr>
          <w:rFonts w:ascii="Comic Sans MS" w:eastAsia="Comic Sans MS" w:hAnsi="Comic Sans MS" w:cs="Times New Roman"/>
          <w:color w:val="000000"/>
          <w:sz w:val="20"/>
          <w:szCs w:val="20"/>
        </w:rPr>
        <w:t>Şarkı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söylerken</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sesini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sınıf</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ortamına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ve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grubun</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ses</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yüksekliğine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uygun</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şekilde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ayarlar</w:t>
      </w:r>
      <w:proofErr w:type="spellEnd"/>
      <w:r w:rsidRPr="00450D7F">
        <w:rPr>
          <w:rFonts w:ascii="Comic Sans MS" w:eastAsia="Comic Sans MS" w:hAnsi="Comic Sans MS" w:cs="Times New Roman"/>
          <w:color w:val="000000"/>
          <w:sz w:val="20"/>
          <w:szCs w:val="20"/>
        </w:rPr>
        <w:t>.</w:t>
      </w:r>
    </w:p>
    <w:p w14:paraId="01692595" w14:textId="77777777" w:rsidR="00B677C7" w:rsidRPr="00450D7F" w:rsidRDefault="00B677C7"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MSB.2.</w:t>
      </w:r>
      <w:r w:rsidRPr="00450D7F">
        <w:rPr>
          <w:rFonts w:ascii="Comic Sans MS" w:hAnsi="Comic Sans MS" w:cs="Times New Roman"/>
          <w:sz w:val="20"/>
          <w:szCs w:val="20"/>
        </w:rPr>
        <w:t xml:space="preserve">c. </w:t>
      </w:r>
      <w:proofErr w:type="spellStart"/>
      <w:r w:rsidRPr="00450D7F">
        <w:rPr>
          <w:rFonts w:ascii="Comic Sans MS" w:hAnsi="Comic Sans MS" w:cs="Times New Roman"/>
          <w:sz w:val="20"/>
          <w:szCs w:val="20"/>
        </w:rPr>
        <w:t>Yaşına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ve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gelişim</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düzeyine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uygun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şarkıyı</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temposuna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uyum</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sağlayarak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söyler</w:t>
      </w:r>
      <w:proofErr w:type="spellEnd"/>
      <w:r w:rsidRPr="00450D7F">
        <w:rPr>
          <w:rFonts w:ascii="Comic Sans MS" w:hAnsi="Comic Sans MS" w:cs="Times New Roman"/>
          <w:sz w:val="20"/>
          <w:szCs w:val="20"/>
        </w:rPr>
        <w:t>.</w:t>
      </w:r>
    </w:p>
    <w:p w14:paraId="16BE8804"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MÇB3. Müziksel Çalma</w:t>
      </w:r>
    </w:p>
    <w:p w14:paraId="2674CB09" w14:textId="474D78E4" w:rsidR="002611A5" w:rsidRPr="00450D7F" w:rsidRDefault="0095769C" w:rsidP="00FD30A6">
      <w:pPr>
        <w:keepNext/>
        <w:spacing w:after="0" w:line="276" w:lineRule="auto"/>
        <w:rPr>
          <w:rFonts w:ascii="Comic Sans MS" w:hAnsi="Comic Sans MS" w:cs="Times New Roman"/>
          <w:b/>
          <w:sz w:val="20"/>
          <w:szCs w:val="20"/>
        </w:rPr>
      </w:pPr>
      <w:r w:rsidRPr="00450D7F">
        <w:rPr>
          <w:rFonts w:ascii="Comic Sans MS" w:hAnsi="Comic Sans MS" w:cs="Times New Roman"/>
          <w:b/>
          <w:sz w:val="20"/>
          <w:szCs w:val="20"/>
        </w:rPr>
        <w:t xml:space="preserve">MÇB.1. </w:t>
      </w:r>
      <w:proofErr w:type="spellStart"/>
      <w:r w:rsidRPr="00450D7F">
        <w:rPr>
          <w:rFonts w:ascii="Comic Sans MS" w:hAnsi="Comic Sans MS" w:cs="Times New Roman"/>
          <w:b/>
          <w:sz w:val="20"/>
          <w:szCs w:val="20"/>
        </w:rPr>
        <w:t>Duyduğu</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sesleri</w:t>
      </w:r>
      <w:proofErr w:type="spellEnd"/>
      <w:r w:rsidRPr="00450D7F">
        <w:rPr>
          <w:rFonts w:ascii="Comic Sans MS" w:hAnsi="Comic Sans MS" w:cs="Times New Roman"/>
          <w:b/>
          <w:sz w:val="20"/>
          <w:szCs w:val="20"/>
        </w:rPr>
        <w:t xml:space="preserve"> / </w:t>
      </w:r>
      <w:proofErr w:type="spellStart"/>
      <w:r w:rsidRPr="00450D7F">
        <w:rPr>
          <w:rFonts w:ascii="Comic Sans MS" w:hAnsi="Comic Sans MS" w:cs="Times New Roman"/>
          <w:b/>
          <w:sz w:val="20"/>
          <w:szCs w:val="20"/>
        </w:rPr>
        <w:t>müzik</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eserlerini</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çalabilme</w:t>
      </w:r>
      <w:proofErr w:type="spellEnd"/>
    </w:p>
    <w:p w14:paraId="2A132B3F" w14:textId="77777777" w:rsidR="00C81845" w:rsidRPr="00450D7F" w:rsidRDefault="00C81845"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MÇB.1.a. </w:t>
      </w:r>
      <w:proofErr w:type="spellStart"/>
      <w:r w:rsidRPr="00450D7F">
        <w:rPr>
          <w:rFonts w:ascii="Comic Sans MS" w:eastAsia="Comic Sans MS" w:hAnsi="Comic Sans MS" w:cs="Times New Roman"/>
          <w:color w:val="000000"/>
          <w:sz w:val="20"/>
          <w:szCs w:val="20"/>
        </w:rPr>
        <w:t>Çalgıların</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ismini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söyler</w:t>
      </w:r>
      <w:proofErr w:type="spellEnd"/>
      <w:r w:rsidRPr="00450D7F">
        <w:rPr>
          <w:rFonts w:ascii="Comic Sans MS" w:eastAsia="Comic Sans MS" w:hAnsi="Comic Sans MS" w:cs="Times New Roman"/>
          <w:color w:val="000000"/>
          <w:sz w:val="20"/>
          <w:szCs w:val="20"/>
        </w:rPr>
        <w:t>.</w:t>
      </w:r>
    </w:p>
    <w:p w14:paraId="3C6EC982" w14:textId="77777777" w:rsidR="00C81845" w:rsidRPr="00450D7F" w:rsidRDefault="00C81845"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MÇB.1.b. </w:t>
      </w:r>
      <w:proofErr w:type="spellStart"/>
      <w:r w:rsidRPr="00450D7F">
        <w:rPr>
          <w:rFonts w:ascii="Comic Sans MS" w:eastAsia="Comic Sans MS" w:hAnsi="Comic Sans MS" w:cs="Times New Roman"/>
          <w:color w:val="000000"/>
          <w:sz w:val="20"/>
          <w:szCs w:val="20"/>
        </w:rPr>
        <w:t>Duyduğu</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seslere</w:t>
      </w:r>
      <w:proofErr w:type="spellEnd"/>
      <w:r w:rsidRPr="00450D7F">
        <w:rPr>
          <w:rFonts w:ascii="Comic Sans MS" w:eastAsia="Comic Sans MS" w:hAnsi="Comic Sans MS" w:cs="Times New Roman"/>
          <w:color w:val="000000"/>
          <w:sz w:val="20"/>
          <w:szCs w:val="20"/>
        </w:rPr>
        <w:t xml:space="preserve"> / </w:t>
      </w:r>
      <w:proofErr w:type="spellStart"/>
      <w:r w:rsidRPr="00450D7F">
        <w:rPr>
          <w:rFonts w:ascii="Comic Sans MS" w:eastAsia="Comic Sans MS" w:hAnsi="Comic Sans MS" w:cs="Times New Roman"/>
          <w:color w:val="000000"/>
          <w:sz w:val="20"/>
          <w:szCs w:val="20"/>
        </w:rPr>
        <w:t>müzik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eserlerine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vurmalı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çalgıları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kullanarak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eşlik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eder</w:t>
      </w:r>
      <w:proofErr w:type="spellEnd"/>
      <w:r w:rsidRPr="00450D7F">
        <w:rPr>
          <w:rFonts w:ascii="Comic Sans MS" w:eastAsia="Comic Sans MS" w:hAnsi="Comic Sans MS" w:cs="Times New Roman"/>
          <w:color w:val="000000"/>
          <w:sz w:val="20"/>
          <w:szCs w:val="20"/>
        </w:rPr>
        <w:t>.</w:t>
      </w:r>
    </w:p>
    <w:p w14:paraId="3289DB2C" w14:textId="77777777" w:rsidR="00D0733E"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 xml:space="preserve">MÇB.1.c. Bedenini / </w:t>
      </w:r>
      <w:proofErr w:type="spellStart"/>
      <w:r w:rsidRPr="00450D7F">
        <w:rPr>
          <w:rFonts w:ascii="Comic Sans MS" w:hAnsi="Comic Sans MS" w:cs="Times New Roman"/>
          <w:sz w:val="20"/>
          <w:szCs w:val="20"/>
        </w:rPr>
        <w:t>nesneleri</w:t>
      </w:r>
      <w:proofErr w:type="spellEnd"/>
      <w:r w:rsidRPr="00450D7F">
        <w:rPr>
          <w:rFonts w:ascii="Comic Sans MS" w:hAnsi="Comic Sans MS" w:cs="Times New Roman"/>
          <w:sz w:val="20"/>
          <w:szCs w:val="20"/>
        </w:rPr>
        <w:t xml:space="preserve"> / </w:t>
      </w:r>
      <w:proofErr w:type="spellStart"/>
      <w:r w:rsidRPr="00450D7F">
        <w:rPr>
          <w:rFonts w:ascii="Comic Sans MS" w:hAnsi="Comic Sans MS" w:cs="Times New Roman"/>
          <w:sz w:val="20"/>
          <w:szCs w:val="20"/>
        </w:rPr>
        <w:t>vurmalı</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çalgıları</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kullanarak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ritim</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çalışmaları</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yapar</w:t>
      </w:r>
      <w:proofErr w:type="spellEnd"/>
      <w:r w:rsidRPr="00450D7F">
        <w:rPr>
          <w:rFonts w:ascii="Comic Sans MS" w:hAnsi="Comic Sans MS" w:cs="Times New Roman"/>
          <w:sz w:val="20"/>
          <w:szCs w:val="20"/>
        </w:rPr>
        <w:t>.</w:t>
      </w:r>
    </w:p>
    <w:p w14:paraId="67C0577C" w14:textId="01D70FE8"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 xml:space="preserve">MHB4. </w:t>
      </w:r>
      <w:proofErr w:type="spellStart"/>
      <w:r w:rsidRPr="00450D7F">
        <w:rPr>
          <w:rFonts w:ascii="Comic Sans MS" w:hAnsi="Comic Sans MS" w:cs="Times New Roman"/>
          <w:b/>
          <w:sz w:val="20"/>
          <w:szCs w:val="20"/>
        </w:rPr>
        <w:t>Müziksel</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Hareket</w:t>
      </w:r>
      <w:proofErr w:type="spellEnd"/>
    </w:p>
    <w:p w14:paraId="58E92010" w14:textId="77777777" w:rsidR="002611A5" w:rsidRPr="00450D7F" w:rsidRDefault="0095769C" w:rsidP="00FD30A6">
      <w:pPr>
        <w:keepNext/>
        <w:spacing w:after="0" w:line="276" w:lineRule="auto"/>
        <w:rPr>
          <w:rFonts w:ascii="Comic Sans MS" w:hAnsi="Comic Sans MS" w:cs="Times New Roman"/>
          <w:sz w:val="20"/>
          <w:szCs w:val="20"/>
        </w:rPr>
      </w:pPr>
      <w:r w:rsidRPr="00450D7F">
        <w:rPr>
          <w:rFonts w:ascii="Comic Sans MS" w:hAnsi="Comic Sans MS" w:cs="Times New Roman"/>
          <w:b/>
          <w:sz w:val="20"/>
          <w:szCs w:val="20"/>
        </w:rPr>
        <w:t>MHB.2. Müzik eserleriyle hareket / dans edebilme</w:t>
      </w:r>
    </w:p>
    <w:p w14:paraId="027FF4DC" w14:textId="1560360B"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 xml:space="preserve">MHB.2.a. </w:t>
      </w:r>
      <w:proofErr w:type="spellStart"/>
      <w:r w:rsidRPr="00450D7F">
        <w:rPr>
          <w:rFonts w:ascii="Comic Sans MS" w:hAnsi="Comic Sans MS" w:cs="Times New Roman"/>
          <w:sz w:val="20"/>
          <w:szCs w:val="20"/>
        </w:rPr>
        <w:t>Müzik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eşliğinde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grupla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birlikte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hareket</w:t>
      </w:r>
      <w:proofErr w:type="spellEnd"/>
      <w:r w:rsidRPr="00450D7F">
        <w:rPr>
          <w:rFonts w:ascii="Comic Sans MS" w:hAnsi="Comic Sans MS" w:cs="Times New Roman"/>
          <w:sz w:val="20"/>
          <w:szCs w:val="20"/>
        </w:rPr>
        <w:t xml:space="preserve"> / dans </w:t>
      </w:r>
      <w:proofErr w:type="spellStart"/>
      <w:r w:rsidRPr="00450D7F">
        <w:rPr>
          <w:rFonts w:ascii="Comic Sans MS" w:hAnsi="Comic Sans MS" w:cs="Times New Roman"/>
          <w:sz w:val="20"/>
          <w:szCs w:val="20"/>
        </w:rPr>
        <w:t>eder</w:t>
      </w:r>
      <w:proofErr w:type="spellEnd"/>
      <w:r w:rsidRPr="00450D7F">
        <w:rPr>
          <w:rFonts w:ascii="Comic Sans MS" w:hAnsi="Comic Sans MS" w:cs="Times New Roman"/>
          <w:sz w:val="20"/>
          <w:szCs w:val="20"/>
        </w:rPr>
        <w:t>.</w:t>
      </w:r>
    </w:p>
    <w:p w14:paraId="01E156BF" w14:textId="77777777" w:rsidR="002611A5" w:rsidRPr="00450D7F" w:rsidRDefault="0095769C" w:rsidP="00FD30A6">
      <w:pPr>
        <w:pStyle w:val="Balk1"/>
        <w:spacing w:before="0" w:after="0" w:line="276" w:lineRule="auto"/>
        <w:rPr>
          <w:rFonts w:ascii="Comic Sans MS" w:hAnsi="Comic Sans MS" w:cs="Times New Roman"/>
          <w:sz w:val="20"/>
          <w:szCs w:val="20"/>
        </w:rPr>
      </w:pPr>
      <w:r w:rsidRPr="00450D7F">
        <w:rPr>
          <w:rFonts w:ascii="Comic Sans MS" w:hAnsi="Comic Sans MS" w:cs="Times New Roman"/>
          <w:sz w:val="20"/>
          <w:szCs w:val="20"/>
        </w:rPr>
        <w:t>EĞİLİMLER</w:t>
      </w:r>
    </w:p>
    <w:p w14:paraId="3CC9810E"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E1. Benlik Eğilimleri</w:t>
      </w:r>
    </w:p>
    <w:p w14:paraId="1968D23F"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E1.1. Merak</w:t>
      </w:r>
    </w:p>
    <w:p w14:paraId="655676C1"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E1.3. Azim ve Kararlılık</w:t>
      </w:r>
    </w:p>
    <w:p w14:paraId="4116A8F9" w14:textId="77777777" w:rsidR="002611A5" w:rsidRPr="00450D7F" w:rsidRDefault="0095769C" w:rsidP="00FD30A6">
      <w:pPr>
        <w:spacing w:after="0" w:line="276" w:lineRule="auto"/>
        <w:rPr>
          <w:rFonts w:ascii="Comic Sans MS" w:hAnsi="Comic Sans MS" w:cs="Times New Roman"/>
          <w:sz w:val="20"/>
          <w:szCs w:val="20"/>
        </w:rPr>
      </w:pPr>
      <w:bookmarkStart w:id="0" w:name="_Hlk240842107"/>
      <w:r w:rsidRPr="00450D7F">
        <w:rPr>
          <w:rFonts w:ascii="Comic Sans MS" w:hAnsi="Comic Sans MS" w:cs="Times New Roman"/>
          <w:b/>
          <w:sz w:val="20"/>
          <w:szCs w:val="20"/>
        </w:rPr>
        <w:t>E2. Sosyal Eğilimler</w:t>
      </w:r>
    </w:p>
    <w:bookmarkEnd w:id="0"/>
    <w:p w14:paraId="1D5D30A6"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E2.1. Empati</w:t>
      </w:r>
    </w:p>
    <w:p w14:paraId="1B202221"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E2.2. Sorumluluk</w:t>
      </w:r>
    </w:p>
    <w:p w14:paraId="3ACA0CF4"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E2.5. Oyunseverlik</w:t>
      </w:r>
    </w:p>
    <w:p w14:paraId="745FB29F" w14:textId="77777777" w:rsidR="002611A5" w:rsidRPr="00450D7F" w:rsidRDefault="0095769C" w:rsidP="00FD30A6">
      <w:pPr>
        <w:spacing w:after="0" w:line="276" w:lineRule="auto"/>
        <w:rPr>
          <w:rFonts w:ascii="Comic Sans MS" w:hAnsi="Comic Sans MS" w:cs="Times New Roman"/>
          <w:sz w:val="20"/>
          <w:szCs w:val="20"/>
        </w:rPr>
      </w:pPr>
      <w:bookmarkStart w:id="1" w:name="_Hlk240848111"/>
      <w:r w:rsidRPr="00450D7F">
        <w:rPr>
          <w:rFonts w:ascii="Comic Sans MS" w:hAnsi="Comic Sans MS" w:cs="Times New Roman"/>
          <w:b/>
          <w:sz w:val="20"/>
          <w:szCs w:val="20"/>
        </w:rPr>
        <w:t>E3. Entelektüel Eğilimler</w:t>
      </w:r>
    </w:p>
    <w:bookmarkEnd w:id="1"/>
    <w:p w14:paraId="165470A1"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E3.2. Odaklanma</w:t>
      </w:r>
    </w:p>
    <w:p w14:paraId="60810E23" w14:textId="2DF726F1"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 xml:space="preserve">E3.3. </w:t>
      </w:r>
      <w:proofErr w:type="spellStart"/>
      <w:r w:rsidRPr="00450D7F">
        <w:rPr>
          <w:rFonts w:ascii="Comic Sans MS" w:hAnsi="Comic Sans MS" w:cs="Times New Roman"/>
          <w:sz w:val="20"/>
          <w:szCs w:val="20"/>
        </w:rPr>
        <w:t>Yaratıcılık</w:t>
      </w:r>
      <w:proofErr w:type="spellEnd"/>
    </w:p>
    <w:p w14:paraId="52084F39" w14:textId="77777777" w:rsidR="002611A5" w:rsidRPr="00450D7F" w:rsidRDefault="0095769C" w:rsidP="00FD30A6">
      <w:pPr>
        <w:pStyle w:val="Balk1"/>
        <w:spacing w:before="0" w:after="0" w:line="276" w:lineRule="auto"/>
        <w:rPr>
          <w:rFonts w:ascii="Comic Sans MS" w:hAnsi="Comic Sans MS" w:cs="Times New Roman"/>
          <w:sz w:val="20"/>
          <w:szCs w:val="20"/>
        </w:rPr>
      </w:pPr>
      <w:r w:rsidRPr="00450D7F">
        <w:rPr>
          <w:rFonts w:ascii="Comic Sans MS" w:hAnsi="Comic Sans MS" w:cs="Times New Roman"/>
          <w:sz w:val="20"/>
          <w:szCs w:val="20"/>
        </w:rPr>
        <w:t>PROGRAMLAR ARASI BİLEŞENLER</w:t>
      </w:r>
    </w:p>
    <w:p w14:paraId="23D416E0"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SOSYAL-DUYGUSAL ÖĞRENME BECERİLERİ</w:t>
      </w:r>
    </w:p>
    <w:p w14:paraId="1A7E48B3"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SDB1.1. Kendini Tanıma (Öz Farkındalık)</w:t>
      </w:r>
    </w:p>
    <w:p w14:paraId="79B7ACC7"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SDB1.2. Kendini Düzenleme (Öz Düzenleme)</w:t>
      </w:r>
    </w:p>
    <w:p w14:paraId="166C3F83"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SDB2.1. İletişim</w:t>
      </w:r>
    </w:p>
    <w:p w14:paraId="51CD49BF"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SDB2.2. İş Birliği</w:t>
      </w:r>
    </w:p>
    <w:p w14:paraId="4B931754"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SDB2.3. Sosyal Farkındalık</w:t>
      </w:r>
    </w:p>
    <w:p w14:paraId="64F2BD6B"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SDB3.1. Uyum</w:t>
      </w:r>
    </w:p>
    <w:p w14:paraId="4F598BC9"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DEĞERLER</w:t>
      </w:r>
    </w:p>
    <w:p w14:paraId="395476A9"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D3. Çalışkanlık</w:t>
      </w:r>
    </w:p>
    <w:p w14:paraId="785906A9"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D3.1. Azimli olmak</w:t>
      </w:r>
    </w:p>
    <w:p w14:paraId="0A61765C" w14:textId="6068DD30"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 xml:space="preserve">D3.4. </w:t>
      </w:r>
      <w:proofErr w:type="spellStart"/>
      <w:r w:rsidRPr="00450D7F">
        <w:rPr>
          <w:rFonts w:ascii="Comic Sans MS" w:hAnsi="Comic Sans MS" w:cs="Times New Roman"/>
          <w:sz w:val="20"/>
          <w:szCs w:val="20"/>
        </w:rPr>
        <w:t>Çalışmalarda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aktif</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rol</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almak</w:t>
      </w:r>
      <w:proofErr w:type="spellEnd"/>
    </w:p>
    <w:p w14:paraId="6DA7E0A2" w14:textId="77777777" w:rsidR="00695AA7" w:rsidRPr="00450D7F" w:rsidRDefault="00695AA7" w:rsidP="00FD30A6">
      <w:pPr>
        <w:spacing w:after="0" w:line="276" w:lineRule="auto"/>
        <w:rPr>
          <w:rFonts w:ascii="Comic Sans MS" w:eastAsia="Comic Sans MS" w:hAnsi="Comic Sans MS" w:cs="Times New Roman"/>
          <w:b/>
          <w:bCs/>
          <w:color w:val="000000"/>
          <w:sz w:val="20"/>
          <w:szCs w:val="20"/>
        </w:rPr>
      </w:pPr>
      <w:r w:rsidRPr="00450D7F">
        <w:rPr>
          <w:rFonts w:ascii="Comic Sans MS" w:eastAsia="Comic Sans MS" w:hAnsi="Comic Sans MS" w:cs="Times New Roman"/>
          <w:b/>
          <w:bCs/>
          <w:color w:val="000000"/>
          <w:sz w:val="20"/>
          <w:szCs w:val="20"/>
        </w:rPr>
        <w:lastRenderedPageBreak/>
        <w:t xml:space="preserve">D4. </w:t>
      </w:r>
      <w:proofErr w:type="spellStart"/>
      <w:r w:rsidRPr="00450D7F">
        <w:rPr>
          <w:rFonts w:ascii="Comic Sans MS" w:eastAsia="Comic Sans MS" w:hAnsi="Comic Sans MS" w:cs="Times New Roman"/>
          <w:b/>
          <w:bCs/>
          <w:color w:val="000000"/>
          <w:sz w:val="20"/>
          <w:szCs w:val="20"/>
        </w:rPr>
        <w:t>Dostluk</w:t>
      </w:r>
      <w:proofErr w:type="spellEnd"/>
      <w:r w:rsidRPr="00450D7F">
        <w:rPr>
          <w:rFonts w:ascii="Comic Sans MS" w:eastAsia="Comic Sans MS" w:hAnsi="Comic Sans MS" w:cs="Times New Roman"/>
          <w:b/>
          <w:bCs/>
          <w:color w:val="000000"/>
          <w:sz w:val="20"/>
          <w:szCs w:val="20"/>
        </w:rPr>
        <w:t xml:space="preserve"> </w:t>
      </w:r>
    </w:p>
    <w:p w14:paraId="5C618EA0" w14:textId="77777777" w:rsidR="00695AA7" w:rsidRPr="00450D7F" w:rsidRDefault="00695AA7" w:rsidP="00FD30A6">
      <w:pPr>
        <w:spacing w:after="0" w:line="276" w:lineRule="auto"/>
        <w:rPr>
          <w:rFonts w:ascii="Comic Sans MS" w:eastAsia="Comic Sans MS" w:hAnsi="Comic Sans MS" w:cs="Times New Roman"/>
          <w:color w:val="000000"/>
          <w:sz w:val="20"/>
          <w:szCs w:val="20"/>
        </w:rPr>
      </w:pPr>
      <w:r w:rsidRPr="00450D7F">
        <w:rPr>
          <w:rFonts w:ascii="Comic Sans MS" w:eastAsia="Comic Sans MS" w:hAnsi="Comic Sans MS" w:cs="Times New Roman"/>
          <w:color w:val="000000"/>
          <w:sz w:val="20"/>
          <w:szCs w:val="20"/>
        </w:rPr>
        <w:t xml:space="preserve">D4.1. </w:t>
      </w:r>
      <w:proofErr w:type="spellStart"/>
      <w:r w:rsidRPr="00450D7F">
        <w:rPr>
          <w:rFonts w:ascii="Comic Sans MS" w:eastAsia="Comic Sans MS" w:hAnsi="Comic Sans MS" w:cs="Times New Roman"/>
          <w:color w:val="000000"/>
          <w:sz w:val="20"/>
          <w:szCs w:val="20"/>
        </w:rPr>
        <w:t>Arkadaşlarına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destek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olmak</w:t>
      </w:r>
      <w:proofErr w:type="spellEnd"/>
    </w:p>
    <w:p w14:paraId="25A97FFF" w14:textId="1AB2F9F3" w:rsidR="00695AA7" w:rsidRPr="00450D7F" w:rsidRDefault="00695AA7" w:rsidP="00FD30A6">
      <w:pPr>
        <w:spacing w:after="0" w:line="276" w:lineRule="auto"/>
        <w:rPr>
          <w:rFonts w:ascii="Comic Sans MS" w:eastAsia="Comic Sans MS" w:hAnsi="Comic Sans MS" w:cs="Times New Roman"/>
          <w:color w:val="000000"/>
          <w:sz w:val="20"/>
          <w:szCs w:val="20"/>
        </w:rPr>
      </w:pPr>
      <w:r w:rsidRPr="00450D7F">
        <w:rPr>
          <w:rFonts w:ascii="Comic Sans MS" w:eastAsia="Comic Sans MS" w:hAnsi="Comic Sans MS" w:cs="Times New Roman"/>
          <w:color w:val="000000"/>
          <w:sz w:val="20"/>
          <w:szCs w:val="20"/>
        </w:rPr>
        <w:t xml:space="preserve">D4.2. </w:t>
      </w:r>
      <w:proofErr w:type="spellStart"/>
      <w:r w:rsidRPr="00450D7F">
        <w:rPr>
          <w:rFonts w:ascii="Comic Sans MS" w:eastAsia="Comic Sans MS" w:hAnsi="Comic Sans MS" w:cs="Times New Roman"/>
          <w:color w:val="000000"/>
          <w:sz w:val="20"/>
          <w:szCs w:val="20"/>
        </w:rPr>
        <w:t>Arkadaşları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ile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etkili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iletişim</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kurmak</w:t>
      </w:r>
      <w:proofErr w:type="spellEnd"/>
    </w:p>
    <w:p w14:paraId="5503CFED" w14:textId="77777777" w:rsidR="00FD30A6" w:rsidRPr="00450D7F" w:rsidRDefault="00FD30A6" w:rsidP="00FD30A6">
      <w:pPr>
        <w:spacing w:after="0" w:line="276" w:lineRule="auto"/>
        <w:rPr>
          <w:rFonts w:ascii="Comic Sans MS" w:hAnsi="Comic Sans MS" w:cs="Times New Roman"/>
          <w:b/>
          <w:bCs/>
          <w:sz w:val="20"/>
          <w:szCs w:val="20"/>
        </w:rPr>
      </w:pPr>
      <w:r w:rsidRPr="00450D7F">
        <w:rPr>
          <w:rFonts w:ascii="Comic Sans MS" w:hAnsi="Comic Sans MS" w:cs="Times New Roman"/>
          <w:b/>
          <w:bCs/>
          <w:sz w:val="20"/>
          <w:szCs w:val="20"/>
        </w:rPr>
        <w:t xml:space="preserve">D5. </w:t>
      </w:r>
      <w:proofErr w:type="spellStart"/>
      <w:r w:rsidRPr="00450D7F">
        <w:rPr>
          <w:rFonts w:ascii="Comic Sans MS" w:hAnsi="Comic Sans MS" w:cs="Times New Roman"/>
          <w:b/>
          <w:bCs/>
          <w:sz w:val="20"/>
          <w:szCs w:val="20"/>
        </w:rPr>
        <w:t>Duyarlılık</w:t>
      </w:r>
      <w:proofErr w:type="spellEnd"/>
      <w:r w:rsidRPr="00450D7F">
        <w:rPr>
          <w:rFonts w:ascii="Comic Sans MS" w:hAnsi="Comic Sans MS" w:cs="Times New Roman"/>
          <w:b/>
          <w:bCs/>
          <w:sz w:val="20"/>
          <w:szCs w:val="20"/>
        </w:rPr>
        <w:t xml:space="preserve"> </w:t>
      </w:r>
    </w:p>
    <w:p w14:paraId="5F2B942D" w14:textId="142470B0" w:rsidR="00FD30A6" w:rsidRPr="00450D7F" w:rsidRDefault="00FD30A6"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 xml:space="preserve">D5.3. Afet </w:t>
      </w:r>
      <w:proofErr w:type="spellStart"/>
      <w:r w:rsidRPr="00450D7F">
        <w:rPr>
          <w:rFonts w:ascii="Comic Sans MS" w:hAnsi="Comic Sans MS" w:cs="Times New Roman"/>
          <w:sz w:val="20"/>
          <w:szCs w:val="20"/>
        </w:rPr>
        <w:t>bilincine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sahip</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olmak</w:t>
      </w:r>
      <w:proofErr w:type="spellEnd"/>
    </w:p>
    <w:p w14:paraId="58066FBA"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D10. Mütevazılık</w:t>
      </w:r>
    </w:p>
    <w:p w14:paraId="09F91747"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D10.1. İnsan ilişkilerinde yapıcı olmak</w:t>
      </w:r>
    </w:p>
    <w:p w14:paraId="33FEB711"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D14. Saygı</w:t>
      </w:r>
    </w:p>
    <w:p w14:paraId="4DC1CA76"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D14.1. Nezaketli olmak</w:t>
      </w:r>
    </w:p>
    <w:p w14:paraId="1E80EF0E"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D16. Sorumluluk</w:t>
      </w:r>
    </w:p>
    <w:p w14:paraId="535FABED" w14:textId="4472D0D6"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 xml:space="preserve">D16.1. </w:t>
      </w:r>
      <w:proofErr w:type="spellStart"/>
      <w:r w:rsidRPr="00450D7F">
        <w:rPr>
          <w:rFonts w:ascii="Comic Sans MS" w:hAnsi="Comic Sans MS" w:cs="Times New Roman"/>
          <w:sz w:val="20"/>
          <w:szCs w:val="20"/>
        </w:rPr>
        <w:t>Kendine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karşı</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görevlerini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yerine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getirmek</w:t>
      </w:r>
      <w:proofErr w:type="spellEnd"/>
    </w:p>
    <w:p w14:paraId="58C960C1" w14:textId="77777777" w:rsidR="00175737" w:rsidRPr="00450D7F" w:rsidRDefault="00175737"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D16.2. </w:t>
      </w:r>
      <w:proofErr w:type="spellStart"/>
      <w:r w:rsidRPr="00450D7F">
        <w:rPr>
          <w:rFonts w:ascii="Comic Sans MS" w:eastAsia="Comic Sans MS" w:hAnsi="Comic Sans MS" w:cs="Times New Roman"/>
          <w:color w:val="000000"/>
          <w:sz w:val="20"/>
          <w:szCs w:val="20"/>
        </w:rPr>
        <w:t>Topluma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karşı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görevlerini</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yerine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getirmek</w:t>
      </w:r>
      <w:proofErr w:type="spellEnd"/>
    </w:p>
    <w:p w14:paraId="185373A6"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D17. Tasarruf</w:t>
      </w:r>
    </w:p>
    <w:p w14:paraId="548864E5" w14:textId="1F23D199"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 xml:space="preserve">D17.3. </w:t>
      </w:r>
      <w:proofErr w:type="spellStart"/>
      <w:r w:rsidRPr="00450D7F">
        <w:rPr>
          <w:rFonts w:ascii="Comic Sans MS" w:hAnsi="Comic Sans MS" w:cs="Times New Roman"/>
          <w:sz w:val="20"/>
          <w:szCs w:val="20"/>
        </w:rPr>
        <w:t>Sahip</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olduklarının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değerini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bilmek</w:t>
      </w:r>
      <w:proofErr w:type="spellEnd"/>
    </w:p>
    <w:p w14:paraId="1549DC01" w14:textId="77777777" w:rsidR="00BB3AB7" w:rsidRPr="00450D7F" w:rsidRDefault="00BB3AB7" w:rsidP="00FD30A6">
      <w:pPr>
        <w:spacing w:after="0" w:line="276" w:lineRule="auto"/>
        <w:rPr>
          <w:rFonts w:ascii="Comic Sans MS" w:eastAsia="Comic Sans MS" w:hAnsi="Comic Sans MS" w:cs="Times New Roman"/>
          <w:b/>
          <w:bCs/>
          <w:color w:val="000000"/>
          <w:sz w:val="20"/>
          <w:szCs w:val="20"/>
        </w:rPr>
      </w:pPr>
      <w:r w:rsidRPr="00450D7F">
        <w:rPr>
          <w:rFonts w:ascii="Comic Sans MS" w:eastAsia="Comic Sans MS" w:hAnsi="Comic Sans MS" w:cs="Times New Roman"/>
          <w:b/>
          <w:bCs/>
          <w:color w:val="000000"/>
          <w:sz w:val="20"/>
          <w:szCs w:val="20"/>
        </w:rPr>
        <w:t xml:space="preserve">D18. </w:t>
      </w:r>
      <w:proofErr w:type="spellStart"/>
      <w:r w:rsidRPr="00450D7F">
        <w:rPr>
          <w:rFonts w:ascii="Comic Sans MS" w:eastAsia="Comic Sans MS" w:hAnsi="Comic Sans MS" w:cs="Times New Roman"/>
          <w:b/>
          <w:bCs/>
          <w:color w:val="000000"/>
          <w:sz w:val="20"/>
          <w:szCs w:val="20"/>
        </w:rPr>
        <w:t>Temizlik</w:t>
      </w:r>
      <w:proofErr w:type="spellEnd"/>
      <w:r w:rsidRPr="00450D7F">
        <w:rPr>
          <w:rFonts w:ascii="Comic Sans MS" w:eastAsia="Comic Sans MS" w:hAnsi="Comic Sans MS" w:cs="Times New Roman"/>
          <w:b/>
          <w:bCs/>
          <w:color w:val="000000"/>
          <w:sz w:val="20"/>
          <w:szCs w:val="20"/>
        </w:rPr>
        <w:t xml:space="preserve"> </w:t>
      </w:r>
    </w:p>
    <w:p w14:paraId="4D89BC3F" w14:textId="77777777" w:rsidR="00BB3AB7" w:rsidRPr="00450D7F" w:rsidRDefault="00BB3AB7" w:rsidP="00FD30A6">
      <w:pPr>
        <w:spacing w:after="0" w:line="276" w:lineRule="auto"/>
        <w:rPr>
          <w:rFonts w:ascii="Comic Sans MS" w:eastAsia="Comic Sans MS" w:hAnsi="Comic Sans MS" w:cs="Times New Roman"/>
          <w:color w:val="000000"/>
          <w:sz w:val="20"/>
          <w:szCs w:val="20"/>
        </w:rPr>
      </w:pPr>
      <w:r w:rsidRPr="00450D7F">
        <w:rPr>
          <w:rFonts w:ascii="Comic Sans MS" w:eastAsia="Comic Sans MS" w:hAnsi="Comic Sans MS" w:cs="Times New Roman"/>
          <w:color w:val="000000"/>
          <w:sz w:val="20"/>
          <w:szCs w:val="20"/>
        </w:rPr>
        <w:t xml:space="preserve">D18.1. </w:t>
      </w:r>
      <w:proofErr w:type="spellStart"/>
      <w:r w:rsidRPr="00450D7F">
        <w:rPr>
          <w:rFonts w:ascii="Comic Sans MS" w:eastAsia="Comic Sans MS" w:hAnsi="Comic Sans MS" w:cs="Times New Roman"/>
          <w:color w:val="000000"/>
          <w:sz w:val="20"/>
          <w:szCs w:val="20"/>
        </w:rPr>
        <w:t>Kişisel</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temizlik</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ve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bakımına</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önem</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vermek</w:t>
      </w:r>
      <w:proofErr w:type="spellEnd"/>
    </w:p>
    <w:p w14:paraId="3807AB55" w14:textId="77777777" w:rsidR="00BB3AB7" w:rsidRPr="00450D7F" w:rsidRDefault="00BB3AB7"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D18.2. </w:t>
      </w:r>
      <w:proofErr w:type="spellStart"/>
      <w:r w:rsidRPr="00450D7F">
        <w:rPr>
          <w:rFonts w:ascii="Comic Sans MS" w:eastAsia="Comic Sans MS" w:hAnsi="Comic Sans MS" w:cs="Times New Roman"/>
          <w:color w:val="000000"/>
          <w:sz w:val="20"/>
          <w:szCs w:val="20"/>
        </w:rPr>
        <w:t>Yaşadığı</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ortamın</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temizliğine</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dikkat</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etmek</w:t>
      </w:r>
      <w:proofErr w:type="spellEnd"/>
    </w:p>
    <w:p w14:paraId="0F938ADF"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D19. Vatanseverlik</w:t>
      </w:r>
    </w:p>
    <w:p w14:paraId="2A435325"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D19.1. Millî bilinç sahibi olmak</w:t>
      </w:r>
    </w:p>
    <w:p w14:paraId="73D98CE1"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D20. Yardımseverlik</w:t>
      </w:r>
    </w:p>
    <w:p w14:paraId="7BFE76CA"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D20.3. İyiliksever olmak</w:t>
      </w:r>
    </w:p>
    <w:p w14:paraId="6C2028AE"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OKURYAZARLIK BECERİLERİ</w:t>
      </w:r>
    </w:p>
    <w:p w14:paraId="28C57A72" w14:textId="555A4C72" w:rsidR="002611A5" w:rsidRPr="00450D7F" w:rsidRDefault="0095769C" w:rsidP="00FD30A6">
      <w:pPr>
        <w:spacing w:after="0" w:line="276" w:lineRule="auto"/>
        <w:rPr>
          <w:rFonts w:ascii="Comic Sans MS" w:hAnsi="Comic Sans MS" w:cs="Times New Roman"/>
          <w:sz w:val="20"/>
          <w:szCs w:val="20"/>
        </w:rPr>
      </w:pPr>
      <w:bookmarkStart w:id="2" w:name="_Hlk240849200"/>
      <w:r w:rsidRPr="00450D7F">
        <w:rPr>
          <w:rFonts w:ascii="Comic Sans MS" w:hAnsi="Comic Sans MS" w:cs="Times New Roman"/>
          <w:sz w:val="20"/>
          <w:szCs w:val="20"/>
        </w:rPr>
        <w:t xml:space="preserve">OB4. </w:t>
      </w:r>
      <w:proofErr w:type="spellStart"/>
      <w:r w:rsidRPr="00450D7F">
        <w:rPr>
          <w:rFonts w:ascii="Comic Sans MS" w:hAnsi="Comic Sans MS" w:cs="Times New Roman"/>
          <w:sz w:val="20"/>
          <w:szCs w:val="20"/>
        </w:rPr>
        <w:t>Görsel</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Okuryazarlık</w:t>
      </w:r>
      <w:proofErr w:type="spellEnd"/>
    </w:p>
    <w:bookmarkEnd w:id="2"/>
    <w:p w14:paraId="4704FEB6" w14:textId="77777777" w:rsidR="00175737" w:rsidRPr="00450D7F" w:rsidRDefault="00175737" w:rsidP="00FD30A6">
      <w:pPr>
        <w:spacing w:after="0" w:line="276" w:lineRule="auto"/>
        <w:rPr>
          <w:rFonts w:ascii="Comic Sans MS" w:hAnsi="Comic Sans MS" w:cs="Times New Roman"/>
          <w:sz w:val="20"/>
          <w:szCs w:val="20"/>
        </w:rPr>
      </w:pPr>
      <w:r w:rsidRPr="00450D7F">
        <w:rPr>
          <w:rFonts w:ascii="Comic Sans MS" w:eastAsia="Comic Sans MS" w:hAnsi="Comic Sans MS" w:cs="Times New Roman"/>
          <w:color w:val="000000"/>
          <w:sz w:val="20"/>
          <w:szCs w:val="20"/>
        </w:rPr>
        <w:t xml:space="preserve">OB6. </w:t>
      </w:r>
      <w:proofErr w:type="spellStart"/>
      <w:r w:rsidRPr="00450D7F">
        <w:rPr>
          <w:rFonts w:ascii="Comic Sans MS" w:eastAsia="Comic Sans MS" w:hAnsi="Comic Sans MS" w:cs="Times New Roman"/>
          <w:color w:val="000000"/>
          <w:sz w:val="20"/>
          <w:szCs w:val="20"/>
        </w:rPr>
        <w:t>Vatandaşlık</w:t>
      </w:r>
      <w:proofErr w:type="spellEnd"/>
      <w:r w:rsidRPr="00450D7F">
        <w:rPr>
          <w:rFonts w:ascii="Comic Sans MS" w:eastAsia="Comic Sans MS" w:hAnsi="Comic Sans MS" w:cs="Times New Roman"/>
          <w:color w:val="000000"/>
          <w:sz w:val="20"/>
          <w:szCs w:val="20"/>
        </w:rPr>
        <w:t xml:space="preserve"> Okuryazarlığı</w:t>
      </w:r>
    </w:p>
    <w:p w14:paraId="043381BE" w14:textId="77777777" w:rsidR="00175737" w:rsidRPr="00450D7F" w:rsidRDefault="00175737" w:rsidP="00FD30A6">
      <w:pPr>
        <w:spacing w:after="0" w:line="276" w:lineRule="auto"/>
        <w:rPr>
          <w:rFonts w:ascii="Comic Sans MS" w:hAnsi="Comic Sans MS" w:cs="Times New Roman"/>
          <w:sz w:val="20"/>
          <w:szCs w:val="20"/>
        </w:rPr>
      </w:pPr>
    </w:p>
    <w:p w14:paraId="3AF73C29" w14:textId="77777777" w:rsidR="002611A5" w:rsidRPr="00450D7F" w:rsidRDefault="0095769C" w:rsidP="00FD30A6">
      <w:pPr>
        <w:pStyle w:val="Balk1"/>
        <w:spacing w:before="0" w:after="0" w:line="276" w:lineRule="auto"/>
        <w:rPr>
          <w:rFonts w:ascii="Comic Sans MS" w:hAnsi="Comic Sans MS" w:cs="Times New Roman"/>
          <w:sz w:val="20"/>
          <w:szCs w:val="20"/>
        </w:rPr>
      </w:pPr>
      <w:r w:rsidRPr="00450D7F">
        <w:rPr>
          <w:rFonts w:ascii="Comic Sans MS" w:hAnsi="Comic Sans MS" w:cs="Times New Roman"/>
          <w:sz w:val="20"/>
          <w:szCs w:val="20"/>
        </w:rPr>
        <w:t>KAVRAMLAR</w:t>
      </w:r>
    </w:p>
    <w:p w14:paraId="39CBB514" w14:textId="34C3B16F" w:rsidR="002611A5" w:rsidRPr="00450D7F" w:rsidRDefault="0095769C" w:rsidP="00FD30A6">
      <w:pPr>
        <w:spacing w:after="0" w:line="276" w:lineRule="auto"/>
        <w:rPr>
          <w:rFonts w:ascii="Comic Sans MS" w:hAnsi="Comic Sans MS" w:cs="Times New Roman"/>
          <w:sz w:val="20"/>
          <w:szCs w:val="20"/>
        </w:rPr>
      </w:pPr>
      <w:proofErr w:type="spellStart"/>
      <w:r w:rsidRPr="00450D7F">
        <w:rPr>
          <w:rFonts w:ascii="Comic Sans MS" w:hAnsi="Comic Sans MS" w:cs="Times New Roman"/>
          <w:sz w:val="20"/>
          <w:szCs w:val="20"/>
        </w:rPr>
        <w:t>Sayı</w:t>
      </w:r>
      <w:proofErr w:type="spellEnd"/>
      <w:r w:rsidRPr="00450D7F">
        <w:rPr>
          <w:rFonts w:ascii="Comic Sans MS" w:hAnsi="Comic Sans MS" w:cs="Times New Roman"/>
          <w:sz w:val="20"/>
          <w:szCs w:val="20"/>
        </w:rPr>
        <w:t xml:space="preserve"> / </w:t>
      </w:r>
      <w:proofErr w:type="spellStart"/>
      <w:r w:rsidRPr="00450D7F">
        <w:rPr>
          <w:rFonts w:ascii="Comic Sans MS" w:hAnsi="Comic Sans MS" w:cs="Times New Roman"/>
          <w:sz w:val="20"/>
          <w:szCs w:val="20"/>
        </w:rPr>
        <w:t>sayma</w:t>
      </w:r>
      <w:proofErr w:type="spellEnd"/>
      <w:r w:rsidRPr="00450D7F">
        <w:rPr>
          <w:rFonts w:ascii="Comic Sans MS" w:hAnsi="Comic Sans MS" w:cs="Times New Roman"/>
          <w:sz w:val="20"/>
          <w:szCs w:val="20"/>
        </w:rPr>
        <w:t xml:space="preserve">: 1 </w:t>
      </w:r>
      <w:proofErr w:type="spellStart"/>
      <w:r w:rsidRPr="00450D7F">
        <w:rPr>
          <w:rFonts w:ascii="Comic Sans MS" w:hAnsi="Comic Sans MS" w:cs="Times New Roman"/>
          <w:sz w:val="20"/>
          <w:szCs w:val="20"/>
        </w:rPr>
        <w:t>sayısı</w:t>
      </w:r>
      <w:proofErr w:type="spellEnd"/>
    </w:p>
    <w:p w14:paraId="56EEA558"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sz w:val="20"/>
          <w:szCs w:val="20"/>
        </w:rPr>
        <w:t>Renk: Kırmızı.</w:t>
      </w:r>
    </w:p>
    <w:p w14:paraId="2C512713" w14:textId="77777777" w:rsidR="00C01C14" w:rsidRPr="00450D7F" w:rsidRDefault="0095769C" w:rsidP="00FD30A6">
      <w:pPr>
        <w:spacing w:after="0" w:line="276" w:lineRule="auto"/>
        <w:rPr>
          <w:rFonts w:ascii="Comic Sans MS" w:eastAsia="Comic Sans MS" w:hAnsi="Comic Sans MS" w:cs="Times New Roman"/>
          <w:color w:val="000000"/>
          <w:sz w:val="20"/>
          <w:szCs w:val="20"/>
        </w:rPr>
      </w:pPr>
      <w:proofErr w:type="spellStart"/>
      <w:r w:rsidRPr="00450D7F">
        <w:rPr>
          <w:rFonts w:ascii="Comic Sans MS" w:hAnsi="Comic Sans MS" w:cs="Times New Roman"/>
          <w:sz w:val="20"/>
          <w:szCs w:val="20"/>
        </w:rPr>
        <w:t>Zıt</w:t>
      </w:r>
      <w:proofErr w:type="spellEnd"/>
      <w:r w:rsidRPr="00450D7F">
        <w:rPr>
          <w:rFonts w:ascii="Comic Sans MS" w:hAnsi="Comic Sans MS" w:cs="Times New Roman"/>
          <w:sz w:val="20"/>
          <w:szCs w:val="20"/>
        </w:rPr>
        <w:t>: Doğru–</w:t>
      </w:r>
      <w:proofErr w:type="spellStart"/>
      <w:r w:rsidRPr="00450D7F">
        <w:rPr>
          <w:rFonts w:ascii="Comic Sans MS" w:hAnsi="Comic Sans MS" w:cs="Times New Roman"/>
          <w:sz w:val="20"/>
          <w:szCs w:val="20"/>
        </w:rPr>
        <w:t>yanlış</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düzenli</w:t>
      </w:r>
      <w:proofErr w:type="spellEnd"/>
      <w:r w:rsidRPr="00450D7F">
        <w:rPr>
          <w:rFonts w:ascii="Comic Sans MS" w:hAnsi="Comic Sans MS" w:cs="Times New Roman"/>
          <w:sz w:val="20"/>
          <w:szCs w:val="20"/>
        </w:rPr>
        <w:t>–</w:t>
      </w:r>
      <w:proofErr w:type="spellStart"/>
      <w:r w:rsidRPr="00450D7F">
        <w:rPr>
          <w:rFonts w:ascii="Comic Sans MS" w:hAnsi="Comic Sans MS" w:cs="Times New Roman"/>
          <w:sz w:val="20"/>
          <w:szCs w:val="20"/>
        </w:rPr>
        <w:t>dağınık</w:t>
      </w:r>
      <w:proofErr w:type="spellEnd"/>
      <w:r w:rsidR="004C669B" w:rsidRPr="00450D7F">
        <w:rPr>
          <w:rFonts w:ascii="Comic Sans MS" w:hAnsi="Comic Sans MS" w:cs="Times New Roman"/>
          <w:sz w:val="20"/>
          <w:szCs w:val="20"/>
        </w:rPr>
        <w:t>,</w:t>
      </w:r>
      <w:r w:rsidR="004C669B" w:rsidRPr="00450D7F">
        <w:rPr>
          <w:rFonts w:ascii="Comic Sans MS" w:eastAsia="Comic Sans MS" w:hAnsi="Comic Sans MS" w:cs="Times New Roman"/>
          <w:color w:val="000000"/>
          <w:sz w:val="20"/>
          <w:szCs w:val="20"/>
        </w:rPr>
        <w:t xml:space="preserve"> </w:t>
      </w:r>
      <w:proofErr w:type="spellStart"/>
      <w:r w:rsidR="004C669B" w:rsidRPr="00450D7F">
        <w:rPr>
          <w:rFonts w:ascii="Comic Sans MS" w:eastAsia="Comic Sans MS" w:hAnsi="Comic Sans MS" w:cs="Times New Roman"/>
          <w:color w:val="000000"/>
          <w:sz w:val="20"/>
          <w:szCs w:val="20"/>
        </w:rPr>
        <w:t>kirli</w:t>
      </w:r>
      <w:proofErr w:type="spellEnd"/>
      <w:r w:rsidR="004C669B" w:rsidRPr="00450D7F">
        <w:rPr>
          <w:rFonts w:ascii="Comic Sans MS" w:eastAsia="Comic Sans MS" w:hAnsi="Comic Sans MS" w:cs="Times New Roman"/>
          <w:color w:val="000000"/>
          <w:sz w:val="20"/>
          <w:szCs w:val="20"/>
        </w:rPr>
        <w:t>–</w:t>
      </w:r>
      <w:proofErr w:type="spellStart"/>
      <w:r w:rsidR="004C669B" w:rsidRPr="00450D7F">
        <w:rPr>
          <w:rFonts w:ascii="Comic Sans MS" w:eastAsia="Comic Sans MS" w:hAnsi="Comic Sans MS" w:cs="Times New Roman"/>
          <w:color w:val="000000"/>
          <w:sz w:val="20"/>
          <w:szCs w:val="20"/>
        </w:rPr>
        <w:t>temiz</w:t>
      </w:r>
      <w:proofErr w:type="spellEnd"/>
      <w:r w:rsidR="004C669B" w:rsidRPr="00450D7F">
        <w:rPr>
          <w:rFonts w:ascii="Comic Sans MS" w:eastAsia="Comic Sans MS" w:hAnsi="Comic Sans MS" w:cs="Times New Roman"/>
          <w:color w:val="000000"/>
          <w:sz w:val="20"/>
          <w:szCs w:val="20"/>
        </w:rPr>
        <w:t xml:space="preserve">, </w:t>
      </w:r>
    </w:p>
    <w:p w14:paraId="1C49FC16" w14:textId="5C9E320E" w:rsidR="002611A5" w:rsidRPr="00450D7F" w:rsidRDefault="00C01C14" w:rsidP="00FD30A6">
      <w:pPr>
        <w:spacing w:after="0" w:line="276" w:lineRule="auto"/>
        <w:rPr>
          <w:rFonts w:ascii="Comic Sans MS" w:hAnsi="Comic Sans MS" w:cs="Times New Roman"/>
          <w:sz w:val="20"/>
          <w:szCs w:val="20"/>
        </w:rPr>
      </w:pPr>
      <w:proofErr w:type="spellStart"/>
      <w:r w:rsidRPr="00450D7F">
        <w:rPr>
          <w:rFonts w:ascii="Comic Sans MS" w:eastAsia="Comic Sans MS" w:hAnsi="Comic Sans MS" w:cs="Times New Roman"/>
          <w:color w:val="000000"/>
          <w:sz w:val="20"/>
          <w:szCs w:val="20"/>
        </w:rPr>
        <w:t>Duyu</w:t>
      </w:r>
      <w:proofErr w:type="spellEnd"/>
      <w:r w:rsidRPr="00450D7F">
        <w:rPr>
          <w:rFonts w:ascii="Comic Sans MS" w:eastAsia="Comic Sans MS" w:hAnsi="Comic Sans MS" w:cs="Times New Roman"/>
          <w:color w:val="000000"/>
          <w:sz w:val="20"/>
          <w:szCs w:val="20"/>
        </w:rPr>
        <w:t xml:space="preserve">: </w:t>
      </w:r>
      <w:proofErr w:type="spellStart"/>
      <w:r w:rsidRPr="00450D7F">
        <w:rPr>
          <w:rFonts w:ascii="Comic Sans MS" w:eastAsia="Comic Sans MS" w:hAnsi="Comic Sans MS" w:cs="Times New Roman"/>
          <w:color w:val="000000"/>
          <w:sz w:val="20"/>
          <w:szCs w:val="20"/>
        </w:rPr>
        <w:t>I</w:t>
      </w:r>
      <w:r w:rsidR="004C669B" w:rsidRPr="00450D7F">
        <w:rPr>
          <w:rFonts w:ascii="Comic Sans MS" w:eastAsia="Comic Sans MS" w:hAnsi="Comic Sans MS" w:cs="Times New Roman"/>
          <w:color w:val="000000"/>
          <w:sz w:val="20"/>
          <w:szCs w:val="20"/>
        </w:rPr>
        <w:t>slak</w:t>
      </w:r>
      <w:proofErr w:type="spellEnd"/>
      <w:r w:rsidR="004C669B" w:rsidRPr="00450D7F">
        <w:rPr>
          <w:rFonts w:ascii="Comic Sans MS" w:eastAsia="Comic Sans MS" w:hAnsi="Comic Sans MS" w:cs="Times New Roman"/>
          <w:color w:val="000000"/>
          <w:sz w:val="20"/>
          <w:szCs w:val="20"/>
        </w:rPr>
        <w:t>–kuru</w:t>
      </w:r>
    </w:p>
    <w:p w14:paraId="5D5886AC" w14:textId="6C7D3890" w:rsidR="002611A5" w:rsidRPr="00450D7F" w:rsidRDefault="0095769C" w:rsidP="00FD30A6">
      <w:pPr>
        <w:spacing w:after="0" w:line="276" w:lineRule="auto"/>
        <w:rPr>
          <w:rFonts w:ascii="Comic Sans MS" w:eastAsia="Comic Sans MS" w:hAnsi="Comic Sans MS" w:cs="Times New Roman"/>
          <w:color w:val="000000"/>
          <w:sz w:val="20"/>
          <w:szCs w:val="20"/>
        </w:rPr>
      </w:pPr>
      <w:r w:rsidRPr="00450D7F">
        <w:rPr>
          <w:rFonts w:ascii="Comic Sans MS" w:hAnsi="Comic Sans MS" w:cs="Times New Roman"/>
          <w:sz w:val="20"/>
          <w:szCs w:val="20"/>
        </w:rPr>
        <w:t xml:space="preserve">Duygu: </w:t>
      </w:r>
      <w:proofErr w:type="spellStart"/>
      <w:r w:rsidR="00F90CEE" w:rsidRPr="00450D7F">
        <w:rPr>
          <w:rFonts w:ascii="Comic Sans MS" w:eastAsia="Comic Sans MS" w:hAnsi="Comic Sans MS" w:cs="Times New Roman"/>
          <w:color w:val="000000"/>
          <w:sz w:val="20"/>
          <w:szCs w:val="20"/>
        </w:rPr>
        <w:t>Mutluluk</w:t>
      </w:r>
      <w:proofErr w:type="spellEnd"/>
      <w:r w:rsidR="00F90CEE" w:rsidRPr="00450D7F">
        <w:rPr>
          <w:rFonts w:ascii="Comic Sans MS" w:eastAsia="Comic Sans MS" w:hAnsi="Comic Sans MS" w:cs="Times New Roman"/>
          <w:color w:val="000000"/>
          <w:sz w:val="20"/>
          <w:szCs w:val="20"/>
        </w:rPr>
        <w:t xml:space="preserve">, </w:t>
      </w:r>
      <w:proofErr w:type="spellStart"/>
      <w:r w:rsidR="00F90CEE" w:rsidRPr="00450D7F">
        <w:rPr>
          <w:rFonts w:ascii="Comic Sans MS" w:eastAsia="Comic Sans MS" w:hAnsi="Comic Sans MS" w:cs="Times New Roman"/>
          <w:color w:val="000000"/>
          <w:sz w:val="20"/>
          <w:szCs w:val="20"/>
        </w:rPr>
        <w:t>üzüntü</w:t>
      </w:r>
      <w:proofErr w:type="spellEnd"/>
      <w:r w:rsidR="00F90CEE" w:rsidRPr="00450D7F">
        <w:rPr>
          <w:rFonts w:ascii="Comic Sans MS" w:eastAsia="Comic Sans MS" w:hAnsi="Comic Sans MS" w:cs="Times New Roman"/>
          <w:color w:val="000000"/>
          <w:sz w:val="20"/>
          <w:szCs w:val="20"/>
        </w:rPr>
        <w:t xml:space="preserve">, </w:t>
      </w:r>
      <w:proofErr w:type="spellStart"/>
      <w:r w:rsidR="00F90CEE" w:rsidRPr="00450D7F">
        <w:rPr>
          <w:rFonts w:ascii="Comic Sans MS" w:eastAsia="Comic Sans MS" w:hAnsi="Comic Sans MS" w:cs="Times New Roman"/>
          <w:color w:val="000000"/>
          <w:sz w:val="20"/>
          <w:szCs w:val="20"/>
        </w:rPr>
        <w:t>öfke</w:t>
      </w:r>
      <w:proofErr w:type="spellEnd"/>
      <w:r w:rsidR="00F90CEE" w:rsidRPr="00450D7F">
        <w:rPr>
          <w:rFonts w:ascii="Comic Sans MS" w:eastAsia="Comic Sans MS" w:hAnsi="Comic Sans MS" w:cs="Times New Roman"/>
          <w:color w:val="000000"/>
          <w:sz w:val="20"/>
          <w:szCs w:val="20"/>
        </w:rPr>
        <w:t xml:space="preserve">, </w:t>
      </w:r>
      <w:proofErr w:type="spellStart"/>
      <w:r w:rsidR="00F90CEE" w:rsidRPr="00450D7F">
        <w:rPr>
          <w:rFonts w:ascii="Comic Sans MS" w:eastAsia="Comic Sans MS" w:hAnsi="Comic Sans MS" w:cs="Times New Roman"/>
          <w:color w:val="000000"/>
          <w:sz w:val="20"/>
          <w:szCs w:val="20"/>
        </w:rPr>
        <w:t>korku</w:t>
      </w:r>
      <w:proofErr w:type="spellEnd"/>
      <w:r w:rsidR="00F90CEE" w:rsidRPr="00450D7F">
        <w:rPr>
          <w:rFonts w:ascii="Comic Sans MS" w:eastAsia="Comic Sans MS" w:hAnsi="Comic Sans MS" w:cs="Times New Roman"/>
          <w:color w:val="000000"/>
          <w:sz w:val="20"/>
          <w:szCs w:val="20"/>
        </w:rPr>
        <w:t xml:space="preserve">, </w:t>
      </w:r>
      <w:proofErr w:type="spellStart"/>
      <w:r w:rsidR="00F90CEE" w:rsidRPr="00450D7F">
        <w:rPr>
          <w:rFonts w:ascii="Comic Sans MS" w:eastAsia="Comic Sans MS" w:hAnsi="Comic Sans MS" w:cs="Times New Roman"/>
          <w:color w:val="000000"/>
          <w:sz w:val="20"/>
          <w:szCs w:val="20"/>
        </w:rPr>
        <w:t>şaşkınlık</w:t>
      </w:r>
      <w:proofErr w:type="spellEnd"/>
      <w:r w:rsidR="00F90CEE" w:rsidRPr="00450D7F">
        <w:rPr>
          <w:rFonts w:ascii="Comic Sans MS" w:eastAsia="Comic Sans MS" w:hAnsi="Comic Sans MS" w:cs="Times New Roman"/>
          <w:color w:val="000000"/>
          <w:sz w:val="20"/>
          <w:szCs w:val="20"/>
        </w:rPr>
        <w:t xml:space="preserve">, </w:t>
      </w:r>
      <w:proofErr w:type="spellStart"/>
      <w:r w:rsidR="00F90CEE" w:rsidRPr="00450D7F">
        <w:rPr>
          <w:rFonts w:ascii="Comic Sans MS" w:eastAsia="Comic Sans MS" w:hAnsi="Comic Sans MS" w:cs="Times New Roman"/>
          <w:color w:val="000000"/>
          <w:sz w:val="20"/>
          <w:szCs w:val="20"/>
        </w:rPr>
        <w:t>endişe</w:t>
      </w:r>
      <w:proofErr w:type="spellEnd"/>
      <w:r w:rsidR="00F90CEE" w:rsidRPr="00450D7F">
        <w:rPr>
          <w:rFonts w:ascii="Comic Sans MS" w:eastAsia="Comic Sans MS" w:hAnsi="Comic Sans MS" w:cs="Times New Roman"/>
          <w:color w:val="000000"/>
          <w:sz w:val="20"/>
          <w:szCs w:val="20"/>
        </w:rPr>
        <w:t xml:space="preserve">, </w:t>
      </w:r>
      <w:proofErr w:type="spellStart"/>
      <w:r w:rsidR="00F90CEE" w:rsidRPr="00450D7F">
        <w:rPr>
          <w:rFonts w:ascii="Comic Sans MS" w:eastAsia="Comic Sans MS" w:hAnsi="Comic Sans MS" w:cs="Times New Roman"/>
          <w:color w:val="000000"/>
          <w:sz w:val="20"/>
          <w:szCs w:val="20"/>
        </w:rPr>
        <w:t>iğrenme</w:t>
      </w:r>
      <w:proofErr w:type="spellEnd"/>
      <w:r w:rsidR="00F90CEE" w:rsidRPr="00450D7F">
        <w:rPr>
          <w:rFonts w:ascii="Comic Sans MS" w:eastAsia="Comic Sans MS" w:hAnsi="Comic Sans MS" w:cs="Times New Roman"/>
          <w:color w:val="000000"/>
          <w:sz w:val="20"/>
          <w:szCs w:val="20"/>
        </w:rPr>
        <w:t xml:space="preserve">, </w:t>
      </w:r>
      <w:proofErr w:type="spellStart"/>
      <w:r w:rsidR="00F90CEE" w:rsidRPr="00450D7F">
        <w:rPr>
          <w:rFonts w:ascii="Comic Sans MS" w:eastAsia="Comic Sans MS" w:hAnsi="Comic Sans MS" w:cs="Times New Roman"/>
          <w:color w:val="000000"/>
          <w:sz w:val="20"/>
          <w:szCs w:val="20"/>
        </w:rPr>
        <w:t>pişmanlık</w:t>
      </w:r>
      <w:proofErr w:type="spellEnd"/>
      <w:r w:rsidR="00F90CEE" w:rsidRPr="00450D7F">
        <w:rPr>
          <w:rFonts w:ascii="Comic Sans MS" w:eastAsia="Comic Sans MS" w:hAnsi="Comic Sans MS" w:cs="Times New Roman"/>
          <w:color w:val="000000"/>
          <w:sz w:val="20"/>
          <w:szCs w:val="20"/>
        </w:rPr>
        <w:t xml:space="preserve">, </w:t>
      </w:r>
      <w:proofErr w:type="spellStart"/>
      <w:r w:rsidR="00F90CEE" w:rsidRPr="00450D7F">
        <w:rPr>
          <w:rFonts w:ascii="Comic Sans MS" w:eastAsia="Comic Sans MS" w:hAnsi="Comic Sans MS" w:cs="Times New Roman"/>
          <w:color w:val="000000"/>
          <w:sz w:val="20"/>
          <w:szCs w:val="20"/>
        </w:rPr>
        <w:t>utanma</w:t>
      </w:r>
      <w:proofErr w:type="spellEnd"/>
      <w:r w:rsidR="00F90CEE" w:rsidRPr="00450D7F">
        <w:rPr>
          <w:rFonts w:ascii="Comic Sans MS" w:eastAsia="Comic Sans MS" w:hAnsi="Comic Sans MS" w:cs="Times New Roman"/>
          <w:color w:val="000000"/>
          <w:sz w:val="20"/>
          <w:szCs w:val="20"/>
        </w:rPr>
        <w:t>.</w:t>
      </w:r>
    </w:p>
    <w:p w14:paraId="00825F04" w14:textId="77777777" w:rsidR="00180EE2" w:rsidRPr="00450D7F" w:rsidRDefault="00180EE2" w:rsidP="00FD30A6">
      <w:pPr>
        <w:spacing w:after="0" w:line="276" w:lineRule="auto"/>
        <w:rPr>
          <w:rFonts w:ascii="Comic Sans MS" w:hAnsi="Comic Sans MS" w:cs="Times New Roman"/>
          <w:color w:val="000000"/>
          <w:sz w:val="20"/>
          <w:szCs w:val="20"/>
        </w:rPr>
      </w:pPr>
      <w:proofErr w:type="spellStart"/>
      <w:r w:rsidRPr="00450D7F">
        <w:rPr>
          <w:rFonts w:ascii="Comic Sans MS" w:hAnsi="Comic Sans MS" w:cs="Times New Roman"/>
          <w:color w:val="000000" w:themeColor="text1"/>
          <w:sz w:val="20"/>
          <w:szCs w:val="20"/>
        </w:rPr>
        <w:t>Boyut</w:t>
      </w:r>
      <w:proofErr w:type="spellEnd"/>
      <w:r w:rsidRPr="00450D7F">
        <w:rPr>
          <w:rFonts w:ascii="Comic Sans MS" w:hAnsi="Comic Sans MS" w:cs="Times New Roman"/>
          <w:color w:val="000000" w:themeColor="text1"/>
          <w:sz w:val="20"/>
          <w:szCs w:val="20"/>
        </w:rPr>
        <w:t xml:space="preserve">: </w:t>
      </w:r>
      <w:proofErr w:type="spellStart"/>
      <w:r w:rsidRPr="00450D7F">
        <w:rPr>
          <w:rFonts w:ascii="Comic Sans MS" w:hAnsi="Comic Sans MS" w:cs="Times New Roman"/>
          <w:color w:val="000000"/>
          <w:sz w:val="20"/>
          <w:szCs w:val="20"/>
        </w:rPr>
        <w:t>Geniş</w:t>
      </w:r>
      <w:proofErr w:type="spellEnd"/>
      <w:r w:rsidRPr="00450D7F">
        <w:rPr>
          <w:rFonts w:ascii="Comic Sans MS" w:hAnsi="Comic Sans MS" w:cs="Times New Roman"/>
          <w:color w:val="000000"/>
          <w:sz w:val="20"/>
          <w:szCs w:val="20"/>
        </w:rPr>
        <w:t>–Dar, Büyük–</w:t>
      </w:r>
      <w:proofErr w:type="spellStart"/>
      <w:r w:rsidRPr="00450D7F">
        <w:rPr>
          <w:rFonts w:ascii="Comic Sans MS" w:hAnsi="Comic Sans MS" w:cs="Times New Roman"/>
          <w:color w:val="000000"/>
          <w:sz w:val="20"/>
          <w:szCs w:val="20"/>
        </w:rPr>
        <w:t>Küçük</w:t>
      </w:r>
      <w:proofErr w:type="spellEnd"/>
    </w:p>
    <w:p w14:paraId="2833548B" w14:textId="77777777" w:rsidR="002611A5" w:rsidRPr="00450D7F" w:rsidRDefault="0095769C" w:rsidP="00FD30A6">
      <w:pPr>
        <w:pStyle w:val="Balk1"/>
        <w:spacing w:before="0" w:after="0" w:line="276" w:lineRule="auto"/>
        <w:rPr>
          <w:rFonts w:ascii="Comic Sans MS" w:hAnsi="Comic Sans MS" w:cs="Times New Roman"/>
          <w:sz w:val="20"/>
          <w:szCs w:val="20"/>
        </w:rPr>
      </w:pPr>
      <w:r w:rsidRPr="00450D7F">
        <w:rPr>
          <w:rFonts w:ascii="Comic Sans MS" w:hAnsi="Comic Sans MS" w:cs="Times New Roman"/>
          <w:sz w:val="20"/>
          <w:szCs w:val="20"/>
        </w:rPr>
        <w:t>BELİRLİ GÜN VE HAFTALAR</w:t>
      </w:r>
    </w:p>
    <w:p w14:paraId="21606A45" w14:textId="77777777" w:rsidR="002B25F9" w:rsidRPr="00450D7F" w:rsidRDefault="002B25F9" w:rsidP="002B25F9">
      <w:pPr>
        <w:spacing w:line="276" w:lineRule="auto"/>
        <w:rPr>
          <w:rFonts w:ascii="Comic Sans MS" w:hAnsi="Comic Sans MS" w:cs="Times New Roman"/>
          <w:sz w:val="20"/>
          <w:szCs w:val="20"/>
        </w:rPr>
      </w:pPr>
      <w:proofErr w:type="spellStart"/>
      <w:r w:rsidRPr="00450D7F">
        <w:rPr>
          <w:rFonts w:ascii="Comic Sans MS" w:hAnsi="Comic Sans MS" w:cs="Times New Roman"/>
          <w:sz w:val="20"/>
          <w:szCs w:val="20"/>
        </w:rPr>
        <w:t>İlköğretim</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Haftası</w:t>
      </w:r>
      <w:proofErr w:type="spellEnd"/>
      <w:r w:rsidRPr="00450D7F">
        <w:rPr>
          <w:rFonts w:ascii="Comic Sans MS" w:hAnsi="Comic Sans MS" w:cs="Times New Roman"/>
          <w:sz w:val="20"/>
          <w:szCs w:val="20"/>
        </w:rPr>
        <w:t xml:space="preserve"> (Eylül </w:t>
      </w:r>
      <w:proofErr w:type="spellStart"/>
      <w:r w:rsidRPr="00450D7F">
        <w:rPr>
          <w:rFonts w:ascii="Comic Sans MS" w:hAnsi="Comic Sans MS" w:cs="Times New Roman"/>
          <w:sz w:val="20"/>
          <w:szCs w:val="20"/>
        </w:rPr>
        <w:t>ayının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üçüncü</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haftası</w:t>
      </w:r>
      <w:proofErr w:type="spellEnd"/>
      <w:r w:rsidRPr="00450D7F">
        <w:rPr>
          <w:rFonts w:ascii="Comic Sans MS" w:hAnsi="Comic Sans MS" w:cs="Times New Roman"/>
          <w:sz w:val="20"/>
          <w:szCs w:val="20"/>
        </w:rPr>
        <w:t>)</w:t>
      </w:r>
    </w:p>
    <w:p w14:paraId="0AD9AE0A" w14:textId="77777777" w:rsidR="002B25F9" w:rsidRPr="00450D7F" w:rsidRDefault="002B25F9" w:rsidP="002B25F9">
      <w:pPr>
        <w:spacing w:line="276" w:lineRule="auto"/>
        <w:rPr>
          <w:rFonts w:ascii="Comic Sans MS" w:hAnsi="Comic Sans MS" w:cs="Times New Roman"/>
          <w:sz w:val="20"/>
          <w:szCs w:val="20"/>
        </w:rPr>
      </w:pPr>
      <w:proofErr w:type="spellStart"/>
      <w:r w:rsidRPr="00450D7F">
        <w:rPr>
          <w:rFonts w:ascii="Comic Sans MS" w:hAnsi="Comic Sans MS" w:cs="Times New Roman"/>
          <w:sz w:val="20"/>
          <w:szCs w:val="20"/>
        </w:rPr>
        <w:t>İtfaiye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Haftası</w:t>
      </w:r>
      <w:proofErr w:type="spellEnd"/>
      <w:r w:rsidRPr="00450D7F">
        <w:rPr>
          <w:rFonts w:ascii="Comic Sans MS" w:hAnsi="Comic Sans MS" w:cs="Times New Roman"/>
          <w:sz w:val="20"/>
          <w:szCs w:val="20"/>
        </w:rPr>
        <w:t xml:space="preserve"> (30 Eylül </w:t>
      </w:r>
      <w:proofErr w:type="spellStart"/>
      <w:r w:rsidRPr="00450D7F">
        <w:rPr>
          <w:rFonts w:ascii="Comic Sans MS" w:hAnsi="Comic Sans MS" w:cs="Times New Roman"/>
          <w:sz w:val="20"/>
          <w:szCs w:val="20"/>
        </w:rPr>
        <w:t>tarihli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günlük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planda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ele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alınacaktır</w:t>
      </w:r>
      <w:proofErr w:type="spellEnd"/>
      <w:r w:rsidRPr="00450D7F">
        <w:rPr>
          <w:rFonts w:ascii="Comic Sans MS" w:hAnsi="Comic Sans MS" w:cs="Times New Roman"/>
          <w:sz w:val="20"/>
          <w:szCs w:val="20"/>
        </w:rPr>
        <w:t>.)</w:t>
      </w:r>
    </w:p>
    <w:p w14:paraId="38859C0D" w14:textId="77777777" w:rsidR="002611A5" w:rsidRPr="00450D7F" w:rsidRDefault="0095769C" w:rsidP="00FD30A6">
      <w:pPr>
        <w:pStyle w:val="Balk1"/>
        <w:spacing w:before="0" w:after="0" w:line="276" w:lineRule="auto"/>
        <w:rPr>
          <w:rFonts w:ascii="Comic Sans MS" w:hAnsi="Comic Sans MS" w:cs="Times New Roman"/>
          <w:sz w:val="20"/>
          <w:szCs w:val="20"/>
        </w:rPr>
      </w:pPr>
      <w:r w:rsidRPr="00450D7F">
        <w:rPr>
          <w:rFonts w:ascii="Comic Sans MS" w:hAnsi="Comic Sans MS" w:cs="Times New Roman"/>
          <w:sz w:val="20"/>
          <w:szCs w:val="20"/>
        </w:rPr>
        <w:t>ÖĞRENME-ÖĞRETME YAŞANTILARI</w:t>
      </w:r>
    </w:p>
    <w:p w14:paraId="78C07915" w14:textId="1F0A9CF4" w:rsidR="002611A5" w:rsidRPr="00450D7F" w:rsidRDefault="0095769C" w:rsidP="00FD30A6">
      <w:pPr>
        <w:spacing w:after="0" w:line="276" w:lineRule="auto"/>
        <w:rPr>
          <w:rFonts w:ascii="Comic Sans MS" w:hAnsi="Comic Sans MS" w:cs="Times New Roman"/>
          <w:b/>
          <w:sz w:val="20"/>
          <w:szCs w:val="20"/>
        </w:rPr>
      </w:pPr>
      <w:proofErr w:type="spellStart"/>
      <w:r w:rsidRPr="00450D7F">
        <w:rPr>
          <w:rFonts w:ascii="Comic Sans MS" w:hAnsi="Comic Sans MS" w:cs="Times New Roman"/>
          <w:b/>
          <w:sz w:val="20"/>
          <w:szCs w:val="20"/>
        </w:rPr>
        <w:t>Öğrenme-Öğretme</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Uygulamaları</w:t>
      </w:r>
      <w:proofErr w:type="spellEnd"/>
    </w:p>
    <w:p w14:paraId="7534071E" w14:textId="2A696DC6" w:rsidR="002B25F9" w:rsidRPr="00450D7F" w:rsidRDefault="002B25F9" w:rsidP="00FD30A6">
      <w:pPr>
        <w:spacing w:after="0" w:line="276" w:lineRule="auto"/>
        <w:rPr>
          <w:rFonts w:ascii="Comic Sans MS" w:hAnsi="Comic Sans MS" w:cs="Times New Roman"/>
          <w:sz w:val="20"/>
          <w:szCs w:val="20"/>
        </w:rPr>
      </w:pPr>
      <w:proofErr w:type="spellStart"/>
      <w:r w:rsidRPr="00450D7F">
        <w:rPr>
          <w:rFonts w:ascii="Comic Sans MS" w:hAnsi="Comic Sans MS" w:cs="Times New Roman"/>
          <w:sz w:val="20"/>
          <w:szCs w:val="20"/>
        </w:rPr>
        <w:t>Öğrenme-öğretme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uygulamaları</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çocukların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bireysel</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özellikleri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gelişim</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düzeyleri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ve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hazır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bulunuşlukları</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dikkate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alınarak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planlanır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Türkçe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matematik</w:t>
      </w:r>
      <w:proofErr w:type="spellEnd"/>
      <w:r w:rsidRPr="00450D7F">
        <w:rPr>
          <w:rFonts w:ascii="Comic Sans MS" w:hAnsi="Comic Sans MS" w:cs="Times New Roman"/>
          <w:sz w:val="20"/>
          <w:szCs w:val="20"/>
        </w:rPr>
        <w:t xml:space="preserve">, fen, </w:t>
      </w:r>
      <w:proofErr w:type="spellStart"/>
      <w:r w:rsidRPr="00450D7F">
        <w:rPr>
          <w:rFonts w:ascii="Comic Sans MS" w:hAnsi="Comic Sans MS" w:cs="Times New Roman"/>
          <w:sz w:val="20"/>
          <w:szCs w:val="20"/>
        </w:rPr>
        <w:t>sosyal</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sanat</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müzik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hareket</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ve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sağlık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alan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becerilerine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ait</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öğrenme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çıktıları</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ve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süreç</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bileşenleri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eğilimler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ve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programlar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arası</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bileşenler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ilişkilendirilerek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günlük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planlarda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ele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alınır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Belirli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gün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ve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haftalar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ilgili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ayda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yer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alması</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ve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öğretmen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tarafından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ele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alınmasının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planlanması</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durumunda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günlük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planlarda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yer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alır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Günlük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planlarda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güne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başlama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zamanı</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öğrenme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merkezlerinde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oyun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beslenme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toplanma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ve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temizlik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oyun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temelli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büyük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grup</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küçük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grup</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ve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bireysel</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etkinlikler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ile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değerlendirmeye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yer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verilir</w:t>
      </w:r>
      <w:proofErr w:type="spellEnd"/>
      <w:r w:rsidRPr="00450D7F">
        <w:rPr>
          <w:rFonts w:ascii="Comic Sans MS" w:hAnsi="Comic Sans MS" w:cs="Times New Roman"/>
          <w:sz w:val="20"/>
          <w:szCs w:val="20"/>
        </w:rPr>
        <w:t>.</w:t>
      </w:r>
    </w:p>
    <w:p w14:paraId="60D18DBC" w14:textId="77777777" w:rsidR="002611A5" w:rsidRPr="00450D7F" w:rsidRDefault="0095769C" w:rsidP="00FD30A6">
      <w:pPr>
        <w:pStyle w:val="Balk1"/>
        <w:spacing w:before="0" w:after="0" w:line="276" w:lineRule="auto"/>
        <w:rPr>
          <w:rFonts w:ascii="Comic Sans MS" w:hAnsi="Comic Sans MS" w:cs="Times New Roman"/>
          <w:sz w:val="20"/>
          <w:szCs w:val="20"/>
        </w:rPr>
      </w:pPr>
      <w:r w:rsidRPr="00450D7F">
        <w:rPr>
          <w:rFonts w:ascii="Comic Sans MS" w:hAnsi="Comic Sans MS" w:cs="Times New Roman"/>
          <w:sz w:val="20"/>
          <w:szCs w:val="20"/>
        </w:rPr>
        <w:t>FARKLILAŞTIRMA</w:t>
      </w:r>
    </w:p>
    <w:p w14:paraId="62375CBB"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Zenginleştirme</w:t>
      </w:r>
    </w:p>
    <w:p w14:paraId="0F5800B3" w14:textId="77777777" w:rsidR="002B25F9" w:rsidRPr="00450D7F" w:rsidRDefault="002B25F9" w:rsidP="00FD30A6">
      <w:pPr>
        <w:spacing w:after="0" w:line="276" w:lineRule="auto"/>
        <w:rPr>
          <w:rFonts w:ascii="Comic Sans MS" w:hAnsi="Comic Sans MS" w:cs="Times New Roman"/>
          <w:sz w:val="20"/>
          <w:szCs w:val="20"/>
        </w:rPr>
      </w:pPr>
      <w:proofErr w:type="spellStart"/>
      <w:r w:rsidRPr="00450D7F">
        <w:rPr>
          <w:rFonts w:ascii="Comic Sans MS" w:hAnsi="Comic Sans MS" w:cs="Times New Roman"/>
          <w:sz w:val="20"/>
          <w:szCs w:val="20"/>
        </w:rPr>
        <w:lastRenderedPageBreak/>
        <w:t>Çocukların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bireysel</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özellikleri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ve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gelişimsel</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seviyeleri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göz</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önünde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bulundurularak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farklı</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etkinlikler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tasarlanabilir</w:t>
      </w:r>
      <w:proofErr w:type="spellEnd"/>
      <w:r w:rsidRPr="00450D7F">
        <w:rPr>
          <w:rFonts w:ascii="Comic Sans MS" w:hAnsi="Comic Sans MS" w:cs="Times New Roman"/>
          <w:sz w:val="20"/>
          <w:szCs w:val="20"/>
        </w:rPr>
        <w:t xml:space="preserve">. Her </w:t>
      </w:r>
      <w:proofErr w:type="spellStart"/>
      <w:r w:rsidRPr="00450D7F">
        <w:rPr>
          <w:rFonts w:ascii="Comic Sans MS" w:hAnsi="Comic Sans MS" w:cs="Times New Roman"/>
          <w:sz w:val="20"/>
          <w:szCs w:val="20"/>
        </w:rPr>
        <w:t>bir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etkinlik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çocukların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kendi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yeteneklerini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keşfetmelerine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ve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geliştirmelerine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olanak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tanıyacak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şekilde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planlanabilir</w:t>
      </w:r>
      <w:proofErr w:type="spellEnd"/>
      <w:r w:rsidRPr="00450D7F">
        <w:rPr>
          <w:rFonts w:ascii="Comic Sans MS" w:hAnsi="Comic Sans MS" w:cs="Times New Roman"/>
          <w:sz w:val="20"/>
          <w:szCs w:val="20"/>
        </w:rPr>
        <w:t xml:space="preserve">. Her </w:t>
      </w:r>
      <w:proofErr w:type="spellStart"/>
      <w:r w:rsidRPr="00450D7F">
        <w:rPr>
          <w:rFonts w:ascii="Comic Sans MS" w:hAnsi="Comic Sans MS" w:cs="Times New Roman"/>
          <w:sz w:val="20"/>
          <w:szCs w:val="20"/>
        </w:rPr>
        <w:t>çocuğun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bireysel</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özellikleri</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ve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hedeflenen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öğrenme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çıktıları</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doğrultusunda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içerik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süreç</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ürün</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ve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öğrenme</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ortamına</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yönelik</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farklılaştırmalar</w:t>
      </w:r>
      <w:proofErr w:type="spellEnd"/>
      <w:r w:rsidRPr="00450D7F">
        <w:rPr>
          <w:rFonts w:ascii="Comic Sans MS" w:hAnsi="Comic Sans MS" w:cs="Times New Roman"/>
          <w:sz w:val="20"/>
          <w:szCs w:val="20"/>
        </w:rPr>
        <w:t xml:space="preserve"> </w:t>
      </w:r>
      <w:proofErr w:type="spellStart"/>
      <w:r w:rsidRPr="00450D7F">
        <w:rPr>
          <w:rFonts w:ascii="Comic Sans MS" w:hAnsi="Comic Sans MS" w:cs="Times New Roman"/>
          <w:sz w:val="20"/>
          <w:szCs w:val="20"/>
        </w:rPr>
        <w:t>planlanabilir</w:t>
      </w:r>
      <w:proofErr w:type="spellEnd"/>
      <w:r w:rsidRPr="00450D7F">
        <w:rPr>
          <w:rFonts w:ascii="Comic Sans MS" w:hAnsi="Comic Sans MS" w:cs="Times New Roman"/>
          <w:sz w:val="20"/>
          <w:szCs w:val="20"/>
        </w:rPr>
        <w:t>.</w:t>
      </w:r>
    </w:p>
    <w:p w14:paraId="2D94592B" w14:textId="457AB3FE" w:rsidR="002611A5" w:rsidRPr="00450D7F" w:rsidRDefault="0095769C" w:rsidP="00FD30A6">
      <w:pPr>
        <w:spacing w:after="0" w:line="276" w:lineRule="auto"/>
        <w:rPr>
          <w:rFonts w:ascii="Comic Sans MS" w:hAnsi="Comic Sans MS" w:cs="Times New Roman"/>
          <w:sz w:val="20"/>
          <w:szCs w:val="20"/>
        </w:rPr>
      </w:pPr>
      <w:proofErr w:type="spellStart"/>
      <w:r w:rsidRPr="00450D7F">
        <w:rPr>
          <w:rFonts w:ascii="Comic Sans MS" w:hAnsi="Comic Sans MS" w:cs="Times New Roman"/>
          <w:b/>
          <w:sz w:val="20"/>
          <w:szCs w:val="20"/>
        </w:rPr>
        <w:t>Destekleme</w:t>
      </w:r>
      <w:proofErr w:type="spellEnd"/>
    </w:p>
    <w:p w14:paraId="0A49EA6F" w14:textId="77777777" w:rsidR="002B25F9" w:rsidRPr="00450D7F" w:rsidRDefault="002B25F9" w:rsidP="00FD30A6">
      <w:pPr>
        <w:pStyle w:val="Balk1"/>
        <w:spacing w:before="0" w:after="0" w:line="276" w:lineRule="auto"/>
        <w:rPr>
          <w:rFonts w:ascii="Comic Sans MS" w:hAnsi="Comic Sans MS" w:cs="Times New Roman"/>
          <w:b w:val="0"/>
          <w:bCs w:val="0"/>
          <w:sz w:val="20"/>
          <w:szCs w:val="20"/>
        </w:rPr>
      </w:pPr>
      <w:proofErr w:type="spellStart"/>
      <w:r w:rsidRPr="00450D7F">
        <w:rPr>
          <w:rFonts w:ascii="Comic Sans MS" w:hAnsi="Comic Sans MS" w:cs="Times New Roman"/>
          <w:b w:val="0"/>
          <w:bCs w:val="0"/>
          <w:sz w:val="20"/>
          <w:szCs w:val="20"/>
        </w:rPr>
        <w:t>Çocukların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etkinliklere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katılımını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sağlamak</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amacıyla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çevresel</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düzenlemeler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oturma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düzenini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değiştirme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çeşitli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semboller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kullanma</w:t>
      </w:r>
      <w:proofErr w:type="spellEnd"/>
      <w:r w:rsidRPr="00450D7F">
        <w:rPr>
          <w:rFonts w:ascii="Comic Sans MS" w:hAnsi="Comic Sans MS" w:cs="Times New Roman"/>
          <w:b w:val="0"/>
          <w:bCs w:val="0"/>
          <w:sz w:val="20"/>
          <w:szCs w:val="20"/>
        </w:rPr>
        <w:t xml:space="preserve"> vb.) </w:t>
      </w:r>
      <w:proofErr w:type="spellStart"/>
      <w:r w:rsidRPr="00450D7F">
        <w:rPr>
          <w:rFonts w:ascii="Comic Sans MS" w:hAnsi="Comic Sans MS" w:cs="Times New Roman"/>
          <w:b w:val="0"/>
          <w:bCs w:val="0"/>
          <w:sz w:val="20"/>
          <w:szCs w:val="20"/>
        </w:rPr>
        <w:t>yapılabilir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Materyaller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çocukların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gereksinimlerine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göre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düzenlenerek</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ihtiyaç</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hâlinde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destek</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materyalleri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eklenebilir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Öğrenme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içeriği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çocukların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gelişim</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özellikleri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hazır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bulunuşluk</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düzeyleri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ve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bireysel</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gereksinimleri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doğrultusunda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sadeleştirilebilir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derinleştirilebilir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veya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çeşitlendirilebilir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Öğrenme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öğretme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uygulamalarında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çocuklara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gereksinim</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duydukları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farklı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türlerde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ipuçları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ve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yardım</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sunulabilir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Günlük</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planlarda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ayrıntılı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destekleme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süreçleri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hazırlanabilir</w:t>
      </w:r>
      <w:proofErr w:type="spellEnd"/>
      <w:r w:rsidRPr="00450D7F">
        <w:rPr>
          <w:rFonts w:ascii="Comic Sans MS" w:hAnsi="Comic Sans MS" w:cs="Times New Roman"/>
          <w:b w:val="0"/>
          <w:bCs w:val="0"/>
          <w:sz w:val="20"/>
          <w:szCs w:val="20"/>
        </w:rPr>
        <w:t>.</w:t>
      </w:r>
    </w:p>
    <w:p w14:paraId="01E24988" w14:textId="61AECF0C" w:rsidR="002611A5" w:rsidRPr="00450D7F" w:rsidRDefault="0095769C" w:rsidP="00FD30A6">
      <w:pPr>
        <w:pStyle w:val="Balk1"/>
        <w:spacing w:before="0" w:after="0" w:line="276" w:lineRule="auto"/>
        <w:rPr>
          <w:rFonts w:ascii="Comic Sans MS" w:hAnsi="Comic Sans MS" w:cs="Times New Roman"/>
          <w:sz w:val="20"/>
          <w:szCs w:val="20"/>
        </w:rPr>
      </w:pPr>
      <w:r w:rsidRPr="00450D7F">
        <w:rPr>
          <w:rFonts w:ascii="Comic Sans MS" w:hAnsi="Comic Sans MS" w:cs="Times New Roman"/>
          <w:sz w:val="20"/>
          <w:szCs w:val="20"/>
        </w:rPr>
        <w:t>AİLE VE TOPLUM KATILIMI</w:t>
      </w:r>
    </w:p>
    <w:p w14:paraId="0D3B587B" w14:textId="77777777" w:rsidR="002B25F9" w:rsidRPr="00450D7F" w:rsidRDefault="002B25F9" w:rsidP="002B25F9">
      <w:pPr>
        <w:pStyle w:val="pdq2pgselectionanchorcontainer"/>
        <w:spacing w:line="276" w:lineRule="auto"/>
        <w:rPr>
          <w:rFonts w:ascii="Comic Sans MS" w:hAnsi="Comic Sans MS"/>
          <w:sz w:val="20"/>
          <w:szCs w:val="20"/>
        </w:rPr>
      </w:pPr>
      <w:r w:rsidRPr="00450D7F">
        <w:rPr>
          <w:rFonts w:ascii="Comic Sans MS" w:hAnsi="Comic Sans MS"/>
          <w:sz w:val="20"/>
          <w:szCs w:val="20"/>
        </w:rPr>
        <w:t>Ailelere “haber mektubu” veya “internet temelli uygulamalar” aracılığıyla sınıfta yapılan etkinlikler hakkında bilgi verilebilir. Aileleri çocuğun gelişimi ve eğitim programı konusunda bilgilendirmek için düzenli olarak “bülten” hazırlanabilir. Duyguları ifade etme ve düzenleme, sınıf kuralları, sorumluluk, kişisel temizlik, kitaplara özen gösterme, araç ve gereçleri güvenli kullanma konularında ailelerle bilgi paylaşılabilir.</w:t>
      </w:r>
    </w:p>
    <w:p w14:paraId="38BE1D28" w14:textId="77777777" w:rsidR="002B25F9" w:rsidRPr="00450D7F" w:rsidRDefault="002B25F9" w:rsidP="002B25F9">
      <w:pPr>
        <w:pStyle w:val="NormalWeb"/>
        <w:spacing w:line="276" w:lineRule="auto"/>
        <w:rPr>
          <w:rFonts w:ascii="Comic Sans MS" w:hAnsi="Comic Sans MS"/>
          <w:sz w:val="20"/>
          <w:szCs w:val="20"/>
        </w:rPr>
      </w:pPr>
      <w:r w:rsidRPr="00450D7F">
        <w:rPr>
          <w:rFonts w:ascii="Comic Sans MS" w:hAnsi="Comic Sans MS"/>
          <w:sz w:val="20"/>
          <w:szCs w:val="20"/>
        </w:rPr>
        <w:t>Sınıfta yapılan çalışmalar çocuklarla birlikte değerlendirilerek seçilir ve “</w:t>
      </w:r>
      <w:proofErr w:type="spellStart"/>
      <w:r w:rsidRPr="00450D7F">
        <w:rPr>
          <w:rFonts w:ascii="Comic Sans MS" w:hAnsi="Comic Sans MS"/>
          <w:sz w:val="20"/>
          <w:szCs w:val="20"/>
        </w:rPr>
        <w:t>Portfolyo</w:t>
      </w:r>
      <w:proofErr w:type="spellEnd"/>
      <w:r w:rsidRPr="00450D7F">
        <w:rPr>
          <w:rFonts w:ascii="Comic Sans MS" w:hAnsi="Comic Sans MS"/>
          <w:sz w:val="20"/>
          <w:szCs w:val="20"/>
        </w:rPr>
        <w:t xml:space="preserve"> </w:t>
      </w:r>
      <w:proofErr w:type="spellStart"/>
      <w:r w:rsidRPr="00450D7F">
        <w:rPr>
          <w:rFonts w:ascii="Comic Sans MS" w:hAnsi="Comic Sans MS"/>
          <w:sz w:val="20"/>
          <w:szCs w:val="20"/>
        </w:rPr>
        <w:t>Dosyası’na</w:t>
      </w:r>
      <w:proofErr w:type="spellEnd"/>
      <w:r w:rsidRPr="00450D7F">
        <w:rPr>
          <w:rFonts w:ascii="Comic Sans MS" w:hAnsi="Comic Sans MS"/>
          <w:sz w:val="20"/>
          <w:szCs w:val="20"/>
        </w:rPr>
        <w:t>” eklenir. Ailelerle bireysel görüşmeler yapılarak çocukların ilgi, ihtiyaç ve gelişim özellikleri hakkında karşılıklı bilgi alışverişinde bulunulabilir. Bireysel görüşmeler tamamlandıktan sonra “ev ziyaretleri” planlanabilir. Ailelerin ihtiyaçları doğrultusunda uzman kişiler okula davet edilerek “konferans” düzenlenebilir.</w:t>
      </w:r>
    </w:p>
    <w:p w14:paraId="70716364" w14:textId="77777777" w:rsidR="002B25F9" w:rsidRPr="00450D7F" w:rsidRDefault="002B25F9" w:rsidP="002B25F9">
      <w:pPr>
        <w:pStyle w:val="NormalWeb"/>
        <w:spacing w:line="276" w:lineRule="auto"/>
        <w:rPr>
          <w:rFonts w:ascii="Comic Sans MS" w:hAnsi="Comic Sans MS"/>
          <w:sz w:val="20"/>
          <w:szCs w:val="20"/>
        </w:rPr>
      </w:pPr>
      <w:r w:rsidRPr="00450D7F">
        <w:rPr>
          <w:rFonts w:ascii="Comic Sans MS" w:hAnsi="Comic Sans MS"/>
          <w:sz w:val="20"/>
          <w:szCs w:val="20"/>
        </w:rPr>
        <w:t>Toplum katılımı kapsamında sınıfa farklı meslek gruplarından veya uzmanlık alanlarından konuklar davet edilebilir. İtfaiye Haftası kapsamında bir itfaiyeci sınıfa davet edilerek görevleri ve güvenli davranışlar hakkında çocukların yaşına uygun kısa bir sohbet gerçekleştirilebilir. Gerekli izinler ve hazırlıklar tamamlanarak itfaiye merkezine gezi düzenlenebilir. Çocukların ilgi ve ihtiyaçları ile planlanan etkinlikler doğrultusunda park, müze, kütüphane ve benzeri öğrenme ortamlarına geziler planlanabilir.</w:t>
      </w:r>
    </w:p>
    <w:p w14:paraId="2CE626FF" w14:textId="77777777" w:rsidR="002611A5" w:rsidRPr="00450D7F" w:rsidRDefault="0095769C" w:rsidP="00FD30A6">
      <w:pPr>
        <w:pStyle w:val="Balk1"/>
        <w:spacing w:before="0" w:after="0" w:line="276" w:lineRule="auto"/>
        <w:rPr>
          <w:rFonts w:ascii="Comic Sans MS" w:hAnsi="Comic Sans MS" w:cs="Times New Roman"/>
          <w:sz w:val="20"/>
          <w:szCs w:val="20"/>
        </w:rPr>
      </w:pPr>
      <w:r w:rsidRPr="00450D7F">
        <w:rPr>
          <w:rFonts w:ascii="Comic Sans MS" w:hAnsi="Comic Sans MS" w:cs="Times New Roman"/>
          <w:sz w:val="20"/>
          <w:szCs w:val="20"/>
        </w:rPr>
        <w:t>ÖĞRENME KANITLARI (DEĞERLENDİRME)</w:t>
      </w:r>
    </w:p>
    <w:p w14:paraId="1472BF15"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Çocuk Açısından</w:t>
      </w:r>
    </w:p>
    <w:p w14:paraId="760B4E95" w14:textId="77777777" w:rsidR="002B25F9" w:rsidRPr="00450D7F" w:rsidRDefault="002B25F9" w:rsidP="002B25F9">
      <w:pPr>
        <w:pStyle w:val="pdq2pgselectionanchorcontainer"/>
        <w:spacing w:before="0" w:beforeAutospacing="0" w:line="276" w:lineRule="auto"/>
        <w:rPr>
          <w:rFonts w:ascii="Comic Sans MS" w:hAnsi="Comic Sans MS"/>
          <w:sz w:val="20"/>
          <w:szCs w:val="20"/>
        </w:rPr>
      </w:pPr>
      <w:bookmarkStart w:id="3" w:name="_Hlk240851211"/>
      <w:r w:rsidRPr="00450D7F">
        <w:rPr>
          <w:rFonts w:ascii="Comic Sans MS" w:hAnsi="Comic Sans MS"/>
          <w:sz w:val="20"/>
          <w:szCs w:val="20"/>
        </w:rPr>
        <w:t xml:space="preserve">Çocukların bireysel sanat çalışmalarına, büyük ve küçük grup oyunlarına, hikâye ve müzik etkinliklerine ilgi ve istekle katıldıkları gözlemlendi. Nesneleri özelliklerine göre gruplandırma ve sayma, kırmızı rengi ayırt etme, el yıkama basamaklarını uygulama ve hareket becerilerinde ilerleme görüldü. Duygularını ve tercihlerini ifade etme, arkadaşlarını dinleme, sıra bekleme ve iş birliği yapma davranışlarının geliştiği gözlemlendi. Görselleri yorumlama, kitabın temel unsurlarını tanıma ve kitabı uygun biçimde kullanma çalışmalarında erken okuryazarlık becerilerinin desteklendiği görüldü. Merak, odaklanma ve yaratıcılık eğilimleri ile saygı, dostluk, sorumluluk, temizlik ve yardımseverlik değerlerinin etkinliklere yansıdığı gözlemlendi. Yönergeleri takip etme, makas ve kalem kullanma, sayma ve kendini sözel olarak ifade etmede destek gerektiren durumlar belirlendi. Çocukların bireysel özellikleri, ilgileri, ihtiyaçları ve hazır </w:t>
      </w:r>
      <w:proofErr w:type="spellStart"/>
      <w:r w:rsidRPr="00450D7F">
        <w:rPr>
          <w:rFonts w:ascii="Comic Sans MS" w:hAnsi="Comic Sans MS"/>
          <w:sz w:val="20"/>
          <w:szCs w:val="20"/>
        </w:rPr>
        <w:t>bulunuşlukları</w:t>
      </w:r>
      <w:proofErr w:type="spellEnd"/>
      <w:r w:rsidRPr="00450D7F">
        <w:rPr>
          <w:rFonts w:ascii="Comic Sans MS" w:hAnsi="Comic Sans MS"/>
          <w:sz w:val="20"/>
          <w:szCs w:val="20"/>
        </w:rPr>
        <w:t xml:space="preserve"> doğrultusunda görsel ipuçları, kısa yönergeler, uyarlanmış materyaller ve küçük grup çalışmalarına yönelik farklılaştırma gereksinimleri belirlendi.</w:t>
      </w:r>
    </w:p>
    <w:bookmarkEnd w:id="3"/>
    <w:p w14:paraId="140BFC7A" w14:textId="77777777" w:rsidR="002611A5" w:rsidRPr="00450D7F" w:rsidRDefault="0095769C" w:rsidP="00FD30A6">
      <w:pPr>
        <w:spacing w:after="0" w:line="276" w:lineRule="auto"/>
        <w:rPr>
          <w:rFonts w:ascii="Comic Sans MS" w:hAnsi="Comic Sans MS" w:cs="Times New Roman"/>
          <w:sz w:val="20"/>
          <w:szCs w:val="20"/>
        </w:rPr>
      </w:pPr>
      <w:r w:rsidRPr="00450D7F">
        <w:rPr>
          <w:rFonts w:ascii="Comic Sans MS" w:hAnsi="Comic Sans MS" w:cs="Times New Roman"/>
          <w:b/>
          <w:sz w:val="20"/>
          <w:szCs w:val="20"/>
        </w:rPr>
        <w:t xml:space="preserve">Program </w:t>
      </w:r>
      <w:proofErr w:type="spellStart"/>
      <w:r w:rsidRPr="00450D7F">
        <w:rPr>
          <w:rFonts w:ascii="Comic Sans MS" w:hAnsi="Comic Sans MS" w:cs="Times New Roman"/>
          <w:b/>
          <w:sz w:val="20"/>
          <w:szCs w:val="20"/>
        </w:rPr>
        <w:t>Açısından</w:t>
      </w:r>
      <w:proofErr w:type="spellEnd"/>
    </w:p>
    <w:p w14:paraId="122ED637" w14:textId="77777777" w:rsidR="002B25F9" w:rsidRPr="00450D7F" w:rsidRDefault="002B25F9" w:rsidP="002B25F9">
      <w:pPr>
        <w:pStyle w:val="Balk2"/>
        <w:spacing w:before="80" w:after="80" w:line="276" w:lineRule="auto"/>
        <w:rPr>
          <w:rFonts w:ascii="Comic Sans MS" w:hAnsi="Comic Sans MS" w:cs="Times New Roman"/>
          <w:b w:val="0"/>
          <w:bCs w:val="0"/>
          <w:sz w:val="20"/>
          <w:szCs w:val="20"/>
        </w:rPr>
      </w:pPr>
      <w:proofErr w:type="spellStart"/>
      <w:r w:rsidRPr="00450D7F">
        <w:rPr>
          <w:rFonts w:ascii="Comic Sans MS" w:hAnsi="Comic Sans MS" w:cs="Times New Roman"/>
          <w:b w:val="0"/>
          <w:bCs w:val="0"/>
          <w:sz w:val="20"/>
          <w:szCs w:val="20"/>
        </w:rPr>
        <w:lastRenderedPageBreak/>
        <w:t>Etkinliklerin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çocukların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yaş</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gelişim</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özellikleri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ve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ihtiyaçlarına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uygunluğu</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öğrenme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çıktıları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ve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süreç</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bileşenleriyle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uygulamalar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arasındaki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tutarlılık</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değerlendirildi</w:t>
      </w:r>
      <w:proofErr w:type="spellEnd"/>
      <w:r w:rsidRPr="00450D7F">
        <w:rPr>
          <w:rFonts w:ascii="Comic Sans MS" w:hAnsi="Comic Sans MS" w:cs="Times New Roman"/>
          <w:b w:val="0"/>
          <w:bCs w:val="0"/>
          <w:sz w:val="20"/>
          <w:szCs w:val="20"/>
        </w:rPr>
        <w:t xml:space="preserve">. Alan </w:t>
      </w:r>
      <w:proofErr w:type="spellStart"/>
      <w:r w:rsidRPr="00450D7F">
        <w:rPr>
          <w:rFonts w:ascii="Comic Sans MS" w:hAnsi="Comic Sans MS" w:cs="Times New Roman"/>
          <w:b w:val="0"/>
          <w:bCs w:val="0"/>
          <w:sz w:val="20"/>
          <w:szCs w:val="20"/>
        </w:rPr>
        <w:t>becerileri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ile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programlar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arası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bileşenlerin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dengeli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dağılımı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oyun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temelli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çalışmaların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çocukların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aktif</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katılımına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sağladığı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katkı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ve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etkinlik</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sürelerinin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yeterliliği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gözden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geçirildi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Öğrenme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ortamları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açık</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hava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kullanımı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rutinler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ve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geçişler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ile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değerlendirme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araçlarının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süreci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destekleme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durumu</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ele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alındı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Zenginleştirme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destekleme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aile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ve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toplum</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katılımı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çalışmalarının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uygulanma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durumu</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ve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yeterliliği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değerlendirilerek</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sonraki</w:t>
      </w:r>
      <w:proofErr w:type="spellEnd"/>
      <w:r w:rsidRPr="00450D7F">
        <w:rPr>
          <w:rFonts w:ascii="Comic Sans MS" w:hAnsi="Comic Sans MS" w:cs="Times New Roman"/>
          <w:b w:val="0"/>
          <w:bCs w:val="0"/>
          <w:sz w:val="20"/>
          <w:szCs w:val="20"/>
        </w:rPr>
        <w:t xml:space="preserve"> ay </w:t>
      </w:r>
      <w:proofErr w:type="spellStart"/>
      <w:r w:rsidRPr="00450D7F">
        <w:rPr>
          <w:rFonts w:ascii="Comic Sans MS" w:hAnsi="Comic Sans MS" w:cs="Times New Roman"/>
          <w:b w:val="0"/>
          <w:bCs w:val="0"/>
          <w:sz w:val="20"/>
          <w:szCs w:val="20"/>
        </w:rPr>
        <w:t>için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gerekli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düzenlemeler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belirlendi</w:t>
      </w:r>
      <w:proofErr w:type="spellEnd"/>
      <w:r w:rsidRPr="00450D7F">
        <w:rPr>
          <w:rFonts w:ascii="Comic Sans MS" w:hAnsi="Comic Sans MS" w:cs="Times New Roman"/>
          <w:b w:val="0"/>
          <w:bCs w:val="0"/>
          <w:sz w:val="20"/>
          <w:szCs w:val="20"/>
        </w:rPr>
        <w:t>.</w:t>
      </w:r>
    </w:p>
    <w:p w14:paraId="2C9E86B1" w14:textId="77777777" w:rsidR="002611A5" w:rsidRPr="00450D7F" w:rsidRDefault="0095769C" w:rsidP="00FD30A6">
      <w:pPr>
        <w:spacing w:after="0" w:line="276" w:lineRule="auto"/>
        <w:rPr>
          <w:rFonts w:ascii="Comic Sans MS" w:hAnsi="Comic Sans MS" w:cs="Times New Roman"/>
          <w:sz w:val="20"/>
          <w:szCs w:val="20"/>
        </w:rPr>
      </w:pPr>
      <w:proofErr w:type="spellStart"/>
      <w:r w:rsidRPr="00450D7F">
        <w:rPr>
          <w:rFonts w:ascii="Comic Sans MS" w:hAnsi="Comic Sans MS" w:cs="Times New Roman"/>
          <w:b/>
          <w:sz w:val="20"/>
          <w:szCs w:val="20"/>
        </w:rPr>
        <w:t>Öğretmen</w:t>
      </w:r>
      <w:proofErr w:type="spellEnd"/>
      <w:r w:rsidRPr="00450D7F">
        <w:rPr>
          <w:rFonts w:ascii="Comic Sans MS" w:hAnsi="Comic Sans MS" w:cs="Times New Roman"/>
          <w:b/>
          <w:sz w:val="20"/>
          <w:szCs w:val="20"/>
        </w:rPr>
        <w:t xml:space="preserve"> </w:t>
      </w:r>
      <w:proofErr w:type="spellStart"/>
      <w:r w:rsidRPr="00450D7F">
        <w:rPr>
          <w:rFonts w:ascii="Comic Sans MS" w:hAnsi="Comic Sans MS" w:cs="Times New Roman"/>
          <w:b/>
          <w:sz w:val="20"/>
          <w:szCs w:val="20"/>
        </w:rPr>
        <w:t>Açısından</w:t>
      </w:r>
      <w:proofErr w:type="spellEnd"/>
    </w:p>
    <w:p w14:paraId="20EEAC65" w14:textId="77777777" w:rsidR="002B25F9" w:rsidRPr="00450D7F" w:rsidRDefault="002B25F9" w:rsidP="002B25F9">
      <w:pPr>
        <w:pStyle w:val="Balk1"/>
        <w:spacing w:before="80" w:after="80" w:line="276" w:lineRule="auto"/>
        <w:rPr>
          <w:rFonts w:ascii="Comic Sans MS" w:hAnsi="Comic Sans MS" w:cs="Times New Roman"/>
          <w:sz w:val="20"/>
          <w:szCs w:val="20"/>
        </w:rPr>
      </w:pPr>
      <w:proofErr w:type="spellStart"/>
      <w:r w:rsidRPr="00450D7F">
        <w:rPr>
          <w:rFonts w:ascii="Comic Sans MS" w:hAnsi="Comic Sans MS" w:cs="Times New Roman"/>
          <w:b w:val="0"/>
          <w:bCs w:val="0"/>
          <w:sz w:val="20"/>
          <w:szCs w:val="20"/>
        </w:rPr>
        <w:t>Planlama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ve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uygulama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sürecim</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çocuklarla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kurduğum</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destekleyici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iletişim</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sunduğum</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rehberlik</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ve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öğrenme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ortamını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düzenleme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bakımından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değerlendirildi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Çocukların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düşüncelerini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ifade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etmelerine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seçim</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yapmalarına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ve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etkinliklere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katılmalarına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sunduğum</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fırsatlar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gözden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geçirildi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Bireysel</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farklılıklara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uygun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destek</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sağlama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fırsat</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eşitliğini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gözetme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zamanı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etkili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kullanma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ve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çocukların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anlık</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ihtiyaçlarına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göre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esneklik</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gösterme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durumum</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ele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alındı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Gözlem</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sonuçlarını</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uygulamalara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yansıtma</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bakımından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güçlü</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ve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geliştirilmesi</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gereken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yönlerim</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değerlendirilerek</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sonraki</w:t>
      </w:r>
      <w:proofErr w:type="spellEnd"/>
      <w:r w:rsidRPr="00450D7F">
        <w:rPr>
          <w:rFonts w:ascii="Comic Sans MS" w:hAnsi="Comic Sans MS" w:cs="Times New Roman"/>
          <w:b w:val="0"/>
          <w:bCs w:val="0"/>
          <w:sz w:val="20"/>
          <w:szCs w:val="20"/>
        </w:rPr>
        <w:t xml:space="preserve"> ay </w:t>
      </w:r>
      <w:proofErr w:type="spellStart"/>
      <w:r w:rsidRPr="00450D7F">
        <w:rPr>
          <w:rFonts w:ascii="Comic Sans MS" w:hAnsi="Comic Sans MS" w:cs="Times New Roman"/>
          <w:b w:val="0"/>
          <w:bCs w:val="0"/>
          <w:sz w:val="20"/>
          <w:szCs w:val="20"/>
        </w:rPr>
        <w:t>yapılacak</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düzenlemeler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ve</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ihtiyaç</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duyulan</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destekler</w:t>
      </w:r>
      <w:proofErr w:type="spellEnd"/>
      <w:r w:rsidRPr="00450D7F">
        <w:rPr>
          <w:rFonts w:ascii="Comic Sans MS" w:hAnsi="Comic Sans MS" w:cs="Times New Roman"/>
          <w:b w:val="0"/>
          <w:bCs w:val="0"/>
          <w:sz w:val="20"/>
          <w:szCs w:val="20"/>
        </w:rPr>
        <w:t xml:space="preserve"> </w:t>
      </w:r>
      <w:proofErr w:type="spellStart"/>
      <w:r w:rsidRPr="00450D7F">
        <w:rPr>
          <w:rFonts w:ascii="Comic Sans MS" w:hAnsi="Comic Sans MS" w:cs="Times New Roman"/>
          <w:b w:val="0"/>
          <w:bCs w:val="0"/>
          <w:sz w:val="20"/>
          <w:szCs w:val="20"/>
        </w:rPr>
        <w:t>belirlendi</w:t>
      </w:r>
      <w:proofErr w:type="spellEnd"/>
      <w:r w:rsidRPr="00450D7F">
        <w:rPr>
          <w:rFonts w:ascii="Comic Sans MS" w:hAnsi="Comic Sans MS" w:cs="Times New Roman"/>
          <w:b w:val="0"/>
          <w:bCs w:val="0"/>
          <w:sz w:val="20"/>
          <w:szCs w:val="20"/>
        </w:rPr>
        <w:t>.</w:t>
      </w:r>
    </w:p>
    <w:p w14:paraId="745D81DC" w14:textId="0DF591FF" w:rsidR="002611A5" w:rsidRPr="00450D7F" w:rsidRDefault="002611A5" w:rsidP="002B25F9">
      <w:pPr>
        <w:spacing w:after="0" w:line="276" w:lineRule="auto"/>
        <w:rPr>
          <w:rFonts w:ascii="Comic Sans MS" w:hAnsi="Comic Sans MS" w:cs="Times New Roman"/>
          <w:sz w:val="20"/>
          <w:szCs w:val="20"/>
        </w:rPr>
      </w:pPr>
    </w:p>
    <w:sectPr w:rsidR="002611A5" w:rsidRPr="00450D7F" w:rsidSect="00CC7E9E">
      <w:footerReference w:type="default" r:id="rId8"/>
      <w:pgSz w:w="11906" w:h="16838"/>
      <w:pgMar w:top="426" w:right="1020" w:bottom="28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75043" w14:textId="77777777" w:rsidR="00C725D6" w:rsidRDefault="00C725D6">
      <w:pPr>
        <w:spacing w:after="0" w:line="240" w:lineRule="auto"/>
      </w:pPr>
      <w:r>
        <w:separator/>
      </w:r>
    </w:p>
  </w:endnote>
  <w:endnote w:type="continuationSeparator" w:id="0">
    <w:p w14:paraId="0FB33450" w14:textId="77777777" w:rsidR="00C725D6" w:rsidRDefault="00C72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mic Sans MS">
    <w:panose1 w:val="030F0702030302020204"/>
    <w:charset w:val="A2"/>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1A916" w14:textId="77777777" w:rsidR="002611A5" w:rsidRDefault="0095769C">
    <w:pPr>
      <w:pStyle w:val="AltBilgi"/>
      <w:jc w:val="right"/>
    </w:pPr>
    <w:r>
      <w:fldChar w:fldCharType="begin"/>
    </w:r>
    <w:r>
      <w:instrText>PAGE</w:instrText>
    </w:r>
    <w:r>
      <w:fldChar w:fldCharType="separate"/>
    </w:r>
    <w:r w:rsidR="00D0733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29401" w14:textId="77777777" w:rsidR="00C725D6" w:rsidRDefault="00C725D6">
      <w:pPr>
        <w:spacing w:after="0" w:line="240" w:lineRule="auto"/>
      </w:pPr>
      <w:r>
        <w:separator/>
      </w:r>
    </w:p>
  </w:footnote>
  <w:footnote w:type="continuationSeparator" w:id="0">
    <w:p w14:paraId="3B2B522C" w14:textId="77777777" w:rsidR="00C725D6" w:rsidRDefault="00C725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1895"/>
    <w:rsid w:val="0015074B"/>
    <w:rsid w:val="00175737"/>
    <w:rsid w:val="001775FC"/>
    <w:rsid w:val="00180EE2"/>
    <w:rsid w:val="002611A5"/>
    <w:rsid w:val="0029639D"/>
    <w:rsid w:val="002B25F9"/>
    <w:rsid w:val="003118AD"/>
    <w:rsid w:val="00326F90"/>
    <w:rsid w:val="00382AB0"/>
    <w:rsid w:val="00450D7F"/>
    <w:rsid w:val="00483DF9"/>
    <w:rsid w:val="004C669B"/>
    <w:rsid w:val="0056104F"/>
    <w:rsid w:val="00695AA7"/>
    <w:rsid w:val="00717665"/>
    <w:rsid w:val="00815906"/>
    <w:rsid w:val="0086555C"/>
    <w:rsid w:val="0095769C"/>
    <w:rsid w:val="00A456DF"/>
    <w:rsid w:val="00AA1D8D"/>
    <w:rsid w:val="00B0670B"/>
    <w:rsid w:val="00B16FD7"/>
    <w:rsid w:val="00B47730"/>
    <w:rsid w:val="00B677C7"/>
    <w:rsid w:val="00BB3AB7"/>
    <w:rsid w:val="00C01C14"/>
    <w:rsid w:val="00C725D6"/>
    <w:rsid w:val="00C81845"/>
    <w:rsid w:val="00CB0664"/>
    <w:rsid w:val="00CC7E9E"/>
    <w:rsid w:val="00D0733E"/>
    <w:rsid w:val="00EB19B9"/>
    <w:rsid w:val="00F90CEE"/>
    <w:rsid w:val="00FC693F"/>
    <w:rsid w:val="00FD30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226453"/>
  <w14:defaultImageDpi w14:val="330"/>
  <w15:docId w15:val="{88B86B0F-C9BE-407E-B9BB-3B0FC92F9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70B"/>
    <w:pPr>
      <w:spacing w:after="80" w:line="254" w:lineRule="auto"/>
    </w:pPr>
    <w:rPr>
      <w:rFonts w:ascii="Arial" w:hAnsi="Arial"/>
      <w:sz w:val="21"/>
    </w:rPr>
  </w:style>
  <w:style w:type="paragraph" w:styleId="Balk1">
    <w:name w:val="heading 1"/>
    <w:basedOn w:val="Normal"/>
    <w:next w:val="Normal"/>
    <w:link w:val="Balk1Char"/>
    <w:uiPriority w:val="9"/>
    <w:qFormat/>
    <w:rsid w:val="00FC693F"/>
    <w:pPr>
      <w:keepNext/>
      <w:keepLines/>
      <w:spacing w:before="160" w:after="100"/>
      <w:outlineLvl w:val="0"/>
    </w:pPr>
    <w:rPr>
      <w:rFonts w:asciiTheme="majorHAnsi" w:eastAsiaTheme="majorEastAsia" w:hAnsiTheme="majorHAnsi" w:cstheme="majorBidi"/>
      <w:b/>
      <w:bCs/>
      <w:color w:val="000000"/>
      <w:sz w:val="24"/>
      <w:szCs w:val="28"/>
    </w:rPr>
  </w:style>
  <w:style w:type="paragraph" w:styleId="Balk2">
    <w:name w:val="heading 2"/>
    <w:basedOn w:val="Normal"/>
    <w:next w:val="Normal"/>
    <w:link w:val="Balk2Char"/>
    <w:uiPriority w:val="9"/>
    <w:unhideWhenUsed/>
    <w:qFormat/>
    <w:rsid w:val="00FC693F"/>
    <w:pPr>
      <w:keepNext/>
      <w:keepLines/>
      <w:spacing w:before="160" w:after="100"/>
      <w:outlineLvl w:val="1"/>
    </w:pPr>
    <w:rPr>
      <w:rFonts w:asciiTheme="majorHAnsi" w:eastAsiaTheme="majorEastAsia" w:hAnsiTheme="majorHAnsi" w:cstheme="majorBidi"/>
      <w:b/>
      <w:bCs/>
      <w:color w:val="000000"/>
      <w:sz w:val="24"/>
      <w:szCs w:val="26"/>
    </w:rPr>
  </w:style>
  <w:style w:type="paragraph" w:styleId="Balk3">
    <w:name w:val="heading 3"/>
    <w:basedOn w:val="Normal"/>
    <w:next w:val="Normal"/>
    <w:link w:val="Balk3Char"/>
    <w:uiPriority w:val="9"/>
    <w:unhideWhenUsed/>
    <w:qFormat/>
    <w:rsid w:val="00FC693F"/>
    <w:pPr>
      <w:keepNext/>
      <w:keepLines/>
      <w:spacing w:before="160" w:after="100"/>
      <w:outlineLvl w:val="2"/>
    </w:pPr>
    <w:rPr>
      <w:rFonts w:asciiTheme="majorHAnsi" w:eastAsiaTheme="majorEastAsia" w:hAnsiTheme="majorHAnsi" w:cstheme="majorBidi"/>
      <w:b/>
      <w:bCs/>
      <w:color w:val="000000"/>
      <w:sz w:val="24"/>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before="160" w:after="100" w:line="240" w:lineRule="auto"/>
      <w:contextualSpacing/>
    </w:pPr>
    <w:rPr>
      <w:rFonts w:asciiTheme="majorHAnsi" w:eastAsiaTheme="majorEastAsia" w:hAnsiTheme="majorHAnsi" w:cstheme="majorBidi"/>
      <w:color w:val="000000"/>
      <w:spacing w:val="5"/>
      <w:kern w:val="28"/>
      <w:sz w:val="30"/>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qFormat/>
    <w:rsid w:val="00175737"/>
    <w:pPr>
      <w:suppressAutoHyphens/>
      <w:spacing w:before="280" w:after="280" w:line="240" w:lineRule="auto"/>
    </w:pPr>
    <w:rPr>
      <w:rFonts w:ascii="Times New Roman" w:eastAsia="Times New Roman" w:hAnsi="Times New Roman" w:cs="Times New Roman"/>
      <w:sz w:val="24"/>
      <w:szCs w:val="24"/>
      <w:lang w:val="tr-TR" w:eastAsia="zh-CN"/>
    </w:rPr>
  </w:style>
  <w:style w:type="paragraph" w:customStyle="1" w:styleId="pdq2pgselectionanchorcontainer">
    <w:name w:val="pdq2pg_selectionanchorcontainer"/>
    <w:basedOn w:val="Normal"/>
    <w:rsid w:val="002B25F9"/>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2065</Words>
  <Characters>11775</Characters>
  <Application>Microsoft Office Word</Application>
  <DocSecurity>0</DocSecurity>
  <Lines>98</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Mustafa Aygün</cp:lastModifiedBy>
  <cp:revision>6</cp:revision>
  <cp:lastPrinted>2026-09-20T23:56:00Z</cp:lastPrinted>
  <dcterms:created xsi:type="dcterms:W3CDTF">2026-09-20T23:36:00Z</dcterms:created>
  <dcterms:modified xsi:type="dcterms:W3CDTF">2026-09-21T20:30:00Z</dcterms:modified>
  <cp:category/>
</cp:coreProperties>
</file>