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00337" w14:textId="77777777" w:rsidR="00896383" w:rsidRPr="00C254C3" w:rsidRDefault="00684131" w:rsidP="00BA059E">
      <w:pPr>
        <w:pStyle w:val="KonuBal"/>
        <w:keepLines/>
        <w:spacing w:line="276" w:lineRule="auto"/>
        <w:jc w:val="center"/>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48–60 AY EYLÜL AYI AYLIK EĞİTİM PLANI</w:t>
      </w:r>
    </w:p>
    <w:p w14:paraId="00B8411B" w14:textId="3EF97331" w:rsidR="00896383" w:rsidRPr="00C254C3" w:rsidRDefault="00684131" w:rsidP="00BA059E">
      <w:pPr>
        <w:keepLines/>
        <w:spacing w:line="276" w:lineRule="auto"/>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 xml:space="preserve">Eğitim Öğretim Yılı: 2026–2027     </w:t>
      </w:r>
    </w:p>
    <w:p w14:paraId="37A66068" w14:textId="02C50695" w:rsidR="00896383" w:rsidRPr="00C254C3" w:rsidRDefault="00684131" w:rsidP="00BA059E">
      <w:pPr>
        <w:keepLines/>
        <w:spacing w:line="276" w:lineRule="auto"/>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 xml:space="preserve">Okul Adı: </w:t>
      </w:r>
    </w:p>
    <w:p w14:paraId="04CD4715" w14:textId="5B9A2532" w:rsidR="00896383" w:rsidRPr="00C254C3" w:rsidRDefault="00684131" w:rsidP="00BA059E">
      <w:pPr>
        <w:keepLines/>
        <w:spacing w:line="276" w:lineRule="auto"/>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 xml:space="preserve">Öğretmenin Adı Soyadı: </w:t>
      </w:r>
    </w:p>
    <w:p w14:paraId="522CB2A4" w14:textId="77777777" w:rsidR="00896383" w:rsidRPr="00C254C3" w:rsidRDefault="00684131" w:rsidP="00BA059E">
      <w:pPr>
        <w:pStyle w:val="Balk1"/>
        <w:spacing w:line="276" w:lineRule="auto"/>
        <w:rPr>
          <w:rFonts w:ascii="Times New Roman" w:hAnsi="Times New Roman" w:cs="Times New Roman"/>
          <w:color w:val="000000" w:themeColor="text1"/>
          <w:szCs w:val="24"/>
        </w:rPr>
      </w:pPr>
      <w:bookmarkStart w:id="0" w:name="_Hlk240661314"/>
      <w:r w:rsidRPr="00C254C3">
        <w:rPr>
          <w:rFonts w:ascii="Times New Roman" w:hAnsi="Times New Roman" w:cs="Times New Roman"/>
          <w:color w:val="000000" w:themeColor="text1"/>
          <w:szCs w:val="24"/>
        </w:rPr>
        <w:t>ALAN BECERİLERİ, ÖĞRENME ÇIKTILARI VE SÜREÇ BİLEŞENLERİ</w:t>
      </w:r>
    </w:p>
    <w:bookmarkEnd w:id="0"/>
    <w:p w14:paraId="24FB6F2B"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TÜRKÇE ALANI</w:t>
      </w:r>
    </w:p>
    <w:p w14:paraId="5CE49086"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TADB. </w:t>
      </w:r>
      <w:proofErr w:type="spellStart"/>
      <w:r w:rsidRPr="00C254C3">
        <w:rPr>
          <w:rFonts w:ascii="Times New Roman" w:hAnsi="Times New Roman" w:cs="Times New Roman"/>
          <w:b/>
          <w:color w:val="000000" w:themeColor="text1"/>
          <w:sz w:val="24"/>
          <w:szCs w:val="24"/>
        </w:rPr>
        <w:t>Dinleme</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İzleme</w:t>
      </w:r>
      <w:proofErr w:type="spellEnd"/>
    </w:p>
    <w:p w14:paraId="47893E98"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TADB.1. </w:t>
      </w:r>
      <w:proofErr w:type="spellStart"/>
      <w:r w:rsidRPr="00C254C3">
        <w:rPr>
          <w:rFonts w:ascii="Times New Roman" w:hAnsi="Times New Roman" w:cs="Times New Roman"/>
          <w:b/>
          <w:color w:val="000000" w:themeColor="text1"/>
          <w:sz w:val="24"/>
          <w:szCs w:val="24"/>
        </w:rPr>
        <w:t>Dinleyecekleri</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izleyecekleri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şiir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hikâye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tekerleme</w:t>
      </w:r>
      <w:proofErr w:type="spellEnd"/>
      <w:r w:rsidRPr="00C254C3">
        <w:rPr>
          <w:rFonts w:ascii="Times New Roman" w:hAnsi="Times New Roman" w:cs="Times New Roman"/>
          <w:b/>
          <w:color w:val="000000" w:themeColor="text1"/>
          <w:sz w:val="24"/>
          <w:szCs w:val="24"/>
        </w:rPr>
        <w:t xml:space="preserve">, video, </w:t>
      </w:r>
      <w:proofErr w:type="spellStart"/>
      <w:r w:rsidRPr="00C254C3">
        <w:rPr>
          <w:rFonts w:ascii="Times New Roman" w:hAnsi="Times New Roman" w:cs="Times New Roman"/>
          <w:b/>
          <w:color w:val="000000" w:themeColor="text1"/>
          <w:sz w:val="24"/>
          <w:szCs w:val="24"/>
        </w:rPr>
        <w:t>tiyatro</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animasyon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gibi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materyalleri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yönetebilme</w:t>
      </w:r>
      <w:proofErr w:type="spellEnd"/>
    </w:p>
    <w:p w14:paraId="773325DB"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TADB.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Kendisine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sunulan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seçenekler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arasından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dinleyecekleri</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izleyecekleri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seçer</w:t>
      </w:r>
      <w:proofErr w:type="spellEnd"/>
      <w:r w:rsidRPr="00C254C3">
        <w:rPr>
          <w:rFonts w:ascii="Times New Roman" w:hAnsi="Times New Roman" w:cs="Times New Roman"/>
          <w:color w:val="000000" w:themeColor="text1"/>
          <w:sz w:val="24"/>
          <w:szCs w:val="24"/>
        </w:rPr>
        <w:t>.</w:t>
      </w:r>
    </w:p>
    <w:p w14:paraId="00403E32"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TADB.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Seçilen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dinler</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izler</w:t>
      </w:r>
      <w:proofErr w:type="spellEnd"/>
      <w:r w:rsidRPr="00C254C3">
        <w:rPr>
          <w:rFonts w:ascii="Times New Roman" w:hAnsi="Times New Roman" w:cs="Times New Roman"/>
          <w:color w:val="000000" w:themeColor="text1"/>
          <w:sz w:val="24"/>
          <w:szCs w:val="24"/>
        </w:rPr>
        <w:t>.</w:t>
      </w:r>
    </w:p>
    <w:p w14:paraId="3B9EAC8D"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TADB.2. </w:t>
      </w:r>
      <w:proofErr w:type="spellStart"/>
      <w:r w:rsidRPr="00C254C3">
        <w:rPr>
          <w:rFonts w:ascii="Times New Roman" w:hAnsi="Times New Roman" w:cs="Times New Roman"/>
          <w:b/>
          <w:color w:val="000000" w:themeColor="text1"/>
          <w:sz w:val="24"/>
          <w:szCs w:val="24"/>
        </w:rPr>
        <w:t>Dinledikleri</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izledikleri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şiir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hikâye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tekerleme</w:t>
      </w:r>
      <w:proofErr w:type="spellEnd"/>
      <w:r w:rsidRPr="00C254C3">
        <w:rPr>
          <w:rFonts w:ascii="Times New Roman" w:hAnsi="Times New Roman" w:cs="Times New Roman"/>
          <w:b/>
          <w:color w:val="000000" w:themeColor="text1"/>
          <w:sz w:val="24"/>
          <w:szCs w:val="24"/>
        </w:rPr>
        <w:t xml:space="preserve">, video, </w:t>
      </w:r>
      <w:proofErr w:type="spellStart"/>
      <w:r w:rsidRPr="00C254C3">
        <w:rPr>
          <w:rFonts w:ascii="Times New Roman" w:hAnsi="Times New Roman" w:cs="Times New Roman"/>
          <w:b/>
          <w:color w:val="000000" w:themeColor="text1"/>
          <w:sz w:val="24"/>
          <w:szCs w:val="24"/>
        </w:rPr>
        <w:t>tiyatro</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animasyon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gibi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materyaller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ile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ilgili</w:t>
      </w:r>
      <w:proofErr w:type="spellEnd"/>
      <w:r w:rsidRPr="00C254C3">
        <w:rPr>
          <w:rFonts w:ascii="Times New Roman" w:hAnsi="Times New Roman" w:cs="Times New Roman"/>
          <w:b/>
          <w:color w:val="000000" w:themeColor="text1"/>
          <w:sz w:val="24"/>
          <w:szCs w:val="24"/>
        </w:rPr>
        <w:t xml:space="preserve"> yeni </w:t>
      </w:r>
      <w:proofErr w:type="spellStart"/>
      <w:r w:rsidRPr="00C254C3">
        <w:rPr>
          <w:rFonts w:ascii="Times New Roman" w:hAnsi="Times New Roman" w:cs="Times New Roman"/>
          <w:b/>
          <w:color w:val="000000" w:themeColor="text1"/>
          <w:sz w:val="24"/>
          <w:szCs w:val="24"/>
        </w:rPr>
        <w:t>anlamlar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oluşturabilme</w:t>
      </w:r>
      <w:proofErr w:type="spellEnd"/>
    </w:p>
    <w:p w14:paraId="514E7364" w14:textId="727FE354"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TADB.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Dinledikleri</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izledikleri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bilgiler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günlük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yaşamı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ilişki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kurar</w:t>
      </w:r>
      <w:proofErr w:type="spellEnd"/>
      <w:r w:rsidRPr="00C254C3">
        <w:rPr>
          <w:rFonts w:ascii="Times New Roman" w:hAnsi="Times New Roman" w:cs="Times New Roman"/>
          <w:color w:val="000000" w:themeColor="text1"/>
          <w:sz w:val="24"/>
          <w:szCs w:val="24"/>
        </w:rPr>
        <w:t>.</w:t>
      </w:r>
    </w:p>
    <w:p w14:paraId="6D3C8313" w14:textId="77777777" w:rsidR="00AE7228" w:rsidRPr="00C254C3" w:rsidRDefault="00AE7228" w:rsidP="00BA059E">
      <w:pPr>
        <w:keepNext/>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TADB.</w:t>
      </w:r>
      <w:proofErr w:type="gramStart"/>
      <w:r w:rsidRPr="00C254C3">
        <w:rPr>
          <w:rFonts w:ascii="Times New Roman" w:hAnsi="Times New Roman" w:cs="Times New Roman"/>
          <w:color w:val="000000" w:themeColor="text1"/>
          <w:sz w:val="24"/>
          <w:szCs w:val="24"/>
        </w:rPr>
        <w:t>2.b.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Görsellerden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yararlanarak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dinleyecekleri</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izleyecekleri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hakkındaki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tahminlerini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söyler</w:t>
      </w:r>
      <w:proofErr w:type="spellEnd"/>
      <w:r w:rsidRPr="00C254C3">
        <w:rPr>
          <w:rFonts w:ascii="Times New Roman" w:hAnsi="Times New Roman" w:cs="Times New Roman"/>
          <w:color w:val="000000" w:themeColor="text1"/>
          <w:sz w:val="24"/>
          <w:szCs w:val="24"/>
        </w:rPr>
        <w:t>.</w:t>
      </w:r>
    </w:p>
    <w:p w14:paraId="457D610B" w14:textId="73FB0FA4" w:rsidR="00AE7228"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TADB.</w:t>
      </w:r>
      <w:proofErr w:type="gramStart"/>
      <w:r w:rsidRPr="00C254C3">
        <w:rPr>
          <w:rFonts w:ascii="Times New Roman" w:hAnsi="Times New Roman" w:cs="Times New Roman"/>
          <w:color w:val="000000" w:themeColor="text1"/>
          <w:sz w:val="24"/>
          <w:szCs w:val="24"/>
        </w:rPr>
        <w:t>2.c.</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Yetişkin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rehberliğinde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kendiliğinden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dinledikleri</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izlediklerine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ilişkin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çıkarımda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bulunur</w:t>
      </w:r>
      <w:proofErr w:type="spellEnd"/>
      <w:r w:rsidRPr="00C254C3">
        <w:rPr>
          <w:rFonts w:ascii="Times New Roman" w:hAnsi="Times New Roman" w:cs="Times New Roman"/>
          <w:color w:val="000000" w:themeColor="text1"/>
          <w:sz w:val="24"/>
          <w:szCs w:val="24"/>
        </w:rPr>
        <w:t>.</w:t>
      </w:r>
    </w:p>
    <w:p w14:paraId="2337620C" w14:textId="77777777" w:rsidR="002B7E2B" w:rsidRPr="00C254C3" w:rsidRDefault="002B7E2B" w:rsidP="002B7E2B">
      <w:pPr>
        <w:keepNext/>
        <w:rPr>
          <w:rFonts w:ascii="Times New Roman" w:hAnsi="Times New Roman" w:cs="Times New Roman"/>
          <w:sz w:val="24"/>
          <w:szCs w:val="24"/>
        </w:rPr>
      </w:pPr>
      <w:r w:rsidRPr="00C254C3">
        <w:rPr>
          <w:rFonts w:ascii="Times New Roman" w:hAnsi="Times New Roman" w:cs="Times New Roman"/>
          <w:b/>
          <w:color w:val="000000"/>
          <w:sz w:val="24"/>
          <w:szCs w:val="24"/>
        </w:rPr>
        <w:t xml:space="preserve">TADB.4. </w:t>
      </w:r>
      <w:proofErr w:type="spellStart"/>
      <w:r w:rsidRPr="00C254C3">
        <w:rPr>
          <w:rFonts w:ascii="Times New Roman" w:hAnsi="Times New Roman" w:cs="Times New Roman"/>
          <w:b/>
          <w:color w:val="000000"/>
          <w:sz w:val="24"/>
          <w:szCs w:val="24"/>
        </w:rPr>
        <w:t>Dinledikleri</w:t>
      </w:r>
      <w:proofErr w:type="spellEnd"/>
      <w:r w:rsidRPr="00C254C3">
        <w:rPr>
          <w:rFonts w:ascii="Times New Roman" w:hAnsi="Times New Roman" w:cs="Times New Roman"/>
          <w:b/>
          <w:color w:val="000000"/>
          <w:sz w:val="24"/>
          <w:szCs w:val="24"/>
        </w:rPr>
        <w:t xml:space="preserve"> / </w:t>
      </w:r>
      <w:proofErr w:type="spellStart"/>
      <w:r w:rsidRPr="00C254C3">
        <w:rPr>
          <w:rFonts w:ascii="Times New Roman" w:hAnsi="Times New Roman" w:cs="Times New Roman"/>
          <w:b/>
          <w:color w:val="000000"/>
          <w:sz w:val="24"/>
          <w:szCs w:val="24"/>
        </w:rPr>
        <w:t>izledikleri</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şiir</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hikâye</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tekerleme</w:t>
      </w:r>
      <w:proofErr w:type="spellEnd"/>
      <w:r w:rsidRPr="00C254C3">
        <w:rPr>
          <w:rFonts w:ascii="Times New Roman" w:hAnsi="Times New Roman" w:cs="Times New Roman"/>
          <w:b/>
          <w:color w:val="000000"/>
          <w:sz w:val="24"/>
          <w:szCs w:val="24"/>
        </w:rPr>
        <w:t xml:space="preserve">, video, </w:t>
      </w:r>
      <w:proofErr w:type="spellStart"/>
      <w:r w:rsidRPr="00C254C3">
        <w:rPr>
          <w:rFonts w:ascii="Times New Roman" w:hAnsi="Times New Roman" w:cs="Times New Roman"/>
          <w:b/>
          <w:color w:val="000000"/>
          <w:sz w:val="24"/>
          <w:szCs w:val="24"/>
        </w:rPr>
        <w:t>tiyatro</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animasyon</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gibi</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materyalleri</w:t>
      </w:r>
      <w:proofErr w:type="spellEnd"/>
      <w:r w:rsidRPr="00C254C3">
        <w:rPr>
          <w:rFonts w:ascii="Times New Roman" w:hAnsi="Times New Roman" w:cs="Times New Roman"/>
          <w:b/>
          <w:color w:val="000000"/>
          <w:sz w:val="24"/>
          <w:szCs w:val="24"/>
        </w:rPr>
        <w:t xml:space="preserve"> </w:t>
      </w:r>
      <w:proofErr w:type="spellStart"/>
      <w:r w:rsidRPr="00C254C3">
        <w:rPr>
          <w:rFonts w:ascii="Times New Roman" w:hAnsi="Times New Roman" w:cs="Times New Roman"/>
          <w:b/>
          <w:color w:val="000000"/>
          <w:sz w:val="24"/>
          <w:szCs w:val="24"/>
        </w:rPr>
        <w:t>değerlendirebilme</w:t>
      </w:r>
      <w:proofErr w:type="spellEnd"/>
    </w:p>
    <w:p w14:paraId="1EB936FC" w14:textId="77777777" w:rsidR="002B7E2B" w:rsidRPr="00C254C3" w:rsidRDefault="002B7E2B" w:rsidP="002B7E2B">
      <w:pPr>
        <w:rPr>
          <w:rFonts w:ascii="Times New Roman" w:hAnsi="Times New Roman" w:cs="Times New Roman"/>
          <w:sz w:val="24"/>
          <w:szCs w:val="24"/>
        </w:rPr>
      </w:pPr>
      <w:r w:rsidRPr="00C254C3">
        <w:rPr>
          <w:rFonts w:ascii="Times New Roman" w:hAnsi="Times New Roman" w:cs="Times New Roman"/>
          <w:color w:val="000000"/>
          <w:sz w:val="24"/>
          <w:szCs w:val="24"/>
        </w:rPr>
        <w:t>TADB.</w:t>
      </w:r>
      <w:proofErr w:type="gramStart"/>
      <w:r w:rsidRPr="00C254C3">
        <w:rPr>
          <w:rFonts w:ascii="Times New Roman" w:hAnsi="Times New Roman" w:cs="Times New Roman"/>
          <w:color w:val="000000"/>
          <w:sz w:val="24"/>
          <w:szCs w:val="24"/>
        </w:rPr>
        <w:t>4.a.</w:t>
      </w:r>
      <w:proofErr w:type="gram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Dinledikleri</w:t>
      </w:r>
      <w:proofErr w:type="spellEnd"/>
      <w:r w:rsidRPr="00C254C3">
        <w:rPr>
          <w:rFonts w:ascii="Times New Roman" w:hAnsi="Times New Roman" w:cs="Times New Roman"/>
          <w:color w:val="000000"/>
          <w:sz w:val="24"/>
          <w:szCs w:val="24"/>
        </w:rPr>
        <w:t xml:space="preserve"> / </w:t>
      </w:r>
      <w:proofErr w:type="spellStart"/>
      <w:r w:rsidRPr="00C254C3">
        <w:rPr>
          <w:rFonts w:ascii="Times New Roman" w:hAnsi="Times New Roman" w:cs="Times New Roman"/>
          <w:color w:val="000000"/>
          <w:sz w:val="24"/>
          <w:szCs w:val="24"/>
        </w:rPr>
        <w:t>izledikleri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materyallere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ilişkin</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duygu</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ve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düşüncelerini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ifade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eder</w:t>
      </w:r>
      <w:proofErr w:type="spellEnd"/>
      <w:r w:rsidRPr="00C254C3">
        <w:rPr>
          <w:rFonts w:ascii="Times New Roman" w:hAnsi="Times New Roman" w:cs="Times New Roman"/>
          <w:color w:val="000000"/>
          <w:sz w:val="24"/>
          <w:szCs w:val="24"/>
        </w:rPr>
        <w:t>.</w:t>
      </w:r>
    </w:p>
    <w:p w14:paraId="49ADA735"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TAOB. Okuma</w:t>
      </w:r>
    </w:p>
    <w:p w14:paraId="25F47AF7"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TAOB.1. </w:t>
      </w:r>
      <w:proofErr w:type="spellStart"/>
      <w:r w:rsidRPr="00C254C3">
        <w:rPr>
          <w:rFonts w:ascii="Times New Roman" w:hAnsi="Times New Roman" w:cs="Times New Roman"/>
          <w:b/>
          <w:color w:val="000000" w:themeColor="text1"/>
          <w:sz w:val="24"/>
          <w:szCs w:val="24"/>
        </w:rPr>
        <w:t>Resimli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öykü</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kitabı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dijital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içerikler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afiş</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broşür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gibi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görsel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okuma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materyallerini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seçebilme</w:t>
      </w:r>
      <w:proofErr w:type="spellEnd"/>
    </w:p>
    <w:p w14:paraId="2F1E1FFC" w14:textId="3F0CF8B8"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TAOB.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Kendisine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sunulan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okuma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inceler</w:t>
      </w:r>
      <w:proofErr w:type="spellEnd"/>
      <w:r w:rsidRPr="00C254C3">
        <w:rPr>
          <w:rFonts w:ascii="Times New Roman" w:hAnsi="Times New Roman" w:cs="Times New Roman"/>
          <w:color w:val="000000" w:themeColor="text1"/>
          <w:sz w:val="24"/>
          <w:szCs w:val="24"/>
        </w:rPr>
        <w:t>.</w:t>
      </w:r>
    </w:p>
    <w:p w14:paraId="164A320F" w14:textId="23604A67" w:rsidR="00AE7228"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TAOB.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Kendisine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sunulan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seçenekler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arasından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okuma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seçer</w:t>
      </w:r>
      <w:proofErr w:type="spellEnd"/>
      <w:r w:rsidRPr="00C254C3">
        <w:rPr>
          <w:rFonts w:ascii="Times New Roman" w:hAnsi="Times New Roman" w:cs="Times New Roman"/>
          <w:color w:val="000000" w:themeColor="text1"/>
          <w:sz w:val="24"/>
          <w:szCs w:val="24"/>
        </w:rPr>
        <w:t>.</w:t>
      </w:r>
    </w:p>
    <w:p w14:paraId="35E8E8C5" w14:textId="77777777" w:rsidR="00E74D3C" w:rsidRPr="00C254C3" w:rsidRDefault="00E74D3C" w:rsidP="00BA059E">
      <w:pPr>
        <w:keepNext/>
        <w:spacing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TAOB.2. </w:t>
      </w:r>
      <w:proofErr w:type="spellStart"/>
      <w:r w:rsidRPr="00C254C3">
        <w:rPr>
          <w:rFonts w:ascii="Times New Roman" w:hAnsi="Times New Roman" w:cs="Times New Roman"/>
          <w:b/>
          <w:color w:val="000000" w:themeColor="text1"/>
          <w:sz w:val="24"/>
          <w:szCs w:val="24"/>
        </w:rPr>
        <w:t>Resimli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öykü</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kitabı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dijital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içerikler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afiş</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broşür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gibi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görsel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okuma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materyallerinden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anlamlar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oluşturabilme</w:t>
      </w:r>
      <w:proofErr w:type="spellEnd"/>
    </w:p>
    <w:p w14:paraId="43368BC2" w14:textId="77777777" w:rsidR="00E74D3C" w:rsidRPr="00C254C3" w:rsidRDefault="00E74D3C"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TAOB.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okuma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bilgiler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günlük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yaşamı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ilişki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kurar</w:t>
      </w:r>
      <w:proofErr w:type="spellEnd"/>
      <w:r w:rsidRPr="00C254C3">
        <w:rPr>
          <w:rFonts w:ascii="Times New Roman" w:hAnsi="Times New Roman" w:cs="Times New Roman"/>
          <w:color w:val="000000" w:themeColor="text1"/>
          <w:sz w:val="24"/>
          <w:szCs w:val="24"/>
        </w:rPr>
        <w:t>.</w:t>
      </w:r>
    </w:p>
    <w:p w14:paraId="31BDE09D"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TAKB. </w:t>
      </w:r>
      <w:proofErr w:type="spellStart"/>
      <w:r w:rsidRPr="00C254C3">
        <w:rPr>
          <w:rFonts w:ascii="Times New Roman" w:hAnsi="Times New Roman" w:cs="Times New Roman"/>
          <w:b/>
          <w:color w:val="000000" w:themeColor="text1"/>
          <w:sz w:val="24"/>
          <w:szCs w:val="24"/>
        </w:rPr>
        <w:t>Konuşma</w:t>
      </w:r>
      <w:proofErr w:type="spellEnd"/>
    </w:p>
    <w:p w14:paraId="5C5EA73F"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TAKB.1. </w:t>
      </w:r>
      <w:proofErr w:type="spellStart"/>
      <w:r w:rsidRPr="00C254C3">
        <w:rPr>
          <w:rFonts w:ascii="Times New Roman" w:hAnsi="Times New Roman" w:cs="Times New Roman"/>
          <w:b/>
          <w:color w:val="000000" w:themeColor="text1"/>
          <w:sz w:val="24"/>
          <w:szCs w:val="24"/>
        </w:rPr>
        <w:t>Konuşma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sürecini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yönetebilme</w:t>
      </w:r>
      <w:proofErr w:type="spellEnd"/>
    </w:p>
    <w:p w14:paraId="36430F47"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TAKB.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Yetişkin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rehberliğinde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kendiliğinden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konuşacağı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konuyu</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seçer</w:t>
      </w:r>
      <w:proofErr w:type="spellEnd"/>
      <w:r w:rsidRPr="00C254C3">
        <w:rPr>
          <w:rFonts w:ascii="Times New Roman" w:hAnsi="Times New Roman" w:cs="Times New Roman"/>
          <w:color w:val="000000" w:themeColor="text1"/>
          <w:sz w:val="24"/>
          <w:szCs w:val="24"/>
        </w:rPr>
        <w:t>.</w:t>
      </w:r>
    </w:p>
    <w:p w14:paraId="45ADE624"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TAKB.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Konuşma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sırasında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dinleyiciler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teması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kurar</w:t>
      </w:r>
      <w:proofErr w:type="spellEnd"/>
      <w:r w:rsidRPr="00C254C3">
        <w:rPr>
          <w:rFonts w:ascii="Times New Roman" w:hAnsi="Times New Roman" w:cs="Times New Roman"/>
          <w:color w:val="000000" w:themeColor="text1"/>
          <w:sz w:val="24"/>
          <w:szCs w:val="24"/>
        </w:rPr>
        <w:t>.</w:t>
      </w:r>
    </w:p>
    <w:p w14:paraId="3B62DAA1"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TAKB.</w:t>
      </w:r>
      <w:proofErr w:type="gramStart"/>
      <w:r w:rsidRPr="00C254C3">
        <w:rPr>
          <w:rFonts w:ascii="Times New Roman" w:hAnsi="Times New Roman" w:cs="Times New Roman"/>
          <w:color w:val="000000" w:themeColor="text1"/>
          <w:sz w:val="24"/>
          <w:szCs w:val="24"/>
        </w:rPr>
        <w:t>1.c.</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İletişim</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sırasında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uygun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zamanda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söz</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alır</w:t>
      </w:r>
      <w:proofErr w:type="spellEnd"/>
      <w:r w:rsidRPr="00C254C3">
        <w:rPr>
          <w:rFonts w:ascii="Times New Roman" w:hAnsi="Times New Roman" w:cs="Times New Roman"/>
          <w:color w:val="000000" w:themeColor="text1"/>
          <w:sz w:val="24"/>
          <w:szCs w:val="24"/>
        </w:rPr>
        <w:t>.</w:t>
      </w:r>
    </w:p>
    <w:p w14:paraId="5A6A2D60"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TAKB.2. </w:t>
      </w:r>
      <w:proofErr w:type="spellStart"/>
      <w:r w:rsidRPr="00C254C3">
        <w:rPr>
          <w:rFonts w:ascii="Times New Roman" w:hAnsi="Times New Roman" w:cs="Times New Roman"/>
          <w:b/>
          <w:color w:val="000000" w:themeColor="text1"/>
          <w:sz w:val="24"/>
          <w:szCs w:val="24"/>
        </w:rPr>
        <w:t>Konuşma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sürecinin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içeriğini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oluşturabilme</w:t>
      </w:r>
      <w:proofErr w:type="spellEnd"/>
    </w:p>
    <w:p w14:paraId="365BA261" w14:textId="512AFAF9"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TAKB.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Konuşacağı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konu</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günlük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yaşamı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bağlantı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kurar</w:t>
      </w:r>
      <w:proofErr w:type="spellEnd"/>
      <w:r w:rsidRPr="00C254C3">
        <w:rPr>
          <w:rFonts w:ascii="Times New Roman" w:hAnsi="Times New Roman" w:cs="Times New Roman"/>
          <w:color w:val="000000" w:themeColor="text1"/>
          <w:sz w:val="24"/>
          <w:szCs w:val="24"/>
        </w:rPr>
        <w:t>.</w:t>
      </w:r>
    </w:p>
    <w:p w14:paraId="6D7597E5" w14:textId="77777777" w:rsidR="00BE4F94" w:rsidRPr="00C254C3" w:rsidRDefault="00BE4F94"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TAEOB. Erken </w:t>
      </w:r>
      <w:proofErr w:type="spellStart"/>
      <w:r w:rsidRPr="00C254C3">
        <w:rPr>
          <w:rFonts w:ascii="Times New Roman" w:hAnsi="Times New Roman" w:cs="Times New Roman"/>
          <w:b/>
          <w:color w:val="000000" w:themeColor="text1"/>
          <w:sz w:val="24"/>
          <w:szCs w:val="24"/>
        </w:rPr>
        <w:t>Okuryazarlık</w:t>
      </w:r>
      <w:proofErr w:type="spellEnd"/>
    </w:p>
    <w:p w14:paraId="53511DB5" w14:textId="77777777" w:rsidR="00BE4F94" w:rsidRPr="00C254C3" w:rsidRDefault="00BE4F94"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TAEOB.4. Okuma </w:t>
      </w:r>
      <w:proofErr w:type="spellStart"/>
      <w:r w:rsidRPr="00C254C3">
        <w:rPr>
          <w:rFonts w:ascii="Times New Roman" w:hAnsi="Times New Roman" w:cs="Times New Roman"/>
          <w:b/>
          <w:color w:val="000000" w:themeColor="text1"/>
          <w:sz w:val="24"/>
          <w:szCs w:val="24"/>
        </w:rPr>
        <w:t>öncesi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becerileri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kazanabilme</w:t>
      </w:r>
      <w:proofErr w:type="spellEnd"/>
    </w:p>
    <w:p w14:paraId="69ED89C9" w14:textId="77777777" w:rsidR="00BE4F94" w:rsidRPr="00C254C3" w:rsidRDefault="00BE4F94" w:rsidP="00BA059E">
      <w:pPr>
        <w:tabs>
          <w:tab w:val="num" w:pos="0"/>
        </w:tabs>
        <w:spacing w:after="60" w:line="276" w:lineRule="auto"/>
        <w:rPr>
          <w:rFonts w:ascii="Times New Roman" w:hAnsi="Times New Roman" w:cs="Times New Roman"/>
          <w:bCs/>
          <w:color w:val="000000" w:themeColor="text1"/>
          <w:sz w:val="24"/>
          <w:szCs w:val="24"/>
        </w:rPr>
      </w:pPr>
      <w:r w:rsidRPr="00C254C3">
        <w:rPr>
          <w:rFonts w:ascii="Times New Roman" w:hAnsi="Times New Roman" w:cs="Times New Roman"/>
          <w:bCs/>
          <w:color w:val="000000" w:themeColor="text1"/>
          <w:sz w:val="24"/>
          <w:szCs w:val="24"/>
        </w:rPr>
        <w:t>TAEOB.</w:t>
      </w:r>
      <w:proofErr w:type="gramStart"/>
      <w:r w:rsidRPr="00C254C3">
        <w:rPr>
          <w:rFonts w:ascii="Times New Roman" w:hAnsi="Times New Roman" w:cs="Times New Roman"/>
          <w:bCs/>
          <w:color w:val="000000" w:themeColor="text1"/>
          <w:sz w:val="24"/>
          <w:szCs w:val="24"/>
        </w:rPr>
        <w:t>4.a.</w:t>
      </w:r>
      <w:proofErr w:type="gram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Kitabın</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temel</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unsurlarını</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açıklar</w:t>
      </w:r>
      <w:proofErr w:type="spellEnd"/>
      <w:r w:rsidRPr="00C254C3">
        <w:rPr>
          <w:rFonts w:ascii="Times New Roman" w:hAnsi="Times New Roman" w:cs="Times New Roman"/>
          <w:bCs/>
          <w:color w:val="000000" w:themeColor="text1"/>
          <w:sz w:val="24"/>
          <w:szCs w:val="24"/>
        </w:rPr>
        <w:t>.</w:t>
      </w:r>
    </w:p>
    <w:p w14:paraId="58CBC679" w14:textId="77777777" w:rsidR="00BE4F94" w:rsidRPr="00C254C3" w:rsidRDefault="00BE4F94" w:rsidP="00BA059E">
      <w:pPr>
        <w:tabs>
          <w:tab w:val="num" w:pos="0"/>
        </w:tabs>
        <w:spacing w:after="60" w:line="276" w:lineRule="auto"/>
        <w:rPr>
          <w:rFonts w:ascii="Times New Roman" w:hAnsi="Times New Roman" w:cs="Times New Roman"/>
          <w:bCs/>
          <w:color w:val="000000" w:themeColor="text1"/>
          <w:sz w:val="24"/>
          <w:szCs w:val="24"/>
        </w:rPr>
      </w:pPr>
      <w:r w:rsidRPr="00C254C3">
        <w:rPr>
          <w:rFonts w:ascii="Times New Roman" w:hAnsi="Times New Roman" w:cs="Times New Roman"/>
          <w:bCs/>
          <w:color w:val="000000" w:themeColor="text1"/>
          <w:sz w:val="24"/>
          <w:szCs w:val="24"/>
        </w:rPr>
        <w:t>TAEOB.</w:t>
      </w:r>
      <w:proofErr w:type="gramStart"/>
      <w:r w:rsidRPr="00C254C3">
        <w:rPr>
          <w:rFonts w:ascii="Times New Roman" w:hAnsi="Times New Roman" w:cs="Times New Roman"/>
          <w:bCs/>
          <w:color w:val="000000" w:themeColor="text1"/>
          <w:sz w:val="24"/>
          <w:szCs w:val="24"/>
        </w:rPr>
        <w:t>4.b.</w:t>
      </w:r>
      <w:proofErr w:type="gramEnd"/>
      <w:r w:rsidRPr="00C254C3">
        <w:rPr>
          <w:rFonts w:ascii="Times New Roman" w:hAnsi="Times New Roman" w:cs="Times New Roman"/>
          <w:bCs/>
          <w:color w:val="000000" w:themeColor="text1"/>
          <w:sz w:val="24"/>
          <w:szCs w:val="24"/>
        </w:rPr>
        <w:t xml:space="preserve"> Uygun </w:t>
      </w:r>
      <w:proofErr w:type="spellStart"/>
      <w:r w:rsidRPr="00C254C3">
        <w:rPr>
          <w:rFonts w:ascii="Times New Roman" w:hAnsi="Times New Roman" w:cs="Times New Roman"/>
          <w:bCs/>
          <w:color w:val="000000" w:themeColor="text1"/>
          <w:sz w:val="24"/>
          <w:szCs w:val="24"/>
        </w:rPr>
        <w:t>okuma</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şeklini</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gösterir</w:t>
      </w:r>
      <w:proofErr w:type="spellEnd"/>
      <w:r w:rsidRPr="00C254C3">
        <w:rPr>
          <w:rFonts w:ascii="Times New Roman" w:hAnsi="Times New Roman" w:cs="Times New Roman"/>
          <w:bCs/>
          <w:color w:val="000000" w:themeColor="text1"/>
          <w:sz w:val="24"/>
          <w:szCs w:val="24"/>
        </w:rPr>
        <w:t>.</w:t>
      </w:r>
    </w:p>
    <w:p w14:paraId="7471294B"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FEN ALANI</w:t>
      </w:r>
    </w:p>
    <w:p w14:paraId="344A1C15"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FBAB1. </w:t>
      </w:r>
      <w:proofErr w:type="spellStart"/>
      <w:r w:rsidRPr="00C254C3">
        <w:rPr>
          <w:rFonts w:ascii="Times New Roman" w:hAnsi="Times New Roman" w:cs="Times New Roman"/>
          <w:b/>
          <w:color w:val="000000" w:themeColor="text1"/>
          <w:sz w:val="24"/>
          <w:szCs w:val="24"/>
        </w:rPr>
        <w:t>Bilimsel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Gözlem</w:t>
      </w:r>
      <w:proofErr w:type="spellEnd"/>
    </w:p>
    <w:p w14:paraId="1A241298"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FAB.1. </w:t>
      </w:r>
      <w:proofErr w:type="spellStart"/>
      <w:r w:rsidRPr="00C254C3">
        <w:rPr>
          <w:rFonts w:ascii="Times New Roman" w:hAnsi="Times New Roman" w:cs="Times New Roman"/>
          <w:b/>
          <w:color w:val="000000" w:themeColor="text1"/>
          <w:sz w:val="24"/>
          <w:szCs w:val="24"/>
        </w:rPr>
        <w:t>Günlük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yaşamında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fenle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ilgili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olaylara</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olgulara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durumlara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yönelik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bilimsel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gözlem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yapabilme</w:t>
      </w:r>
      <w:proofErr w:type="spellEnd"/>
    </w:p>
    <w:p w14:paraId="74EA1733"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Çevresinde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merak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ettiği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dikkatle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gözlemler</w:t>
      </w:r>
      <w:proofErr w:type="spellEnd"/>
      <w:r w:rsidRPr="00C254C3">
        <w:rPr>
          <w:rFonts w:ascii="Times New Roman" w:hAnsi="Times New Roman" w:cs="Times New Roman"/>
          <w:color w:val="000000" w:themeColor="text1"/>
          <w:sz w:val="24"/>
          <w:szCs w:val="24"/>
        </w:rPr>
        <w:t>.</w:t>
      </w:r>
    </w:p>
    <w:p w14:paraId="5388F264" w14:textId="620DF779"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lastRenderedPageBreak/>
        <w:t>FAB.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Gözlemlediği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betimsel</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fiziksel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ifade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eder</w:t>
      </w:r>
      <w:proofErr w:type="spellEnd"/>
      <w:r w:rsidRPr="00C254C3">
        <w:rPr>
          <w:rFonts w:ascii="Times New Roman" w:hAnsi="Times New Roman" w:cs="Times New Roman"/>
          <w:color w:val="000000" w:themeColor="text1"/>
          <w:sz w:val="24"/>
          <w:szCs w:val="24"/>
        </w:rPr>
        <w:t>.</w:t>
      </w:r>
    </w:p>
    <w:p w14:paraId="3767E4AF" w14:textId="77777777" w:rsidR="004F6E50"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1.c.</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Duyuları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aracılığıyla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gözlemlenebilir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belirler</w:t>
      </w:r>
      <w:proofErr w:type="spellEnd"/>
      <w:r w:rsidRPr="00C254C3">
        <w:rPr>
          <w:rFonts w:ascii="Times New Roman" w:hAnsi="Times New Roman" w:cs="Times New Roman"/>
          <w:color w:val="000000" w:themeColor="text1"/>
          <w:sz w:val="24"/>
          <w:szCs w:val="24"/>
        </w:rPr>
        <w:t>.</w:t>
      </w:r>
    </w:p>
    <w:p w14:paraId="6D7A7C78" w14:textId="77777777" w:rsidR="004F6E50" w:rsidRPr="00C254C3" w:rsidRDefault="00CE7366" w:rsidP="00BA059E">
      <w:pPr>
        <w:spacing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FBAB2. </w:t>
      </w:r>
      <w:proofErr w:type="spellStart"/>
      <w:r w:rsidRPr="00C254C3">
        <w:rPr>
          <w:rFonts w:ascii="Times New Roman" w:hAnsi="Times New Roman" w:cs="Times New Roman"/>
          <w:b/>
          <w:color w:val="000000" w:themeColor="text1"/>
          <w:sz w:val="24"/>
          <w:szCs w:val="24"/>
        </w:rPr>
        <w:t>Sınıflandırma</w:t>
      </w:r>
      <w:proofErr w:type="spellEnd"/>
    </w:p>
    <w:p w14:paraId="2BB0DBDF" w14:textId="77777777" w:rsidR="004F6E50" w:rsidRPr="00C254C3" w:rsidRDefault="00CE7366" w:rsidP="00BA059E">
      <w:pPr>
        <w:spacing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FAB.2. Fene </w:t>
      </w:r>
      <w:proofErr w:type="spellStart"/>
      <w:r w:rsidRPr="00C254C3">
        <w:rPr>
          <w:rFonts w:ascii="Times New Roman" w:hAnsi="Times New Roman" w:cs="Times New Roman"/>
          <w:b/>
          <w:color w:val="000000" w:themeColor="text1"/>
          <w:sz w:val="24"/>
          <w:szCs w:val="24"/>
        </w:rPr>
        <w:t>yönelik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nesne</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olay</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olguları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benzerlik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farklılıklarına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göre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sınıflandırabilme</w:t>
      </w:r>
      <w:proofErr w:type="spellEnd"/>
    </w:p>
    <w:p w14:paraId="0FC336E6" w14:textId="77777777" w:rsidR="004F6E50" w:rsidRPr="00C254C3" w:rsidRDefault="005E7C1D"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gözlemlenebilir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belirler</w:t>
      </w:r>
      <w:proofErr w:type="spellEnd"/>
      <w:r w:rsidRPr="00C254C3">
        <w:rPr>
          <w:rFonts w:ascii="Times New Roman" w:hAnsi="Times New Roman" w:cs="Times New Roman"/>
          <w:color w:val="000000" w:themeColor="text1"/>
          <w:sz w:val="24"/>
          <w:szCs w:val="24"/>
        </w:rPr>
        <w:t xml:space="preserve">. </w:t>
      </w:r>
    </w:p>
    <w:p w14:paraId="6EFC007C" w14:textId="77777777" w:rsidR="004F6E50" w:rsidRPr="00C254C3" w:rsidRDefault="005E7C1D"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2.b.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benzer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ve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ayırt</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eder</w:t>
      </w:r>
      <w:proofErr w:type="spellEnd"/>
      <w:r w:rsidRPr="00C254C3">
        <w:rPr>
          <w:rFonts w:ascii="Times New Roman" w:hAnsi="Times New Roman" w:cs="Times New Roman"/>
          <w:color w:val="000000" w:themeColor="text1"/>
          <w:sz w:val="24"/>
          <w:szCs w:val="24"/>
        </w:rPr>
        <w:t>.</w:t>
      </w:r>
    </w:p>
    <w:p w14:paraId="469DF30A" w14:textId="17402AA5" w:rsidR="00E435F3" w:rsidRPr="00C254C3" w:rsidRDefault="00CE7366" w:rsidP="00BA059E">
      <w:pPr>
        <w:spacing w:line="276" w:lineRule="auto"/>
        <w:rPr>
          <w:rFonts w:ascii="Times New Roman" w:hAnsi="Times New Roman" w:cs="Times New Roman"/>
          <w:b/>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2.c.</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gözlemlenebilir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gruplandırır</w:t>
      </w:r>
      <w:proofErr w:type="spellEnd"/>
      <w:r w:rsidRPr="00C254C3">
        <w:rPr>
          <w:rFonts w:ascii="Times New Roman" w:hAnsi="Times New Roman" w:cs="Times New Roman"/>
          <w:color w:val="000000" w:themeColor="text1"/>
          <w:sz w:val="24"/>
          <w:szCs w:val="24"/>
        </w:rPr>
        <w:t>.</w:t>
      </w:r>
      <w:r w:rsidR="00E435F3" w:rsidRPr="00C254C3">
        <w:rPr>
          <w:rFonts w:ascii="Times New Roman" w:hAnsi="Times New Roman" w:cs="Times New Roman"/>
          <w:b/>
          <w:color w:val="000000" w:themeColor="text1"/>
          <w:sz w:val="24"/>
          <w:szCs w:val="24"/>
        </w:rPr>
        <w:t xml:space="preserve"> </w:t>
      </w:r>
    </w:p>
    <w:p w14:paraId="7B0D1BA3" w14:textId="77777777" w:rsidR="00155D20" w:rsidRPr="00C254C3" w:rsidRDefault="00155D20"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2.ç.</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Gruplandırdığı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olay</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olguları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ortak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özelliklerine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göre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adlandırır</w:t>
      </w:r>
      <w:proofErr w:type="spellEnd"/>
      <w:r w:rsidRPr="00C254C3">
        <w:rPr>
          <w:rFonts w:ascii="Times New Roman" w:hAnsi="Times New Roman" w:cs="Times New Roman"/>
          <w:color w:val="000000" w:themeColor="text1"/>
          <w:sz w:val="24"/>
          <w:szCs w:val="24"/>
        </w:rPr>
        <w:t>.</w:t>
      </w:r>
    </w:p>
    <w:p w14:paraId="36CF9B3C" w14:textId="77777777" w:rsidR="004F6E50" w:rsidRPr="00C254C3" w:rsidRDefault="004F6E50"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FBAB7. Deney </w:t>
      </w:r>
      <w:proofErr w:type="spellStart"/>
      <w:r w:rsidRPr="00C254C3">
        <w:rPr>
          <w:rFonts w:ascii="Times New Roman" w:hAnsi="Times New Roman" w:cs="Times New Roman"/>
          <w:b/>
          <w:color w:val="000000" w:themeColor="text1"/>
          <w:sz w:val="24"/>
          <w:szCs w:val="24"/>
        </w:rPr>
        <w:t>Yapma</w:t>
      </w:r>
      <w:proofErr w:type="spellEnd"/>
    </w:p>
    <w:p w14:paraId="558330D3" w14:textId="77777777" w:rsidR="004F6E50" w:rsidRPr="00C254C3" w:rsidRDefault="004F6E50" w:rsidP="00BA059E">
      <w:pPr>
        <w:keepNext/>
        <w:tabs>
          <w:tab w:val="num" w:pos="0"/>
        </w:tabs>
        <w:spacing w:after="60"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FAB.7. Merak </w:t>
      </w:r>
      <w:proofErr w:type="spellStart"/>
      <w:r w:rsidRPr="00C254C3">
        <w:rPr>
          <w:rFonts w:ascii="Times New Roman" w:hAnsi="Times New Roman" w:cs="Times New Roman"/>
          <w:b/>
          <w:color w:val="000000" w:themeColor="text1"/>
          <w:sz w:val="24"/>
          <w:szCs w:val="24"/>
        </w:rPr>
        <w:t>ettiği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konular</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olay</w:t>
      </w:r>
      <w:proofErr w:type="spellEnd"/>
      <w:r w:rsidRPr="00C254C3">
        <w:rPr>
          <w:rFonts w:ascii="Times New Roman" w:hAnsi="Times New Roman" w:cs="Times New Roman"/>
          <w:b/>
          <w:color w:val="000000" w:themeColor="text1"/>
          <w:sz w:val="24"/>
          <w:szCs w:val="24"/>
        </w:rPr>
        <w:t xml:space="preserve"> / durum </w:t>
      </w:r>
      <w:proofErr w:type="spellStart"/>
      <w:r w:rsidRPr="00C254C3">
        <w:rPr>
          <w:rFonts w:ascii="Times New Roman" w:hAnsi="Times New Roman" w:cs="Times New Roman"/>
          <w:b/>
          <w:color w:val="000000" w:themeColor="text1"/>
          <w:sz w:val="24"/>
          <w:szCs w:val="24"/>
        </w:rPr>
        <w:t>hakkında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deneyler</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yapabilme</w:t>
      </w:r>
      <w:proofErr w:type="spellEnd"/>
    </w:p>
    <w:p w14:paraId="24F4FB4D" w14:textId="77777777" w:rsidR="004F6E50" w:rsidRPr="00C254C3" w:rsidRDefault="004F6E50"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7.a.</w:t>
      </w:r>
      <w:proofErr w:type="gramEnd"/>
      <w:r w:rsidRPr="00C254C3">
        <w:rPr>
          <w:rFonts w:ascii="Times New Roman" w:hAnsi="Times New Roman" w:cs="Times New Roman"/>
          <w:color w:val="000000" w:themeColor="text1"/>
          <w:sz w:val="24"/>
          <w:szCs w:val="24"/>
        </w:rPr>
        <w:t xml:space="preserve"> Bir problem </w:t>
      </w:r>
      <w:proofErr w:type="spellStart"/>
      <w:r w:rsidRPr="00C254C3">
        <w:rPr>
          <w:rFonts w:ascii="Times New Roman" w:hAnsi="Times New Roman" w:cs="Times New Roman"/>
          <w:color w:val="000000" w:themeColor="text1"/>
          <w:sz w:val="24"/>
          <w:szCs w:val="24"/>
        </w:rPr>
        <w:t>durumuna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yönelik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deney</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yapmak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için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uygun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malzemeleri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seçer</w:t>
      </w:r>
      <w:proofErr w:type="spellEnd"/>
      <w:r w:rsidRPr="00C254C3">
        <w:rPr>
          <w:rFonts w:ascii="Times New Roman" w:hAnsi="Times New Roman" w:cs="Times New Roman"/>
          <w:color w:val="000000" w:themeColor="text1"/>
          <w:sz w:val="24"/>
          <w:szCs w:val="24"/>
        </w:rPr>
        <w:t>.</w:t>
      </w:r>
      <w:r w:rsidRPr="00C254C3">
        <w:rPr>
          <w:rFonts w:ascii="Times New Roman" w:hAnsi="Times New Roman" w:cs="Times New Roman"/>
          <w:color w:val="000000" w:themeColor="text1"/>
          <w:sz w:val="24"/>
          <w:szCs w:val="24"/>
        </w:rPr>
        <w:br/>
        <w:t xml:space="preserve">FAB.7.b. </w:t>
      </w:r>
      <w:proofErr w:type="spellStart"/>
      <w:r w:rsidRPr="00C254C3">
        <w:rPr>
          <w:rFonts w:ascii="Times New Roman" w:hAnsi="Times New Roman" w:cs="Times New Roman"/>
          <w:color w:val="000000" w:themeColor="text1"/>
          <w:sz w:val="24"/>
          <w:szCs w:val="24"/>
        </w:rPr>
        <w:t>Seçtiği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malzemelerle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deneyler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yapar</w:t>
      </w:r>
      <w:proofErr w:type="spellEnd"/>
      <w:r w:rsidRPr="00C254C3">
        <w:rPr>
          <w:rFonts w:ascii="Times New Roman" w:hAnsi="Times New Roman" w:cs="Times New Roman"/>
          <w:color w:val="000000" w:themeColor="text1"/>
          <w:sz w:val="24"/>
          <w:szCs w:val="24"/>
        </w:rPr>
        <w:t>.</w:t>
      </w:r>
    </w:p>
    <w:p w14:paraId="65597AFC" w14:textId="77777777" w:rsidR="004F6E50" w:rsidRPr="00C254C3" w:rsidRDefault="004F6E50" w:rsidP="00BA059E">
      <w:pPr>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FAB.</w:t>
      </w:r>
      <w:proofErr w:type="gramStart"/>
      <w:r w:rsidRPr="00C254C3">
        <w:rPr>
          <w:rFonts w:ascii="Times New Roman" w:hAnsi="Times New Roman" w:cs="Times New Roman"/>
          <w:color w:val="000000" w:themeColor="text1"/>
          <w:sz w:val="24"/>
          <w:szCs w:val="24"/>
        </w:rPr>
        <w:t>7.c.</w:t>
      </w:r>
      <w:proofErr w:type="gramEnd"/>
      <w:r w:rsidRPr="00C254C3">
        <w:rPr>
          <w:rFonts w:ascii="Times New Roman" w:hAnsi="Times New Roman" w:cs="Times New Roman"/>
          <w:color w:val="000000" w:themeColor="text1"/>
          <w:sz w:val="24"/>
          <w:szCs w:val="24"/>
        </w:rPr>
        <w:t xml:space="preserve"> Deney </w:t>
      </w:r>
      <w:proofErr w:type="spellStart"/>
      <w:r w:rsidRPr="00C254C3">
        <w:rPr>
          <w:rFonts w:ascii="Times New Roman" w:hAnsi="Times New Roman" w:cs="Times New Roman"/>
          <w:color w:val="000000" w:themeColor="text1"/>
          <w:sz w:val="24"/>
          <w:szCs w:val="24"/>
        </w:rPr>
        <w:t>sürecinde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ortaya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çıkan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değişimleri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gözlemler</w:t>
      </w:r>
      <w:proofErr w:type="spellEnd"/>
      <w:r w:rsidRPr="00C254C3">
        <w:rPr>
          <w:rFonts w:ascii="Times New Roman" w:hAnsi="Times New Roman" w:cs="Times New Roman"/>
          <w:color w:val="000000" w:themeColor="text1"/>
          <w:sz w:val="24"/>
          <w:szCs w:val="24"/>
        </w:rPr>
        <w:t>.</w:t>
      </w:r>
    </w:p>
    <w:p w14:paraId="57FDDE30" w14:textId="34819CCD" w:rsidR="00E435F3" w:rsidRPr="00C254C3" w:rsidRDefault="00E435F3"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SOSYAL ALAN</w:t>
      </w:r>
    </w:p>
    <w:p w14:paraId="4141C608" w14:textId="77777777" w:rsidR="00E435F3" w:rsidRPr="00C254C3" w:rsidRDefault="00E435F3"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SBAB1. </w:t>
      </w:r>
      <w:proofErr w:type="spellStart"/>
      <w:r w:rsidRPr="00C254C3">
        <w:rPr>
          <w:rFonts w:ascii="Times New Roman" w:hAnsi="Times New Roman" w:cs="Times New Roman"/>
          <w:b/>
          <w:color w:val="000000" w:themeColor="text1"/>
          <w:sz w:val="24"/>
          <w:szCs w:val="24"/>
        </w:rPr>
        <w:t>Zamanı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Algılama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Kronolojik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Düşünme</w:t>
      </w:r>
      <w:proofErr w:type="spellEnd"/>
    </w:p>
    <w:p w14:paraId="1356FEA5" w14:textId="77777777" w:rsidR="00E435F3" w:rsidRPr="00C254C3" w:rsidRDefault="00E435F3"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SAB.2. </w:t>
      </w:r>
      <w:proofErr w:type="spellStart"/>
      <w:r w:rsidRPr="00C254C3">
        <w:rPr>
          <w:rFonts w:ascii="Times New Roman" w:hAnsi="Times New Roman" w:cs="Times New Roman"/>
          <w:b/>
          <w:color w:val="000000" w:themeColor="text1"/>
          <w:sz w:val="24"/>
          <w:szCs w:val="24"/>
        </w:rPr>
        <w:t>Yakın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çevresindeki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olay</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dönem</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kavramları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kronolojik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olarak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sıralayabilme</w:t>
      </w:r>
      <w:proofErr w:type="spellEnd"/>
    </w:p>
    <w:p w14:paraId="0B73BC56" w14:textId="77777777" w:rsidR="00E435F3" w:rsidRPr="00C254C3" w:rsidRDefault="00E435F3"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SAB.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Gün </w:t>
      </w:r>
      <w:proofErr w:type="spellStart"/>
      <w:r w:rsidRPr="00C254C3">
        <w:rPr>
          <w:rFonts w:ascii="Times New Roman" w:hAnsi="Times New Roman" w:cs="Times New Roman"/>
          <w:color w:val="000000" w:themeColor="text1"/>
          <w:sz w:val="24"/>
          <w:szCs w:val="24"/>
        </w:rPr>
        <w:t>akışındaki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eylemlerini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oluş</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sırasına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uygun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olarak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sıralar</w:t>
      </w:r>
      <w:proofErr w:type="spellEnd"/>
      <w:r w:rsidRPr="00C254C3">
        <w:rPr>
          <w:rFonts w:ascii="Times New Roman" w:hAnsi="Times New Roman" w:cs="Times New Roman"/>
          <w:color w:val="000000" w:themeColor="text1"/>
          <w:sz w:val="24"/>
          <w:szCs w:val="24"/>
        </w:rPr>
        <w:t>.</w:t>
      </w:r>
    </w:p>
    <w:p w14:paraId="6220ED72" w14:textId="77777777" w:rsidR="00E435F3" w:rsidRPr="00C254C3" w:rsidRDefault="00E435F3" w:rsidP="00BA059E">
      <w:pPr>
        <w:pStyle w:val="Balk2"/>
        <w:spacing w:before="10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MATEMATİK ALANI</w:t>
      </w:r>
    </w:p>
    <w:p w14:paraId="244206C2" w14:textId="77777777" w:rsidR="00E435F3" w:rsidRPr="00C254C3" w:rsidRDefault="00E435F3"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MAB6. </w:t>
      </w:r>
      <w:proofErr w:type="spellStart"/>
      <w:r w:rsidRPr="00C254C3">
        <w:rPr>
          <w:rFonts w:ascii="Times New Roman" w:hAnsi="Times New Roman" w:cs="Times New Roman"/>
          <w:b/>
          <w:color w:val="000000" w:themeColor="text1"/>
          <w:sz w:val="24"/>
          <w:szCs w:val="24"/>
        </w:rPr>
        <w:t>Sayma</w:t>
      </w:r>
      <w:proofErr w:type="spellEnd"/>
    </w:p>
    <w:p w14:paraId="1409F9E0" w14:textId="77777777" w:rsidR="00E435F3" w:rsidRPr="00C254C3" w:rsidRDefault="00E435F3" w:rsidP="00BA059E">
      <w:pPr>
        <w:keepNext/>
        <w:tabs>
          <w:tab w:val="num" w:pos="0"/>
        </w:tabs>
        <w:spacing w:after="60"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MAB.1. </w:t>
      </w:r>
      <w:proofErr w:type="spellStart"/>
      <w:r w:rsidRPr="00C254C3">
        <w:rPr>
          <w:rFonts w:ascii="Times New Roman" w:hAnsi="Times New Roman" w:cs="Times New Roman"/>
          <w:b/>
          <w:color w:val="000000" w:themeColor="text1"/>
          <w:sz w:val="24"/>
          <w:szCs w:val="24"/>
        </w:rPr>
        <w:t>Sayıları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farklı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durumlarda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doğru</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kullanabilme</w:t>
      </w:r>
      <w:proofErr w:type="spellEnd"/>
    </w:p>
    <w:p w14:paraId="5DC3BF18" w14:textId="77777777" w:rsidR="00E435F3" w:rsidRPr="00C254C3" w:rsidRDefault="00E435F3"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MAB.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1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10 </w:t>
      </w:r>
      <w:proofErr w:type="spellStart"/>
      <w:r w:rsidRPr="00C254C3">
        <w:rPr>
          <w:rFonts w:ascii="Times New Roman" w:hAnsi="Times New Roman" w:cs="Times New Roman"/>
          <w:color w:val="000000" w:themeColor="text1"/>
          <w:sz w:val="24"/>
          <w:szCs w:val="24"/>
        </w:rPr>
        <w:t>arasında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ileriye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doğru</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birer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ritmik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sayar</w:t>
      </w:r>
      <w:proofErr w:type="spellEnd"/>
      <w:r w:rsidRPr="00C254C3">
        <w:rPr>
          <w:rFonts w:ascii="Times New Roman" w:hAnsi="Times New Roman" w:cs="Times New Roman"/>
          <w:color w:val="000000" w:themeColor="text1"/>
          <w:sz w:val="24"/>
          <w:szCs w:val="24"/>
        </w:rPr>
        <w:t xml:space="preserve">. </w:t>
      </w:r>
    </w:p>
    <w:p w14:paraId="3986E8D1" w14:textId="77777777" w:rsidR="00E435F3" w:rsidRPr="00C254C3" w:rsidRDefault="00E435F3"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MAB.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5’ten 1’e </w:t>
      </w:r>
      <w:proofErr w:type="spellStart"/>
      <w:r w:rsidRPr="00C254C3">
        <w:rPr>
          <w:rFonts w:ascii="Times New Roman" w:hAnsi="Times New Roman" w:cs="Times New Roman"/>
          <w:color w:val="000000" w:themeColor="text1"/>
          <w:sz w:val="24"/>
          <w:szCs w:val="24"/>
        </w:rPr>
        <w:t>geriye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doğru</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ritmik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sayar</w:t>
      </w:r>
      <w:proofErr w:type="spellEnd"/>
      <w:r w:rsidRPr="00C254C3">
        <w:rPr>
          <w:rFonts w:ascii="Times New Roman" w:hAnsi="Times New Roman" w:cs="Times New Roman"/>
          <w:color w:val="000000" w:themeColor="text1"/>
          <w:sz w:val="24"/>
          <w:szCs w:val="24"/>
        </w:rPr>
        <w:t>.</w:t>
      </w:r>
    </w:p>
    <w:p w14:paraId="079E5F63" w14:textId="77777777" w:rsidR="00E435F3" w:rsidRPr="00C254C3" w:rsidRDefault="00E435F3"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MAB.</w:t>
      </w:r>
      <w:proofErr w:type="gramStart"/>
      <w:r w:rsidRPr="00C254C3">
        <w:rPr>
          <w:rFonts w:ascii="Times New Roman" w:hAnsi="Times New Roman" w:cs="Times New Roman"/>
          <w:color w:val="000000" w:themeColor="text1"/>
          <w:sz w:val="24"/>
          <w:szCs w:val="24"/>
        </w:rPr>
        <w:t>1.c.</w:t>
      </w:r>
      <w:proofErr w:type="gramEnd"/>
      <w:r w:rsidRPr="00C254C3">
        <w:rPr>
          <w:rFonts w:ascii="Times New Roman" w:hAnsi="Times New Roman" w:cs="Times New Roman"/>
          <w:color w:val="000000" w:themeColor="text1"/>
          <w:sz w:val="24"/>
          <w:szCs w:val="24"/>
        </w:rPr>
        <w:t xml:space="preserve"> 1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5 </w:t>
      </w:r>
      <w:proofErr w:type="spellStart"/>
      <w:r w:rsidRPr="00C254C3">
        <w:rPr>
          <w:rFonts w:ascii="Times New Roman" w:hAnsi="Times New Roman" w:cs="Times New Roman"/>
          <w:color w:val="000000" w:themeColor="text1"/>
          <w:sz w:val="24"/>
          <w:szCs w:val="24"/>
        </w:rPr>
        <w:t>arasında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varlık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miktarını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saymadan</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bir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bakışta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söyler</w:t>
      </w:r>
      <w:proofErr w:type="spellEnd"/>
      <w:r w:rsidRPr="00C254C3">
        <w:rPr>
          <w:rFonts w:ascii="Times New Roman" w:hAnsi="Times New Roman" w:cs="Times New Roman"/>
          <w:color w:val="000000" w:themeColor="text1"/>
          <w:sz w:val="24"/>
          <w:szCs w:val="24"/>
        </w:rPr>
        <w:t>.</w:t>
      </w:r>
    </w:p>
    <w:p w14:paraId="61BE1B0D" w14:textId="77777777" w:rsidR="00E435F3" w:rsidRPr="00C254C3" w:rsidRDefault="00E435F3" w:rsidP="00BA059E">
      <w:pPr>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MAB.</w:t>
      </w:r>
      <w:proofErr w:type="gramStart"/>
      <w:r w:rsidRPr="00C254C3">
        <w:rPr>
          <w:rFonts w:ascii="Times New Roman" w:hAnsi="Times New Roman" w:cs="Times New Roman"/>
          <w:color w:val="000000" w:themeColor="text1"/>
          <w:sz w:val="24"/>
          <w:szCs w:val="24"/>
        </w:rPr>
        <w:t>1.ç.</w:t>
      </w:r>
      <w:proofErr w:type="gramEnd"/>
      <w:r w:rsidRPr="00C254C3">
        <w:rPr>
          <w:rFonts w:ascii="Times New Roman" w:hAnsi="Times New Roman" w:cs="Times New Roman"/>
          <w:color w:val="000000" w:themeColor="text1"/>
          <w:sz w:val="24"/>
          <w:szCs w:val="24"/>
        </w:rPr>
        <w:t xml:space="preserve"> 1 </w:t>
      </w:r>
      <w:proofErr w:type="spellStart"/>
      <w:r w:rsidRPr="00C254C3">
        <w:rPr>
          <w:rFonts w:ascii="Times New Roman" w:hAnsi="Times New Roman" w:cs="Times New Roman"/>
          <w:color w:val="000000" w:themeColor="text1"/>
          <w:sz w:val="24"/>
          <w:szCs w:val="24"/>
        </w:rPr>
        <w:t>ile</w:t>
      </w:r>
      <w:proofErr w:type="spellEnd"/>
      <w:r w:rsidRPr="00C254C3">
        <w:rPr>
          <w:rFonts w:ascii="Times New Roman" w:hAnsi="Times New Roman" w:cs="Times New Roman"/>
          <w:color w:val="000000" w:themeColor="text1"/>
          <w:sz w:val="24"/>
          <w:szCs w:val="24"/>
        </w:rPr>
        <w:t xml:space="preserve"> 10 </w:t>
      </w:r>
      <w:proofErr w:type="spellStart"/>
      <w:r w:rsidRPr="00C254C3">
        <w:rPr>
          <w:rFonts w:ascii="Times New Roman" w:hAnsi="Times New Roman" w:cs="Times New Roman"/>
          <w:color w:val="000000" w:themeColor="text1"/>
          <w:sz w:val="24"/>
          <w:szCs w:val="24"/>
        </w:rPr>
        <w:t>arasındaki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varlık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miktarını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sayarak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belirler</w:t>
      </w:r>
      <w:proofErr w:type="spellEnd"/>
      <w:r w:rsidRPr="00C254C3">
        <w:rPr>
          <w:rFonts w:ascii="Times New Roman" w:hAnsi="Times New Roman" w:cs="Times New Roman"/>
          <w:color w:val="000000" w:themeColor="text1"/>
          <w:sz w:val="24"/>
          <w:szCs w:val="24"/>
        </w:rPr>
        <w:t>.</w:t>
      </w:r>
    </w:p>
    <w:p w14:paraId="4A9E5B26"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HAREKET VE SAĞLIK ALANI</w:t>
      </w:r>
    </w:p>
    <w:p w14:paraId="381B98EC"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HSAB1. </w:t>
      </w:r>
      <w:proofErr w:type="spellStart"/>
      <w:r w:rsidRPr="00C254C3">
        <w:rPr>
          <w:rFonts w:ascii="Times New Roman" w:hAnsi="Times New Roman" w:cs="Times New Roman"/>
          <w:b/>
          <w:color w:val="000000" w:themeColor="text1"/>
          <w:sz w:val="24"/>
          <w:szCs w:val="24"/>
        </w:rPr>
        <w:t>Aktif</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Yaşam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İçin</w:t>
      </w:r>
      <w:proofErr w:type="spellEnd"/>
      <w:r w:rsidRPr="00C254C3">
        <w:rPr>
          <w:rFonts w:ascii="Times New Roman" w:hAnsi="Times New Roman" w:cs="Times New Roman"/>
          <w:b/>
          <w:color w:val="000000" w:themeColor="text1"/>
          <w:sz w:val="24"/>
          <w:szCs w:val="24"/>
        </w:rPr>
        <w:t xml:space="preserve"> Motor </w:t>
      </w:r>
      <w:proofErr w:type="spellStart"/>
      <w:r w:rsidRPr="00C254C3">
        <w:rPr>
          <w:rFonts w:ascii="Times New Roman" w:hAnsi="Times New Roman" w:cs="Times New Roman"/>
          <w:b/>
          <w:color w:val="000000" w:themeColor="text1"/>
          <w:sz w:val="24"/>
          <w:szCs w:val="24"/>
        </w:rPr>
        <w:t>Beceriler</w:t>
      </w:r>
      <w:proofErr w:type="spellEnd"/>
    </w:p>
    <w:p w14:paraId="15C66097"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HSAB.1. </w:t>
      </w:r>
      <w:proofErr w:type="spellStart"/>
      <w:r w:rsidRPr="00C254C3">
        <w:rPr>
          <w:rFonts w:ascii="Times New Roman" w:hAnsi="Times New Roman" w:cs="Times New Roman"/>
          <w:b/>
          <w:color w:val="000000" w:themeColor="text1"/>
          <w:sz w:val="24"/>
          <w:szCs w:val="24"/>
        </w:rPr>
        <w:t>Farklı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çevre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fiziksel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etkinliklerde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temel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hareket</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becerilerini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sergileyebilme</w:t>
      </w:r>
      <w:proofErr w:type="spellEnd"/>
    </w:p>
    <w:p w14:paraId="7EA2262E"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1.a.</w:t>
      </w:r>
      <w:proofErr w:type="gramEnd"/>
      <w:r w:rsidRPr="00C254C3">
        <w:rPr>
          <w:rFonts w:ascii="Times New Roman" w:hAnsi="Times New Roman" w:cs="Times New Roman"/>
          <w:color w:val="000000" w:themeColor="text1"/>
          <w:sz w:val="24"/>
          <w:szCs w:val="24"/>
        </w:rPr>
        <w:t xml:space="preserve"> Basit </w:t>
      </w:r>
      <w:proofErr w:type="spellStart"/>
      <w:r w:rsidRPr="00C254C3">
        <w:rPr>
          <w:rFonts w:ascii="Times New Roman" w:hAnsi="Times New Roman" w:cs="Times New Roman"/>
          <w:color w:val="000000" w:themeColor="text1"/>
          <w:sz w:val="24"/>
          <w:szCs w:val="24"/>
        </w:rPr>
        <w:t>yönergeler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doğrultusunda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değiştirme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hareketleri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yapar</w:t>
      </w:r>
      <w:proofErr w:type="spellEnd"/>
      <w:r w:rsidRPr="00C254C3">
        <w:rPr>
          <w:rFonts w:ascii="Times New Roman" w:hAnsi="Times New Roman" w:cs="Times New Roman"/>
          <w:color w:val="000000" w:themeColor="text1"/>
          <w:sz w:val="24"/>
          <w:szCs w:val="24"/>
        </w:rPr>
        <w:t>.</w:t>
      </w:r>
    </w:p>
    <w:p w14:paraId="2D9FAFD8"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yönde</w:t>
      </w:r>
      <w:proofErr w:type="spellEnd"/>
      <w:r w:rsidRPr="00C254C3">
        <w:rPr>
          <w:rFonts w:ascii="Times New Roman" w:hAnsi="Times New Roman" w:cs="Times New Roman"/>
          <w:color w:val="000000" w:themeColor="text1"/>
          <w:sz w:val="24"/>
          <w:szCs w:val="24"/>
        </w:rPr>
        <w:t xml:space="preserve"> / </w:t>
      </w:r>
      <w:proofErr w:type="spellStart"/>
      <w:r w:rsidRPr="00C254C3">
        <w:rPr>
          <w:rFonts w:ascii="Times New Roman" w:hAnsi="Times New Roman" w:cs="Times New Roman"/>
          <w:color w:val="000000" w:themeColor="text1"/>
          <w:sz w:val="24"/>
          <w:szCs w:val="24"/>
        </w:rPr>
        <w:t>hızda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değiştirme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hareketleri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yapar</w:t>
      </w:r>
      <w:proofErr w:type="spellEnd"/>
      <w:r w:rsidRPr="00C254C3">
        <w:rPr>
          <w:rFonts w:ascii="Times New Roman" w:hAnsi="Times New Roman" w:cs="Times New Roman"/>
          <w:color w:val="000000" w:themeColor="text1"/>
          <w:sz w:val="24"/>
          <w:szCs w:val="24"/>
        </w:rPr>
        <w:t>.</w:t>
      </w:r>
    </w:p>
    <w:p w14:paraId="6229B221"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1.c.</w:t>
      </w:r>
      <w:proofErr w:type="gramEnd"/>
      <w:r w:rsidRPr="00C254C3">
        <w:rPr>
          <w:rFonts w:ascii="Times New Roman" w:hAnsi="Times New Roman" w:cs="Times New Roman"/>
          <w:color w:val="000000" w:themeColor="text1"/>
          <w:sz w:val="24"/>
          <w:szCs w:val="24"/>
        </w:rPr>
        <w:t xml:space="preserve"> Tek </w:t>
      </w:r>
      <w:proofErr w:type="spellStart"/>
      <w:r w:rsidRPr="00C254C3">
        <w:rPr>
          <w:rFonts w:ascii="Times New Roman" w:hAnsi="Times New Roman" w:cs="Times New Roman"/>
          <w:color w:val="000000" w:themeColor="text1"/>
          <w:sz w:val="24"/>
          <w:szCs w:val="24"/>
        </w:rPr>
        <w:t>ayak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üzerinde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ileriye</w:t>
      </w:r>
      <w:proofErr w:type="spellEnd"/>
      <w:r w:rsidRPr="00C254C3">
        <w:rPr>
          <w:rFonts w:ascii="Times New Roman" w:hAnsi="Times New Roman" w:cs="Times New Roman"/>
          <w:color w:val="000000" w:themeColor="text1"/>
          <w:sz w:val="24"/>
          <w:szCs w:val="24"/>
        </w:rPr>
        <w:t xml:space="preserve"> 3-4 </w:t>
      </w:r>
      <w:proofErr w:type="spellStart"/>
      <w:r w:rsidRPr="00C254C3">
        <w:rPr>
          <w:rFonts w:ascii="Times New Roman" w:hAnsi="Times New Roman" w:cs="Times New Roman"/>
          <w:color w:val="000000" w:themeColor="text1"/>
          <w:sz w:val="24"/>
          <w:szCs w:val="24"/>
        </w:rPr>
        <w:t>defa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sıçrar</w:t>
      </w:r>
      <w:proofErr w:type="spellEnd"/>
      <w:r w:rsidRPr="00C254C3">
        <w:rPr>
          <w:rFonts w:ascii="Times New Roman" w:hAnsi="Times New Roman" w:cs="Times New Roman"/>
          <w:color w:val="000000" w:themeColor="text1"/>
          <w:sz w:val="24"/>
          <w:szCs w:val="24"/>
        </w:rPr>
        <w:t>.</w:t>
      </w:r>
    </w:p>
    <w:p w14:paraId="74A392D2"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1.ç.</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genişlik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ve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yapıdaki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zeminler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üzerinde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yürür</w:t>
      </w:r>
      <w:proofErr w:type="spellEnd"/>
      <w:r w:rsidRPr="00C254C3">
        <w:rPr>
          <w:rFonts w:ascii="Times New Roman" w:hAnsi="Times New Roman" w:cs="Times New Roman"/>
          <w:color w:val="000000" w:themeColor="text1"/>
          <w:sz w:val="24"/>
          <w:szCs w:val="24"/>
        </w:rPr>
        <w:t>.</w:t>
      </w:r>
    </w:p>
    <w:p w14:paraId="424485A3"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1.d.</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yükseklikler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üzerinde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dengesini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koruyarak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yürür</w:t>
      </w:r>
      <w:proofErr w:type="spellEnd"/>
      <w:r w:rsidRPr="00C254C3">
        <w:rPr>
          <w:rFonts w:ascii="Times New Roman" w:hAnsi="Times New Roman" w:cs="Times New Roman"/>
          <w:color w:val="000000" w:themeColor="text1"/>
          <w:sz w:val="24"/>
          <w:szCs w:val="24"/>
        </w:rPr>
        <w:t>.</w:t>
      </w:r>
    </w:p>
    <w:p w14:paraId="59C7A816"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1.e.</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belirli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bir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hedefe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doğru</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atar</w:t>
      </w:r>
      <w:proofErr w:type="spellEnd"/>
      <w:r w:rsidRPr="00C254C3">
        <w:rPr>
          <w:rFonts w:ascii="Times New Roman" w:hAnsi="Times New Roman" w:cs="Times New Roman"/>
          <w:color w:val="000000" w:themeColor="text1"/>
          <w:sz w:val="24"/>
          <w:szCs w:val="24"/>
        </w:rPr>
        <w:t>.</w:t>
      </w:r>
    </w:p>
    <w:p w14:paraId="5B884715"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1.f.</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Atılan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yakalar</w:t>
      </w:r>
      <w:proofErr w:type="spellEnd"/>
      <w:r w:rsidRPr="00C254C3">
        <w:rPr>
          <w:rFonts w:ascii="Times New Roman" w:hAnsi="Times New Roman" w:cs="Times New Roman"/>
          <w:color w:val="000000" w:themeColor="text1"/>
          <w:sz w:val="24"/>
          <w:szCs w:val="24"/>
        </w:rPr>
        <w:t>.</w:t>
      </w:r>
    </w:p>
    <w:p w14:paraId="7BA4F7C2" w14:textId="77777777" w:rsidR="00AE7228" w:rsidRPr="00C254C3" w:rsidRDefault="00AE7228" w:rsidP="00BA059E">
      <w:pPr>
        <w:keepNext/>
        <w:spacing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HSAB.2. </w:t>
      </w:r>
      <w:proofErr w:type="spellStart"/>
      <w:r w:rsidRPr="00C254C3">
        <w:rPr>
          <w:rFonts w:ascii="Times New Roman" w:hAnsi="Times New Roman" w:cs="Times New Roman"/>
          <w:b/>
          <w:color w:val="000000" w:themeColor="text1"/>
          <w:sz w:val="24"/>
          <w:szCs w:val="24"/>
        </w:rPr>
        <w:t>Farklı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büyüklük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özellikteki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nesneleri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kullanabilme</w:t>
      </w:r>
      <w:proofErr w:type="spellEnd"/>
    </w:p>
    <w:p w14:paraId="6EB16151" w14:textId="53D818F8" w:rsidR="00AE7228"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Nesnelere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şekiller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verir</w:t>
      </w:r>
      <w:proofErr w:type="spellEnd"/>
      <w:r w:rsidRPr="00C254C3">
        <w:rPr>
          <w:rFonts w:ascii="Times New Roman" w:hAnsi="Times New Roman" w:cs="Times New Roman"/>
          <w:color w:val="000000" w:themeColor="text1"/>
          <w:sz w:val="24"/>
          <w:szCs w:val="24"/>
        </w:rPr>
        <w:t>.</w:t>
      </w:r>
    </w:p>
    <w:p w14:paraId="2FE88938" w14:textId="77777777" w:rsidR="00E74D3C" w:rsidRPr="00C254C3" w:rsidRDefault="00E74D3C"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2.b.</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Parmak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uçlarıyla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kontrolü</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sağlar</w:t>
      </w:r>
      <w:proofErr w:type="spellEnd"/>
      <w:r w:rsidRPr="00C254C3">
        <w:rPr>
          <w:rFonts w:ascii="Times New Roman" w:hAnsi="Times New Roman" w:cs="Times New Roman"/>
          <w:color w:val="000000" w:themeColor="text1"/>
          <w:sz w:val="24"/>
          <w:szCs w:val="24"/>
        </w:rPr>
        <w:t>.</w:t>
      </w:r>
    </w:p>
    <w:p w14:paraId="06E50788" w14:textId="1EE337CA" w:rsidR="00E74D3C" w:rsidRPr="00C254C3" w:rsidRDefault="00E74D3C"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2.c.</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Farklı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nesnelerle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tak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hareketleri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yapar</w:t>
      </w:r>
      <w:proofErr w:type="spellEnd"/>
      <w:r w:rsidRPr="00C254C3">
        <w:rPr>
          <w:rFonts w:ascii="Times New Roman" w:hAnsi="Times New Roman" w:cs="Times New Roman"/>
          <w:color w:val="000000" w:themeColor="text1"/>
          <w:sz w:val="24"/>
          <w:szCs w:val="24"/>
        </w:rPr>
        <w:t>.</w:t>
      </w:r>
    </w:p>
    <w:p w14:paraId="6794A2CF" w14:textId="77777777" w:rsidR="00BE4F94" w:rsidRPr="00C254C3" w:rsidRDefault="00BE4F94"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HSAB.4. Beden </w:t>
      </w:r>
      <w:proofErr w:type="spellStart"/>
      <w:r w:rsidRPr="00C254C3">
        <w:rPr>
          <w:rFonts w:ascii="Times New Roman" w:hAnsi="Times New Roman" w:cs="Times New Roman"/>
          <w:b/>
          <w:color w:val="000000" w:themeColor="text1"/>
          <w:sz w:val="24"/>
          <w:szCs w:val="24"/>
        </w:rPr>
        <w:t>farkındalığına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dayalı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doğru</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duruş</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sergileyebilme</w:t>
      </w:r>
      <w:proofErr w:type="spellEnd"/>
    </w:p>
    <w:p w14:paraId="4C36DDE7" w14:textId="77777777" w:rsidR="00BE4F94" w:rsidRPr="00C254C3" w:rsidRDefault="00BE4F94" w:rsidP="00BA059E">
      <w:pPr>
        <w:tabs>
          <w:tab w:val="num" w:pos="0"/>
        </w:tabs>
        <w:spacing w:after="60" w:line="276" w:lineRule="auto"/>
        <w:rPr>
          <w:rFonts w:ascii="Times New Roman" w:hAnsi="Times New Roman" w:cs="Times New Roman"/>
          <w:bCs/>
          <w:color w:val="000000" w:themeColor="text1"/>
          <w:sz w:val="24"/>
          <w:szCs w:val="24"/>
        </w:rPr>
      </w:pPr>
      <w:r w:rsidRPr="00C254C3">
        <w:rPr>
          <w:rFonts w:ascii="Times New Roman" w:hAnsi="Times New Roman" w:cs="Times New Roman"/>
          <w:bCs/>
          <w:color w:val="000000" w:themeColor="text1"/>
          <w:sz w:val="24"/>
          <w:szCs w:val="24"/>
        </w:rPr>
        <w:t>HSAB.</w:t>
      </w:r>
      <w:proofErr w:type="gramStart"/>
      <w:r w:rsidRPr="00C254C3">
        <w:rPr>
          <w:rFonts w:ascii="Times New Roman" w:hAnsi="Times New Roman" w:cs="Times New Roman"/>
          <w:bCs/>
          <w:color w:val="000000" w:themeColor="text1"/>
          <w:sz w:val="24"/>
          <w:szCs w:val="24"/>
        </w:rPr>
        <w:t>4.a.</w:t>
      </w:r>
      <w:proofErr w:type="gramEnd"/>
      <w:r w:rsidRPr="00C254C3">
        <w:rPr>
          <w:rFonts w:ascii="Times New Roman" w:hAnsi="Times New Roman" w:cs="Times New Roman"/>
          <w:bCs/>
          <w:color w:val="000000" w:themeColor="text1"/>
          <w:sz w:val="24"/>
          <w:szCs w:val="24"/>
        </w:rPr>
        <w:t xml:space="preserve"> Beden </w:t>
      </w:r>
      <w:proofErr w:type="spellStart"/>
      <w:r w:rsidRPr="00C254C3">
        <w:rPr>
          <w:rFonts w:ascii="Times New Roman" w:hAnsi="Times New Roman" w:cs="Times New Roman"/>
          <w:bCs/>
          <w:color w:val="000000" w:themeColor="text1"/>
          <w:sz w:val="24"/>
          <w:szCs w:val="24"/>
        </w:rPr>
        <w:t>pozisyonunu</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ayarlayarak</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doğru</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duruşu</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devam</w:t>
      </w:r>
      <w:proofErr w:type="spellEnd"/>
      <w:r w:rsidRPr="00C254C3">
        <w:rPr>
          <w:rFonts w:ascii="Times New Roman" w:hAnsi="Times New Roman" w:cs="Times New Roman"/>
          <w:bCs/>
          <w:color w:val="000000" w:themeColor="text1"/>
          <w:sz w:val="24"/>
          <w:szCs w:val="24"/>
        </w:rPr>
        <w:t xml:space="preserve"> </w:t>
      </w:r>
      <w:proofErr w:type="spellStart"/>
      <w:r w:rsidRPr="00C254C3">
        <w:rPr>
          <w:rFonts w:ascii="Times New Roman" w:hAnsi="Times New Roman" w:cs="Times New Roman"/>
          <w:bCs/>
          <w:color w:val="000000" w:themeColor="text1"/>
          <w:sz w:val="24"/>
          <w:szCs w:val="24"/>
        </w:rPr>
        <w:t>ettirir</w:t>
      </w:r>
      <w:proofErr w:type="spellEnd"/>
      <w:r w:rsidRPr="00C254C3">
        <w:rPr>
          <w:rFonts w:ascii="Times New Roman" w:hAnsi="Times New Roman" w:cs="Times New Roman"/>
          <w:bCs/>
          <w:color w:val="000000" w:themeColor="text1"/>
          <w:sz w:val="24"/>
          <w:szCs w:val="24"/>
        </w:rPr>
        <w:t>.</w:t>
      </w:r>
    </w:p>
    <w:p w14:paraId="65ABF428" w14:textId="41D6F63D" w:rsidR="00AE7228"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lastRenderedPageBreak/>
        <w:t xml:space="preserve">HSAB.5. </w:t>
      </w:r>
      <w:proofErr w:type="spellStart"/>
      <w:r w:rsidRPr="00C254C3">
        <w:rPr>
          <w:rFonts w:ascii="Times New Roman" w:hAnsi="Times New Roman" w:cs="Times New Roman"/>
          <w:b/>
          <w:color w:val="000000" w:themeColor="text1"/>
          <w:sz w:val="24"/>
          <w:szCs w:val="24"/>
        </w:rPr>
        <w:t>Kişisel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genel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alanın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farkında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olarak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hareket</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edebilme</w:t>
      </w:r>
      <w:proofErr w:type="spellEnd"/>
    </w:p>
    <w:p w14:paraId="10C298FF"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5.a.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Kişisel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alanı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içinde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hareket</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eder</w:t>
      </w:r>
      <w:proofErr w:type="spellEnd"/>
      <w:r w:rsidRPr="00C254C3">
        <w:rPr>
          <w:rFonts w:ascii="Times New Roman" w:hAnsi="Times New Roman" w:cs="Times New Roman"/>
          <w:color w:val="000000" w:themeColor="text1"/>
          <w:sz w:val="24"/>
          <w:szCs w:val="24"/>
        </w:rPr>
        <w:t>.</w:t>
      </w:r>
    </w:p>
    <w:p w14:paraId="147428C9" w14:textId="71A26739"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5.b.</w:t>
      </w:r>
      <w:proofErr w:type="gramEnd"/>
      <w:r w:rsidRPr="00C254C3">
        <w:rPr>
          <w:rFonts w:ascii="Times New Roman" w:hAnsi="Times New Roman" w:cs="Times New Roman"/>
          <w:color w:val="000000" w:themeColor="text1"/>
          <w:sz w:val="24"/>
          <w:szCs w:val="24"/>
        </w:rPr>
        <w:t xml:space="preserve"> Genel </w:t>
      </w:r>
      <w:proofErr w:type="spellStart"/>
      <w:r w:rsidRPr="00C254C3">
        <w:rPr>
          <w:rFonts w:ascii="Times New Roman" w:hAnsi="Times New Roman" w:cs="Times New Roman"/>
          <w:color w:val="000000" w:themeColor="text1"/>
          <w:sz w:val="24"/>
          <w:szCs w:val="24"/>
        </w:rPr>
        <w:t>alan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içerisinde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kişisel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alanını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korur</w:t>
      </w:r>
      <w:proofErr w:type="spellEnd"/>
      <w:r w:rsidRPr="00C254C3">
        <w:rPr>
          <w:rFonts w:ascii="Times New Roman" w:hAnsi="Times New Roman" w:cs="Times New Roman"/>
          <w:color w:val="000000" w:themeColor="text1"/>
          <w:sz w:val="24"/>
          <w:szCs w:val="24"/>
        </w:rPr>
        <w:t>.</w:t>
      </w:r>
    </w:p>
    <w:p w14:paraId="192A0A18" w14:textId="77777777" w:rsidR="004F6E50" w:rsidRPr="00C254C3" w:rsidRDefault="004F6E50"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HSAB2. </w:t>
      </w:r>
      <w:proofErr w:type="spellStart"/>
      <w:r w:rsidRPr="00C254C3">
        <w:rPr>
          <w:rFonts w:ascii="Times New Roman" w:hAnsi="Times New Roman" w:cs="Times New Roman"/>
          <w:b/>
          <w:color w:val="000000" w:themeColor="text1"/>
          <w:sz w:val="24"/>
          <w:szCs w:val="24"/>
        </w:rPr>
        <w:t>Sağlıklı</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Yaşam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Öz</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Bakım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Becerileri</w:t>
      </w:r>
      <w:proofErr w:type="spellEnd"/>
    </w:p>
    <w:p w14:paraId="7CD20412" w14:textId="77777777" w:rsidR="004F6E50" w:rsidRPr="00C254C3" w:rsidRDefault="004F6E50" w:rsidP="00BA059E">
      <w:pPr>
        <w:keepNext/>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HSAB.8. Temel </w:t>
      </w:r>
      <w:proofErr w:type="spellStart"/>
      <w:r w:rsidRPr="00C254C3">
        <w:rPr>
          <w:rFonts w:ascii="Times New Roman" w:hAnsi="Times New Roman" w:cs="Times New Roman"/>
          <w:b/>
          <w:color w:val="000000" w:themeColor="text1"/>
          <w:sz w:val="24"/>
          <w:szCs w:val="24"/>
        </w:rPr>
        <w:t>kişisel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hijyen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ve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bulunduğu</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ortamın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düzeninin</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farkında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olabilme</w:t>
      </w:r>
      <w:proofErr w:type="spellEnd"/>
    </w:p>
    <w:p w14:paraId="1FF32013" w14:textId="5356862C" w:rsidR="004F6E50" w:rsidRPr="00C254C3" w:rsidRDefault="004F6E50" w:rsidP="00BA059E">
      <w:pPr>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8.a.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Kişisel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temizliğini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yapar</w:t>
      </w:r>
      <w:proofErr w:type="spellEnd"/>
      <w:r w:rsidRPr="00C254C3">
        <w:rPr>
          <w:rFonts w:ascii="Times New Roman" w:hAnsi="Times New Roman" w:cs="Times New Roman"/>
          <w:color w:val="000000" w:themeColor="text1"/>
          <w:sz w:val="24"/>
          <w:szCs w:val="24"/>
        </w:rPr>
        <w:t>.</w:t>
      </w:r>
    </w:p>
    <w:p w14:paraId="1FF93B24" w14:textId="77777777" w:rsidR="00A56F29" w:rsidRPr="00C254C3" w:rsidRDefault="00A56F29" w:rsidP="00BA059E">
      <w:pPr>
        <w:keepNext/>
        <w:spacing w:line="276" w:lineRule="auto"/>
        <w:rPr>
          <w:rFonts w:ascii="Times New Roman" w:hAnsi="Times New Roman" w:cs="Times New Roman"/>
          <w:color w:val="000000" w:themeColor="text1"/>
          <w:sz w:val="24"/>
          <w:szCs w:val="24"/>
        </w:rPr>
      </w:pPr>
      <w:r w:rsidRPr="00C254C3">
        <w:rPr>
          <w:rFonts w:ascii="Times New Roman" w:hAnsi="Times New Roman" w:cs="Times New Roman"/>
          <w:b/>
          <w:bCs/>
          <w:color w:val="000000" w:themeColor="text1"/>
          <w:sz w:val="24"/>
          <w:szCs w:val="24"/>
        </w:rPr>
        <w:t xml:space="preserve">HSAB3. </w:t>
      </w:r>
      <w:proofErr w:type="spellStart"/>
      <w:r w:rsidRPr="00C254C3">
        <w:rPr>
          <w:rFonts w:ascii="Times New Roman" w:hAnsi="Times New Roman" w:cs="Times New Roman"/>
          <w:b/>
          <w:bCs/>
          <w:color w:val="000000" w:themeColor="text1"/>
          <w:sz w:val="24"/>
          <w:szCs w:val="24"/>
        </w:rPr>
        <w:t>Güvenlik</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Becerileri</w:t>
      </w:r>
      <w:proofErr w:type="spellEnd"/>
    </w:p>
    <w:p w14:paraId="375EAA19" w14:textId="77777777" w:rsidR="00A56F29" w:rsidRPr="00C254C3" w:rsidRDefault="00A56F29" w:rsidP="00BA059E">
      <w:pPr>
        <w:keepNext/>
        <w:spacing w:line="276" w:lineRule="auto"/>
        <w:rPr>
          <w:rFonts w:ascii="Times New Roman" w:hAnsi="Times New Roman" w:cs="Times New Roman"/>
          <w:color w:val="000000" w:themeColor="text1"/>
          <w:sz w:val="24"/>
          <w:szCs w:val="24"/>
        </w:rPr>
      </w:pPr>
      <w:r w:rsidRPr="00C254C3">
        <w:rPr>
          <w:rFonts w:ascii="Times New Roman" w:hAnsi="Times New Roman" w:cs="Times New Roman"/>
          <w:b/>
          <w:bCs/>
          <w:color w:val="000000" w:themeColor="text1"/>
          <w:sz w:val="24"/>
          <w:szCs w:val="24"/>
        </w:rPr>
        <w:t xml:space="preserve">HSAB.9. Kaza, </w:t>
      </w:r>
      <w:proofErr w:type="spellStart"/>
      <w:r w:rsidRPr="00C254C3">
        <w:rPr>
          <w:rFonts w:ascii="Times New Roman" w:hAnsi="Times New Roman" w:cs="Times New Roman"/>
          <w:b/>
          <w:bCs/>
          <w:color w:val="000000" w:themeColor="text1"/>
          <w:sz w:val="24"/>
          <w:szCs w:val="24"/>
        </w:rPr>
        <w:t>afet</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ve</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tehlikeli</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durumlarda</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güvenli</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davranışları</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sergileyebilme</w:t>
      </w:r>
      <w:proofErr w:type="spellEnd"/>
    </w:p>
    <w:p w14:paraId="45B048A3" w14:textId="77777777" w:rsidR="00A56F29" w:rsidRPr="00C254C3" w:rsidRDefault="00A56F29"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HSAB.</w:t>
      </w:r>
      <w:proofErr w:type="gramStart"/>
      <w:r w:rsidRPr="00C254C3">
        <w:rPr>
          <w:rFonts w:ascii="Times New Roman" w:hAnsi="Times New Roman" w:cs="Times New Roman"/>
          <w:color w:val="000000" w:themeColor="text1"/>
          <w:sz w:val="24"/>
          <w:szCs w:val="24"/>
        </w:rPr>
        <w:t>9.a.</w:t>
      </w:r>
      <w:proofErr w:type="gramEnd"/>
      <w:r w:rsidRPr="00C254C3">
        <w:rPr>
          <w:rFonts w:ascii="Times New Roman" w:hAnsi="Times New Roman" w:cs="Times New Roman"/>
          <w:color w:val="000000" w:themeColor="text1"/>
          <w:sz w:val="24"/>
          <w:szCs w:val="24"/>
        </w:rPr>
        <w:t xml:space="preserve"> Acil </w:t>
      </w:r>
      <w:proofErr w:type="spellStart"/>
      <w:r w:rsidRPr="00C254C3">
        <w:rPr>
          <w:rFonts w:ascii="Times New Roman" w:hAnsi="Times New Roman" w:cs="Times New Roman"/>
          <w:color w:val="000000" w:themeColor="text1"/>
          <w:sz w:val="24"/>
          <w:szCs w:val="24"/>
        </w:rPr>
        <w:t>durumlarda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yardım</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istenebilecek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meslek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gruplarını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söyler</w:t>
      </w:r>
      <w:proofErr w:type="spellEnd"/>
      <w:r w:rsidRPr="00C254C3">
        <w:rPr>
          <w:rFonts w:ascii="Times New Roman" w:hAnsi="Times New Roman" w:cs="Times New Roman"/>
          <w:color w:val="000000" w:themeColor="text1"/>
          <w:sz w:val="24"/>
          <w:szCs w:val="24"/>
        </w:rPr>
        <w:t>.</w:t>
      </w:r>
    </w:p>
    <w:p w14:paraId="474D58B2"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SANAT ALANI</w:t>
      </w:r>
    </w:p>
    <w:p w14:paraId="7D508EE9"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SNAB4. </w:t>
      </w:r>
      <w:proofErr w:type="spellStart"/>
      <w:r w:rsidRPr="00C254C3">
        <w:rPr>
          <w:rFonts w:ascii="Times New Roman" w:hAnsi="Times New Roman" w:cs="Times New Roman"/>
          <w:b/>
          <w:color w:val="000000" w:themeColor="text1"/>
          <w:sz w:val="24"/>
          <w:szCs w:val="24"/>
        </w:rPr>
        <w:t>Sanatsal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Uygulama</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Yapma</w:t>
      </w:r>
      <w:proofErr w:type="spellEnd"/>
    </w:p>
    <w:p w14:paraId="16877037"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SNAB.4. Sanat </w:t>
      </w:r>
      <w:proofErr w:type="spellStart"/>
      <w:r w:rsidRPr="00C254C3">
        <w:rPr>
          <w:rFonts w:ascii="Times New Roman" w:hAnsi="Times New Roman" w:cs="Times New Roman"/>
          <w:b/>
          <w:color w:val="000000" w:themeColor="text1"/>
          <w:sz w:val="24"/>
          <w:szCs w:val="24"/>
        </w:rPr>
        <w:t>etkinliği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uygulayabilme</w:t>
      </w:r>
      <w:proofErr w:type="spellEnd"/>
    </w:p>
    <w:p w14:paraId="64E8B34A"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SNAB.</w:t>
      </w:r>
      <w:proofErr w:type="gramStart"/>
      <w:r w:rsidRPr="00C254C3">
        <w:rPr>
          <w:rFonts w:ascii="Times New Roman" w:hAnsi="Times New Roman" w:cs="Times New Roman"/>
          <w:color w:val="000000" w:themeColor="text1"/>
          <w:sz w:val="24"/>
          <w:szCs w:val="24"/>
        </w:rPr>
        <w:t>4.a.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Yapmak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istediği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sanat</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etkinliğinin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türüne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karar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verir</w:t>
      </w:r>
      <w:proofErr w:type="spellEnd"/>
      <w:r w:rsidRPr="00C254C3">
        <w:rPr>
          <w:rFonts w:ascii="Times New Roman" w:hAnsi="Times New Roman" w:cs="Times New Roman"/>
          <w:color w:val="000000" w:themeColor="text1"/>
          <w:sz w:val="24"/>
          <w:szCs w:val="24"/>
        </w:rPr>
        <w:t>.</w:t>
      </w:r>
    </w:p>
    <w:p w14:paraId="4E32F865"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SNAB.</w:t>
      </w:r>
      <w:proofErr w:type="gramStart"/>
      <w:r w:rsidRPr="00C254C3">
        <w:rPr>
          <w:rFonts w:ascii="Times New Roman" w:hAnsi="Times New Roman" w:cs="Times New Roman"/>
          <w:color w:val="000000" w:themeColor="text1"/>
          <w:sz w:val="24"/>
          <w:szCs w:val="24"/>
        </w:rPr>
        <w:t>4.b.</w:t>
      </w:r>
      <w:proofErr w:type="gramEnd"/>
      <w:r w:rsidRPr="00C254C3">
        <w:rPr>
          <w:rFonts w:ascii="Times New Roman" w:hAnsi="Times New Roman" w:cs="Times New Roman"/>
          <w:color w:val="000000" w:themeColor="text1"/>
          <w:sz w:val="24"/>
          <w:szCs w:val="24"/>
        </w:rPr>
        <w:t xml:space="preserve"> Sanat </w:t>
      </w:r>
      <w:proofErr w:type="spellStart"/>
      <w:r w:rsidRPr="00C254C3">
        <w:rPr>
          <w:rFonts w:ascii="Times New Roman" w:hAnsi="Times New Roman" w:cs="Times New Roman"/>
          <w:color w:val="000000" w:themeColor="text1"/>
          <w:sz w:val="24"/>
          <w:szCs w:val="24"/>
        </w:rPr>
        <w:t>etkinliği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için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gerekli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materyalleri</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seçer</w:t>
      </w:r>
      <w:proofErr w:type="spellEnd"/>
      <w:r w:rsidRPr="00C254C3">
        <w:rPr>
          <w:rFonts w:ascii="Times New Roman" w:hAnsi="Times New Roman" w:cs="Times New Roman"/>
          <w:color w:val="000000" w:themeColor="text1"/>
          <w:sz w:val="24"/>
          <w:szCs w:val="24"/>
        </w:rPr>
        <w:t>.</w:t>
      </w:r>
    </w:p>
    <w:p w14:paraId="147024B8" w14:textId="6989272F"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SNAB.</w:t>
      </w:r>
      <w:proofErr w:type="gramStart"/>
      <w:r w:rsidRPr="00C254C3">
        <w:rPr>
          <w:rFonts w:ascii="Times New Roman" w:hAnsi="Times New Roman" w:cs="Times New Roman"/>
          <w:color w:val="000000" w:themeColor="text1"/>
          <w:sz w:val="24"/>
          <w:szCs w:val="24"/>
        </w:rPr>
        <w:t>4.c.</w:t>
      </w:r>
      <w:proofErr w:type="gramEnd"/>
      <w:r w:rsidRPr="00C254C3">
        <w:rPr>
          <w:rFonts w:ascii="Times New Roman" w:hAnsi="Times New Roman" w:cs="Times New Roman"/>
          <w:color w:val="000000" w:themeColor="text1"/>
          <w:sz w:val="24"/>
          <w:szCs w:val="24"/>
        </w:rPr>
        <w:t xml:space="preserve"> Sanat </w:t>
      </w:r>
      <w:proofErr w:type="spellStart"/>
      <w:r w:rsidRPr="00C254C3">
        <w:rPr>
          <w:rFonts w:ascii="Times New Roman" w:hAnsi="Times New Roman" w:cs="Times New Roman"/>
          <w:color w:val="000000" w:themeColor="text1"/>
          <w:sz w:val="24"/>
          <w:szCs w:val="24"/>
        </w:rPr>
        <w:t>etkinliklerine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aktif</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olarak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katılır</w:t>
      </w:r>
      <w:proofErr w:type="spellEnd"/>
      <w:r w:rsidRPr="00C254C3">
        <w:rPr>
          <w:rFonts w:ascii="Times New Roman" w:hAnsi="Times New Roman" w:cs="Times New Roman"/>
          <w:color w:val="000000" w:themeColor="text1"/>
          <w:sz w:val="24"/>
          <w:szCs w:val="24"/>
        </w:rPr>
        <w:t>.</w:t>
      </w:r>
    </w:p>
    <w:p w14:paraId="20068FCA" w14:textId="77777777" w:rsidR="00AE7228" w:rsidRPr="00C254C3" w:rsidRDefault="00AE7228" w:rsidP="00BA059E">
      <w:pPr>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SNAB.</w:t>
      </w:r>
      <w:proofErr w:type="gramStart"/>
      <w:r w:rsidRPr="00C254C3">
        <w:rPr>
          <w:rFonts w:ascii="Times New Roman" w:hAnsi="Times New Roman" w:cs="Times New Roman"/>
          <w:color w:val="000000" w:themeColor="text1"/>
          <w:sz w:val="24"/>
          <w:szCs w:val="24"/>
        </w:rPr>
        <w:t>4.ç.</w:t>
      </w:r>
      <w:proofErr w:type="gramEnd"/>
      <w:r w:rsidRPr="00C254C3">
        <w:rPr>
          <w:rFonts w:ascii="Times New Roman" w:hAnsi="Times New Roman" w:cs="Times New Roman"/>
          <w:color w:val="000000" w:themeColor="text1"/>
          <w:sz w:val="24"/>
          <w:szCs w:val="24"/>
        </w:rPr>
        <w:t xml:space="preserve"> Sanat </w:t>
      </w:r>
      <w:proofErr w:type="spellStart"/>
      <w:r w:rsidRPr="00C254C3">
        <w:rPr>
          <w:rFonts w:ascii="Times New Roman" w:hAnsi="Times New Roman" w:cs="Times New Roman"/>
          <w:color w:val="000000" w:themeColor="text1"/>
          <w:sz w:val="24"/>
          <w:szCs w:val="24"/>
        </w:rPr>
        <w:t>etkinliklerinde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özgün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ürünler</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oluşturur</w:t>
      </w:r>
      <w:proofErr w:type="spellEnd"/>
      <w:r w:rsidRPr="00C254C3">
        <w:rPr>
          <w:rFonts w:ascii="Times New Roman" w:hAnsi="Times New Roman" w:cs="Times New Roman"/>
          <w:color w:val="000000" w:themeColor="text1"/>
          <w:sz w:val="24"/>
          <w:szCs w:val="24"/>
        </w:rPr>
        <w:t>.</w:t>
      </w:r>
    </w:p>
    <w:p w14:paraId="2D3D5B25"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MÜZİK ALANI</w:t>
      </w:r>
    </w:p>
    <w:p w14:paraId="25DE6C0A"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MSB2. </w:t>
      </w:r>
      <w:proofErr w:type="spellStart"/>
      <w:r w:rsidRPr="00C254C3">
        <w:rPr>
          <w:rFonts w:ascii="Times New Roman" w:hAnsi="Times New Roman" w:cs="Times New Roman"/>
          <w:b/>
          <w:color w:val="000000" w:themeColor="text1"/>
          <w:sz w:val="24"/>
          <w:szCs w:val="24"/>
        </w:rPr>
        <w:t>Müziksel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Söyleme</w:t>
      </w:r>
      <w:proofErr w:type="spellEnd"/>
    </w:p>
    <w:p w14:paraId="60E38E0D"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MSB.2. </w:t>
      </w:r>
      <w:proofErr w:type="spellStart"/>
      <w:r w:rsidRPr="00C254C3">
        <w:rPr>
          <w:rFonts w:ascii="Times New Roman" w:hAnsi="Times New Roman" w:cs="Times New Roman"/>
          <w:b/>
          <w:color w:val="000000" w:themeColor="text1"/>
          <w:sz w:val="24"/>
          <w:szCs w:val="24"/>
        </w:rPr>
        <w:t>Söyleme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becerilerini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sınıf</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içinde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sergileyebilme</w:t>
      </w:r>
      <w:proofErr w:type="spellEnd"/>
    </w:p>
    <w:p w14:paraId="14CD816F"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MSB.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Şarkıyı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grupla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ya</w:t>
      </w:r>
      <w:proofErr w:type="spellEnd"/>
      <w:r w:rsidRPr="00C254C3">
        <w:rPr>
          <w:rFonts w:ascii="Times New Roman" w:hAnsi="Times New Roman" w:cs="Times New Roman"/>
          <w:color w:val="000000" w:themeColor="text1"/>
          <w:sz w:val="24"/>
          <w:szCs w:val="24"/>
        </w:rPr>
        <w:t xml:space="preserve"> da </w:t>
      </w:r>
      <w:proofErr w:type="spellStart"/>
      <w:r w:rsidRPr="00C254C3">
        <w:rPr>
          <w:rFonts w:ascii="Times New Roman" w:hAnsi="Times New Roman" w:cs="Times New Roman"/>
          <w:color w:val="000000" w:themeColor="text1"/>
          <w:sz w:val="24"/>
          <w:szCs w:val="24"/>
        </w:rPr>
        <w:t>tek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başına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söyler</w:t>
      </w:r>
      <w:proofErr w:type="spellEnd"/>
      <w:r w:rsidRPr="00C254C3">
        <w:rPr>
          <w:rFonts w:ascii="Times New Roman" w:hAnsi="Times New Roman" w:cs="Times New Roman"/>
          <w:color w:val="000000" w:themeColor="text1"/>
          <w:sz w:val="24"/>
          <w:szCs w:val="24"/>
        </w:rPr>
        <w:t>.</w:t>
      </w:r>
    </w:p>
    <w:p w14:paraId="2AEB4AB4"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MHB4. </w:t>
      </w:r>
      <w:proofErr w:type="spellStart"/>
      <w:r w:rsidRPr="00C254C3">
        <w:rPr>
          <w:rFonts w:ascii="Times New Roman" w:hAnsi="Times New Roman" w:cs="Times New Roman"/>
          <w:b/>
          <w:color w:val="000000" w:themeColor="text1"/>
          <w:sz w:val="24"/>
          <w:szCs w:val="24"/>
        </w:rPr>
        <w:t>Müziksel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Hareket</w:t>
      </w:r>
      <w:proofErr w:type="spellEnd"/>
    </w:p>
    <w:p w14:paraId="1F9DAAE4"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MHB.2. </w:t>
      </w:r>
      <w:proofErr w:type="spellStart"/>
      <w:r w:rsidRPr="00C254C3">
        <w:rPr>
          <w:rFonts w:ascii="Times New Roman" w:hAnsi="Times New Roman" w:cs="Times New Roman"/>
          <w:b/>
          <w:color w:val="000000" w:themeColor="text1"/>
          <w:sz w:val="24"/>
          <w:szCs w:val="24"/>
        </w:rPr>
        <w:t>Müzik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eserleriyle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hareket</w:t>
      </w:r>
      <w:proofErr w:type="spellEnd"/>
      <w:r w:rsidRPr="00C254C3">
        <w:rPr>
          <w:rFonts w:ascii="Times New Roman" w:hAnsi="Times New Roman" w:cs="Times New Roman"/>
          <w:b/>
          <w:color w:val="000000" w:themeColor="text1"/>
          <w:sz w:val="24"/>
          <w:szCs w:val="24"/>
        </w:rPr>
        <w:t xml:space="preserve"> / dans </w:t>
      </w:r>
      <w:proofErr w:type="spellStart"/>
      <w:r w:rsidRPr="00C254C3">
        <w:rPr>
          <w:rFonts w:ascii="Times New Roman" w:hAnsi="Times New Roman" w:cs="Times New Roman"/>
          <w:b/>
          <w:color w:val="000000" w:themeColor="text1"/>
          <w:sz w:val="24"/>
          <w:szCs w:val="24"/>
        </w:rPr>
        <w:t>edebilme</w:t>
      </w:r>
      <w:proofErr w:type="spellEnd"/>
    </w:p>
    <w:p w14:paraId="7EB1BBF3"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MHB.</w:t>
      </w:r>
      <w:proofErr w:type="gramStart"/>
      <w:r w:rsidRPr="00C254C3">
        <w:rPr>
          <w:rFonts w:ascii="Times New Roman" w:hAnsi="Times New Roman" w:cs="Times New Roman"/>
          <w:color w:val="000000" w:themeColor="text1"/>
          <w:sz w:val="24"/>
          <w:szCs w:val="24"/>
        </w:rPr>
        <w:t>2.a.</w:t>
      </w:r>
      <w:proofErr w:type="gram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Müzik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eşliğinde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grupla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birlikte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hareket</w:t>
      </w:r>
      <w:proofErr w:type="spellEnd"/>
      <w:r w:rsidRPr="00C254C3">
        <w:rPr>
          <w:rFonts w:ascii="Times New Roman" w:hAnsi="Times New Roman" w:cs="Times New Roman"/>
          <w:color w:val="000000" w:themeColor="text1"/>
          <w:sz w:val="24"/>
          <w:szCs w:val="24"/>
        </w:rPr>
        <w:t xml:space="preserve"> / dans </w:t>
      </w:r>
      <w:proofErr w:type="spellStart"/>
      <w:r w:rsidRPr="00C254C3">
        <w:rPr>
          <w:rFonts w:ascii="Times New Roman" w:hAnsi="Times New Roman" w:cs="Times New Roman"/>
          <w:color w:val="000000" w:themeColor="text1"/>
          <w:sz w:val="24"/>
          <w:szCs w:val="24"/>
        </w:rPr>
        <w:t>eder</w:t>
      </w:r>
      <w:proofErr w:type="spellEnd"/>
      <w:r w:rsidRPr="00C254C3">
        <w:rPr>
          <w:rFonts w:ascii="Times New Roman" w:hAnsi="Times New Roman" w:cs="Times New Roman"/>
          <w:color w:val="000000" w:themeColor="text1"/>
          <w:sz w:val="24"/>
          <w:szCs w:val="24"/>
        </w:rPr>
        <w:t>.</w:t>
      </w:r>
    </w:p>
    <w:p w14:paraId="7D9CBD21" w14:textId="77777777" w:rsidR="00896383" w:rsidRPr="00C254C3" w:rsidRDefault="00684131" w:rsidP="00BA059E">
      <w:pPr>
        <w:pStyle w:val="Balk1"/>
        <w:spacing w:line="276" w:lineRule="auto"/>
        <w:rPr>
          <w:rFonts w:ascii="Times New Roman" w:hAnsi="Times New Roman" w:cs="Times New Roman"/>
          <w:color w:val="000000" w:themeColor="text1"/>
          <w:szCs w:val="24"/>
        </w:rPr>
      </w:pPr>
      <w:r w:rsidRPr="00C254C3">
        <w:rPr>
          <w:rFonts w:ascii="Times New Roman" w:hAnsi="Times New Roman" w:cs="Times New Roman"/>
          <w:color w:val="000000" w:themeColor="text1"/>
          <w:szCs w:val="24"/>
        </w:rPr>
        <w:t>EĞİLİMLER</w:t>
      </w:r>
    </w:p>
    <w:p w14:paraId="411C6108"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E1. </w:t>
      </w:r>
      <w:proofErr w:type="spellStart"/>
      <w:r w:rsidRPr="00C254C3">
        <w:rPr>
          <w:rFonts w:ascii="Times New Roman" w:hAnsi="Times New Roman" w:cs="Times New Roman"/>
          <w:b/>
          <w:color w:val="000000" w:themeColor="text1"/>
          <w:sz w:val="24"/>
          <w:szCs w:val="24"/>
        </w:rPr>
        <w:t>Benlik</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Eğilimleri</w:t>
      </w:r>
      <w:proofErr w:type="spellEnd"/>
    </w:p>
    <w:p w14:paraId="7F575FB3" w14:textId="0488BFAD" w:rsidR="00E74D3C" w:rsidRPr="00C254C3" w:rsidRDefault="00E74D3C"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E1.1 Merak</w:t>
      </w:r>
    </w:p>
    <w:p w14:paraId="3709326E" w14:textId="77777777" w:rsidR="00E74D3C" w:rsidRPr="00C254C3" w:rsidRDefault="00E74D3C"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E1.2. </w:t>
      </w:r>
      <w:proofErr w:type="spellStart"/>
      <w:r w:rsidRPr="00C254C3">
        <w:rPr>
          <w:rFonts w:ascii="Times New Roman" w:hAnsi="Times New Roman" w:cs="Times New Roman"/>
          <w:color w:val="000000" w:themeColor="text1"/>
          <w:sz w:val="24"/>
          <w:szCs w:val="24"/>
        </w:rPr>
        <w:t>Bağımsızlık</w:t>
      </w:r>
      <w:proofErr w:type="spellEnd"/>
    </w:p>
    <w:p w14:paraId="76E089B0" w14:textId="77777777" w:rsidR="00E74D3C" w:rsidRPr="00C254C3" w:rsidRDefault="00E74D3C"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E1.3. Azim </w:t>
      </w:r>
      <w:proofErr w:type="spellStart"/>
      <w:r w:rsidRPr="00C254C3">
        <w:rPr>
          <w:rFonts w:ascii="Times New Roman" w:hAnsi="Times New Roman" w:cs="Times New Roman"/>
          <w:color w:val="000000" w:themeColor="text1"/>
          <w:sz w:val="24"/>
          <w:szCs w:val="24"/>
        </w:rPr>
        <w:t>ve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Kararlılık</w:t>
      </w:r>
      <w:proofErr w:type="spellEnd"/>
    </w:p>
    <w:p w14:paraId="78C3531C"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E1.5 </w:t>
      </w:r>
      <w:proofErr w:type="spellStart"/>
      <w:r w:rsidRPr="00C254C3">
        <w:rPr>
          <w:rFonts w:ascii="Times New Roman" w:hAnsi="Times New Roman" w:cs="Times New Roman"/>
          <w:color w:val="000000" w:themeColor="text1"/>
          <w:sz w:val="24"/>
          <w:szCs w:val="24"/>
        </w:rPr>
        <w:t>Kendine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Güvenme</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Öz</w:t>
      </w:r>
      <w:proofErr w:type="spellEnd"/>
      <w:r w:rsidRPr="00C254C3">
        <w:rPr>
          <w:rFonts w:ascii="Times New Roman" w:hAnsi="Times New Roman" w:cs="Times New Roman"/>
          <w:color w:val="000000" w:themeColor="text1"/>
          <w:sz w:val="24"/>
          <w:szCs w:val="24"/>
        </w:rPr>
        <w:t xml:space="preserve"> Güven)</w:t>
      </w:r>
    </w:p>
    <w:p w14:paraId="6D7E2B3E"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E2. </w:t>
      </w:r>
      <w:proofErr w:type="spellStart"/>
      <w:r w:rsidRPr="00C254C3">
        <w:rPr>
          <w:rFonts w:ascii="Times New Roman" w:hAnsi="Times New Roman" w:cs="Times New Roman"/>
          <w:b/>
          <w:color w:val="000000" w:themeColor="text1"/>
          <w:sz w:val="24"/>
          <w:szCs w:val="24"/>
        </w:rPr>
        <w:t>Sosyal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Eğilimler</w:t>
      </w:r>
      <w:proofErr w:type="spellEnd"/>
    </w:p>
    <w:p w14:paraId="1C4DEDA0" w14:textId="6A0E1C39"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E2.1. </w:t>
      </w:r>
      <w:proofErr w:type="spellStart"/>
      <w:r w:rsidRPr="00C254C3">
        <w:rPr>
          <w:rFonts w:ascii="Times New Roman" w:hAnsi="Times New Roman" w:cs="Times New Roman"/>
          <w:color w:val="000000" w:themeColor="text1"/>
          <w:sz w:val="24"/>
          <w:szCs w:val="24"/>
        </w:rPr>
        <w:t>Empati</w:t>
      </w:r>
      <w:proofErr w:type="spellEnd"/>
    </w:p>
    <w:p w14:paraId="35509C12"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E2.2. </w:t>
      </w:r>
      <w:proofErr w:type="spellStart"/>
      <w:r w:rsidRPr="00C254C3">
        <w:rPr>
          <w:rFonts w:ascii="Times New Roman" w:hAnsi="Times New Roman" w:cs="Times New Roman"/>
          <w:color w:val="000000" w:themeColor="text1"/>
          <w:sz w:val="24"/>
          <w:szCs w:val="24"/>
        </w:rPr>
        <w:t>Sorumluluk</w:t>
      </w:r>
      <w:proofErr w:type="spellEnd"/>
    </w:p>
    <w:p w14:paraId="74A1CF97"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E2.4 Güven</w:t>
      </w:r>
    </w:p>
    <w:p w14:paraId="7EA5C418" w14:textId="5455911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E2.5 </w:t>
      </w:r>
      <w:proofErr w:type="spellStart"/>
      <w:r w:rsidRPr="00C254C3">
        <w:rPr>
          <w:rFonts w:ascii="Times New Roman" w:hAnsi="Times New Roman" w:cs="Times New Roman"/>
          <w:color w:val="000000" w:themeColor="text1"/>
          <w:sz w:val="24"/>
          <w:szCs w:val="24"/>
        </w:rPr>
        <w:t>Oyunseverlik</w:t>
      </w:r>
      <w:proofErr w:type="spellEnd"/>
    </w:p>
    <w:p w14:paraId="6C10F584" w14:textId="77777777" w:rsidR="00AE7228" w:rsidRPr="00C254C3" w:rsidRDefault="00AE7228"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E3. </w:t>
      </w:r>
      <w:proofErr w:type="spellStart"/>
      <w:r w:rsidRPr="00C254C3">
        <w:rPr>
          <w:rFonts w:ascii="Times New Roman" w:hAnsi="Times New Roman" w:cs="Times New Roman"/>
          <w:b/>
          <w:color w:val="000000" w:themeColor="text1"/>
          <w:sz w:val="24"/>
          <w:szCs w:val="24"/>
        </w:rPr>
        <w:t>Entelektüel</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Eğilimler</w:t>
      </w:r>
      <w:proofErr w:type="spellEnd"/>
    </w:p>
    <w:p w14:paraId="61A7C34F"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E3.2. </w:t>
      </w:r>
      <w:proofErr w:type="spellStart"/>
      <w:r w:rsidRPr="00C254C3">
        <w:rPr>
          <w:rFonts w:ascii="Times New Roman" w:hAnsi="Times New Roman" w:cs="Times New Roman"/>
          <w:color w:val="000000" w:themeColor="text1"/>
          <w:sz w:val="24"/>
          <w:szCs w:val="24"/>
        </w:rPr>
        <w:t>Odaklanma</w:t>
      </w:r>
      <w:proofErr w:type="spellEnd"/>
    </w:p>
    <w:p w14:paraId="7BFC9F5D"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E3.3. </w:t>
      </w:r>
      <w:proofErr w:type="spellStart"/>
      <w:r w:rsidRPr="00C254C3">
        <w:rPr>
          <w:rFonts w:ascii="Times New Roman" w:hAnsi="Times New Roman" w:cs="Times New Roman"/>
          <w:color w:val="000000" w:themeColor="text1"/>
          <w:sz w:val="24"/>
          <w:szCs w:val="24"/>
        </w:rPr>
        <w:t>Yaratıcılık</w:t>
      </w:r>
      <w:proofErr w:type="spellEnd"/>
    </w:p>
    <w:p w14:paraId="241862D0" w14:textId="77777777" w:rsidR="00896383" w:rsidRPr="00C254C3" w:rsidRDefault="00684131" w:rsidP="00BA059E">
      <w:pPr>
        <w:pStyle w:val="Balk1"/>
        <w:spacing w:line="276" w:lineRule="auto"/>
        <w:rPr>
          <w:rFonts w:ascii="Times New Roman" w:hAnsi="Times New Roman" w:cs="Times New Roman"/>
          <w:color w:val="000000" w:themeColor="text1"/>
          <w:szCs w:val="24"/>
        </w:rPr>
      </w:pPr>
      <w:r w:rsidRPr="00C254C3">
        <w:rPr>
          <w:rFonts w:ascii="Times New Roman" w:hAnsi="Times New Roman" w:cs="Times New Roman"/>
          <w:color w:val="000000" w:themeColor="text1"/>
          <w:szCs w:val="24"/>
        </w:rPr>
        <w:t>PROGRAMLAR ARASI BİLEŞENLER</w:t>
      </w:r>
    </w:p>
    <w:p w14:paraId="56938A32" w14:textId="60A4008C" w:rsidR="00896383" w:rsidRPr="00C254C3" w:rsidRDefault="00684131" w:rsidP="00BA059E">
      <w:pPr>
        <w:pStyle w:val="Balk2"/>
        <w:spacing w:before="0"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SOSYAL-DUYGUSAL ÖĞRENME BECERİLERİ</w:t>
      </w:r>
    </w:p>
    <w:p w14:paraId="29B63C5C" w14:textId="77777777" w:rsidR="00E74D3C" w:rsidRPr="00C254C3" w:rsidRDefault="00E74D3C" w:rsidP="00BA059E">
      <w:pPr>
        <w:spacing w:after="0" w:line="276" w:lineRule="auto"/>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 xml:space="preserve">SDB1.1. </w:t>
      </w:r>
      <w:proofErr w:type="spellStart"/>
      <w:r w:rsidRPr="00C254C3">
        <w:rPr>
          <w:rFonts w:ascii="Times New Roman" w:hAnsi="Times New Roman" w:cs="Times New Roman"/>
          <w:b/>
          <w:bCs/>
          <w:color w:val="000000" w:themeColor="text1"/>
          <w:sz w:val="24"/>
          <w:szCs w:val="24"/>
        </w:rPr>
        <w:t>Kendini</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Tanıma</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Öz</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Farkındalık</w:t>
      </w:r>
      <w:proofErr w:type="spellEnd"/>
      <w:r w:rsidRPr="00C254C3">
        <w:rPr>
          <w:rFonts w:ascii="Times New Roman" w:hAnsi="Times New Roman" w:cs="Times New Roman"/>
          <w:b/>
          <w:bCs/>
          <w:color w:val="000000" w:themeColor="text1"/>
          <w:sz w:val="24"/>
          <w:szCs w:val="24"/>
        </w:rPr>
        <w:t>)</w:t>
      </w:r>
    </w:p>
    <w:p w14:paraId="18A1E9A0" w14:textId="7C4CCF36"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SDB1.2. </w:t>
      </w:r>
      <w:proofErr w:type="spellStart"/>
      <w:r w:rsidRPr="00C254C3">
        <w:rPr>
          <w:rFonts w:ascii="Times New Roman" w:hAnsi="Times New Roman" w:cs="Times New Roman"/>
          <w:b/>
          <w:color w:val="000000" w:themeColor="text1"/>
          <w:sz w:val="24"/>
          <w:szCs w:val="24"/>
        </w:rPr>
        <w:t>Kendini</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Düzenleme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Öz</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Düzenleme</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Becerisi</w:t>
      </w:r>
      <w:proofErr w:type="spellEnd"/>
      <w:r w:rsidRPr="00C254C3">
        <w:rPr>
          <w:rFonts w:ascii="Times New Roman" w:hAnsi="Times New Roman" w:cs="Times New Roman"/>
          <w:b/>
          <w:color w:val="000000" w:themeColor="text1"/>
          <w:sz w:val="24"/>
          <w:szCs w:val="24"/>
        </w:rPr>
        <w:t>)</w:t>
      </w:r>
    </w:p>
    <w:p w14:paraId="294C5E94" w14:textId="3CE2D66B" w:rsidR="00AE7228" w:rsidRPr="00C254C3" w:rsidRDefault="00AE7228" w:rsidP="00BA059E">
      <w:pPr>
        <w:keepNext/>
        <w:spacing w:after="0"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SDB2.1. </w:t>
      </w:r>
      <w:proofErr w:type="spellStart"/>
      <w:r w:rsidRPr="00C254C3">
        <w:rPr>
          <w:rFonts w:ascii="Times New Roman" w:hAnsi="Times New Roman" w:cs="Times New Roman"/>
          <w:b/>
          <w:color w:val="000000" w:themeColor="text1"/>
          <w:sz w:val="24"/>
          <w:szCs w:val="24"/>
        </w:rPr>
        <w:t>İletişim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Becerisi</w:t>
      </w:r>
      <w:proofErr w:type="spellEnd"/>
    </w:p>
    <w:p w14:paraId="48229303" w14:textId="77777777" w:rsidR="00C254C3" w:rsidRDefault="00BE4F94" w:rsidP="00C254C3">
      <w:pPr>
        <w:tabs>
          <w:tab w:val="num" w:pos="0"/>
        </w:tabs>
        <w:spacing w:after="60" w:line="276" w:lineRule="auto"/>
        <w:rPr>
          <w:rFonts w:ascii="Times New Roman" w:hAnsi="Times New Roman" w:cs="Times New Roman"/>
          <w:b/>
          <w:bCs/>
          <w:color w:val="000000" w:themeColor="text1"/>
          <w:sz w:val="24"/>
          <w:szCs w:val="24"/>
        </w:rPr>
      </w:pPr>
      <w:r w:rsidRPr="00C254C3">
        <w:rPr>
          <w:rFonts w:ascii="Times New Roman" w:hAnsi="Times New Roman" w:cs="Times New Roman"/>
          <w:b/>
          <w:bCs/>
          <w:color w:val="000000" w:themeColor="text1"/>
          <w:sz w:val="24"/>
          <w:szCs w:val="24"/>
        </w:rPr>
        <w:t xml:space="preserve">SDB2.2. </w:t>
      </w:r>
      <w:proofErr w:type="spellStart"/>
      <w:r w:rsidRPr="00C254C3">
        <w:rPr>
          <w:rFonts w:ascii="Times New Roman" w:hAnsi="Times New Roman" w:cs="Times New Roman"/>
          <w:b/>
          <w:bCs/>
          <w:color w:val="000000" w:themeColor="text1"/>
          <w:sz w:val="24"/>
          <w:szCs w:val="24"/>
        </w:rPr>
        <w:t>İş</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Birliği</w:t>
      </w:r>
      <w:proofErr w:type="spellEnd"/>
    </w:p>
    <w:p w14:paraId="71D51DA4" w14:textId="7F6105A5" w:rsidR="00AE7228" w:rsidRPr="00C254C3" w:rsidRDefault="00AE7228" w:rsidP="00C254C3">
      <w:pPr>
        <w:tabs>
          <w:tab w:val="num" w:pos="0"/>
        </w:tabs>
        <w:spacing w:after="6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SDB3.1. </w:t>
      </w:r>
      <w:proofErr w:type="spellStart"/>
      <w:r w:rsidRPr="00C254C3">
        <w:rPr>
          <w:rFonts w:ascii="Times New Roman" w:hAnsi="Times New Roman" w:cs="Times New Roman"/>
          <w:b/>
          <w:color w:val="000000" w:themeColor="text1"/>
          <w:sz w:val="24"/>
          <w:szCs w:val="24"/>
        </w:rPr>
        <w:t>Uyum</w:t>
      </w:r>
      <w:proofErr w:type="spellEnd"/>
      <w:r w:rsidRPr="00C254C3">
        <w:rPr>
          <w:rFonts w:ascii="Times New Roman" w:hAnsi="Times New Roman" w:cs="Times New Roman"/>
          <w:b/>
          <w:color w:val="000000" w:themeColor="text1"/>
          <w:sz w:val="24"/>
          <w:szCs w:val="24"/>
        </w:rPr>
        <w:t xml:space="preserve"> </w:t>
      </w:r>
      <w:proofErr w:type="spellStart"/>
      <w:r w:rsidRPr="00C254C3">
        <w:rPr>
          <w:rFonts w:ascii="Times New Roman" w:hAnsi="Times New Roman" w:cs="Times New Roman"/>
          <w:b/>
          <w:color w:val="000000" w:themeColor="text1"/>
          <w:sz w:val="24"/>
          <w:szCs w:val="24"/>
        </w:rPr>
        <w:t>Becerisi</w:t>
      </w:r>
      <w:proofErr w:type="spellEnd"/>
    </w:p>
    <w:p w14:paraId="6CF23DBD" w14:textId="77777777" w:rsidR="00896383" w:rsidRPr="00C254C3" w:rsidRDefault="00684131" w:rsidP="00BA059E">
      <w:pPr>
        <w:pStyle w:val="Balk2"/>
        <w:spacing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lastRenderedPageBreak/>
        <w:t>DEĞERLER</w:t>
      </w:r>
    </w:p>
    <w:p w14:paraId="32C35D27" w14:textId="57F1B733" w:rsidR="00AE7228" w:rsidRPr="00C254C3" w:rsidRDefault="00AE7228" w:rsidP="00BA059E">
      <w:pPr>
        <w:keepNext/>
        <w:spacing w:after="0" w:line="276" w:lineRule="auto"/>
        <w:rPr>
          <w:rFonts w:ascii="Times New Roman" w:hAnsi="Times New Roman" w:cs="Times New Roman"/>
          <w:b/>
          <w:color w:val="000000" w:themeColor="text1"/>
          <w:sz w:val="24"/>
          <w:szCs w:val="24"/>
        </w:rPr>
      </w:pPr>
      <w:r w:rsidRPr="00C254C3">
        <w:rPr>
          <w:rFonts w:ascii="Times New Roman" w:hAnsi="Times New Roman" w:cs="Times New Roman"/>
          <w:b/>
          <w:color w:val="000000" w:themeColor="text1"/>
          <w:sz w:val="24"/>
          <w:szCs w:val="24"/>
        </w:rPr>
        <w:t xml:space="preserve">D3. </w:t>
      </w:r>
      <w:proofErr w:type="spellStart"/>
      <w:r w:rsidR="00C371D0" w:rsidRPr="00C254C3">
        <w:rPr>
          <w:rFonts w:ascii="Times New Roman" w:hAnsi="Times New Roman" w:cs="Times New Roman"/>
          <w:b/>
          <w:color w:val="000000" w:themeColor="text1"/>
          <w:sz w:val="24"/>
          <w:szCs w:val="24"/>
        </w:rPr>
        <w:t>Çal</w:t>
      </w:r>
      <w:r w:rsidR="002B7E2B" w:rsidRPr="00C254C3">
        <w:rPr>
          <w:rFonts w:ascii="Times New Roman" w:hAnsi="Times New Roman" w:cs="Times New Roman"/>
          <w:b/>
          <w:color w:val="000000" w:themeColor="text1"/>
          <w:sz w:val="24"/>
          <w:szCs w:val="24"/>
        </w:rPr>
        <w:t>ı</w:t>
      </w:r>
      <w:r w:rsidR="00C371D0" w:rsidRPr="00C254C3">
        <w:rPr>
          <w:rFonts w:ascii="Times New Roman" w:hAnsi="Times New Roman" w:cs="Times New Roman"/>
          <w:b/>
          <w:color w:val="000000" w:themeColor="text1"/>
          <w:sz w:val="24"/>
          <w:szCs w:val="24"/>
        </w:rPr>
        <w:t>şkanl</w:t>
      </w:r>
      <w:r w:rsidR="002B7E2B" w:rsidRPr="00C254C3">
        <w:rPr>
          <w:rFonts w:ascii="Times New Roman" w:hAnsi="Times New Roman" w:cs="Times New Roman"/>
          <w:b/>
          <w:color w:val="000000" w:themeColor="text1"/>
          <w:sz w:val="24"/>
          <w:szCs w:val="24"/>
        </w:rPr>
        <w:t>ı</w:t>
      </w:r>
      <w:r w:rsidR="00C371D0" w:rsidRPr="00C254C3">
        <w:rPr>
          <w:rFonts w:ascii="Times New Roman" w:hAnsi="Times New Roman" w:cs="Times New Roman"/>
          <w:b/>
          <w:color w:val="000000" w:themeColor="text1"/>
          <w:sz w:val="24"/>
          <w:szCs w:val="24"/>
        </w:rPr>
        <w:t>k</w:t>
      </w:r>
      <w:proofErr w:type="spellEnd"/>
    </w:p>
    <w:p w14:paraId="70AFC69F" w14:textId="77777777" w:rsidR="002B7E2B" w:rsidRPr="00C254C3" w:rsidRDefault="002B7E2B" w:rsidP="002B7E2B">
      <w:pPr>
        <w:rPr>
          <w:rFonts w:ascii="Times New Roman" w:hAnsi="Times New Roman" w:cs="Times New Roman"/>
          <w:sz w:val="24"/>
          <w:szCs w:val="24"/>
        </w:rPr>
      </w:pPr>
      <w:r w:rsidRPr="00C254C3">
        <w:rPr>
          <w:rFonts w:ascii="Times New Roman" w:hAnsi="Times New Roman" w:cs="Times New Roman"/>
          <w:sz w:val="24"/>
          <w:szCs w:val="24"/>
        </w:rPr>
        <w:t xml:space="preserve">D3.1. </w:t>
      </w:r>
      <w:proofErr w:type="spellStart"/>
      <w:r w:rsidRPr="00C254C3">
        <w:rPr>
          <w:rFonts w:ascii="Times New Roman" w:hAnsi="Times New Roman" w:cs="Times New Roman"/>
          <w:sz w:val="24"/>
          <w:szCs w:val="24"/>
        </w:rPr>
        <w:t>Azimli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olmak</w:t>
      </w:r>
      <w:proofErr w:type="spellEnd"/>
    </w:p>
    <w:p w14:paraId="0BD9723F"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D3.4. </w:t>
      </w:r>
      <w:proofErr w:type="spellStart"/>
      <w:r w:rsidRPr="00C254C3">
        <w:rPr>
          <w:rFonts w:ascii="Times New Roman" w:hAnsi="Times New Roman" w:cs="Times New Roman"/>
          <w:color w:val="000000" w:themeColor="text1"/>
          <w:sz w:val="24"/>
          <w:szCs w:val="24"/>
        </w:rPr>
        <w:t>Çalışmalarda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aktif</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rol</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almak</w:t>
      </w:r>
      <w:proofErr w:type="spellEnd"/>
    </w:p>
    <w:p w14:paraId="7F51EF7D" w14:textId="7F622FB8" w:rsidR="00AE7228" w:rsidRPr="00C254C3" w:rsidRDefault="00AE7228" w:rsidP="00BA059E">
      <w:pPr>
        <w:keepNext/>
        <w:spacing w:after="0" w:line="276" w:lineRule="auto"/>
        <w:rPr>
          <w:rFonts w:ascii="Times New Roman" w:hAnsi="Times New Roman" w:cs="Times New Roman"/>
          <w:sz w:val="24"/>
          <w:szCs w:val="24"/>
        </w:rPr>
      </w:pPr>
      <w:r w:rsidRPr="00C254C3">
        <w:rPr>
          <w:rFonts w:ascii="Times New Roman" w:hAnsi="Times New Roman" w:cs="Times New Roman"/>
          <w:b/>
          <w:color w:val="000000"/>
          <w:sz w:val="24"/>
          <w:szCs w:val="24"/>
        </w:rPr>
        <w:t xml:space="preserve">D4. </w:t>
      </w:r>
      <w:proofErr w:type="spellStart"/>
      <w:r w:rsidR="00C371D0" w:rsidRPr="00C254C3">
        <w:rPr>
          <w:rFonts w:ascii="Times New Roman" w:hAnsi="Times New Roman" w:cs="Times New Roman"/>
          <w:b/>
          <w:color w:val="000000"/>
          <w:sz w:val="24"/>
          <w:szCs w:val="24"/>
        </w:rPr>
        <w:t>Dostluk</w:t>
      </w:r>
      <w:proofErr w:type="spellEnd"/>
    </w:p>
    <w:p w14:paraId="055D8CF8" w14:textId="6AF07269" w:rsidR="00AE7228" w:rsidRPr="00C254C3" w:rsidRDefault="00AE7228" w:rsidP="00BA059E">
      <w:pPr>
        <w:spacing w:after="0" w:line="276" w:lineRule="auto"/>
        <w:rPr>
          <w:rFonts w:ascii="Times New Roman" w:hAnsi="Times New Roman" w:cs="Times New Roman"/>
          <w:color w:val="000000"/>
          <w:sz w:val="24"/>
          <w:szCs w:val="24"/>
        </w:rPr>
      </w:pPr>
      <w:r w:rsidRPr="00C254C3">
        <w:rPr>
          <w:rFonts w:ascii="Times New Roman" w:hAnsi="Times New Roman" w:cs="Times New Roman"/>
          <w:color w:val="000000"/>
          <w:sz w:val="24"/>
          <w:szCs w:val="24"/>
        </w:rPr>
        <w:t xml:space="preserve">D4.2. </w:t>
      </w:r>
      <w:proofErr w:type="spellStart"/>
      <w:r w:rsidRPr="00C254C3">
        <w:rPr>
          <w:rFonts w:ascii="Times New Roman" w:hAnsi="Times New Roman" w:cs="Times New Roman"/>
          <w:color w:val="000000"/>
          <w:sz w:val="24"/>
          <w:szCs w:val="24"/>
        </w:rPr>
        <w:t>Arkadaşları</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ile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etkili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iletişim</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kurmak</w:t>
      </w:r>
      <w:proofErr w:type="spellEnd"/>
    </w:p>
    <w:p w14:paraId="3CF0C97F" w14:textId="77777777" w:rsidR="00155D20" w:rsidRPr="00C254C3" w:rsidRDefault="00155D20" w:rsidP="00BA059E">
      <w:pPr>
        <w:spacing w:after="0" w:line="276" w:lineRule="auto"/>
        <w:rPr>
          <w:rFonts w:ascii="Times New Roman" w:hAnsi="Times New Roman" w:cs="Times New Roman"/>
          <w:sz w:val="24"/>
          <w:szCs w:val="24"/>
        </w:rPr>
      </w:pPr>
      <w:r w:rsidRPr="00C254C3">
        <w:rPr>
          <w:rFonts w:ascii="Times New Roman" w:hAnsi="Times New Roman" w:cs="Times New Roman"/>
          <w:b/>
          <w:bCs/>
          <w:color w:val="191919"/>
          <w:sz w:val="24"/>
          <w:szCs w:val="24"/>
        </w:rPr>
        <w:t xml:space="preserve">D5. </w:t>
      </w:r>
      <w:proofErr w:type="spellStart"/>
      <w:r w:rsidRPr="00C254C3">
        <w:rPr>
          <w:rFonts w:ascii="Times New Roman" w:hAnsi="Times New Roman" w:cs="Times New Roman"/>
          <w:b/>
          <w:bCs/>
          <w:color w:val="191919"/>
          <w:sz w:val="24"/>
          <w:szCs w:val="24"/>
        </w:rPr>
        <w:t>Duyarlılık</w:t>
      </w:r>
      <w:proofErr w:type="spellEnd"/>
      <w:r w:rsidRPr="00C254C3">
        <w:rPr>
          <w:rFonts w:ascii="Times New Roman" w:hAnsi="Times New Roman" w:cs="Times New Roman"/>
          <w:color w:val="191919"/>
          <w:sz w:val="24"/>
          <w:szCs w:val="24"/>
        </w:rPr>
        <w:br/>
        <w:t xml:space="preserve">D5.2. </w:t>
      </w:r>
      <w:proofErr w:type="spellStart"/>
      <w:r w:rsidRPr="00C254C3">
        <w:rPr>
          <w:rFonts w:ascii="Times New Roman" w:hAnsi="Times New Roman" w:cs="Times New Roman"/>
          <w:color w:val="191919"/>
          <w:sz w:val="24"/>
          <w:szCs w:val="24"/>
        </w:rPr>
        <w:t>Çevreye</w:t>
      </w:r>
      <w:proofErr w:type="spellEnd"/>
      <w:r w:rsidRPr="00C254C3">
        <w:rPr>
          <w:rFonts w:ascii="Times New Roman" w:hAnsi="Times New Roman" w:cs="Times New Roman"/>
          <w:color w:val="191919"/>
          <w:sz w:val="24"/>
          <w:szCs w:val="24"/>
        </w:rPr>
        <w:t xml:space="preserve"> </w:t>
      </w:r>
      <w:proofErr w:type="spellStart"/>
      <w:r w:rsidRPr="00C254C3">
        <w:rPr>
          <w:rFonts w:ascii="Times New Roman" w:hAnsi="Times New Roman" w:cs="Times New Roman"/>
          <w:color w:val="191919"/>
          <w:sz w:val="24"/>
          <w:szCs w:val="24"/>
        </w:rPr>
        <w:t>ve</w:t>
      </w:r>
      <w:proofErr w:type="spellEnd"/>
      <w:r w:rsidRPr="00C254C3">
        <w:rPr>
          <w:rFonts w:ascii="Times New Roman" w:hAnsi="Times New Roman" w:cs="Times New Roman"/>
          <w:color w:val="191919"/>
          <w:sz w:val="24"/>
          <w:szCs w:val="24"/>
        </w:rPr>
        <w:t xml:space="preserve"> </w:t>
      </w:r>
      <w:proofErr w:type="spellStart"/>
      <w:r w:rsidRPr="00C254C3">
        <w:rPr>
          <w:rFonts w:ascii="Times New Roman" w:hAnsi="Times New Roman" w:cs="Times New Roman"/>
          <w:color w:val="191919"/>
          <w:sz w:val="24"/>
          <w:szCs w:val="24"/>
        </w:rPr>
        <w:t>canlılara</w:t>
      </w:r>
      <w:proofErr w:type="spellEnd"/>
      <w:r w:rsidRPr="00C254C3">
        <w:rPr>
          <w:rFonts w:ascii="Times New Roman" w:hAnsi="Times New Roman" w:cs="Times New Roman"/>
          <w:color w:val="191919"/>
          <w:sz w:val="24"/>
          <w:szCs w:val="24"/>
        </w:rPr>
        <w:t xml:space="preserve"> </w:t>
      </w:r>
      <w:proofErr w:type="spellStart"/>
      <w:r w:rsidRPr="00C254C3">
        <w:rPr>
          <w:rFonts w:ascii="Times New Roman" w:hAnsi="Times New Roman" w:cs="Times New Roman"/>
          <w:color w:val="191919"/>
          <w:sz w:val="24"/>
          <w:szCs w:val="24"/>
        </w:rPr>
        <w:t>değer</w:t>
      </w:r>
      <w:proofErr w:type="spellEnd"/>
      <w:r w:rsidRPr="00C254C3">
        <w:rPr>
          <w:rFonts w:ascii="Times New Roman" w:hAnsi="Times New Roman" w:cs="Times New Roman"/>
          <w:color w:val="191919"/>
          <w:sz w:val="24"/>
          <w:szCs w:val="24"/>
        </w:rPr>
        <w:t xml:space="preserve"> </w:t>
      </w:r>
      <w:proofErr w:type="spellStart"/>
      <w:r w:rsidRPr="00C254C3">
        <w:rPr>
          <w:rFonts w:ascii="Times New Roman" w:hAnsi="Times New Roman" w:cs="Times New Roman"/>
          <w:color w:val="191919"/>
          <w:sz w:val="24"/>
          <w:szCs w:val="24"/>
        </w:rPr>
        <w:t>vermek</w:t>
      </w:r>
      <w:proofErr w:type="spellEnd"/>
    </w:p>
    <w:p w14:paraId="2A2F5273" w14:textId="262BCE10" w:rsidR="00AE7228" w:rsidRPr="00C254C3" w:rsidRDefault="00AE7228" w:rsidP="00BA059E">
      <w:pPr>
        <w:keepNext/>
        <w:spacing w:after="0" w:line="276" w:lineRule="auto"/>
        <w:rPr>
          <w:rFonts w:ascii="Times New Roman" w:hAnsi="Times New Roman" w:cs="Times New Roman"/>
          <w:sz w:val="24"/>
          <w:szCs w:val="24"/>
        </w:rPr>
      </w:pPr>
      <w:r w:rsidRPr="00C254C3">
        <w:rPr>
          <w:rFonts w:ascii="Times New Roman" w:hAnsi="Times New Roman" w:cs="Times New Roman"/>
          <w:b/>
          <w:color w:val="000000"/>
          <w:sz w:val="24"/>
          <w:szCs w:val="24"/>
        </w:rPr>
        <w:t>D12</w:t>
      </w:r>
      <w:r w:rsidR="00C371D0" w:rsidRPr="00C254C3">
        <w:rPr>
          <w:rFonts w:ascii="Times New Roman" w:hAnsi="Times New Roman" w:cs="Times New Roman"/>
          <w:b/>
          <w:color w:val="000000"/>
          <w:sz w:val="24"/>
          <w:szCs w:val="24"/>
        </w:rPr>
        <w:t xml:space="preserve"> </w:t>
      </w:r>
      <w:proofErr w:type="spellStart"/>
      <w:r w:rsidR="00C371D0" w:rsidRPr="00C254C3">
        <w:rPr>
          <w:rFonts w:ascii="Times New Roman" w:hAnsi="Times New Roman" w:cs="Times New Roman"/>
          <w:b/>
          <w:color w:val="000000"/>
          <w:sz w:val="24"/>
          <w:szCs w:val="24"/>
        </w:rPr>
        <w:t>Sabır</w:t>
      </w:r>
      <w:proofErr w:type="spellEnd"/>
    </w:p>
    <w:p w14:paraId="747AE263" w14:textId="77777777" w:rsidR="00AE7228" w:rsidRPr="00C254C3" w:rsidRDefault="00AE7228" w:rsidP="00BA059E">
      <w:pPr>
        <w:spacing w:after="0" w:line="276" w:lineRule="auto"/>
        <w:rPr>
          <w:rFonts w:ascii="Times New Roman" w:hAnsi="Times New Roman" w:cs="Times New Roman"/>
          <w:sz w:val="24"/>
          <w:szCs w:val="24"/>
        </w:rPr>
      </w:pPr>
      <w:r w:rsidRPr="00C254C3">
        <w:rPr>
          <w:rFonts w:ascii="Times New Roman" w:hAnsi="Times New Roman" w:cs="Times New Roman"/>
          <w:color w:val="000000"/>
          <w:sz w:val="24"/>
          <w:szCs w:val="24"/>
        </w:rPr>
        <w:t xml:space="preserve">D12.1. </w:t>
      </w:r>
      <w:proofErr w:type="spellStart"/>
      <w:r w:rsidRPr="00C254C3">
        <w:rPr>
          <w:rFonts w:ascii="Times New Roman" w:hAnsi="Times New Roman" w:cs="Times New Roman"/>
          <w:color w:val="000000"/>
          <w:sz w:val="24"/>
          <w:szCs w:val="24"/>
        </w:rPr>
        <w:t>Düşünce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duygu</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ve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davranışlarında</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kontrollü</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olmak</w:t>
      </w:r>
      <w:proofErr w:type="spellEnd"/>
    </w:p>
    <w:p w14:paraId="66A796E9" w14:textId="18D36AE6" w:rsidR="00AE7228" w:rsidRPr="00C254C3" w:rsidRDefault="00AE7228" w:rsidP="00BA059E">
      <w:pPr>
        <w:keepNext/>
        <w:spacing w:after="0" w:line="276" w:lineRule="auto"/>
        <w:rPr>
          <w:rFonts w:ascii="Times New Roman" w:hAnsi="Times New Roman" w:cs="Times New Roman"/>
          <w:sz w:val="24"/>
          <w:szCs w:val="24"/>
        </w:rPr>
      </w:pPr>
      <w:r w:rsidRPr="00C254C3">
        <w:rPr>
          <w:rFonts w:ascii="Times New Roman" w:hAnsi="Times New Roman" w:cs="Times New Roman"/>
          <w:b/>
          <w:color w:val="000000"/>
          <w:sz w:val="24"/>
          <w:szCs w:val="24"/>
        </w:rPr>
        <w:t>D14.</w:t>
      </w:r>
      <w:r w:rsidR="00C371D0" w:rsidRPr="00C254C3">
        <w:rPr>
          <w:rFonts w:ascii="Times New Roman" w:hAnsi="Times New Roman" w:cs="Times New Roman"/>
          <w:b/>
          <w:color w:val="000000"/>
          <w:sz w:val="24"/>
          <w:szCs w:val="24"/>
        </w:rPr>
        <w:t xml:space="preserve"> </w:t>
      </w:r>
      <w:proofErr w:type="spellStart"/>
      <w:r w:rsidR="00C371D0" w:rsidRPr="00C254C3">
        <w:rPr>
          <w:rFonts w:ascii="Times New Roman" w:hAnsi="Times New Roman" w:cs="Times New Roman"/>
          <w:b/>
          <w:color w:val="000000"/>
          <w:sz w:val="24"/>
          <w:szCs w:val="24"/>
        </w:rPr>
        <w:t>Saygı</w:t>
      </w:r>
      <w:proofErr w:type="spellEnd"/>
    </w:p>
    <w:p w14:paraId="4655481A" w14:textId="70F5B1A0" w:rsidR="00AE7228" w:rsidRPr="00C254C3" w:rsidRDefault="00AE7228" w:rsidP="00BA059E">
      <w:pPr>
        <w:spacing w:after="0" w:line="276" w:lineRule="auto"/>
        <w:rPr>
          <w:rFonts w:ascii="Times New Roman" w:hAnsi="Times New Roman" w:cs="Times New Roman"/>
          <w:color w:val="000000"/>
          <w:sz w:val="24"/>
          <w:szCs w:val="24"/>
        </w:rPr>
      </w:pPr>
      <w:r w:rsidRPr="00C254C3">
        <w:rPr>
          <w:rFonts w:ascii="Times New Roman" w:hAnsi="Times New Roman" w:cs="Times New Roman"/>
          <w:color w:val="000000"/>
          <w:sz w:val="24"/>
          <w:szCs w:val="24"/>
        </w:rPr>
        <w:t xml:space="preserve">D14.1. </w:t>
      </w:r>
      <w:proofErr w:type="spellStart"/>
      <w:r w:rsidRPr="00C254C3">
        <w:rPr>
          <w:rFonts w:ascii="Times New Roman" w:hAnsi="Times New Roman" w:cs="Times New Roman"/>
          <w:color w:val="000000"/>
          <w:sz w:val="24"/>
          <w:szCs w:val="24"/>
        </w:rPr>
        <w:t>Nezaketli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olmak</w:t>
      </w:r>
      <w:proofErr w:type="spellEnd"/>
    </w:p>
    <w:p w14:paraId="158A3219" w14:textId="5C5B8DD4" w:rsidR="00AE7228" w:rsidRPr="00C254C3" w:rsidRDefault="00AE7228" w:rsidP="00BA059E">
      <w:pPr>
        <w:keepNext/>
        <w:spacing w:after="0" w:line="276" w:lineRule="auto"/>
        <w:rPr>
          <w:rFonts w:ascii="Times New Roman" w:hAnsi="Times New Roman" w:cs="Times New Roman"/>
          <w:color w:val="002060"/>
          <w:sz w:val="24"/>
          <w:szCs w:val="24"/>
        </w:rPr>
      </w:pPr>
      <w:r w:rsidRPr="00C254C3">
        <w:rPr>
          <w:rFonts w:ascii="Times New Roman" w:hAnsi="Times New Roman" w:cs="Times New Roman"/>
          <w:b/>
          <w:color w:val="000000"/>
          <w:sz w:val="24"/>
          <w:szCs w:val="24"/>
        </w:rPr>
        <w:t xml:space="preserve">D16. </w:t>
      </w:r>
      <w:proofErr w:type="spellStart"/>
      <w:r w:rsidR="00C371D0" w:rsidRPr="00C254C3">
        <w:rPr>
          <w:rFonts w:ascii="Times New Roman" w:hAnsi="Times New Roman" w:cs="Times New Roman"/>
          <w:b/>
          <w:color w:val="000000"/>
          <w:sz w:val="24"/>
          <w:szCs w:val="24"/>
        </w:rPr>
        <w:t>Sorumluluk</w:t>
      </w:r>
      <w:proofErr w:type="spellEnd"/>
    </w:p>
    <w:p w14:paraId="71B0B5F5" w14:textId="77777777" w:rsidR="00AE7228" w:rsidRPr="00C254C3" w:rsidRDefault="00AE7228" w:rsidP="00BA059E">
      <w:pPr>
        <w:spacing w:after="0" w:line="276" w:lineRule="auto"/>
        <w:rPr>
          <w:rFonts w:ascii="Times New Roman" w:hAnsi="Times New Roman" w:cs="Times New Roman"/>
          <w:sz w:val="24"/>
          <w:szCs w:val="24"/>
        </w:rPr>
      </w:pPr>
      <w:r w:rsidRPr="00C254C3">
        <w:rPr>
          <w:rFonts w:ascii="Times New Roman" w:hAnsi="Times New Roman" w:cs="Times New Roman"/>
          <w:color w:val="000000"/>
          <w:sz w:val="24"/>
          <w:szCs w:val="24"/>
        </w:rPr>
        <w:t xml:space="preserve">D16.1. </w:t>
      </w:r>
      <w:proofErr w:type="spellStart"/>
      <w:r w:rsidRPr="00C254C3">
        <w:rPr>
          <w:rFonts w:ascii="Times New Roman" w:hAnsi="Times New Roman" w:cs="Times New Roman"/>
          <w:color w:val="000000"/>
          <w:sz w:val="24"/>
          <w:szCs w:val="24"/>
        </w:rPr>
        <w:t>Kendine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karşı</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görevlerini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yerine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getirmek</w:t>
      </w:r>
      <w:proofErr w:type="spellEnd"/>
    </w:p>
    <w:p w14:paraId="23415FC8" w14:textId="76C2C6F7" w:rsidR="00AE7228" w:rsidRPr="00C254C3" w:rsidRDefault="00AE7228" w:rsidP="00BA059E">
      <w:pPr>
        <w:spacing w:after="0" w:line="276" w:lineRule="auto"/>
        <w:rPr>
          <w:rFonts w:ascii="Times New Roman" w:hAnsi="Times New Roman" w:cs="Times New Roman"/>
          <w:color w:val="000000"/>
          <w:sz w:val="24"/>
          <w:szCs w:val="24"/>
        </w:rPr>
      </w:pPr>
      <w:r w:rsidRPr="00C254C3">
        <w:rPr>
          <w:rFonts w:ascii="Times New Roman" w:hAnsi="Times New Roman" w:cs="Times New Roman"/>
          <w:color w:val="000000"/>
          <w:sz w:val="24"/>
          <w:szCs w:val="24"/>
        </w:rPr>
        <w:t xml:space="preserve">D16.2. </w:t>
      </w:r>
      <w:proofErr w:type="spellStart"/>
      <w:r w:rsidRPr="00C254C3">
        <w:rPr>
          <w:rFonts w:ascii="Times New Roman" w:hAnsi="Times New Roman" w:cs="Times New Roman"/>
          <w:color w:val="000000"/>
          <w:sz w:val="24"/>
          <w:szCs w:val="24"/>
        </w:rPr>
        <w:t>Topluma</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karşı</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görevlerini</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yerine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getirmek</w:t>
      </w:r>
      <w:proofErr w:type="spellEnd"/>
    </w:p>
    <w:p w14:paraId="2C8D5F4C" w14:textId="77777777" w:rsidR="004F6E50" w:rsidRPr="00C254C3" w:rsidRDefault="004F6E50" w:rsidP="00BA059E">
      <w:pPr>
        <w:keepNext/>
        <w:tabs>
          <w:tab w:val="num" w:pos="0"/>
        </w:tabs>
        <w:spacing w:after="0" w:line="276" w:lineRule="auto"/>
        <w:rPr>
          <w:rFonts w:ascii="Times New Roman" w:hAnsi="Times New Roman" w:cs="Times New Roman"/>
          <w:sz w:val="24"/>
          <w:szCs w:val="24"/>
        </w:rPr>
      </w:pPr>
      <w:r w:rsidRPr="00C254C3">
        <w:rPr>
          <w:rFonts w:ascii="Times New Roman" w:hAnsi="Times New Roman" w:cs="Times New Roman"/>
          <w:b/>
          <w:color w:val="000000"/>
          <w:sz w:val="24"/>
          <w:szCs w:val="24"/>
        </w:rPr>
        <w:t xml:space="preserve">D17. </w:t>
      </w:r>
      <w:proofErr w:type="spellStart"/>
      <w:r w:rsidRPr="00C254C3">
        <w:rPr>
          <w:rFonts w:ascii="Times New Roman" w:hAnsi="Times New Roman" w:cs="Times New Roman"/>
          <w:b/>
          <w:color w:val="000000"/>
          <w:sz w:val="24"/>
          <w:szCs w:val="24"/>
        </w:rPr>
        <w:t>Tasarruf</w:t>
      </w:r>
      <w:proofErr w:type="spellEnd"/>
    </w:p>
    <w:p w14:paraId="468DA77F" w14:textId="1C108BA1" w:rsidR="004F6E50" w:rsidRPr="00C254C3" w:rsidRDefault="004F6E50" w:rsidP="00BA059E">
      <w:pPr>
        <w:tabs>
          <w:tab w:val="num" w:pos="0"/>
        </w:tabs>
        <w:spacing w:after="0" w:line="276" w:lineRule="auto"/>
        <w:rPr>
          <w:rFonts w:ascii="Times New Roman" w:hAnsi="Times New Roman" w:cs="Times New Roman"/>
          <w:color w:val="000000"/>
          <w:sz w:val="24"/>
          <w:szCs w:val="24"/>
        </w:rPr>
      </w:pPr>
      <w:r w:rsidRPr="00C254C3">
        <w:rPr>
          <w:rFonts w:ascii="Times New Roman" w:hAnsi="Times New Roman" w:cs="Times New Roman"/>
          <w:color w:val="000000"/>
          <w:sz w:val="24"/>
          <w:szCs w:val="24"/>
        </w:rPr>
        <w:t xml:space="preserve">D17.2. </w:t>
      </w:r>
      <w:proofErr w:type="spellStart"/>
      <w:r w:rsidRPr="00C254C3">
        <w:rPr>
          <w:rFonts w:ascii="Times New Roman" w:hAnsi="Times New Roman" w:cs="Times New Roman"/>
          <w:color w:val="000000"/>
          <w:sz w:val="24"/>
          <w:szCs w:val="24"/>
        </w:rPr>
        <w:t>İsraftan</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kaçınmak</w:t>
      </w:r>
      <w:proofErr w:type="spellEnd"/>
    </w:p>
    <w:p w14:paraId="63108472" w14:textId="77777777" w:rsidR="004F6E50" w:rsidRPr="00C254C3" w:rsidRDefault="004F6E50" w:rsidP="00BA059E">
      <w:pPr>
        <w:keepNext/>
        <w:tabs>
          <w:tab w:val="num" w:pos="0"/>
        </w:tabs>
        <w:spacing w:after="0" w:line="276" w:lineRule="auto"/>
        <w:rPr>
          <w:rFonts w:ascii="Times New Roman" w:hAnsi="Times New Roman" w:cs="Times New Roman"/>
          <w:sz w:val="24"/>
          <w:szCs w:val="24"/>
        </w:rPr>
      </w:pPr>
      <w:r w:rsidRPr="00C254C3">
        <w:rPr>
          <w:rFonts w:ascii="Times New Roman" w:hAnsi="Times New Roman" w:cs="Times New Roman"/>
          <w:b/>
          <w:color w:val="000000"/>
          <w:sz w:val="24"/>
          <w:szCs w:val="24"/>
        </w:rPr>
        <w:t xml:space="preserve">D18. </w:t>
      </w:r>
      <w:proofErr w:type="spellStart"/>
      <w:r w:rsidRPr="00C254C3">
        <w:rPr>
          <w:rFonts w:ascii="Times New Roman" w:hAnsi="Times New Roman" w:cs="Times New Roman"/>
          <w:b/>
          <w:color w:val="000000"/>
          <w:sz w:val="24"/>
          <w:szCs w:val="24"/>
        </w:rPr>
        <w:t>Temizlik</w:t>
      </w:r>
      <w:proofErr w:type="spellEnd"/>
    </w:p>
    <w:p w14:paraId="0BB5EA13" w14:textId="062C0C2E" w:rsidR="004F6E50" w:rsidRPr="00C254C3" w:rsidRDefault="004F6E50" w:rsidP="00BA059E">
      <w:pPr>
        <w:tabs>
          <w:tab w:val="num" w:pos="0"/>
        </w:tabs>
        <w:spacing w:after="0" w:line="276" w:lineRule="auto"/>
        <w:rPr>
          <w:rFonts w:ascii="Times New Roman" w:hAnsi="Times New Roman" w:cs="Times New Roman"/>
          <w:color w:val="000000"/>
          <w:sz w:val="24"/>
          <w:szCs w:val="24"/>
        </w:rPr>
      </w:pPr>
      <w:r w:rsidRPr="00C254C3">
        <w:rPr>
          <w:rFonts w:ascii="Times New Roman" w:hAnsi="Times New Roman" w:cs="Times New Roman"/>
          <w:color w:val="000000"/>
          <w:sz w:val="24"/>
          <w:szCs w:val="24"/>
        </w:rPr>
        <w:t xml:space="preserve">D18.1. </w:t>
      </w:r>
      <w:proofErr w:type="spellStart"/>
      <w:r w:rsidRPr="00C254C3">
        <w:rPr>
          <w:rFonts w:ascii="Times New Roman" w:hAnsi="Times New Roman" w:cs="Times New Roman"/>
          <w:color w:val="000000"/>
          <w:sz w:val="24"/>
          <w:szCs w:val="24"/>
        </w:rPr>
        <w:t>Kişisel</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temizlik</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ve</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bakımına</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önem</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vermek</w:t>
      </w:r>
      <w:proofErr w:type="spellEnd"/>
    </w:p>
    <w:p w14:paraId="62DBF5E9" w14:textId="2B75C423" w:rsidR="00A56F29" w:rsidRPr="00C254C3" w:rsidRDefault="00A56F29" w:rsidP="00BA059E">
      <w:pPr>
        <w:tabs>
          <w:tab w:val="num" w:pos="0"/>
        </w:tabs>
        <w:spacing w:after="0" w:line="276" w:lineRule="auto"/>
        <w:rPr>
          <w:rFonts w:ascii="Times New Roman" w:hAnsi="Times New Roman" w:cs="Times New Roman"/>
          <w:sz w:val="24"/>
          <w:szCs w:val="24"/>
        </w:rPr>
      </w:pPr>
      <w:r w:rsidRPr="00C254C3">
        <w:rPr>
          <w:rFonts w:ascii="Times New Roman" w:hAnsi="Times New Roman" w:cs="Times New Roman"/>
          <w:b/>
          <w:bCs/>
          <w:color w:val="191919"/>
          <w:sz w:val="24"/>
          <w:szCs w:val="24"/>
        </w:rPr>
        <w:t xml:space="preserve">D20. </w:t>
      </w:r>
      <w:proofErr w:type="spellStart"/>
      <w:r w:rsidRPr="00C254C3">
        <w:rPr>
          <w:rFonts w:ascii="Times New Roman" w:hAnsi="Times New Roman" w:cs="Times New Roman"/>
          <w:b/>
          <w:bCs/>
          <w:color w:val="191919"/>
          <w:sz w:val="24"/>
          <w:szCs w:val="24"/>
        </w:rPr>
        <w:t>Yardımseverlik</w:t>
      </w:r>
      <w:proofErr w:type="spellEnd"/>
      <w:r w:rsidRPr="00C254C3">
        <w:rPr>
          <w:rFonts w:ascii="Times New Roman" w:hAnsi="Times New Roman" w:cs="Times New Roman"/>
          <w:bCs/>
          <w:color w:val="191919"/>
          <w:sz w:val="24"/>
          <w:szCs w:val="24"/>
        </w:rPr>
        <w:br/>
        <w:t xml:space="preserve">D20.3. </w:t>
      </w:r>
      <w:proofErr w:type="spellStart"/>
      <w:r w:rsidRPr="00C254C3">
        <w:rPr>
          <w:rFonts w:ascii="Times New Roman" w:hAnsi="Times New Roman" w:cs="Times New Roman"/>
          <w:bCs/>
          <w:color w:val="191919"/>
          <w:sz w:val="24"/>
          <w:szCs w:val="24"/>
        </w:rPr>
        <w:t>İyiliksever</w:t>
      </w:r>
      <w:proofErr w:type="spellEnd"/>
      <w:r w:rsidRPr="00C254C3">
        <w:rPr>
          <w:rFonts w:ascii="Times New Roman" w:hAnsi="Times New Roman" w:cs="Times New Roman"/>
          <w:bCs/>
          <w:color w:val="191919"/>
          <w:sz w:val="24"/>
          <w:szCs w:val="24"/>
        </w:rPr>
        <w:t xml:space="preserve"> </w:t>
      </w:r>
      <w:proofErr w:type="spellStart"/>
      <w:r w:rsidRPr="00C254C3">
        <w:rPr>
          <w:rFonts w:ascii="Times New Roman" w:hAnsi="Times New Roman" w:cs="Times New Roman"/>
          <w:bCs/>
          <w:color w:val="191919"/>
          <w:sz w:val="24"/>
          <w:szCs w:val="24"/>
        </w:rPr>
        <w:t>olmak</w:t>
      </w:r>
      <w:proofErr w:type="spellEnd"/>
    </w:p>
    <w:p w14:paraId="54D2EAFA" w14:textId="77777777" w:rsidR="00896383" w:rsidRPr="00C254C3" w:rsidRDefault="00684131" w:rsidP="00BA059E">
      <w:pPr>
        <w:pStyle w:val="Balk2"/>
        <w:spacing w:line="276" w:lineRule="auto"/>
        <w:rPr>
          <w:rFonts w:ascii="Times New Roman" w:hAnsi="Times New Roman" w:cs="Times New Roman"/>
          <w:sz w:val="24"/>
          <w:szCs w:val="24"/>
        </w:rPr>
      </w:pPr>
      <w:r w:rsidRPr="00C254C3">
        <w:rPr>
          <w:rFonts w:ascii="Times New Roman" w:hAnsi="Times New Roman" w:cs="Times New Roman"/>
          <w:sz w:val="24"/>
          <w:szCs w:val="24"/>
        </w:rPr>
        <w:t>OKURYAZARLIK BECERİLERİ</w:t>
      </w:r>
    </w:p>
    <w:p w14:paraId="4FBD907E" w14:textId="77777777" w:rsidR="00AE7228" w:rsidRPr="00C254C3" w:rsidRDefault="00AE7228" w:rsidP="00BA059E">
      <w:pPr>
        <w:spacing w:after="0" w:line="276" w:lineRule="auto"/>
        <w:rPr>
          <w:rFonts w:ascii="Times New Roman" w:hAnsi="Times New Roman" w:cs="Times New Roman"/>
          <w:sz w:val="24"/>
          <w:szCs w:val="24"/>
        </w:rPr>
      </w:pPr>
      <w:r w:rsidRPr="00C254C3">
        <w:rPr>
          <w:rFonts w:ascii="Times New Roman" w:hAnsi="Times New Roman" w:cs="Times New Roman"/>
          <w:color w:val="000000"/>
          <w:sz w:val="24"/>
          <w:szCs w:val="24"/>
        </w:rPr>
        <w:t xml:space="preserve">OB4. </w:t>
      </w:r>
      <w:proofErr w:type="spellStart"/>
      <w:r w:rsidRPr="00C254C3">
        <w:rPr>
          <w:rFonts w:ascii="Times New Roman" w:hAnsi="Times New Roman" w:cs="Times New Roman"/>
          <w:color w:val="000000"/>
          <w:sz w:val="24"/>
          <w:szCs w:val="24"/>
        </w:rPr>
        <w:t>Görsel</w:t>
      </w:r>
      <w:proofErr w:type="spellEnd"/>
      <w:r w:rsidRPr="00C254C3">
        <w:rPr>
          <w:rFonts w:ascii="Times New Roman" w:hAnsi="Times New Roman" w:cs="Times New Roman"/>
          <w:color w:val="000000"/>
          <w:sz w:val="24"/>
          <w:szCs w:val="24"/>
        </w:rPr>
        <w:t xml:space="preserve"> </w:t>
      </w:r>
      <w:proofErr w:type="spellStart"/>
      <w:r w:rsidRPr="00C254C3">
        <w:rPr>
          <w:rFonts w:ascii="Times New Roman" w:hAnsi="Times New Roman" w:cs="Times New Roman"/>
          <w:color w:val="000000"/>
          <w:sz w:val="24"/>
          <w:szCs w:val="24"/>
        </w:rPr>
        <w:t>Okuryazarlık</w:t>
      </w:r>
      <w:proofErr w:type="spellEnd"/>
    </w:p>
    <w:p w14:paraId="365D1355" w14:textId="77777777"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color w:val="000000" w:themeColor="text1"/>
          <w:sz w:val="24"/>
          <w:szCs w:val="24"/>
        </w:rPr>
        <w:t xml:space="preserve">OB6. </w:t>
      </w:r>
      <w:proofErr w:type="spellStart"/>
      <w:r w:rsidRPr="00C254C3">
        <w:rPr>
          <w:rFonts w:ascii="Times New Roman" w:hAnsi="Times New Roman" w:cs="Times New Roman"/>
          <w:color w:val="000000" w:themeColor="text1"/>
          <w:sz w:val="24"/>
          <w:szCs w:val="24"/>
        </w:rPr>
        <w:t>Vatandaşlık</w:t>
      </w:r>
      <w:proofErr w:type="spellEnd"/>
      <w:r w:rsidRPr="00C254C3">
        <w:rPr>
          <w:rFonts w:ascii="Times New Roman" w:hAnsi="Times New Roman" w:cs="Times New Roman"/>
          <w:color w:val="000000" w:themeColor="text1"/>
          <w:sz w:val="24"/>
          <w:szCs w:val="24"/>
        </w:rPr>
        <w:t xml:space="preserve"> Okuryazarlığı</w:t>
      </w:r>
    </w:p>
    <w:p w14:paraId="5435463A" w14:textId="77777777" w:rsidR="00896383" w:rsidRPr="00C254C3" w:rsidRDefault="00684131" w:rsidP="00BA059E">
      <w:pPr>
        <w:pStyle w:val="Balk1"/>
        <w:spacing w:before="0" w:after="0" w:line="276" w:lineRule="auto"/>
        <w:rPr>
          <w:rFonts w:ascii="Times New Roman" w:hAnsi="Times New Roman" w:cs="Times New Roman"/>
          <w:color w:val="000000" w:themeColor="text1"/>
          <w:szCs w:val="24"/>
        </w:rPr>
      </w:pPr>
      <w:r w:rsidRPr="00C254C3">
        <w:rPr>
          <w:rFonts w:ascii="Times New Roman" w:hAnsi="Times New Roman" w:cs="Times New Roman"/>
          <w:color w:val="000000" w:themeColor="text1"/>
          <w:szCs w:val="24"/>
        </w:rPr>
        <w:t>KAVRAMLAR</w:t>
      </w:r>
    </w:p>
    <w:p w14:paraId="3E430A7D" w14:textId="797C4EEF" w:rsidR="00AE7228" w:rsidRPr="00C254C3" w:rsidRDefault="00AE7228" w:rsidP="00BA059E">
      <w:pPr>
        <w:spacing w:after="0" w:line="276" w:lineRule="auto"/>
        <w:rPr>
          <w:rFonts w:ascii="Times New Roman" w:hAnsi="Times New Roman" w:cs="Times New Roman"/>
          <w:color w:val="000000" w:themeColor="text1"/>
          <w:sz w:val="24"/>
          <w:szCs w:val="24"/>
        </w:rPr>
      </w:pPr>
      <w:proofErr w:type="spellStart"/>
      <w:r w:rsidRPr="00C254C3">
        <w:rPr>
          <w:rFonts w:ascii="Times New Roman" w:hAnsi="Times New Roman" w:cs="Times New Roman"/>
          <w:b/>
          <w:color w:val="000000" w:themeColor="text1"/>
          <w:sz w:val="24"/>
          <w:szCs w:val="24"/>
        </w:rPr>
        <w:t>Duygular</w:t>
      </w:r>
      <w:proofErr w:type="spellEnd"/>
      <w:r w:rsidRPr="00C254C3">
        <w:rPr>
          <w:rFonts w:ascii="Times New Roman" w:hAnsi="Times New Roman" w:cs="Times New Roman"/>
          <w:b/>
          <w:color w:val="000000" w:themeColor="text1"/>
          <w:sz w:val="24"/>
          <w:szCs w:val="24"/>
        </w:rPr>
        <w:t>:</w:t>
      </w:r>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Mutluluk</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üzüntü</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heyecan</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şaşkınlık</w:t>
      </w:r>
      <w:proofErr w:type="spellEnd"/>
      <w:r w:rsidR="00A14DB0" w:rsidRPr="00C254C3">
        <w:rPr>
          <w:rFonts w:ascii="Times New Roman" w:hAnsi="Times New Roman" w:cs="Times New Roman"/>
          <w:color w:val="000000" w:themeColor="text1"/>
          <w:sz w:val="24"/>
          <w:szCs w:val="24"/>
        </w:rPr>
        <w:t xml:space="preserve">, </w:t>
      </w:r>
      <w:proofErr w:type="spellStart"/>
      <w:r w:rsidR="00A14DB0" w:rsidRPr="00C254C3">
        <w:rPr>
          <w:rFonts w:ascii="Times New Roman" w:hAnsi="Times New Roman" w:cs="Times New Roman"/>
          <w:color w:val="000000" w:themeColor="text1"/>
          <w:sz w:val="24"/>
          <w:szCs w:val="24"/>
        </w:rPr>
        <w:t>korku</w:t>
      </w:r>
      <w:proofErr w:type="spellEnd"/>
    </w:p>
    <w:p w14:paraId="2CF6275E" w14:textId="05E900D4" w:rsidR="00AE7228" w:rsidRPr="00C254C3" w:rsidRDefault="00AE7228" w:rsidP="00BA059E">
      <w:pPr>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Zaman:</w:t>
      </w:r>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Önce</w:t>
      </w:r>
      <w:proofErr w:type="spellEnd"/>
      <w:r w:rsidR="004F6E50" w:rsidRPr="00C254C3">
        <w:rPr>
          <w:rFonts w:ascii="Times New Roman" w:hAnsi="Times New Roman" w:cs="Times New Roman"/>
          <w:color w:val="000000" w:themeColor="text1"/>
          <w:sz w:val="24"/>
          <w:szCs w:val="24"/>
        </w:rPr>
        <w:t>–</w:t>
      </w:r>
      <w:proofErr w:type="spellStart"/>
      <w:r w:rsidR="004F6E50" w:rsidRPr="00C254C3">
        <w:rPr>
          <w:rFonts w:ascii="Times New Roman" w:hAnsi="Times New Roman" w:cs="Times New Roman"/>
          <w:color w:val="000000" w:themeColor="text1"/>
          <w:sz w:val="24"/>
          <w:szCs w:val="24"/>
        </w:rPr>
        <w:t>şimdi</w:t>
      </w:r>
      <w:proofErr w:type="spellEnd"/>
      <w:r w:rsidR="004F6E50"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sonra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başlangıç</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bitiş</w:t>
      </w:r>
      <w:proofErr w:type="spellEnd"/>
    </w:p>
    <w:p w14:paraId="7A50FF56" w14:textId="6BBED2E0" w:rsidR="00AE7228" w:rsidRPr="00C254C3" w:rsidRDefault="00AE7228" w:rsidP="00BA059E">
      <w:pPr>
        <w:spacing w:after="0" w:line="276" w:lineRule="auto"/>
        <w:rPr>
          <w:rFonts w:ascii="Times New Roman" w:hAnsi="Times New Roman" w:cs="Times New Roman"/>
          <w:color w:val="000000" w:themeColor="text1"/>
          <w:sz w:val="24"/>
          <w:szCs w:val="24"/>
        </w:rPr>
      </w:pPr>
      <w:proofErr w:type="spellStart"/>
      <w:r w:rsidRPr="00C254C3">
        <w:rPr>
          <w:rFonts w:ascii="Times New Roman" w:hAnsi="Times New Roman" w:cs="Times New Roman"/>
          <w:b/>
          <w:color w:val="000000" w:themeColor="text1"/>
          <w:sz w:val="24"/>
          <w:szCs w:val="24"/>
        </w:rPr>
        <w:t>Hareket</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Hızlı</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yavaş</w:t>
      </w:r>
      <w:proofErr w:type="spellEnd"/>
    </w:p>
    <w:p w14:paraId="487217E0" w14:textId="08DF7D54" w:rsidR="00D927DB" w:rsidRPr="00C254C3" w:rsidRDefault="00AE7228" w:rsidP="00BA059E">
      <w:pPr>
        <w:spacing w:after="0" w:line="276" w:lineRule="auto"/>
        <w:rPr>
          <w:rFonts w:ascii="Times New Roman" w:hAnsi="Times New Roman" w:cs="Times New Roman"/>
          <w:color w:val="000000" w:themeColor="text1"/>
          <w:sz w:val="24"/>
          <w:szCs w:val="24"/>
        </w:rPr>
      </w:pPr>
      <w:proofErr w:type="spellStart"/>
      <w:r w:rsidRPr="00C254C3">
        <w:rPr>
          <w:rStyle w:val="Gl"/>
          <w:rFonts w:ascii="Times New Roman" w:hAnsi="Times New Roman" w:cs="Times New Roman"/>
          <w:color w:val="000000" w:themeColor="text1"/>
          <w:sz w:val="24"/>
          <w:szCs w:val="24"/>
        </w:rPr>
        <w:t>Duyu</w:t>
      </w:r>
      <w:proofErr w:type="spellEnd"/>
      <w:r w:rsidRPr="00C254C3">
        <w:rPr>
          <w:rStyle w:val="Gl"/>
          <w:rFonts w:ascii="Times New Roman" w:hAnsi="Times New Roman" w:cs="Times New Roman"/>
          <w:color w:val="000000" w:themeColor="text1"/>
          <w:sz w:val="24"/>
          <w:szCs w:val="24"/>
        </w:rPr>
        <w:t>:</w:t>
      </w:r>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Sert</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yumuşak</w:t>
      </w:r>
      <w:proofErr w:type="spellEnd"/>
      <w:r w:rsidR="004F6E50" w:rsidRPr="00C254C3">
        <w:rPr>
          <w:rFonts w:ascii="Times New Roman" w:hAnsi="Times New Roman" w:cs="Times New Roman"/>
          <w:color w:val="000000" w:themeColor="text1"/>
          <w:sz w:val="24"/>
          <w:szCs w:val="24"/>
        </w:rPr>
        <w:t xml:space="preserve">, </w:t>
      </w:r>
      <w:proofErr w:type="spellStart"/>
      <w:r w:rsidR="004F6E50" w:rsidRPr="00C254C3">
        <w:rPr>
          <w:rFonts w:ascii="Times New Roman" w:hAnsi="Times New Roman" w:cs="Times New Roman"/>
          <w:color w:val="000000" w:themeColor="text1"/>
          <w:sz w:val="24"/>
          <w:szCs w:val="24"/>
        </w:rPr>
        <w:t>ıslak</w:t>
      </w:r>
      <w:proofErr w:type="spellEnd"/>
      <w:r w:rsidR="004F6E50" w:rsidRPr="00C254C3">
        <w:rPr>
          <w:rFonts w:ascii="Times New Roman" w:hAnsi="Times New Roman" w:cs="Times New Roman"/>
          <w:color w:val="000000" w:themeColor="text1"/>
          <w:sz w:val="24"/>
          <w:szCs w:val="24"/>
        </w:rPr>
        <w:t>–kuru</w:t>
      </w:r>
      <w:r w:rsidRPr="00C254C3">
        <w:rPr>
          <w:rFonts w:ascii="Times New Roman" w:hAnsi="Times New Roman" w:cs="Times New Roman"/>
          <w:color w:val="000000" w:themeColor="text1"/>
          <w:sz w:val="24"/>
          <w:szCs w:val="24"/>
        </w:rPr>
        <w:br/>
      </w:r>
      <w:proofErr w:type="spellStart"/>
      <w:r w:rsidRPr="00C254C3">
        <w:rPr>
          <w:rStyle w:val="Gl"/>
          <w:rFonts w:ascii="Times New Roman" w:hAnsi="Times New Roman" w:cs="Times New Roman"/>
          <w:color w:val="000000" w:themeColor="text1"/>
          <w:sz w:val="24"/>
          <w:szCs w:val="24"/>
        </w:rPr>
        <w:t>Boyut</w:t>
      </w:r>
      <w:proofErr w:type="spellEnd"/>
      <w:r w:rsidRPr="00C254C3">
        <w:rPr>
          <w:rStyle w:val="Gl"/>
          <w:rFonts w:ascii="Times New Roman" w:hAnsi="Times New Roman" w:cs="Times New Roman"/>
          <w:color w:val="000000" w:themeColor="text1"/>
          <w:sz w:val="24"/>
          <w:szCs w:val="24"/>
        </w:rPr>
        <w:t>:</w:t>
      </w:r>
      <w:r w:rsidRPr="00C254C3">
        <w:rPr>
          <w:rFonts w:ascii="Times New Roman" w:hAnsi="Times New Roman" w:cs="Times New Roman"/>
          <w:color w:val="000000" w:themeColor="text1"/>
          <w:sz w:val="24"/>
          <w:szCs w:val="24"/>
        </w:rPr>
        <w:t xml:space="preserve"> Uzun–</w:t>
      </w:r>
      <w:proofErr w:type="spellStart"/>
      <w:r w:rsidRPr="00C254C3">
        <w:rPr>
          <w:rFonts w:ascii="Times New Roman" w:hAnsi="Times New Roman" w:cs="Times New Roman"/>
          <w:color w:val="000000" w:themeColor="text1"/>
          <w:sz w:val="24"/>
          <w:szCs w:val="24"/>
        </w:rPr>
        <w:t>kısa</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büyük</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küçük</w:t>
      </w:r>
      <w:proofErr w:type="spellEnd"/>
      <w:r w:rsidRPr="00C254C3">
        <w:rPr>
          <w:rFonts w:ascii="Times New Roman" w:hAnsi="Times New Roman" w:cs="Times New Roman"/>
          <w:color w:val="000000" w:themeColor="text1"/>
          <w:sz w:val="24"/>
          <w:szCs w:val="24"/>
        </w:rPr>
        <w:br/>
      </w:r>
      <w:proofErr w:type="spellStart"/>
      <w:r w:rsidRPr="00C254C3">
        <w:rPr>
          <w:rStyle w:val="Gl"/>
          <w:rFonts w:ascii="Times New Roman" w:hAnsi="Times New Roman" w:cs="Times New Roman"/>
          <w:color w:val="000000" w:themeColor="text1"/>
          <w:sz w:val="24"/>
          <w:szCs w:val="24"/>
        </w:rPr>
        <w:t>Miktar</w:t>
      </w:r>
      <w:proofErr w:type="spellEnd"/>
      <w:r w:rsidRPr="00C254C3">
        <w:rPr>
          <w:rStyle w:val="Gl"/>
          <w:rFonts w:ascii="Times New Roman" w:hAnsi="Times New Roman" w:cs="Times New Roman"/>
          <w:color w:val="000000" w:themeColor="text1"/>
          <w:sz w:val="24"/>
          <w:szCs w:val="24"/>
        </w:rPr>
        <w:t>:</w:t>
      </w:r>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Parça</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bütün</w:t>
      </w:r>
      <w:proofErr w:type="spellEnd"/>
      <w:r w:rsidR="00E435F3" w:rsidRPr="00C254C3">
        <w:rPr>
          <w:rFonts w:ascii="Times New Roman" w:hAnsi="Times New Roman" w:cs="Times New Roman"/>
          <w:color w:val="000000" w:themeColor="text1"/>
          <w:sz w:val="24"/>
          <w:szCs w:val="24"/>
        </w:rPr>
        <w:t xml:space="preserve">, </w:t>
      </w:r>
      <w:proofErr w:type="spellStart"/>
      <w:r w:rsidR="00E435F3" w:rsidRPr="00C254C3">
        <w:rPr>
          <w:rFonts w:ascii="Times New Roman" w:hAnsi="Times New Roman" w:cs="Times New Roman"/>
          <w:color w:val="000000" w:themeColor="text1"/>
          <w:sz w:val="24"/>
          <w:szCs w:val="24"/>
        </w:rPr>
        <w:t>az</w:t>
      </w:r>
      <w:proofErr w:type="spellEnd"/>
      <w:r w:rsidR="00E435F3" w:rsidRPr="00C254C3">
        <w:rPr>
          <w:rFonts w:ascii="Times New Roman" w:hAnsi="Times New Roman" w:cs="Times New Roman"/>
          <w:color w:val="000000" w:themeColor="text1"/>
          <w:sz w:val="24"/>
          <w:szCs w:val="24"/>
        </w:rPr>
        <w:t>–</w:t>
      </w:r>
      <w:proofErr w:type="spellStart"/>
      <w:r w:rsidR="00E435F3" w:rsidRPr="00C254C3">
        <w:rPr>
          <w:rFonts w:ascii="Times New Roman" w:hAnsi="Times New Roman" w:cs="Times New Roman"/>
          <w:color w:val="000000" w:themeColor="text1"/>
          <w:sz w:val="24"/>
          <w:szCs w:val="24"/>
        </w:rPr>
        <w:t>çok</w:t>
      </w:r>
      <w:proofErr w:type="spellEnd"/>
    </w:p>
    <w:p w14:paraId="786F9E12" w14:textId="25CCD70F" w:rsidR="00E435F3" w:rsidRPr="00C254C3" w:rsidRDefault="00D927DB" w:rsidP="00BA059E">
      <w:pPr>
        <w:keepNext/>
        <w:spacing w:after="0" w:line="276" w:lineRule="auto"/>
        <w:rPr>
          <w:rFonts w:ascii="Times New Roman" w:hAnsi="Times New Roman" w:cs="Times New Roman"/>
          <w:color w:val="000000" w:themeColor="text1"/>
          <w:sz w:val="24"/>
          <w:szCs w:val="24"/>
        </w:rPr>
      </w:pPr>
      <w:r w:rsidRPr="00C254C3">
        <w:rPr>
          <w:rFonts w:ascii="Times New Roman" w:hAnsi="Times New Roman" w:cs="Times New Roman"/>
          <w:b/>
          <w:color w:val="000000" w:themeColor="text1"/>
          <w:sz w:val="24"/>
          <w:szCs w:val="24"/>
        </w:rPr>
        <w:t xml:space="preserve">Renk: </w:t>
      </w:r>
      <w:proofErr w:type="spellStart"/>
      <w:r w:rsidRPr="00C254C3">
        <w:rPr>
          <w:rFonts w:ascii="Times New Roman" w:hAnsi="Times New Roman" w:cs="Times New Roman"/>
          <w:color w:val="000000" w:themeColor="text1"/>
          <w:sz w:val="24"/>
          <w:szCs w:val="24"/>
        </w:rPr>
        <w:t>Kırmızı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yeşil</w:t>
      </w:r>
      <w:proofErr w:type="spellEnd"/>
      <w:r w:rsidR="00AE7228" w:rsidRPr="00C254C3">
        <w:rPr>
          <w:rFonts w:ascii="Times New Roman" w:hAnsi="Times New Roman" w:cs="Times New Roman"/>
          <w:color w:val="000000" w:themeColor="text1"/>
          <w:sz w:val="24"/>
          <w:szCs w:val="24"/>
        </w:rPr>
        <w:br/>
      </w:r>
      <w:proofErr w:type="spellStart"/>
      <w:r w:rsidR="00AE7228" w:rsidRPr="00C254C3">
        <w:rPr>
          <w:rStyle w:val="Gl"/>
          <w:rFonts w:ascii="Times New Roman" w:hAnsi="Times New Roman" w:cs="Times New Roman"/>
          <w:color w:val="000000" w:themeColor="text1"/>
          <w:sz w:val="24"/>
          <w:szCs w:val="24"/>
        </w:rPr>
        <w:t>Zıt</w:t>
      </w:r>
      <w:proofErr w:type="spellEnd"/>
      <w:r w:rsidR="00AE7228" w:rsidRPr="00C254C3">
        <w:rPr>
          <w:rStyle w:val="Gl"/>
          <w:rFonts w:ascii="Times New Roman" w:hAnsi="Times New Roman" w:cs="Times New Roman"/>
          <w:color w:val="000000" w:themeColor="text1"/>
          <w:sz w:val="24"/>
          <w:szCs w:val="24"/>
        </w:rPr>
        <w:t>:</w:t>
      </w:r>
      <w:r w:rsidR="00AE7228" w:rsidRPr="00C254C3">
        <w:rPr>
          <w:rFonts w:ascii="Times New Roman" w:hAnsi="Times New Roman" w:cs="Times New Roman"/>
          <w:color w:val="000000" w:themeColor="text1"/>
          <w:sz w:val="24"/>
          <w:szCs w:val="24"/>
        </w:rPr>
        <w:t xml:space="preserve"> Açık–</w:t>
      </w:r>
      <w:proofErr w:type="spellStart"/>
      <w:r w:rsidR="00AE7228" w:rsidRPr="00C254C3">
        <w:rPr>
          <w:rFonts w:ascii="Times New Roman" w:hAnsi="Times New Roman" w:cs="Times New Roman"/>
          <w:color w:val="000000" w:themeColor="text1"/>
          <w:sz w:val="24"/>
          <w:szCs w:val="24"/>
        </w:rPr>
        <w:t>kapalı</w:t>
      </w:r>
      <w:proofErr w:type="spellEnd"/>
      <w:r w:rsidR="00E435F3" w:rsidRPr="00C254C3">
        <w:rPr>
          <w:rFonts w:ascii="Times New Roman" w:hAnsi="Times New Roman" w:cs="Times New Roman"/>
          <w:color w:val="000000" w:themeColor="text1"/>
          <w:sz w:val="24"/>
          <w:szCs w:val="24"/>
        </w:rPr>
        <w:t xml:space="preserve">, </w:t>
      </w:r>
      <w:proofErr w:type="spellStart"/>
      <w:r w:rsidR="00E435F3" w:rsidRPr="00C254C3">
        <w:rPr>
          <w:rFonts w:ascii="Times New Roman" w:hAnsi="Times New Roman" w:cs="Times New Roman"/>
          <w:color w:val="000000" w:themeColor="text1"/>
          <w:sz w:val="24"/>
          <w:szCs w:val="24"/>
        </w:rPr>
        <w:t>düzenli</w:t>
      </w:r>
      <w:proofErr w:type="spellEnd"/>
      <w:r w:rsidR="00E435F3" w:rsidRPr="00C254C3">
        <w:rPr>
          <w:rFonts w:ascii="Times New Roman" w:hAnsi="Times New Roman" w:cs="Times New Roman"/>
          <w:color w:val="000000" w:themeColor="text1"/>
          <w:sz w:val="24"/>
          <w:szCs w:val="24"/>
        </w:rPr>
        <w:t>–</w:t>
      </w:r>
      <w:proofErr w:type="spellStart"/>
      <w:r w:rsidR="00E435F3" w:rsidRPr="00C254C3">
        <w:rPr>
          <w:rFonts w:ascii="Times New Roman" w:hAnsi="Times New Roman" w:cs="Times New Roman"/>
          <w:color w:val="000000" w:themeColor="text1"/>
          <w:sz w:val="24"/>
          <w:szCs w:val="24"/>
        </w:rPr>
        <w:t>dağınık</w:t>
      </w:r>
      <w:proofErr w:type="spellEnd"/>
      <w:r w:rsidR="00E435F3" w:rsidRPr="00C254C3">
        <w:rPr>
          <w:rFonts w:ascii="Times New Roman" w:hAnsi="Times New Roman" w:cs="Times New Roman"/>
          <w:color w:val="000000" w:themeColor="text1"/>
          <w:sz w:val="24"/>
          <w:szCs w:val="24"/>
        </w:rPr>
        <w:t xml:space="preserve">, </w:t>
      </w:r>
      <w:proofErr w:type="spellStart"/>
      <w:r w:rsidR="00E435F3" w:rsidRPr="00C254C3">
        <w:rPr>
          <w:rFonts w:ascii="Times New Roman" w:hAnsi="Times New Roman" w:cs="Times New Roman"/>
          <w:color w:val="000000" w:themeColor="text1"/>
          <w:sz w:val="24"/>
          <w:szCs w:val="24"/>
        </w:rPr>
        <w:t>aynı</w:t>
      </w:r>
      <w:proofErr w:type="spellEnd"/>
      <w:r w:rsidR="00E435F3" w:rsidRPr="00C254C3">
        <w:rPr>
          <w:rFonts w:ascii="Times New Roman" w:hAnsi="Times New Roman" w:cs="Times New Roman"/>
          <w:color w:val="000000" w:themeColor="text1"/>
          <w:sz w:val="24"/>
          <w:szCs w:val="24"/>
        </w:rPr>
        <w:t>–</w:t>
      </w:r>
      <w:proofErr w:type="spellStart"/>
      <w:r w:rsidR="00E435F3" w:rsidRPr="00C254C3">
        <w:rPr>
          <w:rFonts w:ascii="Times New Roman" w:hAnsi="Times New Roman" w:cs="Times New Roman"/>
          <w:color w:val="000000" w:themeColor="text1"/>
          <w:sz w:val="24"/>
          <w:szCs w:val="24"/>
        </w:rPr>
        <w:t>farklı</w:t>
      </w:r>
      <w:proofErr w:type="spellEnd"/>
      <w:r w:rsidR="00BE4F94" w:rsidRPr="00C254C3">
        <w:rPr>
          <w:rFonts w:ascii="Times New Roman" w:hAnsi="Times New Roman" w:cs="Times New Roman"/>
          <w:color w:val="000000" w:themeColor="text1"/>
          <w:sz w:val="24"/>
          <w:szCs w:val="24"/>
        </w:rPr>
        <w:t xml:space="preserve">, </w:t>
      </w:r>
      <w:proofErr w:type="spellStart"/>
      <w:r w:rsidR="00BE4F94" w:rsidRPr="00C254C3">
        <w:rPr>
          <w:rFonts w:ascii="Times New Roman" w:hAnsi="Times New Roman" w:cs="Times New Roman"/>
          <w:bCs/>
          <w:color w:val="000000" w:themeColor="text1"/>
          <w:sz w:val="24"/>
          <w:szCs w:val="24"/>
        </w:rPr>
        <w:t>ters</w:t>
      </w:r>
      <w:proofErr w:type="spellEnd"/>
      <w:r w:rsidR="00BE4F94" w:rsidRPr="00C254C3">
        <w:rPr>
          <w:rFonts w:ascii="Times New Roman" w:hAnsi="Times New Roman" w:cs="Times New Roman"/>
          <w:bCs/>
          <w:color w:val="000000" w:themeColor="text1"/>
          <w:sz w:val="24"/>
          <w:szCs w:val="24"/>
        </w:rPr>
        <w:t>–</w:t>
      </w:r>
      <w:proofErr w:type="spellStart"/>
      <w:r w:rsidR="00BE4F94" w:rsidRPr="00C254C3">
        <w:rPr>
          <w:rFonts w:ascii="Times New Roman" w:hAnsi="Times New Roman" w:cs="Times New Roman"/>
          <w:bCs/>
          <w:color w:val="000000" w:themeColor="text1"/>
          <w:sz w:val="24"/>
          <w:szCs w:val="24"/>
        </w:rPr>
        <w:t>düz</w:t>
      </w:r>
      <w:proofErr w:type="spellEnd"/>
      <w:r w:rsidR="004F6E50" w:rsidRPr="00C254C3">
        <w:rPr>
          <w:rFonts w:ascii="Times New Roman" w:hAnsi="Times New Roman" w:cs="Times New Roman"/>
          <w:bCs/>
          <w:color w:val="000000" w:themeColor="text1"/>
          <w:sz w:val="24"/>
          <w:szCs w:val="24"/>
        </w:rPr>
        <w:t xml:space="preserve">, </w:t>
      </w:r>
      <w:proofErr w:type="spellStart"/>
      <w:r w:rsidR="004F6E50" w:rsidRPr="00C254C3">
        <w:rPr>
          <w:rFonts w:ascii="Times New Roman" w:hAnsi="Times New Roman" w:cs="Times New Roman"/>
          <w:color w:val="000000" w:themeColor="text1"/>
          <w:sz w:val="24"/>
          <w:szCs w:val="24"/>
        </w:rPr>
        <w:t>kirli</w:t>
      </w:r>
      <w:proofErr w:type="spellEnd"/>
      <w:r w:rsidR="004F6E50" w:rsidRPr="00C254C3">
        <w:rPr>
          <w:rFonts w:ascii="Times New Roman" w:hAnsi="Times New Roman" w:cs="Times New Roman"/>
          <w:color w:val="000000" w:themeColor="text1"/>
          <w:sz w:val="24"/>
          <w:szCs w:val="24"/>
        </w:rPr>
        <w:t>–</w:t>
      </w:r>
      <w:proofErr w:type="spellStart"/>
      <w:r w:rsidR="004F6E50" w:rsidRPr="00C254C3">
        <w:rPr>
          <w:rFonts w:ascii="Times New Roman" w:hAnsi="Times New Roman" w:cs="Times New Roman"/>
          <w:color w:val="000000" w:themeColor="text1"/>
          <w:sz w:val="24"/>
          <w:szCs w:val="24"/>
        </w:rPr>
        <w:t>temiz</w:t>
      </w:r>
      <w:proofErr w:type="spellEnd"/>
    </w:p>
    <w:p w14:paraId="47D1C304" w14:textId="0FA63C11" w:rsidR="00A14DB0" w:rsidRPr="00C254C3" w:rsidRDefault="00A14DB0" w:rsidP="00BA059E">
      <w:pPr>
        <w:spacing w:after="0" w:line="276" w:lineRule="auto"/>
        <w:rPr>
          <w:rFonts w:ascii="Times New Roman" w:hAnsi="Times New Roman" w:cs="Times New Roman"/>
          <w:color w:val="000000" w:themeColor="text1"/>
          <w:sz w:val="24"/>
          <w:szCs w:val="24"/>
        </w:rPr>
      </w:pPr>
      <w:bookmarkStart w:id="1" w:name="_Hlk240747279"/>
      <w:proofErr w:type="spellStart"/>
      <w:r w:rsidRPr="00C254C3">
        <w:rPr>
          <w:rFonts w:ascii="Times New Roman" w:hAnsi="Times New Roman" w:cs="Times New Roman"/>
          <w:b/>
          <w:bCs/>
          <w:color w:val="000000" w:themeColor="text1"/>
          <w:sz w:val="24"/>
          <w:szCs w:val="24"/>
        </w:rPr>
        <w:t>Yön</w:t>
      </w:r>
      <w:proofErr w:type="spellEnd"/>
      <w:r w:rsidRPr="00C254C3">
        <w:rPr>
          <w:rFonts w:ascii="Times New Roman" w:hAnsi="Times New Roman" w:cs="Times New Roman"/>
          <w:b/>
          <w:bCs/>
          <w:color w:val="000000" w:themeColor="text1"/>
          <w:sz w:val="24"/>
          <w:szCs w:val="24"/>
        </w:rPr>
        <w:t xml:space="preserve"> / </w:t>
      </w:r>
      <w:proofErr w:type="spellStart"/>
      <w:r w:rsidRPr="00C254C3">
        <w:rPr>
          <w:rFonts w:ascii="Times New Roman" w:hAnsi="Times New Roman" w:cs="Times New Roman"/>
          <w:b/>
          <w:bCs/>
          <w:color w:val="000000" w:themeColor="text1"/>
          <w:sz w:val="24"/>
          <w:szCs w:val="24"/>
        </w:rPr>
        <w:t>Mekânda</w:t>
      </w:r>
      <w:proofErr w:type="spellEnd"/>
      <w:r w:rsidRPr="00C254C3">
        <w:rPr>
          <w:rFonts w:ascii="Times New Roman" w:hAnsi="Times New Roman" w:cs="Times New Roman"/>
          <w:b/>
          <w:bCs/>
          <w:color w:val="000000" w:themeColor="text1"/>
          <w:sz w:val="24"/>
          <w:szCs w:val="24"/>
        </w:rPr>
        <w:t xml:space="preserve"> </w:t>
      </w:r>
      <w:proofErr w:type="spellStart"/>
      <w:r w:rsidRPr="00C254C3">
        <w:rPr>
          <w:rFonts w:ascii="Times New Roman" w:hAnsi="Times New Roman" w:cs="Times New Roman"/>
          <w:b/>
          <w:bCs/>
          <w:color w:val="000000" w:themeColor="text1"/>
          <w:sz w:val="24"/>
          <w:szCs w:val="24"/>
        </w:rPr>
        <w:t>Konum</w:t>
      </w:r>
      <w:proofErr w:type="spellEnd"/>
      <w:r w:rsidRPr="00C254C3">
        <w:rPr>
          <w:rFonts w:ascii="Times New Roman" w:hAnsi="Times New Roman" w:cs="Times New Roman"/>
          <w:b/>
          <w:bCs/>
          <w:color w:val="000000" w:themeColor="text1"/>
          <w:sz w:val="24"/>
          <w:szCs w:val="24"/>
        </w:rPr>
        <w:t>:</w:t>
      </w:r>
      <w:r w:rsidRPr="00C254C3">
        <w:rPr>
          <w:rFonts w:ascii="Times New Roman" w:hAnsi="Times New Roman" w:cs="Times New Roman"/>
          <w:color w:val="000000" w:themeColor="text1"/>
          <w:sz w:val="24"/>
          <w:szCs w:val="24"/>
        </w:rPr>
        <w:t xml:space="preserve"> </w:t>
      </w:r>
      <w:bookmarkEnd w:id="1"/>
      <w:proofErr w:type="spellStart"/>
      <w:r w:rsidRPr="00C254C3">
        <w:rPr>
          <w:rFonts w:ascii="Times New Roman" w:hAnsi="Times New Roman" w:cs="Times New Roman"/>
          <w:color w:val="000000" w:themeColor="text1"/>
          <w:sz w:val="24"/>
          <w:szCs w:val="24"/>
        </w:rPr>
        <w:t>İçinde</w:t>
      </w:r>
      <w:proofErr w:type="spellEnd"/>
      <w:r w:rsidRPr="00C254C3">
        <w:rPr>
          <w:rFonts w:ascii="Times New Roman" w:hAnsi="Times New Roman" w:cs="Times New Roman"/>
          <w:color w:val="000000" w:themeColor="text1"/>
          <w:sz w:val="24"/>
          <w:szCs w:val="24"/>
        </w:rPr>
        <w:t>–</w:t>
      </w:r>
      <w:proofErr w:type="spellStart"/>
      <w:r w:rsidRPr="00C254C3">
        <w:rPr>
          <w:rFonts w:ascii="Times New Roman" w:hAnsi="Times New Roman" w:cs="Times New Roman"/>
          <w:color w:val="000000" w:themeColor="text1"/>
          <w:sz w:val="24"/>
          <w:szCs w:val="24"/>
        </w:rPr>
        <w:t>dışında</w:t>
      </w:r>
      <w:proofErr w:type="spellEnd"/>
      <w:r w:rsidR="00D927DB" w:rsidRPr="00C254C3">
        <w:rPr>
          <w:rFonts w:ascii="Times New Roman" w:hAnsi="Times New Roman" w:cs="Times New Roman"/>
          <w:color w:val="000000" w:themeColor="text1"/>
          <w:sz w:val="24"/>
          <w:szCs w:val="24"/>
        </w:rPr>
        <w:t xml:space="preserve">, </w:t>
      </w:r>
      <w:proofErr w:type="spellStart"/>
      <w:r w:rsidR="00D927DB" w:rsidRPr="00C254C3">
        <w:rPr>
          <w:rFonts w:ascii="Times New Roman" w:hAnsi="Times New Roman" w:cs="Times New Roman"/>
          <w:color w:val="000000" w:themeColor="text1"/>
          <w:sz w:val="24"/>
          <w:szCs w:val="24"/>
        </w:rPr>
        <w:t>önünde</w:t>
      </w:r>
      <w:proofErr w:type="spellEnd"/>
      <w:r w:rsidR="00D927DB" w:rsidRPr="00C254C3">
        <w:rPr>
          <w:rFonts w:ascii="Times New Roman" w:hAnsi="Times New Roman" w:cs="Times New Roman"/>
          <w:color w:val="000000" w:themeColor="text1"/>
          <w:sz w:val="24"/>
          <w:szCs w:val="24"/>
        </w:rPr>
        <w:t>–</w:t>
      </w:r>
      <w:proofErr w:type="spellStart"/>
      <w:r w:rsidR="00D927DB" w:rsidRPr="00C254C3">
        <w:rPr>
          <w:rFonts w:ascii="Times New Roman" w:hAnsi="Times New Roman" w:cs="Times New Roman"/>
          <w:color w:val="000000" w:themeColor="text1"/>
          <w:sz w:val="24"/>
          <w:szCs w:val="24"/>
        </w:rPr>
        <w:t>arkasında</w:t>
      </w:r>
      <w:proofErr w:type="spellEnd"/>
      <w:r w:rsidR="00BE4F94" w:rsidRPr="00C254C3">
        <w:rPr>
          <w:rFonts w:ascii="Times New Roman" w:hAnsi="Times New Roman" w:cs="Times New Roman"/>
          <w:color w:val="000000" w:themeColor="text1"/>
          <w:sz w:val="24"/>
          <w:szCs w:val="24"/>
        </w:rPr>
        <w:t>,</w:t>
      </w:r>
      <w:r w:rsidR="00BE4F94" w:rsidRPr="00C254C3">
        <w:rPr>
          <w:rFonts w:ascii="Times New Roman" w:hAnsi="Times New Roman" w:cs="Times New Roman"/>
          <w:bCs/>
          <w:color w:val="000000" w:themeColor="text1"/>
          <w:sz w:val="24"/>
          <w:szCs w:val="24"/>
        </w:rPr>
        <w:t xml:space="preserve"> </w:t>
      </w:r>
      <w:proofErr w:type="spellStart"/>
      <w:r w:rsidR="00BE4F94" w:rsidRPr="00C254C3">
        <w:rPr>
          <w:rFonts w:ascii="Times New Roman" w:hAnsi="Times New Roman" w:cs="Times New Roman"/>
          <w:bCs/>
          <w:color w:val="000000" w:themeColor="text1"/>
          <w:sz w:val="24"/>
          <w:szCs w:val="24"/>
        </w:rPr>
        <w:t>ön</w:t>
      </w:r>
      <w:proofErr w:type="spellEnd"/>
      <w:r w:rsidR="00BE4F94" w:rsidRPr="00C254C3">
        <w:rPr>
          <w:rFonts w:ascii="Times New Roman" w:hAnsi="Times New Roman" w:cs="Times New Roman"/>
          <w:bCs/>
          <w:color w:val="000000" w:themeColor="text1"/>
          <w:sz w:val="24"/>
          <w:szCs w:val="24"/>
        </w:rPr>
        <w:t>–</w:t>
      </w:r>
      <w:proofErr w:type="spellStart"/>
      <w:r w:rsidR="00BE4F94" w:rsidRPr="00C254C3">
        <w:rPr>
          <w:rFonts w:ascii="Times New Roman" w:hAnsi="Times New Roman" w:cs="Times New Roman"/>
          <w:bCs/>
          <w:color w:val="000000" w:themeColor="text1"/>
          <w:sz w:val="24"/>
          <w:szCs w:val="24"/>
        </w:rPr>
        <w:t>arka</w:t>
      </w:r>
      <w:proofErr w:type="spellEnd"/>
      <w:r w:rsidR="00BE4F94" w:rsidRPr="00C254C3">
        <w:rPr>
          <w:rFonts w:ascii="Times New Roman" w:hAnsi="Times New Roman" w:cs="Times New Roman"/>
          <w:bCs/>
          <w:color w:val="000000" w:themeColor="text1"/>
          <w:sz w:val="24"/>
          <w:szCs w:val="24"/>
        </w:rPr>
        <w:t xml:space="preserve">, </w:t>
      </w:r>
      <w:proofErr w:type="spellStart"/>
      <w:r w:rsidR="00BE4F94" w:rsidRPr="00C254C3">
        <w:rPr>
          <w:rFonts w:ascii="Times New Roman" w:hAnsi="Times New Roman" w:cs="Times New Roman"/>
          <w:bCs/>
          <w:color w:val="000000" w:themeColor="text1"/>
          <w:sz w:val="24"/>
          <w:szCs w:val="24"/>
        </w:rPr>
        <w:t>sağ</w:t>
      </w:r>
      <w:proofErr w:type="spellEnd"/>
      <w:r w:rsidR="00BE4F94" w:rsidRPr="00C254C3">
        <w:rPr>
          <w:rFonts w:ascii="Times New Roman" w:hAnsi="Times New Roman" w:cs="Times New Roman"/>
          <w:bCs/>
          <w:color w:val="000000" w:themeColor="text1"/>
          <w:sz w:val="24"/>
          <w:szCs w:val="24"/>
        </w:rPr>
        <w:t>–sol</w:t>
      </w:r>
    </w:p>
    <w:p w14:paraId="47F173FA" w14:textId="5E5F5047" w:rsidR="00E435F3" w:rsidRPr="00C254C3" w:rsidRDefault="00E435F3" w:rsidP="00BA059E">
      <w:pPr>
        <w:keepNext/>
        <w:spacing w:after="0" w:line="276" w:lineRule="auto"/>
        <w:rPr>
          <w:rFonts w:ascii="Times New Roman" w:hAnsi="Times New Roman" w:cs="Times New Roman"/>
          <w:color w:val="000000" w:themeColor="text1"/>
          <w:sz w:val="24"/>
          <w:szCs w:val="24"/>
        </w:rPr>
      </w:pPr>
      <w:proofErr w:type="spellStart"/>
      <w:r w:rsidRPr="00C254C3">
        <w:rPr>
          <w:rFonts w:ascii="Times New Roman" w:hAnsi="Times New Roman" w:cs="Times New Roman"/>
          <w:b/>
          <w:color w:val="000000" w:themeColor="text1"/>
          <w:sz w:val="24"/>
          <w:szCs w:val="24"/>
        </w:rPr>
        <w:t>Sayı</w:t>
      </w:r>
      <w:proofErr w:type="spellEnd"/>
      <w:r w:rsidRPr="00C254C3">
        <w:rPr>
          <w:rFonts w:ascii="Times New Roman" w:hAnsi="Times New Roman" w:cs="Times New Roman"/>
          <w:b/>
          <w:color w:val="000000" w:themeColor="text1"/>
          <w:sz w:val="24"/>
          <w:szCs w:val="24"/>
        </w:rPr>
        <w:t xml:space="preserve"> / </w:t>
      </w:r>
      <w:proofErr w:type="spellStart"/>
      <w:r w:rsidRPr="00C254C3">
        <w:rPr>
          <w:rFonts w:ascii="Times New Roman" w:hAnsi="Times New Roman" w:cs="Times New Roman"/>
          <w:b/>
          <w:color w:val="000000" w:themeColor="text1"/>
          <w:sz w:val="24"/>
          <w:szCs w:val="24"/>
        </w:rPr>
        <w:t>Sayma</w:t>
      </w:r>
      <w:proofErr w:type="spellEnd"/>
      <w:r w:rsidRPr="00C254C3">
        <w:rPr>
          <w:rFonts w:ascii="Times New Roman" w:hAnsi="Times New Roman" w:cs="Times New Roman"/>
          <w:b/>
          <w:color w:val="000000" w:themeColor="text1"/>
          <w:sz w:val="24"/>
          <w:szCs w:val="24"/>
        </w:rPr>
        <w:t>:</w:t>
      </w:r>
      <w:r w:rsidRPr="00C254C3">
        <w:rPr>
          <w:rFonts w:ascii="Times New Roman" w:hAnsi="Times New Roman" w:cs="Times New Roman"/>
          <w:color w:val="000000" w:themeColor="text1"/>
          <w:sz w:val="24"/>
          <w:szCs w:val="24"/>
        </w:rPr>
        <w:t xml:space="preserve"> 1–</w:t>
      </w:r>
      <w:r w:rsidR="00F53F3D" w:rsidRPr="00C254C3">
        <w:rPr>
          <w:rFonts w:ascii="Times New Roman" w:hAnsi="Times New Roman" w:cs="Times New Roman"/>
          <w:color w:val="000000" w:themeColor="text1"/>
          <w:sz w:val="24"/>
          <w:szCs w:val="24"/>
        </w:rPr>
        <w:t>10</w:t>
      </w:r>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arası</w:t>
      </w:r>
      <w:proofErr w:type="spellEnd"/>
      <w:r w:rsidRPr="00C254C3">
        <w:rPr>
          <w:rFonts w:ascii="Times New Roman" w:hAnsi="Times New Roman" w:cs="Times New Roman"/>
          <w:color w:val="000000" w:themeColor="text1"/>
          <w:sz w:val="24"/>
          <w:szCs w:val="24"/>
        </w:rPr>
        <w:t xml:space="preserve"> </w:t>
      </w:r>
      <w:proofErr w:type="spellStart"/>
      <w:r w:rsidRPr="00C254C3">
        <w:rPr>
          <w:rFonts w:ascii="Times New Roman" w:hAnsi="Times New Roman" w:cs="Times New Roman"/>
          <w:color w:val="000000" w:themeColor="text1"/>
          <w:sz w:val="24"/>
          <w:szCs w:val="24"/>
        </w:rPr>
        <w:t>sayılar</w:t>
      </w:r>
      <w:proofErr w:type="spellEnd"/>
    </w:p>
    <w:p w14:paraId="0DADB1C7" w14:textId="77777777" w:rsidR="00896383" w:rsidRPr="00C254C3" w:rsidRDefault="00684131" w:rsidP="00BA059E">
      <w:pPr>
        <w:pStyle w:val="Balk1"/>
        <w:spacing w:before="80" w:after="80" w:line="276" w:lineRule="auto"/>
        <w:rPr>
          <w:rFonts w:ascii="Times New Roman" w:hAnsi="Times New Roman" w:cs="Times New Roman"/>
          <w:color w:val="000000" w:themeColor="text1"/>
          <w:szCs w:val="24"/>
        </w:rPr>
      </w:pPr>
      <w:r w:rsidRPr="00C254C3">
        <w:rPr>
          <w:rFonts w:ascii="Times New Roman" w:hAnsi="Times New Roman" w:cs="Times New Roman"/>
          <w:color w:val="000000" w:themeColor="text1"/>
          <w:szCs w:val="24"/>
        </w:rPr>
        <w:t>BELİRLİ GÜN VE HAFTALAR</w:t>
      </w:r>
    </w:p>
    <w:p w14:paraId="7E56649A" w14:textId="77777777" w:rsidR="0020313D" w:rsidRPr="00C254C3" w:rsidRDefault="0020313D" w:rsidP="00BA059E">
      <w:pPr>
        <w:spacing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İlköğretim</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Haftası</w:t>
      </w:r>
      <w:proofErr w:type="spellEnd"/>
      <w:r w:rsidRPr="00C254C3">
        <w:rPr>
          <w:rFonts w:ascii="Times New Roman" w:hAnsi="Times New Roman" w:cs="Times New Roman"/>
          <w:sz w:val="24"/>
          <w:szCs w:val="24"/>
        </w:rPr>
        <w:t xml:space="preserve"> (Eylül </w:t>
      </w:r>
      <w:proofErr w:type="spellStart"/>
      <w:r w:rsidRPr="00C254C3">
        <w:rPr>
          <w:rFonts w:ascii="Times New Roman" w:hAnsi="Times New Roman" w:cs="Times New Roman"/>
          <w:sz w:val="24"/>
          <w:szCs w:val="24"/>
        </w:rPr>
        <w:t>ayının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üçüncü</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haftası</w:t>
      </w:r>
      <w:proofErr w:type="spellEnd"/>
      <w:r w:rsidRPr="00C254C3">
        <w:rPr>
          <w:rFonts w:ascii="Times New Roman" w:hAnsi="Times New Roman" w:cs="Times New Roman"/>
          <w:sz w:val="24"/>
          <w:szCs w:val="24"/>
        </w:rPr>
        <w:t>)</w:t>
      </w:r>
    </w:p>
    <w:p w14:paraId="243EB417" w14:textId="77777777" w:rsidR="00BA059E" w:rsidRPr="00C254C3" w:rsidRDefault="0020313D" w:rsidP="00BA059E">
      <w:pPr>
        <w:spacing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İtfaiye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Haftası</w:t>
      </w:r>
      <w:proofErr w:type="spellEnd"/>
      <w:r w:rsidRPr="00C254C3">
        <w:rPr>
          <w:rFonts w:ascii="Times New Roman" w:hAnsi="Times New Roman" w:cs="Times New Roman"/>
          <w:sz w:val="24"/>
          <w:szCs w:val="24"/>
        </w:rPr>
        <w:t xml:space="preserve"> (30 Eylül </w:t>
      </w:r>
      <w:proofErr w:type="spellStart"/>
      <w:r w:rsidRPr="00C254C3">
        <w:rPr>
          <w:rFonts w:ascii="Times New Roman" w:hAnsi="Times New Roman" w:cs="Times New Roman"/>
          <w:sz w:val="24"/>
          <w:szCs w:val="24"/>
        </w:rPr>
        <w:t>tarihli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günlük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planda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ele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alınacaktır</w:t>
      </w:r>
      <w:proofErr w:type="spellEnd"/>
      <w:r w:rsidRPr="00C254C3">
        <w:rPr>
          <w:rFonts w:ascii="Times New Roman" w:hAnsi="Times New Roman" w:cs="Times New Roman"/>
          <w:sz w:val="24"/>
          <w:szCs w:val="24"/>
        </w:rPr>
        <w:t>.)</w:t>
      </w:r>
    </w:p>
    <w:p w14:paraId="6C03E57E" w14:textId="77777777" w:rsidR="00BA059E" w:rsidRPr="00C254C3" w:rsidRDefault="00684131" w:rsidP="00BA059E">
      <w:pPr>
        <w:spacing w:after="80" w:line="276" w:lineRule="auto"/>
        <w:rPr>
          <w:rFonts w:ascii="Times New Roman" w:hAnsi="Times New Roman" w:cs="Times New Roman"/>
          <w:b/>
          <w:bCs/>
          <w:sz w:val="24"/>
          <w:szCs w:val="24"/>
        </w:rPr>
      </w:pPr>
      <w:r w:rsidRPr="00C254C3">
        <w:rPr>
          <w:rFonts w:ascii="Times New Roman" w:hAnsi="Times New Roman" w:cs="Times New Roman"/>
          <w:b/>
          <w:bCs/>
          <w:sz w:val="24"/>
          <w:szCs w:val="24"/>
        </w:rPr>
        <w:t>ÖĞRENME-ÖĞRETME YAŞANTILARI</w:t>
      </w:r>
    </w:p>
    <w:p w14:paraId="0FF4B50E" w14:textId="77777777" w:rsidR="00BA059E" w:rsidRPr="00C254C3" w:rsidRDefault="00684131" w:rsidP="00BA059E">
      <w:pPr>
        <w:spacing w:after="80" w:line="276" w:lineRule="auto"/>
        <w:rPr>
          <w:rFonts w:ascii="Times New Roman" w:hAnsi="Times New Roman" w:cs="Times New Roman"/>
          <w:b/>
          <w:bCs/>
          <w:sz w:val="24"/>
          <w:szCs w:val="24"/>
        </w:rPr>
      </w:pPr>
      <w:proofErr w:type="spellStart"/>
      <w:r w:rsidRPr="00C254C3">
        <w:rPr>
          <w:rFonts w:ascii="Times New Roman" w:hAnsi="Times New Roman" w:cs="Times New Roman"/>
          <w:b/>
          <w:bCs/>
          <w:sz w:val="24"/>
          <w:szCs w:val="24"/>
        </w:rPr>
        <w:t>Öğrenme-Öğretme</w:t>
      </w:r>
      <w:proofErr w:type="spellEnd"/>
      <w:r w:rsidRPr="00C254C3">
        <w:rPr>
          <w:rFonts w:ascii="Times New Roman" w:hAnsi="Times New Roman" w:cs="Times New Roman"/>
          <w:b/>
          <w:bCs/>
          <w:sz w:val="24"/>
          <w:szCs w:val="24"/>
        </w:rPr>
        <w:t xml:space="preserve"> </w:t>
      </w:r>
      <w:proofErr w:type="spellStart"/>
      <w:r w:rsidRPr="00C254C3">
        <w:rPr>
          <w:rFonts w:ascii="Times New Roman" w:hAnsi="Times New Roman" w:cs="Times New Roman"/>
          <w:b/>
          <w:bCs/>
          <w:sz w:val="24"/>
          <w:szCs w:val="24"/>
        </w:rPr>
        <w:t>Uygulamaları</w:t>
      </w:r>
      <w:proofErr w:type="spellEnd"/>
    </w:p>
    <w:p w14:paraId="2EE8E6E3" w14:textId="369868AE" w:rsidR="00C371D0" w:rsidRPr="00C254C3" w:rsidRDefault="00C371D0" w:rsidP="00BA059E">
      <w:pPr>
        <w:spacing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Öğrenme-öğretme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uygulamaları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çocukların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bireysel</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özellikleri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gelişim</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düzeyleri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hazır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bulunuşlukları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dikkate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alınarak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planlanır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Türkçe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matematik</w:t>
      </w:r>
      <w:proofErr w:type="spellEnd"/>
      <w:r w:rsidRPr="00C254C3">
        <w:rPr>
          <w:rFonts w:ascii="Times New Roman" w:hAnsi="Times New Roman" w:cs="Times New Roman"/>
          <w:sz w:val="24"/>
          <w:szCs w:val="24"/>
        </w:rPr>
        <w:t xml:space="preserve">, fen, </w:t>
      </w:r>
      <w:proofErr w:type="spellStart"/>
      <w:r w:rsidRPr="00C254C3">
        <w:rPr>
          <w:rFonts w:ascii="Times New Roman" w:hAnsi="Times New Roman" w:cs="Times New Roman"/>
          <w:sz w:val="24"/>
          <w:szCs w:val="24"/>
        </w:rPr>
        <w:t>sosyal</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sanat</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müzik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hareket</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sağlık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alan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becerilerine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ait</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öğrenme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çıktıları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süreç</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bileşenleri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eğilimler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programlar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arası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bileşenler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ilişkilendirilerek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günlük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planlarda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ele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alınır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Belirli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haftalar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ilgili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ayda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yer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alması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öğretmen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tarafından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ele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alınmasının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planlanması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durumunda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günlük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planlarda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yer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alır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Günlük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lastRenderedPageBreak/>
        <w:t>planlarda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güne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başlama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zamanı</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öğrenme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merkezlerinde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oyun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beslenme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toplanma</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temizlik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oyun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temelli</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büyük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grup</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küçük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grup</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bireysel</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etkinlikler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ile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değerlendirmeye</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yer</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verilir</w:t>
      </w:r>
      <w:proofErr w:type="spellEnd"/>
      <w:r w:rsidRPr="00C254C3">
        <w:rPr>
          <w:rFonts w:ascii="Times New Roman" w:hAnsi="Times New Roman" w:cs="Times New Roman"/>
          <w:sz w:val="24"/>
          <w:szCs w:val="24"/>
        </w:rPr>
        <w:t>.</w:t>
      </w:r>
    </w:p>
    <w:p w14:paraId="49FD6BC9" w14:textId="4BFFC9AE" w:rsidR="00896383" w:rsidRPr="00C254C3" w:rsidRDefault="00684131" w:rsidP="00BA059E">
      <w:pPr>
        <w:pStyle w:val="Balk1"/>
        <w:spacing w:before="80" w:after="80" w:line="276" w:lineRule="auto"/>
        <w:rPr>
          <w:rFonts w:ascii="Times New Roman" w:hAnsi="Times New Roman" w:cs="Times New Roman"/>
          <w:szCs w:val="24"/>
        </w:rPr>
      </w:pPr>
      <w:r w:rsidRPr="00C254C3">
        <w:rPr>
          <w:rFonts w:ascii="Times New Roman" w:hAnsi="Times New Roman" w:cs="Times New Roman"/>
          <w:szCs w:val="24"/>
        </w:rPr>
        <w:t>FARKLILAŞTIRMA</w:t>
      </w:r>
    </w:p>
    <w:p w14:paraId="5F136A48" w14:textId="77777777" w:rsidR="00896383" w:rsidRPr="00C254C3" w:rsidRDefault="00684131" w:rsidP="00BA059E">
      <w:pPr>
        <w:pStyle w:val="Balk2"/>
        <w:spacing w:before="80"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Zenginleştirme</w:t>
      </w:r>
      <w:proofErr w:type="spellEnd"/>
    </w:p>
    <w:p w14:paraId="25DDE922" w14:textId="77777777" w:rsidR="00C371D0" w:rsidRPr="00C254C3" w:rsidRDefault="00C371D0" w:rsidP="00BA059E">
      <w:pPr>
        <w:pStyle w:val="Balk2"/>
        <w:spacing w:before="80" w:after="80" w:line="276" w:lineRule="auto"/>
        <w:rPr>
          <w:rFonts w:ascii="Times New Roman" w:hAnsi="Times New Roman" w:cs="Times New Roman"/>
          <w:b w:val="0"/>
          <w:bCs w:val="0"/>
          <w:sz w:val="24"/>
          <w:szCs w:val="24"/>
        </w:rPr>
      </w:pPr>
      <w:proofErr w:type="spellStart"/>
      <w:r w:rsidRPr="00C254C3">
        <w:rPr>
          <w:rFonts w:ascii="Times New Roman" w:hAnsi="Times New Roman" w:cs="Times New Roman"/>
          <w:b w:val="0"/>
          <w:bCs w:val="0"/>
          <w:sz w:val="24"/>
          <w:szCs w:val="24"/>
        </w:rPr>
        <w:t>Çocukların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bireysel</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özellikleri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gelişimsel</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seviyeleri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göz</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önünde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bulundurularak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farklı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etkinlikler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tasarlanabilir</w:t>
      </w:r>
      <w:proofErr w:type="spellEnd"/>
      <w:r w:rsidRPr="00C254C3">
        <w:rPr>
          <w:rFonts w:ascii="Times New Roman" w:hAnsi="Times New Roman" w:cs="Times New Roman"/>
          <w:b w:val="0"/>
          <w:bCs w:val="0"/>
          <w:sz w:val="24"/>
          <w:szCs w:val="24"/>
        </w:rPr>
        <w:t xml:space="preserve">. Her </w:t>
      </w:r>
      <w:proofErr w:type="spellStart"/>
      <w:r w:rsidRPr="00C254C3">
        <w:rPr>
          <w:rFonts w:ascii="Times New Roman" w:hAnsi="Times New Roman" w:cs="Times New Roman"/>
          <w:b w:val="0"/>
          <w:bCs w:val="0"/>
          <w:sz w:val="24"/>
          <w:szCs w:val="24"/>
        </w:rPr>
        <w:t>bir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etkinlik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çocukların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kendi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yeteneklerini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keşfetmelerine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geliştirmelerine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olanak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tanıyacak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şekilde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planlanabilir</w:t>
      </w:r>
      <w:proofErr w:type="spellEnd"/>
      <w:r w:rsidRPr="00C254C3">
        <w:rPr>
          <w:rFonts w:ascii="Times New Roman" w:hAnsi="Times New Roman" w:cs="Times New Roman"/>
          <w:b w:val="0"/>
          <w:bCs w:val="0"/>
          <w:sz w:val="24"/>
          <w:szCs w:val="24"/>
        </w:rPr>
        <w:t xml:space="preserve">. Her </w:t>
      </w:r>
      <w:proofErr w:type="spellStart"/>
      <w:r w:rsidRPr="00C254C3">
        <w:rPr>
          <w:rFonts w:ascii="Times New Roman" w:hAnsi="Times New Roman" w:cs="Times New Roman"/>
          <w:b w:val="0"/>
          <w:bCs w:val="0"/>
          <w:sz w:val="24"/>
          <w:szCs w:val="24"/>
        </w:rPr>
        <w:t>çocuğun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bireysel</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özellikleri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hedeflenen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öğrenme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çıktıları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doğrultusunda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içerik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süreç</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ürün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öğrenme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ortamına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yönelik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farklılaştırmalar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planlanabilir</w:t>
      </w:r>
      <w:proofErr w:type="spellEnd"/>
      <w:r w:rsidRPr="00C254C3">
        <w:rPr>
          <w:rFonts w:ascii="Times New Roman" w:hAnsi="Times New Roman" w:cs="Times New Roman"/>
          <w:b w:val="0"/>
          <w:bCs w:val="0"/>
          <w:sz w:val="24"/>
          <w:szCs w:val="24"/>
        </w:rPr>
        <w:t>.</w:t>
      </w:r>
    </w:p>
    <w:p w14:paraId="72950912" w14:textId="75BE700F" w:rsidR="00896383" w:rsidRPr="00C254C3" w:rsidRDefault="00684131" w:rsidP="00BA059E">
      <w:pPr>
        <w:pStyle w:val="Balk2"/>
        <w:spacing w:before="80"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Destekleme</w:t>
      </w:r>
      <w:proofErr w:type="spellEnd"/>
    </w:p>
    <w:p w14:paraId="49117861" w14:textId="77777777" w:rsidR="00C371D0" w:rsidRPr="00C254C3" w:rsidRDefault="00C371D0" w:rsidP="00BA059E">
      <w:pPr>
        <w:pStyle w:val="Balk1"/>
        <w:spacing w:before="80" w:after="80" w:line="276" w:lineRule="auto"/>
        <w:rPr>
          <w:rFonts w:ascii="Times New Roman" w:hAnsi="Times New Roman" w:cs="Times New Roman"/>
          <w:b w:val="0"/>
          <w:bCs w:val="0"/>
          <w:szCs w:val="24"/>
        </w:rPr>
      </w:pPr>
      <w:proofErr w:type="spellStart"/>
      <w:r w:rsidRPr="00C254C3">
        <w:rPr>
          <w:rFonts w:ascii="Times New Roman" w:hAnsi="Times New Roman" w:cs="Times New Roman"/>
          <w:b w:val="0"/>
          <w:bCs w:val="0"/>
          <w:szCs w:val="24"/>
        </w:rPr>
        <w:t>Çocukların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etkinliklere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katılımını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sağlamak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amacıyla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çevresel</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düzenlemeler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oturma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düzenini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değiştirme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çeşitli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semboller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kullanma</w:t>
      </w:r>
      <w:proofErr w:type="spellEnd"/>
      <w:r w:rsidRPr="00C254C3">
        <w:rPr>
          <w:rFonts w:ascii="Times New Roman" w:hAnsi="Times New Roman" w:cs="Times New Roman"/>
          <w:b w:val="0"/>
          <w:bCs w:val="0"/>
          <w:szCs w:val="24"/>
        </w:rPr>
        <w:t xml:space="preserve"> vb.) </w:t>
      </w:r>
      <w:proofErr w:type="spellStart"/>
      <w:r w:rsidRPr="00C254C3">
        <w:rPr>
          <w:rFonts w:ascii="Times New Roman" w:hAnsi="Times New Roman" w:cs="Times New Roman"/>
          <w:b w:val="0"/>
          <w:bCs w:val="0"/>
          <w:szCs w:val="24"/>
        </w:rPr>
        <w:t>yapılabilir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Materyaller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çocukların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gereksinimlerine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göre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düzenlenerek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ihtiyaç</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hâlinde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destek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materyalleri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eklenebilir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Öğrenme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içeriği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çocukların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gelişim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özellikleri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hazır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bulunuşluk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düzeyleri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bireysel</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gereksinimleri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doğrultusunda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sadeleştirilebilir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derinleştirilebilir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veya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çeşitlendirilebilir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Öğrenme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öğretme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uygulamalarında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gereksinim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duydukları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farklı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türlerde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ipuçları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yardım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sunulabilir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Günlük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planlarda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ayrıntılı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destekleme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süreçleri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hazırlanabilir</w:t>
      </w:r>
      <w:proofErr w:type="spellEnd"/>
      <w:r w:rsidRPr="00C254C3">
        <w:rPr>
          <w:rFonts w:ascii="Times New Roman" w:hAnsi="Times New Roman" w:cs="Times New Roman"/>
          <w:b w:val="0"/>
          <w:bCs w:val="0"/>
          <w:szCs w:val="24"/>
        </w:rPr>
        <w:t>.</w:t>
      </w:r>
    </w:p>
    <w:p w14:paraId="283ECD94" w14:textId="3B7D1814" w:rsidR="00896383" w:rsidRPr="00C254C3" w:rsidRDefault="00684131" w:rsidP="00BA059E">
      <w:pPr>
        <w:pStyle w:val="Balk1"/>
        <w:spacing w:before="80" w:after="80" w:line="276" w:lineRule="auto"/>
        <w:rPr>
          <w:rFonts w:ascii="Times New Roman" w:hAnsi="Times New Roman" w:cs="Times New Roman"/>
          <w:szCs w:val="24"/>
        </w:rPr>
      </w:pPr>
      <w:r w:rsidRPr="00C254C3">
        <w:rPr>
          <w:rFonts w:ascii="Times New Roman" w:hAnsi="Times New Roman" w:cs="Times New Roman"/>
          <w:szCs w:val="24"/>
        </w:rPr>
        <w:t>AİLE VE TOPLUM KATILIMI</w:t>
      </w:r>
    </w:p>
    <w:p w14:paraId="07869CA3" w14:textId="77777777" w:rsidR="00A81D19" w:rsidRPr="00C254C3" w:rsidRDefault="00A81D19" w:rsidP="00BA059E">
      <w:pPr>
        <w:pStyle w:val="pdq2pgselectionanchorcontainer"/>
        <w:spacing w:line="276" w:lineRule="auto"/>
      </w:pPr>
      <w:proofErr w:type="spellStart"/>
      <w:proofErr w:type="gramStart"/>
      <w:r w:rsidRPr="00C254C3">
        <w:t>ilelere</w:t>
      </w:r>
      <w:proofErr w:type="spellEnd"/>
      <w:proofErr w:type="gramEnd"/>
      <w:r w:rsidRPr="00C254C3">
        <w:t xml:space="preserve"> “haber mektubu” veya “internet temelli uygulamalar” aracılığıyla sınıfta yapılan etkinlikler hakkında bilgi verilebilir. Aileleri çocuğun gelişimi ve eğitim programı konusunda bilgilendirmek için düzenli olarak “bülten” hazırlanabilir. Duyguları ifade etme ve düzenleme, sınıf kuralları, sorumluluk, kişisel temizlik, kitaplara özen gösterme, araç ve gereçleri güvenli kullanma konularında ailelerle bilgi paylaşılabilir.</w:t>
      </w:r>
    </w:p>
    <w:p w14:paraId="5233D17C" w14:textId="77777777" w:rsidR="00A81D19" w:rsidRPr="00C254C3" w:rsidRDefault="00A81D19" w:rsidP="00BA059E">
      <w:pPr>
        <w:pStyle w:val="NormalWeb"/>
        <w:spacing w:line="276" w:lineRule="auto"/>
      </w:pPr>
      <w:r w:rsidRPr="00C254C3">
        <w:t>Sınıfta yapılan çalışmalar çocuklarla birlikte değerlendirilerek seçilir ve “</w:t>
      </w:r>
      <w:proofErr w:type="spellStart"/>
      <w:r w:rsidRPr="00C254C3">
        <w:t>Portfolyo</w:t>
      </w:r>
      <w:proofErr w:type="spellEnd"/>
      <w:r w:rsidRPr="00C254C3">
        <w:t xml:space="preserve"> </w:t>
      </w:r>
      <w:proofErr w:type="spellStart"/>
      <w:r w:rsidRPr="00C254C3">
        <w:t>Dosyası’na</w:t>
      </w:r>
      <w:proofErr w:type="spellEnd"/>
      <w:r w:rsidRPr="00C254C3">
        <w:t>” eklenir. Ailelerle bireysel görüşmeler yapılarak çocukların ilgi, ihtiyaç ve gelişim özellikleri hakkında karşılıklı bilgi alışverişinde bulunulabilir. Bireysel görüşmeler tamamlandıktan sonra “ev ziyaretleri” planlanabilir. Ailelerin ihtiyaçları doğrultusunda uzman kişiler okula davet edilerek “konferans” düzenlenebilir.</w:t>
      </w:r>
    </w:p>
    <w:p w14:paraId="28F86BB3" w14:textId="77777777" w:rsidR="00A81D19" w:rsidRPr="00C254C3" w:rsidRDefault="00A81D19" w:rsidP="00BA059E">
      <w:pPr>
        <w:pStyle w:val="NormalWeb"/>
        <w:spacing w:line="276" w:lineRule="auto"/>
      </w:pPr>
      <w:r w:rsidRPr="00C254C3">
        <w:t>Toplum katılımı kapsamında sınıfa farklı meslek gruplarından veya uzmanlık alanlarından konuklar davet edilebilir. İtfaiye Haftası kapsamında bir itfaiyeci sınıfa davet edilerek görevleri ve güvenli davranışlar hakkında çocukların yaşına uygun kısa bir sohbet gerçekleştirilebilir. Gerekli izinler ve hazırlıklar tamamlanarak itfaiye merkezine gezi düzenlenebilir. Çocukların ilgi ve ihtiyaçları ile planlanan etkinlikler doğrultusunda park, müze, kütüphane ve benzeri öğrenme ortamlarına geziler planlanabilir.</w:t>
      </w:r>
    </w:p>
    <w:p w14:paraId="7C75C667" w14:textId="77777777" w:rsidR="00896383" w:rsidRPr="00C254C3" w:rsidRDefault="00684131" w:rsidP="00BA059E">
      <w:pPr>
        <w:pStyle w:val="Balk1"/>
        <w:spacing w:before="80" w:after="80" w:line="276" w:lineRule="auto"/>
        <w:rPr>
          <w:rFonts w:ascii="Times New Roman" w:hAnsi="Times New Roman" w:cs="Times New Roman"/>
          <w:szCs w:val="24"/>
        </w:rPr>
      </w:pPr>
      <w:r w:rsidRPr="00C254C3">
        <w:rPr>
          <w:rFonts w:ascii="Times New Roman" w:hAnsi="Times New Roman" w:cs="Times New Roman"/>
          <w:szCs w:val="24"/>
        </w:rPr>
        <w:t>ÖĞRENME KANITLARI (DEĞERLENDİRME)</w:t>
      </w:r>
    </w:p>
    <w:p w14:paraId="1276F010" w14:textId="77777777" w:rsidR="00896383" w:rsidRPr="00C254C3" w:rsidRDefault="00684131" w:rsidP="00BA059E">
      <w:pPr>
        <w:pStyle w:val="Balk2"/>
        <w:spacing w:before="80"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Çocuk</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Açısından</w:t>
      </w:r>
      <w:proofErr w:type="spellEnd"/>
    </w:p>
    <w:p w14:paraId="10132288" w14:textId="77777777" w:rsidR="00BA059E" w:rsidRPr="00C254C3" w:rsidRDefault="00BA059E" w:rsidP="00580CDB">
      <w:pPr>
        <w:pStyle w:val="pdq2pgselectionanchorcontainer"/>
        <w:spacing w:before="0" w:beforeAutospacing="0" w:line="276" w:lineRule="auto"/>
      </w:pPr>
      <w:r w:rsidRPr="00C254C3">
        <w:t xml:space="preserve">Çocukların bireysel sanat çalışmalarına, büyük ve küçük grup oyunlarına, hikâye ve müzik etkinliklerine ilgi ve istekle katıldıkları gözlemlendi. Nesneleri özelliklerine göre gruplandırma ve sayma, kırmızı rengi ayırt etme, el yıkama basamaklarını uygulama ve hareket becerilerinde ilerleme görüldü. Duygularını ve tercihlerini ifade etme, arkadaşlarını dinleme, sıra bekleme ve iş birliği yapma davranışlarının geliştiği gözlemlendi. Görselleri yorumlama, kitabın temel unsurlarını tanıma ve kitabı uygun biçimde kullanma çalışmalarında erken okuryazarlık becerilerinin desteklendiği görüldü. Merak, odaklanma ve yaratıcılık eğilimleri ile saygı, dostluk, sorumluluk, temizlik ve yardımseverlik değerlerinin etkinliklere yansıdığı gözlemlendi. Yönergeleri takip etme, makas ve kalem kullanma, </w:t>
      </w:r>
      <w:r w:rsidRPr="00C254C3">
        <w:lastRenderedPageBreak/>
        <w:t xml:space="preserve">sayma ve kendini sözel olarak ifade etmede destek gerektiren durumlar belirlendi. Çocukların bireysel özellikleri, ilgileri, ihtiyaçları ve hazır </w:t>
      </w:r>
      <w:proofErr w:type="spellStart"/>
      <w:r w:rsidRPr="00C254C3">
        <w:t>bulunuşlukları</w:t>
      </w:r>
      <w:proofErr w:type="spellEnd"/>
      <w:r w:rsidRPr="00C254C3">
        <w:t xml:space="preserve"> doğrultusunda görsel ipuçları, kısa yönergeler, uyarlanmış materyaller ve küçük grup çalışmalarına yönelik farklılaştırma gereksinimleri belirlendi.</w:t>
      </w:r>
    </w:p>
    <w:p w14:paraId="14FDE1CF" w14:textId="299E980F" w:rsidR="00896383" w:rsidRPr="00C254C3" w:rsidRDefault="00684131" w:rsidP="00BA059E">
      <w:pPr>
        <w:pStyle w:val="Balk2"/>
        <w:spacing w:before="80" w:after="80" w:line="276" w:lineRule="auto"/>
        <w:rPr>
          <w:rFonts w:ascii="Times New Roman" w:hAnsi="Times New Roman" w:cs="Times New Roman"/>
          <w:sz w:val="24"/>
          <w:szCs w:val="24"/>
        </w:rPr>
      </w:pPr>
      <w:r w:rsidRPr="00C254C3">
        <w:rPr>
          <w:rFonts w:ascii="Times New Roman" w:hAnsi="Times New Roman" w:cs="Times New Roman"/>
          <w:sz w:val="24"/>
          <w:szCs w:val="24"/>
        </w:rPr>
        <w:t xml:space="preserve">Program </w:t>
      </w:r>
      <w:proofErr w:type="spellStart"/>
      <w:r w:rsidRPr="00C254C3">
        <w:rPr>
          <w:rFonts w:ascii="Times New Roman" w:hAnsi="Times New Roman" w:cs="Times New Roman"/>
          <w:sz w:val="24"/>
          <w:szCs w:val="24"/>
        </w:rPr>
        <w:t>Açısından</w:t>
      </w:r>
      <w:proofErr w:type="spellEnd"/>
    </w:p>
    <w:p w14:paraId="115F2A59" w14:textId="77777777" w:rsidR="001859BF" w:rsidRPr="00C254C3" w:rsidRDefault="001859BF" w:rsidP="00BA059E">
      <w:pPr>
        <w:pStyle w:val="Balk2"/>
        <w:spacing w:before="80" w:after="80" w:line="276" w:lineRule="auto"/>
        <w:rPr>
          <w:rFonts w:ascii="Times New Roman" w:hAnsi="Times New Roman" w:cs="Times New Roman"/>
          <w:b w:val="0"/>
          <w:bCs w:val="0"/>
          <w:sz w:val="24"/>
          <w:szCs w:val="24"/>
        </w:rPr>
      </w:pPr>
      <w:proofErr w:type="spellStart"/>
      <w:r w:rsidRPr="00C254C3">
        <w:rPr>
          <w:rFonts w:ascii="Times New Roman" w:hAnsi="Times New Roman" w:cs="Times New Roman"/>
          <w:b w:val="0"/>
          <w:bCs w:val="0"/>
          <w:sz w:val="24"/>
          <w:szCs w:val="24"/>
        </w:rPr>
        <w:t>Etkinliklerin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çocukların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yaş</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gelişim</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özellikleri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ihtiyaçlarına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uygunluğu</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öğrenme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çıktıları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süreç</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bileşenleriyle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uygulamalar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arasındaki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tutarlılık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değerlendirildi</w:t>
      </w:r>
      <w:proofErr w:type="spellEnd"/>
      <w:r w:rsidRPr="00C254C3">
        <w:rPr>
          <w:rFonts w:ascii="Times New Roman" w:hAnsi="Times New Roman" w:cs="Times New Roman"/>
          <w:b w:val="0"/>
          <w:bCs w:val="0"/>
          <w:sz w:val="24"/>
          <w:szCs w:val="24"/>
        </w:rPr>
        <w:t xml:space="preserve">. Alan </w:t>
      </w:r>
      <w:proofErr w:type="spellStart"/>
      <w:r w:rsidRPr="00C254C3">
        <w:rPr>
          <w:rFonts w:ascii="Times New Roman" w:hAnsi="Times New Roman" w:cs="Times New Roman"/>
          <w:b w:val="0"/>
          <w:bCs w:val="0"/>
          <w:sz w:val="24"/>
          <w:szCs w:val="24"/>
        </w:rPr>
        <w:t>becerileri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ile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programlar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arası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bileşenlerin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dengeli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dağılımı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oyun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temelli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çalışmaların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çocukların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aktif</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katılımına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sağladığı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katkı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etkinlik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sürelerinin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yeterliliği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gözden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geçirildi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Öğrenme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ortamları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açık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hava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kullanımı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rutinler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geçişler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ile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değerlendirme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araçlarının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süreci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destekleme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durumu</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ele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alındı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Zenginleştirme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destekleme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aile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toplum</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katılımı</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çalışmalarının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uygulanma</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durumu</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ve</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yeterliliği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değerlendirilerek</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sonraki</w:t>
      </w:r>
      <w:proofErr w:type="spellEnd"/>
      <w:r w:rsidRPr="00C254C3">
        <w:rPr>
          <w:rFonts w:ascii="Times New Roman" w:hAnsi="Times New Roman" w:cs="Times New Roman"/>
          <w:b w:val="0"/>
          <w:bCs w:val="0"/>
          <w:sz w:val="24"/>
          <w:szCs w:val="24"/>
        </w:rPr>
        <w:t xml:space="preserve"> ay </w:t>
      </w:r>
      <w:proofErr w:type="spellStart"/>
      <w:r w:rsidRPr="00C254C3">
        <w:rPr>
          <w:rFonts w:ascii="Times New Roman" w:hAnsi="Times New Roman" w:cs="Times New Roman"/>
          <w:b w:val="0"/>
          <w:bCs w:val="0"/>
          <w:sz w:val="24"/>
          <w:szCs w:val="24"/>
        </w:rPr>
        <w:t>için</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gerekli</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düzenlemeler</w:t>
      </w:r>
      <w:proofErr w:type="spellEnd"/>
      <w:r w:rsidRPr="00C254C3">
        <w:rPr>
          <w:rFonts w:ascii="Times New Roman" w:hAnsi="Times New Roman" w:cs="Times New Roman"/>
          <w:b w:val="0"/>
          <w:bCs w:val="0"/>
          <w:sz w:val="24"/>
          <w:szCs w:val="24"/>
        </w:rPr>
        <w:t xml:space="preserve"> </w:t>
      </w:r>
      <w:proofErr w:type="spellStart"/>
      <w:r w:rsidRPr="00C254C3">
        <w:rPr>
          <w:rFonts w:ascii="Times New Roman" w:hAnsi="Times New Roman" w:cs="Times New Roman"/>
          <w:b w:val="0"/>
          <w:bCs w:val="0"/>
          <w:sz w:val="24"/>
          <w:szCs w:val="24"/>
        </w:rPr>
        <w:t>belirlendi</w:t>
      </w:r>
      <w:proofErr w:type="spellEnd"/>
      <w:r w:rsidRPr="00C254C3">
        <w:rPr>
          <w:rFonts w:ascii="Times New Roman" w:hAnsi="Times New Roman" w:cs="Times New Roman"/>
          <w:b w:val="0"/>
          <w:bCs w:val="0"/>
          <w:sz w:val="24"/>
          <w:szCs w:val="24"/>
        </w:rPr>
        <w:t>.</w:t>
      </w:r>
    </w:p>
    <w:p w14:paraId="536A8B70" w14:textId="67B477A7" w:rsidR="00896383" w:rsidRPr="00C254C3" w:rsidRDefault="00684131" w:rsidP="00BA059E">
      <w:pPr>
        <w:pStyle w:val="Balk2"/>
        <w:spacing w:before="80" w:after="80" w:line="276" w:lineRule="auto"/>
        <w:rPr>
          <w:rFonts w:ascii="Times New Roman" w:hAnsi="Times New Roman" w:cs="Times New Roman"/>
          <w:sz w:val="24"/>
          <w:szCs w:val="24"/>
        </w:rPr>
      </w:pPr>
      <w:proofErr w:type="spellStart"/>
      <w:r w:rsidRPr="00C254C3">
        <w:rPr>
          <w:rFonts w:ascii="Times New Roman" w:hAnsi="Times New Roman" w:cs="Times New Roman"/>
          <w:sz w:val="24"/>
          <w:szCs w:val="24"/>
        </w:rPr>
        <w:t>Öğretmen</w:t>
      </w:r>
      <w:proofErr w:type="spellEnd"/>
      <w:r w:rsidRPr="00C254C3">
        <w:rPr>
          <w:rFonts w:ascii="Times New Roman" w:hAnsi="Times New Roman" w:cs="Times New Roman"/>
          <w:sz w:val="24"/>
          <w:szCs w:val="24"/>
        </w:rPr>
        <w:t xml:space="preserve"> </w:t>
      </w:r>
      <w:proofErr w:type="spellStart"/>
      <w:r w:rsidRPr="00C254C3">
        <w:rPr>
          <w:rFonts w:ascii="Times New Roman" w:hAnsi="Times New Roman" w:cs="Times New Roman"/>
          <w:sz w:val="24"/>
          <w:szCs w:val="24"/>
        </w:rPr>
        <w:t>Açısından</w:t>
      </w:r>
      <w:proofErr w:type="spellEnd"/>
    </w:p>
    <w:p w14:paraId="731532FE" w14:textId="309E2B4A" w:rsidR="00D82CE1" w:rsidRPr="00C254C3" w:rsidRDefault="001859BF" w:rsidP="008A169E">
      <w:pPr>
        <w:pStyle w:val="Balk1"/>
        <w:spacing w:before="80" w:after="80" w:line="276" w:lineRule="auto"/>
        <w:rPr>
          <w:rFonts w:ascii="Times New Roman" w:hAnsi="Times New Roman" w:cs="Times New Roman"/>
          <w:szCs w:val="24"/>
        </w:rPr>
      </w:pPr>
      <w:proofErr w:type="spellStart"/>
      <w:r w:rsidRPr="00C254C3">
        <w:rPr>
          <w:rFonts w:ascii="Times New Roman" w:hAnsi="Times New Roman" w:cs="Times New Roman"/>
          <w:b w:val="0"/>
          <w:bCs w:val="0"/>
          <w:szCs w:val="24"/>
        </w:rPr>
        <w:t>Planlama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uygulama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sürecim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çocuklarla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kurduğum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destekleyici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iletişim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sunduğum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rehberlik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öğrenme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ortamını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düzenleme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bakımından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değerlendirildi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Çocukların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düşüncelerini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ifade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etmelerine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seçim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yapmalarına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etkinliklere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katılmalarına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sunduğum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fırsatlar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gözden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geçirildi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Bireysel</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farklılıklara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uygun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destek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sağlama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fırsat</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eşitliğini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gözetme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zamanı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etkili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kullanma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çocukların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anlık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ihtiyaçlarına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göre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esneklik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gösterme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durumum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ele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alındı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Gözlem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sonuçlarını</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uygulamalara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yansıtma</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bakımından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güçlü</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geliştirilmesi</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gereken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yönlerim</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değerlendirilerek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sonraki</w:t>
      </w:r>
      <w:proofErr w:type="spellEnd"/>
      <w:r w:rsidRPr="00C254C3">
        <w:rPr>
          <w:rFonts w:ascii="Times New Roman" w:hAnsi="Times New Roman" w:cs="Times New Roman"/>
          <w:b w:val="0"/>
          <w:bCs w:val="0"/>
          <w:szCs w:val="24"/>
        </w:rPr>
        <w:t xml:space="preserve"> ay </w:t>
      </w:r>
      <w:proofErr w:type="spellStart"/>
      <w:r w:rsidRPr="00C254C3">
        <w:rPr>
          <w:rFonts w:ascii="Times New Roman" w:hAnsi="Times New Roman" w:cs="Times New Roman"/>
          <w:b w:val="0"/>
          <w:bCs w:val="0"/>
          <w:szCs w:val="24"/>
        </w:rPr>
        <w:t>yapılacak</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düzenlemeler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ve</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ihtiyaç</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duyulan</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destekler</w:t>
      </w:r>
      <w:proofErr w:type="spellEnd"/>
      <w:r w:rsidRPr="00C254C3">
        <w:rPr>
          <w:rFonts w:ascii="Times New Roman" w:hAnsi="Times New Roman" w:cs="Times New Roman"/>
          <w:b w:val="0"/>
          <w:bCs w:val="0"/>
          <w:szCs w:val="24"/>
        </w:rPr>
        <w:t xml:space="preserve"> </w:t>
      </w:r>
      <w:proofErr w:type="spellStart"/>
      <w:r w:rsidRPr="00C254C3">
        <w:rPr>
          <w:rFonts w:ascii="Times New Roman" w:hAnsi="Times New Roman" w:cs="Times New Roman"/>
          <w:b w:val="0"/>
          <w:bCs w:val="0"/>
          <w:szCs w:val="24"/>
        </w:rPr>
        <w:t>belirlendi</w:t>
      </w:r>
      <w:proofErr w:type="spellEnd"/>
      <w:r w:rsidRPr="00C254C3">
        <w:rPr>
          <w:rFonts w:ascii="Times New Roman" w:hAnsi="Times New Roman" w:cs="Times New Roman"/>
          <w:b w:val="0"/>
          <w:bCs w:val="0"/>
          <w:szCs w:val="24"/>
        </w:rPr>
        <w:t>.</w:t>
      </w:r>
    </w:p>
    <w:sectPr w:rsidR="00D82CE1" w:rsidRPr="00C254C3" w:rsidSect="00E435F3">
      <w:footerReference w:type="default" r:id="rId8"/>
      <w:pgSz w:w="11906" w:h="16838"/>
      <w:pgMar w:top="284" w:right="1077"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CADCD" w14:textId="77777777" w:rsidR="002A1095" w:rsidRDefault="002A1095">
      <w:pPr>
        <w:spacing w:after="0" w:line="240" w:lineRule="auto"/>
      </w:pPr>
      <w:r>
        <w:separator/>
      </w:r>
    </w:p>
  </w:endnote>
  <w:endnote w:type="continuationSeparator" w:id="0">
    <w:p w14:paraId="0DEE3265" w14:textId="77777777" w:rsidR="002A1095" w:rsidRDefault="002A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AEFE" w14:textId="77777777" w:rsidR="00896383" w:rsidRDefault="00896383">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EDA41" w14:textId="77777777" w:rsidR="002A1095" w:rsidRDefault="002A1095">
      <w:pPr>
        <w:spacing w:after="0" w:line="240" w:lineRule="auto"/>
      </w:pPr>
      <w:r>
        <w:separator/>
      </w:r>
    </w:p>
  </w:footnote>
  <w:footnote w:type="continuationSeparator" w:id="0">
    <w:p w14:paraId="6283B30E" w14:textId="77777777" w:rsidR="002A1095" w:rsidRDefault="002A1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87E0DAC"/>
    <w:multiLevelType w:val="hybridMultilevel"/>
    <w:tmpl w:val="925A045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604"/>
    <w:rsid w:val="000D5D60"/>
    <w:rsid w:val="00134C5B"/>
    <w:rsid w:val="0015074B"/>
    <w:rsid w:val="00155D20"/>
    <w:rsid w:val="001859BF"/>
    <w:rsid w:val="0020313D"/>
    <w:rsid w:val="0029639D"/>
    <w:rsid w:val="002A1095"/>
    <w:rsid w:val="002B7E2B"/>
    <w:rsid w:val="002D4FF5"/>
    <w:rsid w:val="00326F90"/>
    <w:rsid w:val="00335CC0"/>
    <w:rsid w:val="00336A3D"/>
    <w:rsid w:val="004F1522"/>
    <w:rsid w:val="004F6E50"/>
    <w:rsid w:val="00580CDB"/>
    <w:rsid w:val="005E7C1D"/>
    <w:rsid w:val="00684131"/>
    <w:rsid w:val="00713DD0"/>
    <w:rsid w:val="00896383"/>
    <w:rsid w:val="008A169E"/>
    <w:rsid w:val="008E32AD"/>
    <w:rsid w:val="00903199"/>
    <w:rsid w:val="009034B9"/>
    <w:rsid w:val="009611C9"/>
    <w:rsid w:val="009772AA"/>
    <w:rsid w:val="00A14DB0"/>
    <w:rsid w:val="00A56F29"/>
    <w:rsid w:val="00A81D19"/>
    <w:rsid w:val="00AA1D8D"/>
    <w:rsid w:val="00AE2C60"/>
    <w:rsid w:val="00AE7228"/>
    <w:rsid w:val="00B47730"/>
    <w:rsid w:val="00BA059E"/>
    <w:rsid w:val="00BE1C3C"/>
    <w:rsid w:val="00BE4F94"/>
    <w:rsid w:val="00C254C3"/>
    <w:rsid w:val="00C274DD"/>
    <w:rsid w:val="00C33AEC"/>
    <w:rsid w:val="00C371D0"/>
    <w:rsid w:val="00CB0664"/>
    <w:rsid w:val="00CE7366"/>
    <w:rsid w:val="00D82CE1"/>
    <w:rsid w:val="00D927DB"/>
    <w:rsid w:val="00E435F3"/>
    <w:rsid w:val="00E626B5"/>
    <w:rsid w:val="00E74D3C"/>
    <w:rsid w:val="00F53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11C9CE"/>
  <w14:defaultImageDpi w14:val="330"/>
  <w15:docId w15:val="{1C8B1FD9-A0EE-416C-9545-B5A67231A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rPr>
  </w:style>
  <w:style w:type="paragraph" w:styleId="Balk1">
    <w:name w:val="heading 1"/>
    <w:basedOn w:val="Normal"/>
    <w:next w:val="Normal"/>
    <w:link w:val="Balk1Char"/>
    <w:uiPriority w:val="9"/>
    <w:qFormat/>
    <w:rsid w:val="00FC693F"/>
    <w:pPr>
      <w:keepNext/>
      <w:keepLines/>
      <w:spacing w:before="180"/>
      <w:outlineLvl w:val="0"/>
    </w:pPr>
    <w:rPr>
      <w:rFonts w:asciiTheme="majorHAnsi" w:eastAsiaTheme="majorEastAsia" w:hAnsiTheme="majorHAnsi" w:cstheme="majorBidi"/>
      <w:b/>
      <w:bCs/>
      <w:color w:val="000000"/>
      <w:sz w:val="24"/>
      <w:szCs w:val="28"/>
    </w:rPr>
  </w:style>
  <w:style w:type="paragraph" w:styleId="Balk2">
    <w:name w:val="heading 2"/>
    <w:basedOn w:val="Normal"/>
    <w:next w:val="Normal"/>
    <w:link w:val="Balk2Char"/>
    <w:uiPriority w:val="9"/>
    <w:unhideWhenUsed/>
    <w:qFormat/>
    <w:rsid w:val="00FC693F"/>
    <w:pPr>
      <w:keepNext/>
      <w:keepLines/>
      <w:spacing w:before="180"/>
      <w:outlineLvl w:val="1"/>
    </w:pPr>
    <w:rPr>
      <w:rFonts w:asciiTheme="majorHAnsi" w:eastAsiaTheme="majorEastAsia" w:hAnsiTheme="majorHAnsi" w:cstheme="majorBidi"/>
      <w:b/>
      <w:bCs/>
      <w:color w:val="000000"/>
      <w:szCs w:val="26"/>
    </w:rPr>
  </w:style>
  <w:style w:type="paragraph" w:styleId="Balk3">
    <w:name w:val="heading 3"/>
    <w:basedOn w:val="Normal"/>
    <w:next w:val="Normal"/>
    <w:link w:val="Balk3Char"/>
    <w:uiPriority w:val="9"/>
    <w:unhideWhenUsed/>
    <w:qFormat/>
    <w:rsid w:val="00FC693F"/>
    <w:pPr>
      <w:keepNext/>
      <w:keepLines/>
      <w:spacing w:before="18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before="180" w:line="240" w:lineRule="auto"/>
      <w:contextualSpacing/>
    </w:pPr>
    <w:rPr>
      <w:rFonts w:asciiTheme="majorHAnsi" w:eastAsiaTheme="majorEastAsia" w:hAnsiTheme="majorHAnsi" w:cstheme="majorBidi"/>
      <w:color w:val="000000"/>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 w:type="paragraph" w:styleId="NormalWeb">
    <w:name w:val="Normal (Web)"/>
    <w:basedOn w:val="Normal"/>
    <w:uiPriority w:val="99"/>
    <w:semiHidden/>
    <w:unhideWhenUsed/>
    <w:rsid w:val="00A81D19"/>
    <w:pPr>
      <w:spacing w:before="100" w:beforeAutospacing="1"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938034">
      <w:bodyDiv w:val="1"/>
      <w:marLeft w:val="0"/>
      <w:marRight w:val="0"/>
      <w:marTop w:val="0"/>
      <w:marBottom w:val="0"/>
      <w:divBdr>
        <w:top w:val="none" w:sz="0" w:space="0" w:color="auto"/>
        <w:left w:val="none" w:sz="0" w:space="0" w:color="auto"/>
        <w:bottom w:val="none" w:sz="0" w:space="0" w:color="auto"/>
        <w:right w:val="none" w:sz="0" w:space="0" w:color="auto"/>
      </w:divBdr>
      <w:divsChild>
        <w:div w:id="1537042623">
          <w:marLeft w:val="0"/>
          <w:marRight w:val="0"/>
          <w:marTop w:val="0"/>
          <w:marBottom w:val="0"/>
          <w:divBdr>
            <w:top w:val="none" w:sz="0" w:space="0" w:color="auto"/>
            <w:left w:val="none" w:sz="0" w:space="0" w:color="auto"/>
            <w:bottom w:val="none" w:sz="0" w:space="0" w:color="auto"/>
            <w:right w:val="none" w:sz="0" w:space="0" w:color="auto"/>
          </w:divBdr>
          <w:divsChild>
            <w:div w:id="1144393104">
              <w:marLeft w:val="0"/>
              <w:marRight w:val="0"/>
              <w:marTop w:val="0"/>
              <w:marBottom w:val="0"/>
              <w:divBdr>
                <w:top w:val="none" w:sz="0" w:space="0" w:color="auto"/>
                <w:left w:val="none" w:sz="0" w:space="0" w:color="auto"/>
                <w:bottom w:val="none" w:sz="0" w:space="0" w:color="auto"/>
                <w:right w:val="none" w:sz="0" w:space="0" w:color="auto"/>
              </w:divBdr>
              <w:divsChild>
                <w:div w:id="665939390">
                  <w:marLeft w:val="0"/>
                  <w:marRight w:val="0"/>
                  <w:marTop w:val="0"/>
                  <w:marBottom w:val="0"/>
                  <w:divBdr>
                    <w:top w:val="none" w:sz="0" w:space="0" w:color="auto"/>
                    <w:left w:val="none" w:sz="0" w:space="0" w:color="auto"/>
                    <w:bottom w:val="none" w:sz="0" w:space="0" w:color="auto"/>
                    <w:right w:val="none" w:sz="0" w:space="0" w:color="auto"/>
                  </w:divBdr>
                  <w:divsChild>
                    <w:div w:id="1213157005">
                      <w:marLeft w:val="0"/>
                      <w:marRight w:val="0"/>
                      <w:marTop w:val="0"/>
                      <w:marBottom w:val="0"/>
                      <w:divBdr>
                        <w:top w:val="none" w:sz="0" w:space="0" w:color="auto"/>
                        <w:left w:val="none" w:sz="0" w:space="0" w:color="auto"/>
                        <w:bottom w:val="none" w:sz="0" w:space="0" w:color="auto"/>
                        <w:right w:val="none" w:sz="0" w:space="0" w:color="auto"/>
                      </w:divBdr>
                      <w:divsChild>
                        <w:div w:id="1124424976">
                          <w:marLeft w:val="0"/>
                          <w:marRight w:val="0"/>
                          <w:marTop w:val="0"/>
                          <w:marBottom w:val="0"/>
                          <w:divBdr>
                            <w:top w:val="none" w:sz="0" w:space="0" w:color="auto"/>
                            <w:left w:val="none" w:sz="0" w:space="0" w:color="auto"/>
                            <w:bottom w:val="none" w:sz="0" w:space="0" w:color="auto"/>
                            <w:right w:val="none" w:sz="0" w:space="0" w:color="auto"/>
                          </w:divBdr>
                          <w:divsChild>
                            <w:div w:id="1308365704">
                              <w:marLeft w:val="0"/>
                              <w:marRight w:val="0"/>
                              <w:marTop w:val="0"/>
                              <w:marBottom w:val="0"/>
                              <w:divBdr>
                                <w:top w:val="none" w:sz="0" w:space="0" w:color="auto"/>
                                <w:left w:val="none" w:sz="0" w:space="0" w:color="auto"/>
                                <w:bottom w:val="none" w:sz="0" w:space="0" w:color="auto"/>
                                <w:right w:val="none" w:sz="0" w:space="0" w:color="auto"/>
                              </w:divBdr>
                              <w:divsChild>
                                <w:div w:id="841047889">
                                  <w:marLeft w:val="0"/>
                                  <w:marRight w:val="0"/>
                                  <w:marTop w:val="0"/>
                                  <w:marBottom w:val="0"/>
                                  <w:divBdr>
                                    <w:top w:val="none" w:sz="0" w:space="0" w:color="auto"/>
                                    <w:left w:val="none" w:sz="0" w:space="0" w:color="auto"/>
                                    <w:bottom w:val="none" w:sz="0" w:space="0" w:color="auto"/>
                                    <w:right w:val="none" w:sz="0" w:space="0" w:color="auto"/>
                                  </w:divBdr>
                                  <w:divsChild>
                                    <w:div w:id="6056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593812">
      <w:bodyDiv w:val="1"/>
      <w:marLeft w:val="0"/>
      <w:marRight w:val="0"/>
      <w:marTop w:val="0"/>
      <w:marBottom w:val="0"/>
      <w:divBdr>
        <w:top w:val="none" w:sz="0" w:space="0" w:color="auto"/>
        <w:left w:val="none" w:sz="0" w:space="0" w:color="auto"/>
        <w:bottom w:val="none" w:sz="0" w:space="0" w:color="auto"/>
        <w:right w:val="none" w:sz="0" w:space="0" w:color="auto"/>
      </w:divBdr>
      <w:divsChild>
        <w:div w:id="2119330332">
          <w:marLeft w:val="0"/>
          <w:marRight w:val="0"/>
          <w:marTop w:val="0"/>
          <w:marBottom w:val="0"/>
          <w:divBdr>
            <w:top w:val="none" w:sz="0" w:space="0" w:color="auto"/>
            <w:left w:val="none" w:sz="0" w:space="0" w:color="auto"/>
            <w:bottom w:val="none" w:sz="0" w:space="0" w:color="auto"/>
            <w:right w:val="none" w:sz="0" w:space="0" w:color="auto"/>
          </w:divBdr>
          <w:divsChild>
            <w:div w:id="133059676">
              <w:marLeft w:val="0"/>
              <w:marRight w:val="0"/>
              <w:marTop w:val="0"/>
              <w:marBottom w:val="0"/>
              <w:divBdr>
                <w:top w:val="none" w:sz="0" w:space="0" w:color="auto"/>
                <w:left w:val="none" w:sz="0" w:space="0" w:color="auto"/>
                <w:bottom w:val="none" w:sz="0" w:space="0" w:color="auto"/>
                <w:right w:val="none" w:sz="0" w:space="0" w:color="auto"/>
              </w:divBdr>
              <w:divsChild>
                <w:div w:id="1096091879">
                  <w:marLeft w:val="0"/>
                  <w:marRight w:val="0"/>
                  <w:marTop w:val="0"/>
                  <w:marBottom w:val="0"/>
                  <w:divBdr>
                    <w:top w:val="none" w:sz="0" w:space="0" w:color="auto"/>
                    <w:left w:val="none" w:sz="0" w:space="0" w:color="auto"/>
                    <w:bottom w:val="none" w:sz="0" w:space="0" w:color="auto"/>
                    <w:right w:val="none" w:sz="0" w:space="0" w:color="auto"/>
                  </w:divBdr>
                  <w:divsChild>
                    <w:div w:id="432212854">
                      <w:marLeft w:val="0"/>
                      <w:marRight w:val="0"/>
                      <w:marTop w:val="0"/>
                      <w:marBottom w:val="0"/>
                      <w:divBdr>
                        <w:top w:val="none" w:sz="0" w:space="0" w:color="auto"/>
                        <w:left w:val="none" w:sz="0" w:space="0" w:color="auto"/>
                        <w:bottom w:val="none" w:sz="0" w:space="0" w:color="auto"/>
                        <w:right w:val="none" w:sz="0" w:space="0" w:color="auto"/>
                      </w:divBdr>
                      <w:divsChild>
                        <w:div w:id="2071803685">
                          <w:marLeft w:val="0"/>
                          <w:marRight w:val="0"/>
                          <w:marTop w:val="0"/>
                          <w:marBottom w:val="0"/>
                          <w:divBdr>
                            <w:top w:val="none" w:sz="0" w:space="0" w:color="auto"/>
                            <w:left w:val="none" w:sz="0" w:space="0" w:color="auto"/>
                            <w:bottom w:val="none" w:sz="0" w:space="0" w:color="auto"/>
                            <w:right w:val="none" w:sz="0" w:space="0" w:color="auto"/>
                          </w:divBdr>
                          <w:divsChild>
                            <w:div w:id="82653918">
                              <w:marLeft w:val="0"/>
                              <w:marRight w:val="0"/>
                              <w:marTop w:val="0"/>
                              <w:marBottom w:val="0"/>
                              <w:divBdr>
                                <w:top w:val="none" w:sz="0" w:space="0" w:color="auto"/>
                                <w:left w:val="none" w:sz="0" w:space="0" w:color="auto"/>
                                <w:bottom w:val="none" w:sz="0" w:space="0" w:color="auto"/>
                                <w:right w:val="none" w:sz="0" w:space="0" w:color="auto"/>
                              </w:divBdr>
                              <w:divsChild>
                                <w:div w:id="1662001621">
                                  <w:marLeft w:val="0"/>
                                  <w:marRight w:val="0"/>
                                  <w:marTop w:val="0"/>
                                  <w:marBottom w:val="0"/>
                                  <w:divBdr>
                                    <w:top w:val="none" w:sz="0" w:space="0" w:color="auto"/>
                                    <w:left w:val="none" w:sz="0" w:space="0" w:color="auto"/>
                                    <w:bottom w:val="none" w:sz="0" w:space="0" w:color="auto"/>
                                    <w:right w:val="none" w:sz="0" w:space="0" w:color="auto"/>
                                  </w:divBdr>
                                  <w:divsChild>
                                    <w:div w:id="542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1960</Words>
  <Characters>11176</Characters>
  <Application>Microsoft Office Word</Application>
  <DocSecurity>0</DocSecurity>
  <Lines>93</Lines>
  <Paragraphs>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48–60 Ay Eylül 2026 Aylık Eğitim Planı</vt:lpstr>
      <vt:lpstr/>
    </vt:vector>
  </TitlesOfParts>
  <Manager/>
  <Company/>
  <LinksUpToDate>false</LinksUpToDate>
  <CharactersWithSpaces>13110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48–60 Ay Eylül 2026 Aylık Eğitim Planı</dc:title>
  <dc:subject/>
  <dc:creator>Anneninokulu</dc:creator>
  <cp:keywords/>
  <dc:description>generated by python-docx</dc:description>
  <cp:lastModifiedBy>Mustafa Aygün</cp:lastModifiedBy>
  <cp:revision>2</cp:revision>
  <cp:lastPrinted>2026-09-20T14:03:00Z</cp:lastPrinted>
  <dcterms:created xsi:type="dcterms:W3CDTF">2026-09-20T14:03:00Z</dcterms:created>
  <dcterms:modified xsi:type="dcterms:W3CDTF">2026-09-20T14:03:00Z</dcterms:modified>
  <cp:category/>
</cp:coreProperties>
</file>