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B8EB4" w14:textId="77777777" w:rsidR="00551FE0" w:rsidRPr="00EA74AD" w:rsidRDefault="000E0FB1" w:rsidP="00B2191D">
      <w:pPr>
        <w:pStyle w:val="KonuBal"/>
        <w:keepNext/>
        <w:keepLines/>
        <w:spacing w:after="20"/>
        <w:jc w:val="center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b/>
          <w:color w:val="F85883"/>
          <w:sz w:val="20"/>
          <w:szCs w:val="20"/>
        </w:rPr>
        <w:t>GÜNLÜK PLAN</w:t>
      </w:r>
    </w:p>
    <w:p w14:paraId="71DE9549" w14:textId="77777777" w:rsidR="00551FE0" w:rsidRPr="00EA74AD" w:rsidRDefault="000E0FB1">
      <w:pPr>
        <w:keepLines/>
        <w:spacing w:after="20"/>
        <w:rPr>
          <w:rFonts w:ascii="Comic Sans MS" w:hAnsi="Comic Sans MS"/>
          <w:sz w:val="20"/>
          <w:szCs w:val="20"/>
        </w:rPr>
      </w:pPr>
      <w:proofErr w:type="spellStart"/>
      <w:r w:rsidRPr="00EA74AD">
        <w:rPr>
          <w:rFonts w:ascii="Comic Sans MS" w:hAnsi="Comic Sans MS"/>
          <w:sz w:val="20"/>
          <w:szCs w:val="20"/>
        </w:rPr>
        <w:t>Okul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Adı</w:t>
      </w:r>
      <w:proofErr w:type="spellEnd"/>
      <w:r w:rsidRPr="00EA74AD">
        <w:rPr>
          <w:rFonts w:ascii="Comic Sans MS" w:hAnsi="Comic Sans MS"/>
          <w:sz w:val="20"/>
          <w:szCs w:val="20"/>
        </w:rPr>
        <w:t>: ............................................................</w:t>
      </w:r>
      <w:r w:rsidRPr="00EA74AD">
        <w:rPr>
          <w:rFonts w:ascii="Comic Sans MS" w:hAnsi="Comic Sans MS"/>
          <w:sz w:val="20"/>
          <w:szCs w:val="20"/>
        </w:rPr>
        <w:br/>
      </w:r>
      <w:proofErr w:type="spellStart"/>
      <w:r w:rsidRPr="00EA74AD">
        <w:rPr>
          <w:rFonts w:ascii="Comic Sans MS" w:hAnsi="Comic Sans MS"/>
          <w:sz w:val="20"/>
          <w:szCs w:val="20"/>
        </w:rPr>
        <w:t>Öğretmen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Adı</w:t>
      </w:r>
      <w:proofErr w:type="spellEnd"/>
      <w:r w:rsidRPr="00EA74AD">
        <w:rPr>
          <w:rFonts w:ascii="Comic Sans MS" w:hAnsi="Comic Sans MS"/>
          <w:sz w:val="20"/>
          <w:szCs w:val="20"/>
        </w:rPr>
        <w:t>: .....................................................</w:t>
      </w:r>
      <w:r w:rsidRPr="00EA74AD">
        <w:rPr>
          <w:rFonts w:ascii="Comic Sans MS" w:hAnsi="Comic Sans MS"/>
          <w:sz w:val="20"/>
          <w:szCs w:val="20"/>
        </w:rPr>
        <w:br/>
      </w:r>
      <w:proofErr w:type="spellStart"/>
      <w:r w:rsidRPr="00EA74AD">
        <w:rPr>
          <w:rFonts w:ascii="Comic Sans MS" w:hAnsi="Comic Sans MS"/>
          <w:sz w:val="20"/>
          <w:szCs w:val="20"/>
        </w:rPr>
        <w:t>Yaş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Grubu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: 48–60 Ay (4 </w:t>
      </w:r>
      <w:proofErr w:type="spellStart"/>
      <w:r w:rsidRPr="00EA74AD">
        <w:rPr>
          <w:rFonts w:ascii="Comic Sans MS" w:hAnsi="Comic Sans MS"/>
          <w:sz w:val="20"/>
          <w:szCs w:val="20"/>
        </w:rPr>
        <w:t>Yaş</w:t>
      </w:r>
      <w:proofErr w:type="spellEnd"/>
      <w:r w:rsidRPr="00EA74AD">
        <w:rPr>
          <w:rFonts w:ascii="Comic Sans MS" w:hAnsi="Comic Sans MS"/>
          <w:sz w:val="20"/>
          <w:szCs w:val="20"/>
        </w:rPr>
        <w:t>)</w:t>
      </w:r>
      <w:r w:rsidRPr="00EA74AD">
        <w:rPr>
          <w:rFonts w:ascii="Comic Sans MS" w:hAnsi="Comic Sans MS"/>
          <w:sz w:val="20"/>
          <w:szCs w:val="20"/>
        </w:rPr>
        <w:br/>
        <w:t>Tarih: 10.09.2026</w:t>
      </w:r>
    </w:p>
    <w:p w14:paraId="03120224" w14:textId="77777777" w:rsidR="00551FE0" w:rsidRPr="00EA74AD" w:rsidRDefault="000E0FB1">
      <w:pPr>
        <w:pStyle w:val="Balk1"/>
        <w:spacing w:before="120"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color w:val="F85883"/>
          <w:sz w:val="20"/>
          <w:szCs w:val="20"/>
        </w:rPr>
        <w:t>ALAN BECERİLERİ</w:t>
      </w:r>
    </w:p>
    <w:p w14:paraId="64E8D2DA" w14:textId="77777777" w:rsidR="00551FE0" w:rsidRPr="00EA74AD" w:rsidRDefault="000E0FB1">
      <w:pPr>
        <w:keepNext/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b/>
          <w:sz w:val="20"/>
          <w:szCs w:val="20"/>
        </w:rPr>
        <w:t>TÜRKÇE ALANI</w:t>
      </w:r>
    </w:p>
    <w:p w14:paraId="52EDE2BE" w14:textId="77777777" w:rsidR="00551FE0" w:rsidRPr="00EA74AD" w:rsidRDefault="000E0FB1">
      <w:pPr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 xml:space="preserve">TADB. </w:t>
      </w:r>
      <w:proofErr w:type="spellStart"/>
      <w:r w:rsidRPr="00EA74AD">
        <w:rPr>
          <w:rFonts w:ascii="Comic Sans MS" w:hAnsi="Comic Sans MS"/>
          <w:sz w:val="20"/>
          <w:szCs w:val="20"/>
        </w:rPr>
        <w:t>Dinleme</w:t>
      </w:r>
      <w:proofErr w:type="spellEnd"/>
      <w:r w:rsidRPr="00EA74AD">
        <w:rPr>
          <w:rFonts w:ascii="Comic Sans MS" w:hAnsi="Comic Sans MS"/>
          <w:sz w:val="20"/>
          <w:szCs w:val="20"/>
        </w:rPr>
        <w:t>/</w:t>
      </w:r>
      <w:proofErr w:type="spellStart"/>
      <w:r w:rsidRPr="00EA74AD">
        <w:rPr>
          <w:rFonts w:ascii="Comic Sans MS" w:hAnsi="Comic Sans MS"/>
          <w:sz w:val="20"/>
          <w:szCs w:val="20"/>
        </w:rPr>
        <w:t>İzleme</w:t>
      </w:r>
      <w:proofErr w:type="spellEnd"/>
    </w:p>
    <w:p w14:paraId="0B2072EF" w14:textId="77777777" w:rsidR="00551FE0" w:rsidRPr="00EA74AD" w:rsidRDefault="000E0FB1">
      <w:pPr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 xml:space="preserve">TAKB. </w:t>
      </w:r>
      <w:proofErr w:type="spellStart"/>
      <w:r w:rsidRPr="00EA74AD">
        <w:rPr>
          <w:rFonts w:ascii="Comic Sans MS" w:hAnsi="Comic Sans MS"/>
          <w:sz w:val="20"/>
          <w:szCs w:val="20"/>
        </w:rPr>
        <w:t>Konuşma</w:t>
      </w:r>
      <w:proofErr w:type="spellEnd"/>
    </w:p>
    <w:p w14:paraId="76E6017B" w14:textId="77777777" w:rsidR="00A07326" w:rsidRPr="00EA74AD" w:rsidRDefault="00191D63">
      <w:pPr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>TAOB. Okuma</w:t>
      </w:r>
      <w:r w:rsidRPr="00EA74AD">
        <w:rPr>
          <w:rFonts w:ascii="Comic Sans MS" w:hAnsi="Comic Sans MS"/>
          <w:sz w:val="20"/>
          <w:szCs w:val="20"/>
        </w:rPr>
        <w:br/>
        <w:t xml:space="preserve">TAEOB. Erken </w:t>
      </w:r>
      <w:proofErr w:type="spellStart"/>
      <w:r w:rsidRPr="00EA74AD">
        <w:rPr>
          <w:rFonts w:ascii="Comic Sans MS" w:hAnsi="Comic Sans MS"/>
          <w:sz w:val="20"/>
          <w:szCs w:val="20"/>
        </w:rPr>
        <w:t>Okuryazarlık</w:t>
      </w:r>
      <w:proofErr w:type="spellEnd"/>
    </w:p>
    <w:p w14:paraId="1CA3FED5" w14:textId="77777777" w:rsidR="00551FE0" w:rsidRPr="00EA74AD" w:rsidRDefault="000E0FB1">
      <w:pPr>
        <w:keepNext/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b/>
          <w:sz w:val="20"/>
          <w:szCs w:val="20"/>
        </w:rPr>
        <w:t>HAREKET VE SAĞLIK ALANI</w:t>
      </w:r>
    </w:p>
    <w:p w14:paraId="5A73E8AD" w14:textId="77777777" w:rsidR="00551FE0" w:rsidRPr="00EA74AD" w:rsidRDefault="000E0FB1">
      <w:pPr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 xml:space="preserve">HSAB1. </w:t>
      </w:r>
      <w:proofErr w:type="spellStart"/>
      <w:r w:rsidRPr="00EA74AD">
        <w:rPr>
          <w:rFonts w:ascii="Comic Sans MS" w:hAnsi="Comic Sans MS"/>
          <w:sz w:val="20"/>
          <w:szCs w:val="20"/>
        </w:rPr>
        <w:t>Aktif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Yaşam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İçin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Psikomotor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Beceriler</w:t>
      </w:r>
      <w:proofErr w:type="spellEnd"/>
    </w:p>
    <w:p w14:paraId="6935043F" w14:textId="77777777" w:rsidR="00551FE0" w:rsidRPr="00EA74AD" w:rsidRDefault="000E0FB1">
      <w:pPr>
        <w:keepNext/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b/>
          <w:sz w:val="20"/>
          <w:szCs w:val="20"/>
        </w:rPr>
        <w:t>SANAT ALANI</w:t>
      </w:r>
    </w:p>
    <w:p w14:paraId="31F0C638" w14:textId="77777777" w:rsidR="00551FE0" w:rsidRPr="00EA74AD" w:rsidRDefault="000E0FB1">
      <w:pPr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 xml:space="preserve">SNAB4. </w:t>
      </w:r>
      <w:proofErr w:type="spellStart"/>
      <w:r w:rsidRPr="00EA74AD">
        <w:rPr>
          <w:rFonts w:ascii="Comic Sans MS" w:hAnsi="Comic Sans MS"/>
          <w:sz w:val="20"/>
          <w:szCs w:val="20"/>
        </w:rPr>
        <w:t>Sanatsal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Uygulama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Yapma</w:t>
      </w:r>
      <w:proofErr w:type="spellEnd"/>
    </w:p>
    <w:p w14:paraId="7CF12A4E" w14:textId="77777777" w:rsidR="00551FE0" w:rsidRPr="00EA74AD" w:rsidRDefault="000E0FB1">
      <w:pPr>
        <w:pStyle w:val="Balk1"/>
        <w:spacing w:before="120"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color w:val="F85883"/>
          <w:sz w:val="20"/>
          <w:szCs w:val="20"/>
        </w:rPr>
        <w:t>KAVRAMSAL BECERİLER</w:t>
      </w:r>
    </w:p>
    <w:p w14:paraId="4AF0FBFB" w14:textId="77777777" w:rsidR="00551FE0" w:rsidRPr="00EA74AD" w:rsidRDefault="000E0FB1">
      <w:pPr>
        <w:keepLines/>
        <w:spacing w:after="20"/>
        <w:rPr>
          <w:rFonts w:ascii="Comic Sans MS" w:hAnsi="Comic Sans MS"/>
          <w:color w:val="4F81BD" w:themeColor="accent1"/>
          <w:sz w:val="20"/>
          <w:szCs w:val="20"/>
        </w:rPr>
      </w:pPr>
      <w:r w:rsidRPr="00EA74AD">
        <w:rPr>
          <w:rFonts w:ascii="Comic Sans MS" w:hAnsi="Comic Sans MS"/>
          <w:b/>
          <w:color w:val="4F81BD" w:themeColor="accent1"/>
          <w:sz w:val="20"/>
          <w:szCs w:val="20"/>
        </w:rPr>
        <w:t xml:space="preserve">KB1. Temel </w:t>
      </w:r>
      <w:proofErr w:type="spellStart"/>
      <w:r w:rsidRPr="00EA74AD">
        <w:rPr>
          <w:rFonts w:ascii="Comic Sans MS" w:hAnsi="Comic Sans MS"/>
          <w:b/>
          <w:color w:val="4F81BD" w:themeColor="accent1"/>
          <w:sz w:val="20"/>
          <w:szCs w:val="20"/>
        </w:rPr>
        <w:t>Beceriler</w:t>
      </w:r>
      <w:proofErr w:type="spellEnd"/>
    </w:p>
    <w:p w14:paraId="19FF9996" w14:textId="622DB899" w:rsidR="00551FE0" w:rsidRPr="00EA74AD" w:rsidRDefault="000E0FB1">
      <w:pPr>
        <w:keepLines/>
        <w:spacing w:after="20"/>
        <w:rPr>
          <w:rFonts w:ascii="Comic Sans MS" w:hAnsi="Comic Sans MS"/>
          <w:sz w:val="20"/>
          <w:szCs w:val="20"/>
        </w:rPr>
      </w:pPr>
      <w:proofErr w:type="spellStart"/>
      <w:r w:rsidRPr="00EA74AD">
        <w:rPr>
          <w:rFonts w:ascii="Comic Sans MS" w:hAnsi="Comic Sans MS"/>
          <w:sz w:val="20"/>
          <w:szCs w:val="20"/>
        </w:rPr>
        <w:t>Seçmek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</w:p>
    <w:p w14:paraId="67E1E732" w14:textId="77777777" w:rsidR="007854DF" w:rsidRPr="00EA74AD" w:rsidRDefault="007854DF" w:rsidP="007854DF">
      <w:pPr>
        <w:keepNext/>
        <w:spacing w:before="40"/>
        <w:rPr>
          <w:rFonts w:ascii="Comic Sans MS" w:hAnsi="Comic Sans MS"/>
          <w:sz w:val="20"/>
          <w:szCs w:val="20"/>
        </w:rPr>
      </w:pPr>
      <w:proofErr w:type="spellStart"/>
      <w:r w:rsidRPr="00EA74AD">
        <w:rPr>
          <w:rFonts w:ascii="Comic Sans MS" w:eastAsia="Comic Sans MS" w:hAnsi="Comic Sans MS"/>
          <w:b/>
          <w:color w:val="2E74B5"/>
          <w:sz w:val="20"/>
          <w:szCs w:val="20"/>
        </w:rPr>
        <w:t>Bütünleşik</w:t>
      </w:r>
      <w:proofErr w:type="spellEnd"/>
      <w:r w:rsidRPr="00EA74AD">
        <w:rPr>
          <w:rFonts w:ascii="Comic Sans MS" w:eastAsia="Comic Sans MS" w:hAnsi="Comic Sans MS"/>
          <w:b/>
          <w:color w:val="2E74B5"/>
          <w:sz w:val="20"/>
          <w:szCs w:val="20"/>
        </w:rPr>
        <w:t xml:space="preserve"> </w:t>
      </w:r>
      <w:proofErr w:type="spellStart"/>
      <w:r w:rsidRPr="00EA74AD">
        <w:rPr>
          <w:rFonts w:ascii="Comic Sans MS" w:eastAsia="Comic Sans MS" w:hAnsi="Comic Sans MS"/>
          <w:b/>
          <w:color w:val="2E74B5"/>
          <w:sz w:val="20"/>
          <w:szCs w:val="20"/>
        </w:rPr>
        <w:t>Beceriler</w:t>
      </w:r>
      <w:proofErr w:type="spellEnd"/>
      <w:r w:rsidRPr="00EA74AD">
        <w:rPr>
          <w:rFonts w:ascii="Comic Sans MS" w:eastAsia="Comic Sans MS" w:hAnsi="Comic Sans MS"/>
          <w:b/>
          <w:color w:val="2E74B5"/>
          <w:sz w:val="20"/>
          <w:szCs w:val="20"/>
        </w:rPr>
        <w:t xml:space="preserve"> (KB2)</w:t>
      </w:r>
    </w:p>
    <w:p w14:paraId="7DB3DB51" w14:textId="77777777" w:rsidR="00551FE0" w:rsidRPr="00EA74AD" w:rsidRDefault="000E0FB1">
      <w:pPr>
        <w:keepLines/>
        <w:spacing w:after="20"/>
        <w:rPr>
          <w:rFonts w:ascii="Comic Sans MS" w:hAnsi="Comic Sans MS"/>
          <w:bCs/>
          <w:color w:val="000000" w:themeColor="text1"/>
          <w:sz w:val="20"/>
          <w:szCs w:val="20"/>
        </w:rPr>
      </w:pPr>
      <w:r w:rsidRPr="00EA74AD">
        <w:rPr>
          <w:rFonts w:ascii="Comic Sans MS" w:hAnsi="Comic Sans MS"/>
          <w:bCs/>
          <w:color w:val="000000" w:themeColor="text1"/>
          <w:sz w:val="20"/>
          <w:szCs w:val="20"/>
        </w:rPr>
        <w:t xml:space="preserve">KB2.7. </w:t>
      </w:r>
      <w:proofErr w:type="spellStart"/>
      <w:r w:rsidRPr="00EA74AD">
        <w:rPr>
          <w:rFonts w:ascii="Comic Sans MS" w:hAnsi="Comic Sans MS"/>
          <w:bCs/>
          <w:color w:val="000000" w:themeColor="text1"/>
          <w:sz w:val="20"/>
          <w:szCs w:val="20"/>
        </w:rPr>
        <w:t>Karşılaştırma</w:t>
      </w:r>
      <w:proofErr w:type="spellEnd"/>
      <w:r w:rsidRPr="00EA74AD">
        <w:rPr>
          <w:rFonts w:ascii="Comic Sans MS" w:hAnsi="Comic Sans MS"/>
          <w:bCs/>
          <w:color w:val="000000" w:themeColor="text1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Cs/>
          <w:color w:val="000000" w:themeColor="text1"/>
          <w:sz w:val="20"/>
          <w:szCs w:val="20"/>
        </w:rPr>
        <w:t>Becerisi</w:t>
      </w:r>
      <w:proofErr w:type="spellEnd"/>
    </w:p>
    <w:p w14:paraId="77F1ABBB" w14:textId="77777777" w:rsidR="00551FE0" w:rsidRPr="00EA74AD" w:rsidRDefault="000E0FB1">
      <w:pPr>
        <w:pStyle w:val="Balk1"/>
        <w:spacing w:before="120"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color w:val="F85883"/>
          <w:sz w:val="20"/>
          <w:szCs w:val="20"/>
        </w:rPr>
        <w:t>EĞİLİMLER</w:t>
      </w:r>
    </w:p>
    <w:p w14:paraId="0D562823" w14:textId="77777777" w:rsidR="00551FE0" w:rsidRPr="00EA74AD" w:rsidRDefault="000E0FB1">
      <w:pPr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>E1.1. Merak</w:t>
      </w:r>
    </w:p>
    <w:p w14:paraId="3D4E7C4A" w14:textId="77777777" w:rsidR="00551FE0" w:rsidRPr="00EA74AD" w:rsidRDefault="000E0FB1">
      <w:pPr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 xml:space="preserve">E2.5. </w:t>
      </w:r>
      <w:proofErr w:type="spellStart"/>
      <w:r w:rsidRPr="00EA74AD">
        <w:rPr>
          <w:rFonts w:ascii="Comic Sans MS" w:hAnsi="Comic Sans MS"/>
          <w:sz w:val="20"/>
          <w:szCs w:val="20"/>
        </w:rPr>
        <w:t>Oyunseverlik</w:t>
      </w:r>
      <w:proofErr w:type="spellEnd"/>
    </w:p>
    <w:p w14:paraId="0702F7DB" w14:textId="77777777" w:rsidR="00A07326" w:rsidRPr="00EA74AD" w:rsidRDefault="00191D63">
      <w:pPr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 xml:space="preserve">E3.1. </w:t>
      </w:r>
      <w:proofErr w:type="spellStart"/>
      <w:r w:rsidRPr="00EA74AD">
        <w:rPr>
          <w:rFonts w:ascii="Comic Sans MS" w:hAnsi="Comic Sans MS"/>
          <w:sz w:val="20"/>
          <w:szCs w:val="20"/>
        </w:rPr>
        <w:t>Odaklanma</w:t>
      </w:r>
      <w:proofErr w:type="spellEnd"/>
    </w:p>
    <w:p w14:paraId="17EB3F4A" w14:textId="77777777" w:rsidR="00551FE0" w:rsidRPr="00EA74AD" w:rsidRDefault="000E0FB1">
      <w:pPr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 xml:space="preserve">E3.2. </w:t>
      </w:r>
      <w:proofErr w:type="spellStart"/>
      <w:r w:rsidRPr="00EA74AD">
        <w:rPr>
          <w:rFonts w:ascii="Comic Sans MS" w:hAnsi="Comic Sans MS"/>
          <w:sz w:val="20"/>
          <w:szCs w:val="20"/>
        </w:rPr>
        <w:t>Yaratıcılık</w:t>
      </w:r>
      <w:proofErr w:type="spellEnd"/>
    </w:p>
    <w:p w14:paraId="36E7AC3C" w14:textId="77777777" w:rsidR="00551FE0" w:rsidRPr="00EA74AD" w:rsidRDefault="000E0FB1">
      <w:pPr>
        <w:pStyle w:val="Balk1"/>
        <w:spacing w:before="120"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color w:val="F85883"/>
          <w:sz w:val="20"/>
          <w:szCs w:val="20"/>
        </w:rPr>
        <w:t>PROGRAMLAR ARASI BİLEŞENLER</w:t>
      </w:r>
    </w:p>
    <w:p w14:paraId="70C75608" w14:textId="77777777" w:rsidR="00551FE0" w:rsidRPr="00EA74AD" w:rsidRDefault="000E0FB1">
      <w:pPr>
        <w:keepNext/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b/>
          <w:color w:val="002060"/>
          <w:sz w:val="20"/>
          <w:szCs w:val="20"/>
        </w:rPr>
        <w:t>EK13 SOSYAL DUYGUSAL ÖĞRENME BECERİLERİ TABLOLARI</w:t>
      </w:r>
    </w:p>
    <w:p w14:paraId="2A3C61C0" w14:textId="77777777" w:rsidR="00551FE0" w:rsidRPr="00EA74AD" w:rsidRDefault="000E0FB1">
      <w:pPr>
        <w:keepNext/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b/>
          <w:color w:val="2E74B5"/>
          <w:sz w:val="20"/>
          <w:szCs w:val="20"/>
        </w:rPr>
        <w:t>2.2. SOSYAL YAŞAM BECERİLERİ (SDB2)</w:t>
      </w:r>
    </w:p>
    <w:p w14:paraId="697ECB81" w14:textId="77777777" w:rsidR="00551FE0" w:rsidRPr="00EA74AD" w:rsidRDefault="000E0FB1">
      <w:pPr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b/>
          <w:color w:val="ED7D31"/>
          <w:sz w:val="20"/>
          <w:szCs w:val="20"/>
        </w:rPr>
        <w:t xml:space="preserve">SDB2.1. </w:t>
      </w:r>
      <w:proofErr w:type="spellStart"/>
      <w:r w:rsidRPr="00EA74AD">
        <w:rPr>
          <w:rFonts w:ascii="Comic Sans MS" w:hAnsi="Comic Sans MS"/>
          <w:b/>
          <w:color w:val="ED7D31"/>
          <w:sz w:val="20"/>
          <w:szCs w:val="20"/>
        </w:rPr>
        <w:t>İletişim</w:t>
      </w:r>
      <w:proofErr w:type="spellEnd"/>
      <w:r w:rsidRPr="00EA74AD">
        <w:rPr>
          <w:rFonts w:ascii="Comic Sans MS" w:hAnsi="Comic Sans MS"/>
          <w:b/>
          <w:color w:val="ED7D31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color w:val="ED7D31"/>
          <w:sz w:val="20"/>
          <w:szCs w:val="20"/>
        </w:rPr>
        <w:t>Becerisi</w:t>
      </w:r>
      <w:proofErr w:type="spellEnd"/>
    </w:p>
    <w:p w14:paraId="4051FC04" w14:textId="77777777" w:rsidR="00551FE0" w:rsidRPr="00EA74AD" w:rsidRDefault="000E0FB1">
      <w:pPr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 xml:space="preserve">SDB2.1.SB4. </w:t>
      </w:r>
      <w:proofErr w:type="spellStart"/>
      <w:r w:rsidRPr="00EA74AD">
        <w:rPr>
          <w:rFonts w:ascii="Comic Sans MS" w:hAnsi="Comic Sans MS"/>
          <w:sz w:val="20"/>
          <w:szCs w:val="20"/>
        </w:rPr>
        <w:t>Grup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iletişimine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katılmak</w:t>
      </w:r>
      <w:proofErr w:type="spellEnd"/>
    </w:p>
    <w:p w14:paraId="243DEB5D" w14:textId="77777777" w:rsidR="00551FE0" w:rsidRPr="00EA74AD" w:rsidRDefault="000E0FB1">
      <w:pPr>
        <w:keepNext/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b/>
          <w:color w:val="2E74B5"/>
          <w:sz w:val="20"/>
          <w:szCs w:val="20"/>
        </w:rPr>
        <w:t>2.3. ORTAK/BİRLEŞİK BECERİLER (SDB3)</w:t>
      </w:r>
    </w:p>
    <w:p w14:paraId="767B1451" w14:textId="77777777" w:rsidR="00551FE0" w:rsidRPr="00EA74AD" w:rsidRDefault="000E0FB1">
      <w:pPr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b/>
          <w:color w:val="ED7D31"/>
          <w:sz w:val="20"/>
          <w:szCs w:val="20"/>
        </w:rPr>
        <w:t xml:space="preserve">SDB3.1. </w:t>
      </w:r>
      <w:proofErr w:type="spellStart"/>
      <w:r w:rsidRPr="00EA74AD">
        <w:rPr>
          <w:rFonts w:ascii="Comic Sans MS" w:hAnsi="Comic Sans MS"/>
          <w:b/>
          <w:color w:val="ED7D31"/>
          <w:sz w:val="20"/>
          <w:szCs w:val="20"/>
        </w:rPr>
        <w:t>Uyum</w:t>
      </w:r>
      <w:proofErr w:type="spellEnd"/>
      <w:r w:rsidRPr="00EA74AD">
        <w:rPr>
          <w:rFonts w:ascii="Comic Sans MS" w:hAnsi="Comic Sans MS"/>
          <w:b/>
          <w:color w:val="ED7D31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color w:val="ED7D31"/>
          <w:sz w:val="20"/>
          <w:szCs w:val="20"/>
        </w:rPr>
        <w:t>Becerisi</w:t>
      </w:r>
      <w:proofErr w:type="spellEnd"/>
    </w:p>
    <w:p w14:paraId="6AC756D8" w14:textId="77777777" w:rsidR="00551FE0" w:rsidRPr="00EA74AD" w:rsidRDefault="000E0FB1">
      <w:pPr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 xml:space="preserve">SDB3.1.SB1. Yeni, </w:t>
      </w:r>
      <w:proofErr w:type="spellStart"/>
      <w:r w:rsidRPr="00EA74AD">
        <w:rPr>
          <w:rFonts w:ascii="Comic Sans MS" w:hAnsi="Comic Sans MS"/>
          <w:sz w:val="20"/>
          <w:szCs w:val="20"/>
        </w:rPr>
        <w:t>değişen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belirsiz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durumları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anlamak</w:t>
      </w:r>
      <w:proofErr w:type="spellEnd"/>
    </w:p>
    <w:p w14:paraId="7C5B7A33" w14:textId="77777777" w:rsidR="00551FE0" w:rsidRPr="00EA74AD" w:rsidRDefault="000E0FB1">
      <w:pPr>
        <w:keepNext/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b/>
          <w:color w:val="2E74B5"/>
          <w:sz w:val="20"/>
          <w:szCs w:val="20"/>
        </w:rPr>
        <w:t>DEĞERLER</w:t>
      </w:r>
    </w:p>
    <w:p w14:paraId="5C6BFFB8" w14:textId="77777777" w:rsidR="00551FE0" w:rsidRPr="00EA74AD" w:rsidRDefault="000E0FB1">
      <w:pPr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 xml:space="preserve">D4. </w:t>
      </w:r>
      <w:proofErr w:type="spellStart"/>
      <w:r w:rsidRPr="00EA74AD">
        <w:rPr>
          <w:rFonts w:ascii="Comic Sans MS" w:hAnsi="Comic Sans MS"/>
          <w:sz w:val="20"/>
          <w:szCs w:val="20"/>
        </w:rPr>
        <w:t>Dostluk</w:t>
      </w:r>
      <w:proofErr w:type="spellEnd"/>
      <w:r w:rsidRPr="00EA74AD">
        <w:rPr>
          <w:rFonts w:ascii="Comic Sans MS" w:hAnsi="Comic Sans MS"/>
          <w:sz w:val="20"/>
          <w:szCs w:val="20"/>
        </w:rPr>
        <w:br/>
        <w:t xml:space="preserve">D4.4.2. </w:t>
      </w:r>
      <w:proofErr w:type="spellStart"/>
      <w:r w:rsidRPr="00EA74AD">
        <w:rPr>
          <w:rFonts w:ascii="Comic Sans MS" w:hAnsi="Comic Sans MS"/>
          <w:sz w:val="20"/>
          <w:szCs w:val="20"/>
        </w:rPr>
        <w:t>Arkadaşlarıyla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oynamaya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istekli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olur</w:t>
      </w:r>
      <w:proofErr w:type="spellEnd"/>
      <w:r w:rsidRPr="00EA74AD">
        <w:rPr>
          <w:rFonts w:ascii="Comic Sans MS" w:hAnsi="Comic Sans MS"/>
          <w:sz w:val="20"/>
          <w:szCs w:val="20"/>
        </w:rPr>
        <w:t>.</w:t>
      </w:r>
    </w:p>
    <w:p w14:paraId="363E262A" w14:textId="77777777" w:rsidR="00551FE0" w:rsidRPr="00EA74AD" w:rsidRDefault="000E0FB1">
      <w:pPr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 xml:space="preserve">D14. </w:t>
      </w:r>
      <w:proofErr w:type="spellStart"/>
      <w:r w:rsidRPr="00EA74AD">
        <w:rPr>
          <w:rFonts w:ascii="Comic Sans MS" w:hAnsi="Comic Sans MS"/>
          <w:sz w:val="20"/>
          <w:szCs w:val="20"/>
        </w:rPr>
        <w:t>Saygı</w:t>
      </w:r>
      <w:proofErr w:type="spellEnd"/>
      <w:r w:rsidRPr="00EA74AD">
        <w:rPr>
          <w:rFonts w:ascii="Comic Sans MS" w:hAnsi="Comic Sans MS"/>
          <w:sz w:val="20"/>
          <w:szCs w:val="20"/>
        </w:rPr>
        <w:br/>
        <w:t xml:space="preserve">D14.1.3. </w:t>
      </w:r>
      <w:proofErr w:type="spellStart"/>
      <w:r w:rsidRPr="00EA74AD">
        <w:rPr>
          <w:rFonts w:ascii="Comic Sans MS" w:hAnsi="Comic Sans MS"/>
          <w:sz w:val="20"/>
          <w:szCs w:val="20"/>
        </w:rPr>
        <w:t>Söz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hakkı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vermek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söz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kesmemek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etkin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dinlemek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gibi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etkili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iletişim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becerilerini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kullanır</w:t>
      </w:r>
      <w:proofErr w:type="spellEnd"/>
      <w:r w:rsidRPr="00EA74AD">
        <w:rPr>
          <w:rFonts w:ascii="Comic Sans MS" w:hAnsi="Comic Sans MS"/>
          <w:sz w:val="20"/>
          <w:szCs w:val="20"/>
        </w:rPr>
        <w:t>.</w:t>
      </w:r>
    </w:p>
    <w:p w14:paraId="094AD774" w14:textId="77777777" w:rsidR="00551FE0" w:rsidRPr="00EA74AD" w:rsidRDefault="000E0FB1">
      <w:pPr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 xml:space="preserve">D18. </w:t>
      </w:r>
      <w:proofErr w:type="spellStart"/>
      <w:r w:rsidRPr="00EA74AD">
        <w:rPr>
          <w:rFonts w:ascii="Comic Sans MS" w:hAnsi="Comic Sans MS"/>
          <w:sz w:val="20"/>
          <w:szCs w:val="20"/>
        </w:rPr>
        <w:t>Temizlik</w:t>
      </w:r>
      <w:proofErr w:type="spellEnd"/>
      <w:r w:rsidRPr="00EA74AD">
        <w:rPr>
          <w:rFonts w:ascii="Comic Sans MS" w:hAnsi="Comic Sans MS"/>
          <w:sz w:val="20"/>
          <w:szCs w:val="20"/>
        </w:rPr>
        <w:br/>
        <w:t xml:space="preserve">D18.1.2. Beden </w:t>
      </w:r>
      <w:proofErr w:type="spellStart"/>
      <w:r w:rsidRPr="00EA74AD">
        <w:rPr>
          <w:rFonts w:ascii="Comic Sans MS" w:hAnsi="Comic Sans MS"/>
          <w:sz w:val="20"/>
          <w:szCs w:val="20"/>
        </w:rPr>
        <w:t>temizliğini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zamanında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özenli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yapmaya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gayret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eder</w:t>
      </w:r>
      <w:proofErr w:type="spellEnd"/>
      <w:r w:rsidRPr="00EA74AD">
        <w:rPr>
          <w:rFonts w:ascii="Comic Sans MS" w:hAnsi="Comic Sans MS"/>
          <w:sz w:val="20"/>
          <w:szCs w:val="20"/>
        </w:rPr>
        <w:t>.</w:t>
      </w:r>
      <w:r w:rsidRPr="00EA74AD">
        <w:rPr>
          <w:rFonts w:ascii="Comic Sans MS" w:hAnsi="Comic Sans MS"/>
          <w:sz w:val="20"/>
          <w:szCs w:val="20"/>
        </w:rPr>
        <w:br/>
        <w:t xml:space="preserve">D18.2.3. </w:t>
      </w:r>
      <w:proofErr w:type="spellStart"/>
      <w:r w:rsidRPr="00EA74AD">
        <w:rPr>
          <w:rFonts w:ascii="Comic Sans MS" w:hAnsi="Comic Sans MS"/>
          <w:sz w:val="20"/>
          <w:szCs w:val="20"/>
        </w:rPr>
        <w:t>Ev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sınıf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okul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bahçesi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gibi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ortak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alanların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temizliğinde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görev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alır</w:t>
      </w:r>
      <w:proofErr w:type="spellEnd"/>
      <w:r w:rsidRPr="00EA74AD">
        <w:rPr>
          <w:rFonts w:ascii="Comic Sans MS" w:hAnsi="Comic Sans MS"/>
          <w:sz w:val="20"/>
          <w:szCs w:val="20"/>
        </w:rPr>
        <w:t>.</w:t>
      </w:r>
    </w:p>
    <w:p w14:paraId="1738277A" w14:textId="77777777" w:rsidR="00551FE0" w:rsidRPr="00EA74AD" w:rsidRDefault="000E0FB1">
      <w:pPr>
        <w:keepNext/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b/>
          <w:color w:val="002060"/>
          <w:sz w:val="20"/>
          <w:szCs w:val="20"/>
        </w:rPr>
        <w:t>EK 16 OKURYAZARLIK TABLOLARI</w:t>
      </w:r>
    </w:p>
    <w:p w14:paraId="604F3ED9" w14:textId="77777777" w:rsidR="00551FE0" w:rsidRPr="00EA74AD" w:rsidRDefault="000E0FB1">
      <w:pPr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b/>
          <w:color w:val="2E74B5"/>
          <w:sz w:val="20"/>
          <w:szCs w:val="20"/>
        </w:rPr>
        <w:t xml:space="preserve">OB4. </w:t>
      </w:r>
      <w:proofErr w:type="spellStart"/>
      <w:r w:rsidRPr="00EA74AD">
        <w:rPr>
          <w:rFonts w:ascii="Comic Sans MS" w:hAnsi="Comic Sans MS"/>
          <w:b/>
          <w:color w:val="2E74B5"/>
          <w:sz w:val="20"/>
          <w:szCs w:val="20"/>
        </w:rPr>
        <w:t>Görsel</w:t>
      </w:r>
      <w:proofErr w:type="spellEnd"/>
      <w:r w:rsidRPr="00EA74AD">
        <w:rPr>
          <w:rFonts w:ascii="Comic Sans MS" w:hAnsi="Comic Sans MS"/>
          <w:b/>
          <w:color w:val="2E74B5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color w:val="2E74B5"/>
          <w:sz w:val="20"/>
          <w:szCs w:val="20"/>
        </w:rPr>
        <w:t>Okuryazarlık</w:t>
      </w:r>
      <w:proofErr w:type="spellEnd"/>
    </w:p>
    <w:p w14:paraId="5B2AE844" w14:textId="77777777" w:rsidR="00551FE0" w:rsidRPr="00EA74AD" w:rsidRDefault="000E0FB1">
      <w:pPr>
        <w:keepLines/>
        <w:spacing w:after="20"/>
        <w:rPr>
          <w:rFonts w:ascii="Comic Sans MS" w:hAnsi="Comic Sans MS"/>
          <w:b/>
          <w:bCs/>
          <w:sz w:val="20"/>
          <w:szCs w:val="20"/>
        </w:rPr>
      </w:pPr>
      <w:r w:rsidRPr="00EA74AD">
        <w:rPr>
          <w:rFonts w:ascii="Comic Sans MS" w:hAnsi="Comic Sans MS"/>
          <w:b/>
          <w:bCs/>
          <w:sz w:val="20"/>
          <w:szCs w:val="20"/>
        </w:rPr>
        <w:t xml:space="preserve">OB4.1. </w:t>
      </w:r>
      <w:proofErr w:type="spellStart"/>
      <w:r w:rsidRPr="00EA74AD">
        <w:rPr>
          <w:rFonts w:ascii="Comic Sans MS" w:hAnsi="Comic Sans MS"/>
          <w:b/>
          <w:bCs/>
          <w:sz w:val="20"/>
          <w:szCs w:val="20"/>
        </w:rPr>
        <w:t>Görseli</w:t>
      </w:r>
      <w:proofErr w:type="spellEnd"/>
      <w:r w:rsidRPr="00EA74AD">
        <w:rPr>
          <w:rFonts w:ascii="Comic Sans MS" w:hAnsi="Comic Sans MS"/>
          <w:b/>
          <w:bCs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bCs/>
          <w:sz w:val="20"/>
          <w:szCs w:val="20"/>
        </w:rPr>
        <w:t>Anlama</w:t>
      </w:r>
      <w:proofErr w:type="spellEnd"/>
    </w:p>
    <w:p w14:paraId="181D65F4" w14:textId="77777777" w:rsidR="00551FE0" w:rsidRPr="00EA74AD" w:rsidRDefault="000E0FB1">
      <w:pPr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 xml:space="preserve">OB4.1.SB1. </w:t>
      </w:r>
      <w:proofErr w:type="spellStart"/>
      <w:r w:rsidRPr="00EA74AD">
        <w:rPr>
          <w:rFonts w:ascii="Comic Sans MS" w:hAnsi="Comic Sans MS"/>
          <w:sz w:val="20"/>
          <w:szCs w:val="20"/>
        </w:rPr>
        <w:t>Görseli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algılamak</w:t>
      </w:r>
      <w:proofErr w:type="spellEnd"/>
    </w:p>
    <w:p w14:paraId="3ADCEEAC" w14:textId="77777777" w:rsidR="00773AC7" w:rsidRPr="00EA74AD" w:rsidRDefault="000E0FB1" w:rsidP="00773AC7">
      <w:pPr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 xml:space="preserve">OB4.1.SB2. </w:t>
      </w:r>
      <w:proofErr w:type="spellStart"/>
      <w:r w:rsidRPr="00EA74AD">
        <w:rPr>
          <w:rFonts w:ascii="Comic Sans MS" w:hAnsi="Comic Sans MS"/>
          <w:sz w:val="20"/>
          <w:szCs w:val="20"/>
        </w:rPr>
        <w:t>Görseli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tanımak</w:t>
      </w:r>
      <w:proofErr w:type="spellEnd"/>
    </w:p>
    <w:p w14:paraId="48BD1CB1" w14:textId="77777777" w:rsidR="00A07326" w:rsidRPr="00EA74AD" w:rsidRDefault="00191D63">
      <w:pPr>
        <w:keepNext/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b/>
          <w:sz w:val="20"/>
          <w:szCs w:val="20"/>
        </w:rPr>
        <w:t xml:space="preserve">OB4.2.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Görseli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Yorumlama</w:t>
      </w:r>
      <w:proofErr w:type="spellEnd"/>
    </w:p>
    <w:p w14:paraId="1A0294D6" w14:textId="77777777" w:rsidR="00A07326" w:rsidRPr="00EA74AD" w:rsidRDefault="00191D63">
      <w:pPr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 xml:space="preserve">OB4.2.SB1. </w:t>
      </w:r>
      <w:proofErr w:type="spellStart"/>
      <w:r w:rsidRPr="00EA74AD">
        <w:rPr>
          <w:rFonts w:ascii="Comic Sans MS" w:hAnsi="Comic Sans MS"/>
          <w:sz w:val="20"/>
          <w:szCs w:val="20"/>
        </w:rPr>
        <w:t>Görseli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incelemek</w:t>
      </w:r>
      <w:proofErr w:type="spellEnd"/>
    </w:p>
    <w:p w14:paraId="701483BF" w14:textId="77777777" w:rsidR="00A07326" w:rsidRPr="00EA74AD" w:rsidRDefault="00191D63">
      <w:pPr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lastRenderedPageBreak/>
        <w:t xml:space="preserve">OB4.2.SB3. Kendi </w:t>
      </w:r>
      <w:proofErr w:type="spellStart"/>
      <w:r w:rsidRPr="00EA74AD">
        <w:rPr>
          <w:rFonts w:ascii="Comic Sans MS" w:hAnsi="Comic Sans MS"/>
          <w:sz w:val="20"/>
          <w:szCs w:val="20"/>
        </w:rPr>
        <w:t>ifadeleriyle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görseli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nesnel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doğru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anlamı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değiştirmeyecek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şekilde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yeniden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ifade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etmek</w:t>
      </w:r>
      <w:proofErr w:type="spellEnd"/>
    </w:p>
    <w:p w14:paraId="05F66FE7" w14:textId="77777777" w:rsidR="00551FE0" w:rsidRPr="00EA74AD" w:rsidRDefault="000E0FB1" w:rsidP="00773AC7">
      <w:pPr>
        <w:keepNext/>
        <w:keepLines/>
        <w:spacing w:after="2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b/>
          <w:color w:val="F85883"/>
          <w:sz w:val="20"/>
          <w:szCs w:val="20"/>
        </w:rPr>
        <w:t>ÖĞRENME ÇIKTILARI</w:t>
      </w:r>
    </w:p>
    <w:p w14:paraId="5A2FAAC3" w14:textId="77777777" w:rsidR="00551FE0" w:rsidRPr="00EA74AD" w:rsidRDefault="000E0FB1">
      <w:pPr>
        <w:keepNext/>
        <w:keepLines/>
        <w:spacing w:after="8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b/>
          <w:sz w:val="20"/>
          <w:szCs w:val="20"/>
        </w:rPr>
        <w:t>TÜRKÇE ALANI</w:t>
      </w:r>
    </w:p>
    <w:p w14:paraId="71B6DD5E" w14:textId="77777777" w:rsidR="00551FE0" w:rsidRPr="00EA74AD" w:rsidRDefault="000E0FB1">
      <w:pPr>
        <w:keepNext/>
        <w:keepLines/>
        <w:spacing w:after="8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b/>
          <w:sz w:val="20"/>
          <w:szCs w:val="20"/>
        </w:rPr>
        <w:t xml:space="preserve">TADB.1.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Dinleyecekleri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>/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izleyecekleri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şiir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hikâye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tekerleme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, video,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tiyatro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animasyon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gibi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materyalleri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yönetebilme</w:t>
      </w:r>
      <w:proofErr w:type="spellEnd"/>
    </w:p>
    <w:p w14:paraId="0F5759E2" w14:textId="77777777" w:rsidR="00551FE0" w:rsidRPr="00EA74AD" w:rsidRDefault="000E0FB1">
      <w:pPr>
        <w:keepLines/>
        <w:spacing w:after="8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 xml:space="preserve">TADB.1.b. </w:t>
      </w:r>
      <w:proofErr w:type="spellStart"/>
      <w:r w:rsidRPr="00EA74AD">
        <w:rPr>
          <w:rFonts w:ascii="Comic Sans MS" w:hAnsi="Comic Sans MS"/>
          <w:sz w:val="20"/>
          <w:szCs w:val="20"/>
        </w:rPr>
        <w:t>Seçilen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materyalleri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dinler</w:t>
      </w:r>
      <w:proofErr w:type="spellEnd"/>
      <w:r w:rsidRPr="00EA74AD">
        <w:rPr>
          <w:rFonts w:ascii="Comic Sans MS" w:hAnsi="Comic Sans MS"/>
          <w:sz w:val="20"/>
          <w:szCs w:val="20"/>
        </w:rPr>
        <w:t>/</w:t>
      </w:r>
      <w:proofErr w:type="spellStart"/>
      <w:r w:rsidRPr="00EA74AD">
        <w:rPr>
          <w:rFonts w:ascii="Comic Sans MS" w:hAnsi="Comic Sans MS"/>
          <w:sz w:val="20"/>
          <w:szCs w:val="20"/>
        </w:rPr>
        <w:t>izler</w:t>
      </w:r>
      <w:proofErr w:type="spellEnd"/>
      <w:r w:rsidRPr="00EA74AD">
        <w:rPr>
          <w:rFonts w:ascii="Comic Sans MS" w:hAnsi="Comic Sans MS"/>
          <w:sz w:val="20"/>
          <w:szCs w:val="20"/>
        </w:rPr>
        <w:t>.</w:t>
      </w:r>
    </w:p>
    <w:p w14:paraId="251FFAF6" w14:textId="77777777" w:rsidR="00551FE0" w:rsidRPr="00EA74AD" w:rsidRDefault="000E0FB1">
      <w:pPr>
        <w:keepNext/>
        <w:keepLines/>
        <w:spacing w:after="8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b/>
          <w:sz w:val="20"/>
          <w:szCs w:val="20"/>
        </w:rPr>
        <w:t xml:space="preserve">TAKB.1.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Konuşma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sürecini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yönetebilme</w:t>
      </w:r>
      <w:proofErr w:type="spellEnd"/>
    </w:p>
    <w:p w14:paraId="56EB6A42" w14:textId="77777777" w:rsidR="00551FE0" w:rsidRPr="00EA74AD" w:rsidRDefault="000E0FB1">
      <w:pPr>
        <w:keepLines/>
        <w:spacing w:after="8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 xml:space="preserve">TAKB.1.b. </w:t>
      </w:r>
      <w:proofErr w:type="spellStart"/>
      <w:r w:rsidRPr="00EA74AD">
        <w:rPr>
          <w:rFonts w:ascii="Comic Sans MS" w:hAnsi="Comic Sans MS"/>
          <w:sz w:val="20"/>
          <w:szCs w:val="20"/>
        </w:rPr>
        <w:t>Konuşmaya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başlamak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için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uygun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zamanı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bekler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yetişkin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yönlendirmesiyle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konu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hakkında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konuşur</w:t>
      </w:r>
      <w:proofErr w:type="spellEnd"/>
      <w:r w:rsidRPr="00EA74AD">
        <w:rPr>
          <w:rFonts w:ascii="Comic Sans MS" w:hAnsi="Comic Sans MS"/>
          <w:sz w:val="20"/>
          <w:szCs w:val="20"/>
        </w:rPr>
        <w:t>.</w:t>
      </w:r>
    </w:p>
    <w:p w14:paraId="20585D57" w14:textId="77777777" w:rsidR="00A07326" w:rsidRPr="00EA74AD" w:rsidRDefault="00191D63">
      <w:pPr>
        <w:keepNext/>
        <w:keepLines/>
        <w:spacing w:after="8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b/>
          <w:sz w:val="20"/>
          <w:szCs w:val="20"/>
        </w:rPr>
        <w:t xml:space="preserve">TAOB.2.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Görsel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materyallerden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anlamlar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üretebilme</w:t>
      </w:r>
      <w:proofErr w:type="spellEnd"/>
    </w:p>
    <w:p w14:paraId="790193A4" w14:textId="77777777" w:rsidR="00A07326" w:rsidRPr="00EA74AD" w:rsidRDefault="00191D63">
      <w:pPr>
        <w:keepLines/>
        <w:spacing w:after="8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 xml:space="preserve">TAOB.2.c. </w:t>
      </w:r>
      <w:proofErr w:type="spellStart"/>
      <w:r w:rsidRPr="00EA74AD">
        <w:rPr>
          <w:rFonts w:ascii="Comic Sans MS" w:hAnsi="Comic Sans MS"/>
          <w:sz w:val="20"/>
          <w:szCs w:val="20"/>
        </w:rPr>
        <w:t>Görsel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okuma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materyallerinde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yer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alan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bilgilerden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yararlanarak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çıkarım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yapar</w:t>
      </w:r>
      <w:proofErr w:type="spellEnd"/>
      <w:r w:rsidRPr="00EA74AD">
        <w:rPr>
          <w:rFonts w:ascii="Comic Sans MS" w:hAnsi="Comic Sans MS"/>
          <w:sz w:val="20"/>
          <w:szCs w:val="20"/>
        </w:rPr>
        <w:t>.</w:t>
      </w:r>
    </w:p>
    <w:p w14:paraId="4F7F3B86" w14:textId="77777777" w:rsidR="00A07326" w:rsidRPr="00EA74AD" w:rsidRDefault="00191D63">
      <w:pPr>
        <w:keepLines/>
        <w:spacing w:after="8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b/>
          <w:sz w:val="20"/>
          <w:szCs w:val="20"/>
        </w:rPr>
        <w:t xml:space="preserve">TAEOB.1.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Yazı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farkındalığına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ilişkin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becerileri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gösterebilme</w:t>
      </w:r>
      <w:proofErr w:type="spellEnd"/>
      <w:r w:rsidRPr="00EA74AD">
        <w:rPr>
          <w:rFonts w:ascii="Comic Sans MS" w:hAnsi="Comic Sans MS"/>
          <w:sz w:val="20"/>
          <w:szCs w:val="20"/>
        </w:rPr>
        <w:br/>
        <w:t xml:space="preserve">TAEOB.1.a. </w:t>
      </w:r>
      <w:proofErr w:type="spellStart"/>
      <w:r w:rsidRPr="00EA74AD">
        <w:rPr>
          <w:rFonts w:ascii="Comic Sans MS" w:hAnsi="Comic Sans MS"/>
          <w:sz w:val="20"/>
          <w:szCs w:val="20"/>
        </w:rPr>
        <w:t>Görsel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semboller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arasından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yazıyı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gösterir</w:t>
      </w:r>
      <w:proofErr w:type="spellEnd"/>
      <w:r w:rsidRPr="00EA74AD">
        <w:rPr>
          <w:rFonts w:ascii="Comic Sans MS" w:hAnsi="Comic Sans MS"/>
          <w:sz w:val="20"/>
          <w:szCs w:val="20"/>
        </w:rPr>
        <w:t>.</w:t>
      </w:r>
    </w:p>
    <w:p w14:paraId="2B1FE3A0" w14:textId="77777777" w:rsidR="00551FE0" w:rsidRPr="00EA74AD" w:rsidRDefault="000E0FB1">
      <w:pPr>
        <w:keepNext/>
        <w:keepLines/>
        <w:spacing w:after="8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b/>
          <w:sz w:val="20"/>
          <w:szCs w:val="20"/>
        </w:rPr>
        <w:t>HAREKET VE SAĞLIK ALANI</w:t>
      </w:r>
    </w:p>
    <w:p w14:paraId="016C2E1F" w14:textId="77777777" w:rsidR="00551FE0" w:rsidRPr="00EA74AD" w:rsidRDefault="000E0FB1">
      <w:pPr>
        <w:keepNext/>
        <w:keepLines/>
        <w:spacing w:after="8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b/>
          <w:sz w:val="20"/>
          <w:szCs w:val="20"/>
        </w:rPr>
        <w:t xml:space="preserve">HSAB.1.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Farklı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çevre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fiziksel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etkinliklerde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büyük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kas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becerilerini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etkin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şekilde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uygulayabilme</w:t>
      </w:r>
      <w:proofErr w:type="spellEnd"/>
    </w:p>
    <w:p w14:paraId="509783E7" w14:textId="77777777" w:rsidR="00A07326" w:rsidRPr="00EA74AD" w:rsidRDefault="00191D63">
      <w:pPr>
        <w:keepLines/>
        <w:spacing w:after="8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 xml:space="preserve">HSAB.1.c. </w:t>
      </w:r>
      <w:proofErr w:type="spellStart"/>
      <w:r w:rsidRPr="00EA74AD">
        <w:rPr>
          <w:rFonts w:ascii="Comic Sans MS" w:hAnsi="Comic Sans MS"/>
          <w:sz w:val="20"/>
          <w:szCs w:val="20"/>
        </w:rPr>
        <w:t>Nesne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kontrolü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gerektiren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hareketleri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yapar</w:t>
      </w:r>
      <w:proofErr w:type="spellEnd"/>
      <w:r w:rsidRPr="00EA74AD">
        <w:rPr>
          <w:rFonts w:ascii="Comic Sans MS" w:hAnsi="Comic Sans MS"/>
          <w:sz w:val="20"/>
          <w:szCs w:val="20"/>
        </w:rPr>
        <w:t>.</w:t>
      </w:r>
    </w:p>
    <w:p w14:paraId="5FAC17DC" w14:textId="77777777" w:rsidR="00551FE0" w:rsidRPr="00EA74AD" w:rsidRDefault="000E0FB1">
      <w:pPr>
        <w:keepNext/>
        <w:keepLines/>
        <w:spacing w:after="8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b/>
          <w:sz w:val="20"/>
          <w:szCs w:val="20"/>
        </w:rPr>
        <w:t xml:space="preserve">HSAB.2.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Farklı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ebat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özellikteki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nesneleri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etkin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şekilde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kullanabilme</w:t>
      </w:r>
      <w:proofErr w:type="spellEnd"/>
    </w:p>
    <w:p w14:paraId="681C3A78" w14:textId="77777777" w:rsidR="00551FE0" w:rsidRPr="00EA74AD" w:rsidRDefault="000E0FB1">
      <w:pPr>
        <w:keepLines/>
        <w:spacing w:after="8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 xml:space="preserve">HSAB.2.b. </w:t>
      </w:r>
      <w:proofErr w:type="spellStart"/>
      <w:r w:rsidRPr="00EA74AD">
        <w:rPr>
          <w:rFonts w:ascii="Comic Sans MS" w:hAnsi="Comic Sans MS"/>
          <w:sz w:val="20"/>
          <w:szCs w:val="20"/>
        </w:rPr>
        <w:t>Nesneleri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şekillendirir</w:t>
      </w:r>
      <w:proofErr w:type="spellEnd"/>
      <w:r w:rsidRPr="00EA74AD">
        <w:rPr>
          <w:rFonts w:ascii="Comic Sans MS" w:hAnsi="Comic Sans MS"/>
          <w:sz w:val="20"/>
          <w:szCs w:val="20"/>
        </w:rPr>
        <w:t>.</w:t>
      </w:r>
    </w:p>
    <w:p w14:paraId="7431436C" w14:textId="77777777" w:rsidR="00551FE0" w:rsidRPr="00EA74AD" w:rsidRDefault="000E0FB1">
      <w:pPr>
        <w:keepNext/>
        <w:keepLines/>
        <w:spacing w:after="8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b/>
          <w:sz w:val="20"/>
          <w:szCs w:val="20"/>
        </w:rPr>
        <w:t>SANAT ALANI</w:t>
      </w:r>
    </w:p>
    <w:p w14:paraId="20F46D6A" w14:textId="77777777" w:rsidR="00551FE0" w:rsidRPr="00EA74AD" w:rsidRDefault="000E0FB1">
      <w:pPr>
        <w:keepNext/>
        <w:keepLines/>
        <w:spacing w:after="8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b/>
          <w:sz w:val="20"/>
          <w:szCs w:val="20"/>
        </w:rPr>
        <w:t xml:space="preserve">SNAB.4. Sanat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etkinliği</w:t>
      </w:r>
      <w:proofErr w:type="spellEnd"/>
      <w:r w:rsidRPr="00EA74AD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sz w:val="20"/>
          <w:szCs w:val="20"/>
        </w:rPr>
        <w:t>uygulayabilme</w:t>
      </w:r>
      <w:proofErr w:type="spellEnd"/>
    </w:p>
    <w:p w14:paraId="5C1633A1" w14:textId="77777777" w:rsidR="00551FE0" w:rsidRPr="00EA74AD" w:rsidRDefault="000E0FB1">
      <w:pPr>
        <w:keepLines/>
        <w:spacing w:after="8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 xml:space="preserve">SNAB.4.c. </w:t>
      </w:r>
      <w:proofErr w:type="spellStart"/>
      <w:r w:rsidRPr="00EA74AD">
        <w:rPr>
          <w:rFonts w:ascii="Comic Sans MS" w:hAnsi="Comic Sans MS"/>
          <w:sz w:val="20"/>
          <w:szCs w:val="20"/>
        </w:rPr>
        <w:t>Yaratıcılığını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geliştirecek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bireysel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veya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grup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sanat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etkinliklerinde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aktif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rol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alır</w:t>
      </w:r>
      <w:proofErr w:type="spellEnd"/>
      <w:r w:rsidRPr="00EA74AD">
        <w:rPr>
          <w:rFonts w:ascii="Comic Sans MS" w:hAnsi="Comic Sans MS"/>
          <w:sz w:val="20"/>
          <w:szCs w:val="20"/>
        </w:rPr>
        <w:t>.</w:t>
      </w:r>
    </w:p>
    <w:p w14:paraId="5AC78333" w14:textId="77777777" w:rsidR="00551FE0" w:rsidRPr="00EA74AD" w:rsidRDefault="000E0FB1">
      <w:pPr>
        <w:keepLines/>
        <w:spacing w:after="8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 xml:space="preserve">SNAB.4.ç. Sanat </w:t>
      </w:r>
      <w:proofErr w:type="spellStart"/>
      <w:r w:rsidRPr="00EA74AD">
        <w:rPr>
          <w:rFonts w:ascii="Comic Sans MS" w:hAnsi="Comic Sans MS"/>
          <w:sz w:val="20"/>
          <w:szCs w:val="20"/>
        </w:rPr>
        <w:t>etkinliklerinde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yaratıcı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ürünler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oluşturur</w:t>
      </w:r>
      <w:proofErr w:type="spellEnd"/>
      <w:r w:rsidRPr="00EA74AD">
        <w:rPr>
          <w:rFonts w:ascii="Comic Sans MS" w:hAnsi="Comic Sans MS"/>
          <w:sz w:val="20"/>
          <w:szCs w:val="20"/>
        </w:rPr>
        <w:t>.</w:t>
      </w:r>
    </w:p>
    <w:p w14:paraId="330121F5" w14:textId="77777777" w:rsidR="00551FE0" w:rsidRPr="00EA74AD" w:rsidRDefault="000E0FB1">
      <w:pPr>
        <w:pStyle w:val="Balk1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color w:val="FF0000"/>
          <w:sz w:val="20"/>
          <w:szCs w:val="20"/>
        </w:rPr>
        <w:t>İÇERİKLER</w:t>
      </w:r>
    </w:p>
    <w:p w14:paraId="4D807318" w14:textId="77777777" w:rsidR="00551FE0" w:rsidRPr="00EA74AD" w:rsidRDefault="000E0FB1">
      <w:pPr>
        <w:keepLines/>
        <w:spacing w:after="80"/>
        <w:rPr>
          <w:rFonts w:ascii="Comic Sans MS" w:hAnsi="Comic Sans MS"/>
          <w:sz w:val="20"/>
          <w:szCs w:val="20"/>
        </w:rPr>
      </w:pPr>
      <w:proofErr w:type="spellStart"/>
      <w:r w:rsidRPr="00EA74AD">
        <w:rPr>
          <w:rFonts w:ascii="Comic Sans MS" w:hAnsi="Comic Sans MS"/>
          <w:b/>
          <w:color w:val="F85883"/>
          <w:sz w:val="20"/>
          <w:szCs w:val="20"/>
        </w:rPr>
        <w:t>Kavramlar</w:t>
      </w:r>
      <w:proofErr w:type="spellEnd"/>
      <w:r w:rsidRPr="00EA74AD">
        <w:rPr>
          <w:rFonts w:ascii="Comic Sans MS" w:hAnsi="Comic Sans MS"/>
          <w:b/>
          <w:color w:val="F85883"/>
          <w:sz w:val="20"/>
          <w:szCs w:val="20"/>
        </w:rPr>
        <w:t>:</w:t>
      </w:r>
      <w:r w:rsidRPr="00EA74AD">
        <w:rPr>
          <w:rFonts w:ascii="Comic Sans MS" w:hAnsi="Comic Sans MS"/>
          <w:sz w:val="20"/>
          <w:szCs w:val="20"/>
        </w:rPr>
        <w:t xml:space="preserve"> Büyük–</w:t>
      </w:r>
      <w:proofErr w:type="spellStart"/>
      <w:r w:rsidRPr="00EA74AD">
        <w:rPr>
          <w:rFonts w:ascii="Comic Sans MS" w:hAnsi="Comic Sans MS"/>
          <w:sz w:val="20"/>
          <w:szCs w:val="20"/>
        </w:rPr>
        <w:t>küçük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uzun</w:t>
      </w:r>
      <w:proofErr w:type="spellEnd"/>
      <w:r w:rsidRPr="00EA74AD">
        <w:rPr>
          <w:rFonts w:ascii="Comic Sans MS" w:hAnsi="Comic Sans MS"/>
          <w:sz w:val="20"/>
          <w:szCs w:val="20"/>
        </w:rPr>
        <w:t>–</w:t>
      </w:r>
      <w:proofErr w:type="spellStart"/>
      <w:r w:rsidRPr="00EA74AD">
        <w:rPr>
          <w:rFonts w:ascii="Comic Sans MS" w:hAnsi="Comic Sans MS"/>
          <w:sz w:val="20"/>
          <w:szCs w:val="20"/>
        </w:rPr>
        <w:t>kısa</w:t>
      </w:r>
      <w:proofErr w:type="spellEnd"/>
      <w:r w:rsidRPr="00EA74AD">
        <w:rPr>
          <w:rFonts w:ascii="Comic Sans MS" w:hAnsi="Comic Sans MS"/>
          <w:sz w:val="20"/>
          <w:szCs w:val="20"/>
        </w:rPr>
        <w:t>.</w:t>
      </w:r>
    </w:p>
    <w:p w14:paraId="53CC374F" w14:textId="77777777" w:rsidR="00551FE0" w:rsidRPr="00EA74AD" w:rsidRDefault="000E0FB1">
      <w:pPr>
        <w:keepLines/>
        <w:spacing w:after="80"/>
        <w:rPr>
          <w:rFonts w:ascii="Comic Sans MS" w:hAnsi="Comic Sans MS"/>
          <w:sz w:val="20"/>
          <w:szCs w:val="20"/>
        </w:rPr>
      </w:pPr>
      <w:proofErr w:type="spellStart"/>
      <w:r w:rsidRPr="00EA74AD">
        <w:rPr>
          <w:rFonts w:ascii="Comic Sans MS" w:hAnsi="Comic Sans MS"/>
          <w:b/>
          <w:color w:val="F85883"/>
          <w:sz w:val="20"/>
          <w:szCs w:val="20"/>
        </w:rPr>
        <w:t>Duygular</w:t>
      </w:r>
      <w:proofErr w:type="spellEnd"/>
      <w:r w:rsidRPr="00EA74AD">
        <w:rPr>
          <w:rFonts w:ascii="Comic Sans MS" w:hAnsi="Comic Sans MS"/>
          <w:b/>
          <w:color w:val="F85883"/>
          <w:sz w:val="20"/>
          <w:szCs w:val="20"/>
        </w:rPr>
        <w:t>:</w:t>
      </w:r>
      <w:r w:rsidRPr="00EA74AD">
        <w:rPr>
          <w:rFonts w:ascii="Comic Sans MS" w:hAnsi="Comic Sans MS"/>
          <w:sz w:val="20"/>
          <w:szCs w:val="20"/>
        </w:rPr>
        <w:t xml:space="preserve"> Merak, </w:t>
      </w:r>
      <w:proofErr w:type="spellStart"/>
      <w:r w:rsidRPr="00EA74AD">
        <w:rPr>
          <w:rFonts w:ascii="Comic Sans MS" w:hAnsi="Comic Sans MS"/>
          <w:sz w:val="20"/>
          <w:szCs w:val="20"/>
        </w:rPr>
        <w:t>mutluluk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özlem</w:t>
      </w:r>
      <w:proofErr w:type="spellEnd"/>
      <w:r w:rsidRPr="00EA74AD">
        <w:rPr>
          <w:rFonts w:ascii="Comic Sans MS" w:hAnsi="Comic Sans MS"/>
          <w:sz w:val="20"/>
          <w:szCs w:val="20"/>
        </w:rPr>
        <w:t>.</w:t>
      </w:r>
    </w:p>
    <w:p w14:paraId="5C72B880" w14:textId="77777777" w:rsidR="00551FE0" w:rsidRPr="00EA74AD" w:rsidRDefault="000E0FB1">
      <w:pPr>
        <w:keepLines/>
        <w:spacing w:after="80"/>
        <w:rPr>
          <w:rFonts w:ascii="Comic Sans MS" w:hAnsi="Comic Sans MS"/>
          <w:sz w:val="20"/>
          <w:szCs w:val="20"/>
        </w:rPr>
      </w:pPr>
      <w:proofErr w:type="spellStart"/>
      <w:r w:rsidRPr="00EA74AD">
        <w:rPr>
          <w:rFonts w:ascii="Comic Sans MS" w:hAnsi="Comic Sans MS"/>
          <w:b/>
          <w:color w:val="F85883"/>
          <w:sz w:val="20"/>
          <w:szCs w:val="20"/>
        </w:rPr>
        <w:t>Sözcükler</w:t>
      </w:r>
      <w:proofErr w:type="spellEnd"/>
      <w:r w:rsidRPr="00EA74AD">
        <w:rPr>
          <w:rFonts w:ascii="Comic Sans MS" w:hAnsi="Comic Sans MS"/>
          <w:b/>
          <w:color w:val="F85883"/>
          <w:sz w:val="20"/>
          <w:szCs w:val="20"/>
        </w:rPr>
        <w:t>:</w:t>
      </w:r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Ceviz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çarşı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ses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gazete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haber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fotoğraf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yazı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yırtmak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hamur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yuvarlamak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yassılaştırmak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tabak</w:t>
      </w:r>
      <w:proofErr w:type="spellEnd"/>
      <w:r w:rsidRPr="00EA74AD">
        <w:rPr>
          <w:rFonts w:ascii="Comic Sans MS" w:hAnsi="Comic Sans MS"/>
          <w:sz w:val="20"/>
          <w:szCs w:val="20"/>
        </w:rPr>
        <w:t>.</w:t>
      </w:r>
    </w:p>
    <w:p w14:paraId="381CE86F" w14:textId="1185F047" w:rsidR="00551FE0" w:rsidRPr="00EA74AD" w:rsidRDefault="000E0FB1">
      <w:pPr>
        <w:keepLines/>
        <w:spacing w:after="80"/>
        <w:rPr>
          <w:rFonts w:ascii="Comic Sans MS" w:hAnsi="Comic Sans MS"/>
          <w:sz w:val="20"/>
          <w:szCs w:val="20"/>
        </w:rPr>
      </w:pPr>
      <w:proofErr w:type="spellStart"/>
      <w:r w:rsidRPr="00EA74AD">
        <w:rPr>
          <w:rFonts w:ascii="Comic Sans MS" w:hAnsi="Comic Sans MS"/>
          <w:b/>
          <w:color w:val="F85883"/>
          <w:sz w:val="20"/>
          <w:szCs w:val="20"/>
        </w:rPr>
        <w:t>Materyaller</w:t>
      </w:r>
      <w:proofErr w:type="spellEnd"/>
      <w:r w:rsidRPr="00EA74AD">
        <w:rPr>
          <w:rFonts w:ascii="Comic Sans MS" w:hAnsi="Comic Sans MS"/>
          <w:b/>
          <w:color w:val="F85883"/>
          <w:sz w:val="20"/>
          <w:szCs w:val="20"/>
        </w:rPr>
        <w:t>:</w:t>
      </w:r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Kolay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kavranan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yumuşak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top; </w:t>
      </w:r>
      <w:proofErr w:type="spellStart"/>
      <w:r w:rsidRPr="00EA74AD">
        <w:rPr>
          <w:rFonts w:ascii="Comic Sans MS" w:hAnsi="Comic Sans MS"/>
          <w:sz w:val="20"/>
          <w:szCs w:val="20"/>
        </w:rPr>
        <w:t>öğretmenin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önceden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seçtiği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çocuklara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uygun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haber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belirgin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fotoğraflar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içeren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temiz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gazete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sayfaları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; </w:t>
      </w:r>
      <w:proofErr w:type="spellStart"/>
      <w:r w:rsidRPr="00EA74AD">
        <w:rPr>
          <w:rFonts w:ascii="Comic Sans MS" w:hAnsi="Comic Sans MS"/>
          <w:sz w:val="20"/>
          <w:szCs w:val="20"/>
        </w:rPr>
        <w:t>kâğıt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toplama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kutusu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; </w:t>
      </w:r>
      <w:proofErr w:type="spellStart"/>
      <w:r w:rsidRPr="00EA74AD">
        <w:rPr>
          <w:rFonts w:ascii="Comic Sans MS" w:hAnsi="Comic Sans MS"/>
          <w:sz w:val="20"/>
          <w:szCs w:val="20"/>
        </w:rPr>
        <w:t>yumuşak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oyun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hamurları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altlıklar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; </w:t>
      </w:r>
      <w:proofErr w:type="spellStart"/>
      <w:r w:rsidRPr="00EA74AD">
        <w:rPr>
          <w:rFonts w:ascii="Comic Sans MS" w:hAnsi="Comic Sans MS"/>
          <w:sz w:val="20"/>
          <w:szCs w:val="20"/>
        </w:rPr>
        <w:t>isteğe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bağlı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kısa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sözsüz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müzik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; </w:t>
      </w:r>
      <w:proofErr w:type="spellStart"/>
      <w:r w:rsidRPr="00EA74AD">
        <w:rPr>
          <w:rFonts w:ascii="Comic Sans MS" w:hAnsi="Comic Sans MS"/>
          <w:sz w:val="20"/>
          <w:szCs w:val="20"/>
        </w:rPr>
        <w:t>Okul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Postanesi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kutusu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aile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notları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Oyunda </w:t>
      </w:r>
      <w:proofErr w:type="spellStart"/>
      <w:r w:rsidRPr="00EA74AD">
        <w:rPr>
          <w:rFonts w:ascii="Comic Sans MS" w:hAnsi="Comic Sans MS"/>
          <w:sz w:val="20"/>
          <w:szCs w:val="20"/>
        </w:rPr>
        <w:t>gerçek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ceviz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kullanılmaz</w:t>
      </w:r>
      <w:proofErr w:type="spellEnd"/>
      <w:r w:rsidRPr="00EA74AD">
        <w:rPr>
          <w:rFonts w:ascii="Comic Sans MS" w:hAnsi="Comic Sans MS"/>
          <w:sz w:val="20"/>
          <w:szCs w:val="20"/>
        </w:rPr>
        <w:t>.</w:t>
      </w:r>
    </w:p>
    <w:p w14:paraId="480DAD4F" w14:textId="77777777" w:rsidR="00773AC7" w:rsidRPr="00EA74AD" w:rsidRDefault="000E0FB1" w:rsidP="00773AC7">
      <w:pPr>
        <w:keepLines/>
        <w:spacing w:after="80"/>
        <w:rPr>
          <w:rFonts w:ascii="Comic Sans MS" w:hAnsi="Comic Sans MS"/>
          <w:sz w:val="20"/>
          <w:szCs w:val="20"/>
        </w:rPr>
      </w:pPr>
      <w:proofErr w:type="spellStart"/>
      <w:r w:rsidRPr="00EA74AD">
        <w:rPr>
          <w:rFonts w:ascii="Comic Sans MS" w:hAnsi="Comic Sans MS"/>
          <w:b/>
          <w:color w:val="F85883"/>
          <w:sz w:val="20"/>
          <w:szCs w:val="20"/>
        </w:rPr>
        <w:t>Eğitim</w:t>
      </w:r>
      <w:proofErr w:type="spellEnd"/>
      <w:r w:rsidRPr="00EA74AD">
        <w:rPr>
          <w:rFonts w:ascii="Comic Sans MS" w:hAnsi="Comic Sans MS"/>
          <w:b/>
          <w:color w:val="F85883"/>
          <w:sz w:val="20"/>
          <w:szCs w:val="20"/>
        </w:rPr>
        <w:t>/</w:t>
      </w:r>
      <w:proofErr w:type="spellStart"/>
      <w:r w:rsidRPr="00EA74AD">
        <w:rPr>
          <w:rFonts w:ascii="Comic Sans MS" w:hAnsi="Comic Sans MS"/>
          <w:b/>
          <w:color w:val="F85883"/>
          <w:sz w:val="20"/>
          <w:szCs w:val="20"/>
        </w:rPr>
        <w:t>Öğrenme</w:t>
      </w:r>
      <w:proofErr w:type="spellEnd"/>
      <w:r w:rsidRPr="00EA74AD">
        <w:rPr>
          <w:rFonts w:ascii="Comic Sans MS" w:hAnsi="Comic Sans MS"/>
          <w:b/>
          <w:color w:val="F85883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color w:val="F85883"/>
          <w:sz w:val="20"/>
          <w:szCs w:val="20"/>
        </w:rPr>
        <w:t>Ortamları</w:t>
      </w:r>
      <w:proofErr w:type="spellEnd"/>
      <w:r w:rsidRPr="00EA74AD">
        <w:rPr>
          <w:rFonts w:ascii="Comic Sans MS" w:hAnsi="Comic Sans MS"/>
          <w:b/>
          <w:color w:val="F85883"/>
          <w:sz w:val="20"/>
          <w:szCs w:val="20"/>
        </w:rPr>
        <w:t>:</w:t>
      </w:r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Sınıftaki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öğrenme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merkezleri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çocukların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serbestçe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seçim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yapabileceği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biçimde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düzenlenir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Çember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alanında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çocukların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birbirlerini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görebileceği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topu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güvenle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yuvarlayabileceği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aralıklar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bırakılır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Gazete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hamur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çalışması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için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masalarda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kişisel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çalışma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alanları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hazırlanır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Gazeteler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içerik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temizlik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açısından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hamurlar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çocukların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alerji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bilgilerine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göre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kontrol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edilir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Kâğıt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toplama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kutusu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ulaşılabilir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yere </w:t>
      </w:r>
      <w:proofErr w:type="spellStart"/>
      <w:r w:rsidRPr="00EA74AD">
        <w:rPr>
          <w:rFonts w:ascii="Comic Sans MS" w:hAnsi="Comic Sans MS"/>
          <w:sz w:val="20"/>
          <w:szCs w:val="20"/>
        </w:rPr>
        <w:t>yerleştirilir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; </w:t>
      </w:r>
      <w:proofErr w:type="spellStart"/>
      <w:r w:rsidRPr="00EA74AD">
        <w:rPr>
          <w:rFonts w:ascii="Comic Sans MS" w:hAnsi="Comic Sans MS"/>
          <w:sz w:val="20"/>
          <w:szCs w:val="20"/>
        </w:rPr>
        <w:t>el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yıkama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alanı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hazırlanır</w:t>
      </w:r>
      <w:proofErr w:type="spellEnd"/>
      <w:r w:rsidRPr="00EA74AD">
        <w:rPr>
          <w:rFonts w:ascii="Comic Sans MS" w:hAnsi="Comic Sans MS"/>
          <w:sz w:val="20"/>
          <w:szCs w:val="20"/>
        </w:rPr>
        <w:t>.</w:t>
      </w:r>
    </w:p>
    <w:p w14:paraId="4FBE9860" w14:textId="77777777" w:rsidR="00551FE0" w:rsidRPr="00EA74AD" w:rsidRDefault="000E0FB1" w:rsidP="00773AC7">
      <w:pPr>
        <w:keepNext/>
        <w:keepLines/>
        <w:spacing w:after="80"/>
        <w:jc w:val="center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b/>
          <w:color w:val="002060"/>
          <w:sz w:val="20"/>
          <w:szCs w:val="20"/>
        </w:rPr>
        <w:t>ÖĞRENME ÖĞRETME YAŞANTILARI</w:t>
      </w:r>
    </w:p>
    <w:p w14:paraId="5DE86B32" w14:textId="77777777" w:rsidR="00551FE0" w:rsidRPr="00EA74AD" w:rsidRDefault="00773AC7">
      <w:pPr>
        <w:keepNext/>
        <w:keepLines/>
        <w:spacing w:after="8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b/>
          <w:color w:val="4472C4"/>
          <w:sz w:val="20"/>
          <w:szCs w:val="20"/>
        </w:rPr>
        <w:t>ÖĞRENME ÖĞRETME UYGULAMALARI</w:t>
      </w:r>
    </w:p>
    <w:p w14:paraId="38655294" w14:textId="77777777" w:rsidR="00551FE0" w:rsidRPr="00EA74AD" w:rsidRDefault="000E0FB1">
      <w:pPr>
        <w:pStyle w:val="Balk1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color w:val="F85883"/>
          <w:sz w:val="20"/>
          <w:szCs w:val="20"/>
        </w:rPr>
        <w:t>GÜNE BAŞLAMA ZAMANI</w:t>
      </w:r>
    </w:p>
    <w:p w14:paraId="221DC372" w14:textId="5EA17613" w:rsidR="00551FE0" w:rsidRPr="00EA74AD" w:rsidRDefault="000E0FB1">
      <w:pPr>
        <w:keepLines/>
        <w:spacing w:after="80"/>
        <w:rPr>
          <w:rFonts w:ascii="Comic Sans MS" w:hAnsi="Comic Sans MS"/>
          <w:sz w:val="20"/>
          <w:szCs w:val="20"/>
        </w:rPr>
      </w:pPr>
      <w:proofErr w:type="spellStart"/>
      <w:r w:rsidRPr="00EA74AD">
        <w:rPr>
          <w:rFonts w:ascii="Comic Sans MS" w:hAnsi="Comic Sans MS"/>
          <w:sz w:val="20"/>
          <w:szCs w:val="20"/>
        </w:rPr>
        <w:t>Öğretmen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çocukları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kapıda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isimleriyle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karşılar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Çocuk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el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sallama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gülümseme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veya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“Günaydın.” deme </w:t>
      </w:r>
      <w:proofErr w:type="spellStart"/>
      <w:r w:rsidRPr="00EA74AD">
        <w:rPr>
          <w:rFonts w:ascii="Comic Sans MS" w:hAnsi="Comic Sans MS"/>
          <w:sz w:val="20"/>
          <w:szCs w:val="20"/>
        </w:rPr>
        <w:t>yollarından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istediğini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seçer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Aileyle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kısa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açık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vedalaşma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yapılır</w:t>
      </w:r>
      <w:proofErr w:type="spellEnd"/>
      <w:r w:rsidRPr="00EA74AD">
        <w:rPr>
          <w:rFonts w:ascii="Comic Sans MS" w:hAnsi="Comic Sans MS"/>
          <w:sz w:val="20"/>
          <w:szCs w:val="20"/>
        </w:rPr>
        <w:t>; “</w:t>
      </w:r>
      <w:proofErr w:type="spellStart"/>
      <w:r w:rsidRPr="00EA74AD">
        <w:rPr>
          <w:rFonts w:ascii="Comic Sans MS" w:hAnsi="Comic Sans MS"/>
          <w:sz w:val="20"/>
          <w:szCs w:val="20"/>
        </w:rPr>
        <w:t>Oyunlarımız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bitince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seni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almaya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geleceğim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.” </w:t>
      </w:r>
      <w:proofErr w:type="spellStart"/>
      <w:r w:rsidRPr="00EA74AD">
        <w:rPr>
          <w:rFonts w:ascii="Comic Sans MS" w:hAnsi="Comic Sans MS"/>
          <w:sz w:val="20"/>
          <w:szCs w:val="20"/>
        </w:rPr>
        <w:t>gibi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çocuğun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anlayabileceği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cümle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kullanılır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Aile </w:t>
      </w:r>
      <w:proofErr w:type="spellStart"/>
      <w:r w:rsidRPr="00EA74AD">
        <w:rPr>
          <w:rFonts w:ascii="Comic Sans MS" w:hAnsi="Comic Sans MS"/>
          <w:sz w:val="20"/>
          <w:szCs w:val="20"/>
        </w:rPr>
        <w:t>haber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vermeden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ayrılmaz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Özlem </w:t>
      </w:r>
      <w:proofErr w:type="spellStart"/>
      <w:r w:rsidRPr="00EA74AD">
        <w:rPr>
          <w:rFonts w:ascii="Comic Sans MS" w:hAnsi="Comic Sans MS"/>
          <w:sz w:val="20"/>
          <w:szCs w:val="20"/>
        </w:rPr>
        <w:t>duyan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çocuğa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“</w:t>
      </w:r>
      <w:proofErr w:type="spellStart"/>
      <w:r w:rsidRPr="00EA74AD">
        <w:rPr>
          <w:rFonts w:ascii="Comic Sans MS" w:hAnsi="Comic Sans MS"/>
          <w:sz w:val="20"/>
          <w:szCs w:val="20"/>
        </w:rPr>
        <w:t>Aileni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özledin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Ben </w:t>
      </w:r>
      <w:proofErr w:type="spellStart"/>
      <w:r w:rsidRPr="00EA74AD">
        <w:rPr>
          <w:rFonts w:ascii="Comic Sans MS" w:hAnsi="Comic Sans MS"/>
          <w:sz w:val="20"/>
          <w:szCs w:val="20"/>
        </w:rPr>
        <w:t>yanındayım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.” </w:t>
      </w:r>
      <w:proofErr w:type="spellStart"/>
      <w:r w:rsidRPr="00EA74AD">
        <w:rPr>
          <w:rFonts w:ascii="Comic Sans MS" w:hAnsi="Comic Sans MS"/>
          <w:sz w:val="20"/>
          <w:szCs w:val="20"/>
        </w:rPr>
        <w:t>denilerek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yakınlık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sunulur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Bugün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aileler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sınıf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etkinliklerine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katılmaz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Aile </w:t>
      </w:r>
      <w:proofErr w:type="spellStart"/>
      <w:r w:rsidRPr="00EA74AD">
        <w:rPr>
          <w:rFonts w:ascii="Comic Sans MS" w:hAnsi="Comic Sans MS"/>
          <w:sz w:val="20"/>
          <w:szCs w:val="20"/>
        </w:rPr>
        <w:t>sınıfta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beklemeden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önceden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açıklanan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vedalaşma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düzenini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uygular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; </w:t>
      </w:r>
      <w:proofErr w:type="spellStart"/>
      <w:r w:rsidRPr="00EA74AD">
        <w:rPr>
          <w:rFonts w:ascii="Comic Sans MS" w:hAnsi="Comic Sans MS"/>
          <w:sz w:val="20"/>
          <w:szCs w:val="20"/>
        </w:rPr>
        <w:t>çocuğa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dönüş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zamanı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anlayabileceği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günlük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akış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üzerinden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hatırlatılır</w:t>
      </w:r>
      <w:proofErr w:type="spellEnd"/>
      <w:r w:rsidRPr="00EA74AD">
        <w:rPr>
          <w:rFonts w:ascii="Comic Sans MS" w:hAnsi="Comic Sans MS"/>
          <w:sz w:val="20"/>
          <w:szCs w:val="20"/>
        </w:rPr>
        <w:t>.</w:t>
      </w:r>
    </w:p>
    <w:p w14:paraId="6ADFB16C" w14:textId="2EAFF31A" w:rsidR="00551FE0" w:rsidRPr="00EA74AD" w:rsidRDefault="000E0FB1">
      <w:pPr>
        <w:keepLines/>
        <w:spacing w:after="80"/>
        <w:rPr>
          <w:rFonts w:ascii="Comic Sans MS" w:hAnsi="Comic Sans MS"/>
          <w:sz w:val="20"/>
          <w:szCs w:val="20"/>
        </w:rPr>
      </w:pPr>
      <w:proofErr w:type="spellStart"/>
      <w:r w:rsidRPr="00EA74AD">
        <w:rPr>
          <w:rFonts w:ascii="Comic Sans MS" w:hAnsi="Comic Sans MS"/>
          <w:sz w:val="20"/>
          <w:szCs w:val="20"/>
        </w:rPr>
        <w:lastRenderedPageBreak/>
        <w:t>Öğretmen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“</w:t>
      </w:r>
      <w:proofErr w:type="spellStart"/>
      <w:r w:rsidR="00FF12B6" w:rsidRPr="00EA74AD">
        <w:rPr>
          <w:rFonts w:ascii="Comic Sans MS" w:hAnsi="Comic Sans MS"/>
          <w:sz w:val="20"/>
          <w:szCs w:val="20"/>
        </w:rPr>
        <w:t>Bugün</w:t>
      </w:r>
      <w:proofErr w:type="spellEnd"/>
      <w:r w:rsidR="00FF12B6"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="00FF12B6" w:rsidRPr="00EA74AD">
        <w:rPr>
          <w:rFonts w:ascii="Comic Sans MS" w:hAnsi="Comic Sans MS"/>
          <w:sz w:val="20"/>
          <w:szCs w:val="20"/>
        </w:rPr>
        <w:t>ö</w:t>
      </w:r>
      <w:r w:rsidRPr="00EA74AD">
        <w:rPr>
          <w:rFonts w:ascii="Comic Sans MS" w:hAnsi="Comic Sans MS"/>
          <w:sz w:val="20"/>
          <w:szCs w:val="20"/>
        </w:rPr>
        <w:t>nce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oyun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oynayacağız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Sonra </w:t>
      </w:r>
      <w:proofErr w:type="spellStart"/>
      <w:r w:rsidRPr="00EA74AD">
        <w:rPr>
          <w:rFonts w:ascii="Comic Sans MS" w:hAnsi="Comic Sans MS"/>
          <w:sz w:val="20"/>
          <w:szCs w:val="20"/>
        </w:rPr>
        <w:t>ceviz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oyunumuz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gazetelerimiz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hamurlarımızla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çalışacağız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Günün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sonunda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ailelerimiz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gelecek</w:t>
      </w:r>
      <w:proofErr w:type="spellEnd"/>
      <w:r w:rsidRPr="00EA74AD">
        <w:rPr>
          <w:rFonts w:ascii="Comic Sans MS" w:hAnsi="Comic Sans MS"/>
          <w:sz w:val="20"/>
          <w:szCs w:val="20"/>
        </w:rPr>
        <w:t>.” der. (SDB3.1., OB4.1.)</w:t>
      </w:r>
    </w:p>
    <w:p w14:paraId="63ED354E" w14:textId="77777777" w:rsidR="00551FE0" w:rsidRPr="00EA74AD" w:rsidRDefault="000E0FB1">
      <w:pPr>
        <w:pStyle w:val="Balk1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color w:val="F85883"/>
          <w:sz w:val="20"/>
          <w:szCs w:val="20"/>
        </w:rPr>
        <w:t>ÖĞRENME MERKEZLERİNDE OYUN</w:t>
      </w:r>
    </w:p>
    <w:p w14:paraId="1E22CA81" w14:textId="77777777" w:rsidR="00551FE0" w:rsidRPr="00EA74AD" w:rsidRDefault="000E0FB1">
      <w:pPr>
        <w:keepLines/>
        <w:spacing w:after="80"/>
        <w:rPr>
          <w:rFonts w:ascii="Comic Sans MS" w:hAnsi="Comic Sans MS"/>
          <w:sz w:val="20"/>
          <w:szCs w:val="20"/>
        </w:rPr>
      </w:pPr>
      <w:proofErr w:type="spellStart"/>
      <w:r w:rsidRPr="00EA74AD">
        <w:rPr>
          <w:rFonts w:ascii="Comic Sans MS" w:hAnsi="Comic Sans MS"/>
          <w:sz w:val="20"/>
          <w:szCs w:val="20"/>
        </w:rPr>
        <w:t>Öğretmen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çocuklara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öğrenme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merkezlerini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kısaca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hatırlatır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Çocuklar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oynamak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istedikleri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merkezi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seçerek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serbest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oyun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oynar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Öğretmen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ihtiyaç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duyan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çocuğa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oyun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başlangıcı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önerir</w:t>
      </w:r>
      <w:proofErr w:type="spellEnd"/>
      <w:r w:rsidRPr="00EA74AD">
        <w:rPr>
          <w:rFonts w:ascii="Comic Sans MS" w:hAnsi="Comic Sans MS"/>
          <w:sz w:val="20"/>
          <w:szCs w:val="20"/>
        </w:rPr>
        <w:t>; “</w:t>
      </w:r>
      <w:proofErr w:type="spellStart"/>
      <w:r w:rsidRPr="00EA74AD">
        <w:rPr>
          <w:rFonts w:ascii="Comic Sans MS" w:hAnsi="Comic Sans MS"/>
          <w:sz w:val="20"/>
          <w:szCs w:val="20"/>
        </w:rPr>
        <w:t>Yanında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oynayabilir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miyim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?”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“</w:t>
      </w:r>
      <w:proofErr w:type="spellStart"/>
      <w:r w:rsidRPr="00EA74AD">
        <w:rPr>
          <w:rFonts w:ascii="Comic Sans MS" w:hAnsi="Comic Sans MS"/>
          <w:sz w:val="20"/>
          <w:szCs w:val="20"/>
        </w:rPr>
        <w:t>İşin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bitince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kullanabilir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miyim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?” </w:t>
      </w:r>
      <w:proofErr w:type="spellStart"/>
      <w:r w:rsidRPr="00EA74AD">
        <w:rPr>
          <w:rFonts w:ascii="Comic Sans MS" w:hAnsi="Comic Sans MS"/>
          <w:sz w:val="20"/>
          <w:szCs w:val="20"/>
        </w:rPr>
        <w:t>sözleriyle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iletişim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kurmaya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model </w:t>
      </w:r>
      <w:proofErr w:type="spellStart"/>
      <w:r w:rsidRPr="00EA74AD">
        <w:rPr>
          <w:rFonts w:ascii="Comic Sans MS" w:hAnsi="Comic Sans MS"/>
          <w:sz w:val="20"/>
          <w:szCs w:val="20"/>
        </w:rPr>
        <w:t>olur</w:t>
      </w:r>
      <w:proofErr w:type="spellEnd"/>
      <w:r w:rsidRPr="00EA74AD">
        <w:rPr>
          <w:rFonts w:ascii="Comic Sans MS" w:hAnsi="Comic Sans MS"/>
          <w:sz w:val="20"/>
          <w:szCs w:val="20"/>
        </w:rPr>
        <w:t>. (KB1., SDB2.1., D4.4.2.)</w:t>
      </w:r>
    </w:p>
    <w:p w14:paraId="37BF702F" w14:textId="77777777" w:rsidR="00551FE0" w:rsidRPr="00EA74AD" w:rsidRDefault="000E0FB1">
      <w:pPr>
        <w:pStyle w:val="Balk1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color w:val="F85883"/>
          <w:sz w:val="20"/>
          <w:szCs w:val="20"/>
        </w:rPr>
        <w:t>BESLENME TOPLANMA TEMİZLİK</w:t>
      </w:r>
    </w:p>
    <w:p w14:paraId="6BA2C38D" w14:textId="0A441DB2" w:rsidR="00FF1DA1" w:rsidRPr="00EA74AD" w:rsidRDefault="00FF1DA1" w:rsidP="00FF1DA1">
      <w:pPr>
        <w:spacing w:after="0" w:line="276" w:lineRule="auto"/>
        <w:rPr>
          <w:rFonts w:ascii="Comic Sans MS" w:hAnsi="Comic Sans MS" w:cs="Open Sans"/>
          <w:color w:val="212529"/>
          <w:sz w:val="20"/>
          <w:szCs w:val="20"/>
          <w:shd w:val="clear" w:color="auto" w:fill="FFFFFF"/>
        </w:rPr>
      </w:pPr>
      <w:r w:rsidRPr="00EA74AD">
        <w:rPr>
          <w:rFonts w:ascii="Comic Sans MS" w:eastAsia="Times New Roman" w:hAnsi="Comic Sans MS"/>
          <w:sz w:val="20"/>
          <w:szCs w:val="20"/>
          <w:lang w:eastAsia="tr-TR"/>
        </w:rPr>
        <w:t xml:space="preserve">Oyun </w:t>
      </w:r>
      <w:proofErr w:type="spellStart"/>
      <w:r w:rsidRPr="00EA74AD">
        <w:rPr>
          <w:rFonts w:ascii="Comic Sans MS" w:eastAsia="Times New Roman" w:hAnsi="Comic Sans MS"/>
          <w:sz w:val="20"/>
          <w:szCs w:val="20"/>
          <w:lang w:eastAsia="tr-TR"/>
        </w:rPr>
        <w:t>süresi</w:t>
      </w:r>
      <w:proofErr w:type="spellEnd"/>
      <w:r w:rsidRPr="00EA74AD">
        <w:rPr>
          <w:rFonts w:ascii="Comic Sans MS" w:eastAsia="Times New Roman" w:hAnsi="Comic Sans MS"/>
          <w:sz w:val="20"/>
          <w:szCs w:val="20"/>
          <w:lang w:eastAsia="tr-TR"/>
        </w:rPr>
        <w:t xml:space="preserve"> </w:t>
      </w:r>
      <w:proofErr w:type="spellStart"/>
      <w:r w:rsidRPr="00EA74AD">
        <w:rPr>
          <w:rFonts w:ascii="Comic Sans MS" w:eastAsia="Times New Roman" w:hAnsi="Comic Sans MS"/>
          <w:sz w:val="20"/>
          <w:szCs w:val="20"/>
          <w:lang w:eastAsia="tr-TR"/>
        </w:rPr>
        <w:t>bittiğinde</w:t>
      </w:r>
      <w:proofErr w:type="spellEnd"/>
      <w:r w:rsidRPr="00EA74AD">
        <w:rPr>
          <w:rFonts w:ascii="Comic Sans MS" w:eastAsia="Times New Roman" w:hAnsi="Comic Sans MS"/>
          <w:sz w:val="20"/>
          <w:szCs w:val="20"/>
          <w:lang w:eastAsia="tr-TR"/>
        </w:rPr>
        <w:t xml:space="preserve"> </w:t>
      </w:r>
      <w:hyperlink r:id="rId8" w:history="1">
        <w:r w:rsidRPr="00EA74AD">
          <w:rPr>
            <w:rStyle w:val="Kpr"/>
            <w:rFonts w:ascii="Comic Sans MS" w:hAnsi="Comic Sans MS"/>
            <w:sz w:val="20"/>
            <w:szCs w:val="20"/>
          </w:rPr>
          <w:t xml:space="preserve">“Topla </w:t>
        </w:r>
        <w:proofErr w:type="spellStart"/>
        <w:r w:rsidRPr="00EA74AD">
          <w:rPr>
            <w:rStyle w:val="Kpr"/>
            <w:rFonts w:ascii="Comic Sans MS" w:hAnsi="Comic Sans MS"/>
            <w:sz w:val="20"/>
            <w:szCs w:val="20"/>
          </w:rPr>
          <w:t>Topla</w:t>
        </w:r>
        <w:proofErr w:type="spellEnd"/>
        <w:r w:rsidRPr="00EA74AD">
          <w:rPr>
            <w:rStyle w:val="Kpr"/>
            <w:rFonts w:ascii="Comic Sans MS" w:hAnsi="Comic Sans MS"/>
            <w:sz w:val="20"/>
            <w:szCs w:val="20"/>
          </w:rPr>
          <w:t xml:space="preserve"> </w:t>
        </w:r>
        <w:proofErr w:type="spellStart"/>
        <w:r w:rsidRPr="00EA74AD">
          <w:rPr>
            <w:rStyle w:val="Kpr"/>
            <w:rFonts w:ascii="Comic Sans MS" w:hAnsi="Comic Sans MS"/>
            <w:sz w:val="20"/>
            <w:szCs w:val="20"/>
          </w:rPr>
          <w:t>Yerine</w:t>
        </w:r>
        <w:proofErr w:type="spellEnd"/>
        <w:r w:rsidRPr="00EA74AD">
          <w:rPr>
            <w:rStyle w:val="Kpr"/>
            <w:rFonts w:ascii="Comic Sans MS" w:hAnsi="Comic Sans MS"/>
            <w:sz w:val="20"/>
            <w:szCs w:val="20"/>
          </w:rPr>
          <w:t xml:space="preserve"> Koy”</w:t>
        </w:r>
      </w:hyperlink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şarkısı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eastAsia="Times New Roman" w:hAnsi="Comic Sans MS"/>
          <w:sz w:val="20"/>
          <w:szCs w:val="20"/>
          <w:lang w:eastAsia="tr-TR"/>
        </w:rPr>
        <w:t>eşliğinde</w:t>
      </w:r>
      <w:proofErr w:type="spellEnd"/>
      <w:r w:rsidRPr="00EA74AD">
        <w:rPr>
          <w:rFonts w:ascii="Comic Sans MS" w:eastAsia="Times New Roman" w:hAnsi="Comic Sans MS"/>
          <w:sz w:val="20"/>
          <w:szCs w:val="20"/>
          <w:lang w:eastAsia="tr-TR"/>
        </w:rPr>
        <w:t xml:space="preserve"> </w:t>
      </w:r>
      <w:proofErr w:type="spellStart"/>
      <w:r w:rsidRPr="00EA74AD">
        <w:rPr>
          <w:rFonts w:ascii="Comic Sans MS" w:eastAsia="Times New Roman" w:hAnsi="Comic Sans MS"/>
          <w:sz w:val="20"/>
          <w:szCs w:val="20"/>
          <w:lang w:eastAsia="tr-TR"/>
        </w:rPr>
        <w:t>oyuncaklar</w:t>
      </w:r>
      <w:proofErr w:type="spellEnd"/>
      <w:r w:rsidRPr="00EA74AD">
        <w:rPr>
          <w:rFonts w:ascii="Comic Sans MS" w:eastAsia="Times New Roman" w:hAnsi="Comic Sans MS"/>
          <w:sz w:val="20"/>
          <w:szCs w:val="20"/>
          <w:lang w:eastAsia="tr-TR"/>
        </w:rPr>
        <w:t xml:space="preserve"> </w:t>
      </w:r>
      <w:proofErr w:type="spellStart"/>
      <w:r w:rsidRPr="00EA74AD">
        <w:rPr>
          <w:rFonts w:ascii="Comic Sans MS" w:eastAsia="Times New Roman" w:hAnsi="Comic Sans MS"/>
          <w:sz w:val="20"/>
          <w:szCs w:val="20"/>
          <w:lang w:eastAsia="tr-TR"/>
        </w:rPr>
        <w:t>ailelerle</w:t>
      </w:r>
      <w:proofErr w:type="spellEnd"/>
      <w:r w:rsidRPr="00EA74AD">
        <w:rPr>
          <w:rFonts w:ascii="Comic Sans MS" w:eastAsia="Times New Roman" w:hAnsi="Comic Sans MS"/>
          <w:sz w:val="20"/>
          <w:szCs w:val="20"/>
          <w:lang w:eastAsia="tr-TR"/>
        </w:rPr>
        <w:t xml:space="preserve"> </w:t>
      </w:r>
      <w:proofErr w:type="spellStart"/>
      <w:r w:rsidRPr="00EA74AD">
        <w:rPr>
          <w:rFonts w:ascii="Comic Sans MS" w:eastAsia="Times New Roman" w:hAnsi="Comic Sans MS"/>
          <w:sz w:val="20"/>
          <w:szCs w:val="20"/>
          <w:lang w:eastAsia="tr-TR"/>
        </w:rPr>
        <w:t>birlikte</w:t>
      </w:r>
      <w:proofErr w:type="spellEnd"/>
      <w:r w:rsidRPr="00EA74AD">
        <w:rPr>
          <w:rFonts w:ascii="Comic Sans MS" w:eastAsia="Times New Roman" w:hAnsi="Comic Sans MS"/>
          <w:sz w:val="20"/>
          <w:szCs w:val="20"/>
          <w:lang w:eastAsia="tr-TR"/>
        </w:rPr>
        <w:t xml:space="preserve"> </w:t>
      </w:r>
      <w:proofErr w:type="spellStart"/>
      <w:r w:rsidRPr="00EA74AD">
        <w:rPr>
          <w:rFonts w:ascii="Comic Sans MS" w:eastAsia="Times New Roman" w:hAnsi="Comic Sans MS"/>
          <w:sz w:val="20"/>
          <w:szCs w:val="20"/>
          <w:lang w:eastAsia="tr-TR"/>
        </w:rPr>
        <w:t>yerlerine</w:t>
      </w:r>
      <w:proofErr w:type="spellEnd"/>
      <w:r w:rsidRPr="00EA74AD">
        <w:rPr>
          <w:rFonts w:ascii="Comic Sans MS" w:eastAsia="Times New Roman" w:hAnsi="Comic Sans MS"/>
          <w:sz w:val="20"/>
          <w:szCs w:val="20"/>
          <w:lang w:eastAsia="tr-TR"/>
        </w:rPr>
        <w:t xml:space="preserve"> </w:t>
      </w:r>
      <w:proofErr w:type="spellStart"/>
      <w:r w:rsidRPr="00EA74AD">
        <w:rPr>
          <w:rFonts w:ascii="Comic Sans MS" w:eastAsia="Times New Roman" w:hAnsi="Comic Sans MS"/>
          <w:sz w:val="20"/>
          <w:szCs w:val="20"/>
          <w:lang w:eastAsia="tr-TR"/>
        </w:rPr>
        <w:t>kaldırılır</w:t>
      </w:r>
      <w:proofErr w:type="spellEnd"/>
      <w:r w:rsidRPr="00EA74AD">
        <w:rPr>
          <w:rFonts w:ascii="Comic Sans MS" w:eastAsia="Times New Roman" w:hAnsi="Comic Sans MS"/>
          <w:sz w:val="20"/>
          <w:szCs w:val="20"/>
          <w:lang w:eastAsia="tr-TR"/>
        </w:rPr>
        <w:t xml:space="preserve">. </w:t>
      </w:r>
    </w:p>
    <w:p w14:paraId="0FFE89A8" w14:textId="77777777" w:rsidR="00551FE0" w:rsidRPr="00EA74AD" w:rsidRDefault="000E0FB1">
      <w:pPr>
        <w:keepLines/>
        <w:spacing w:after="8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 xml:space="preserve">Topla </w:t>
      </w:r>
      <w:proofErr w:type="spellStart"/>
      <w:r w:rsidRPr="00EA74AD">
        <w:rPr>
          <w:rFonts w:ascii="Comic Sans MS" w:hAnsi="Comic Sans MS"/>
          <w:sz w:val="20"/>
          <w:szCs w:val="20"/>
        </w:rPr>
        <w:t>topla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yerine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koy</w:t>
      </w:r>
      <w:proofErr w:type="spellEnd"/>
      <w:r w:rsidRPr="00EA74AD">
        <w:rPr>
          <w:rFonts w:ascii="Comic Sans MS" w:hAnsi="Comic Sans MS"/>
          <w:sz w:val="20"/>
          <w:szCs w:val="20"/>
        </w:rPr>
        <w:br/>
      </w:r>
      <w:proofErr w:type="spellStart"/>
      <w:r w:rsidRPr="00EA74AD">
        <w:rPr>
          <w:rFonts w:ascii="Comic Sans MS" w:hAnsi="Comic Sans MS"/>
          <w:sz w:val="20"/>
          <w:szCs w:val="20"/>
        </w:rPr>
        <w:t>Oyuncaklar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mutlu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olsun</w:t>
      </w:r>
      <w:proofErr w:type="spellEnd"/>
      <w:r w:rsidRPr="00EA74AD">
        <w:rPr>
          <w:rFonts w:ascii="Comic Sans MS" w:hAnsi="Comic Sans MS"/>
          <w:sz w:val="20"/>
          <w:szCs w:val="20"/>
        </w:rPr>
        <w:br/>
      </w:r>
      <w:proofErr w:type="spellStart"/>
      <w:r w:rsidRPr="00EA74AD">
        <w:rPr>
          <w:rFonts w:ascii="Comic Sans MS" w:hAnsi="Comic Sans MS"/>
          <w:sz w:val="20"/>
          <w:szCs w:val="20"/>
        </w:rPr>
        <w:t>Arkadaşın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da </w:t>
      </w:r>
      <w:proofErr w:type="spellStart"/>
      <w:r w:rsidRPr="00EA74AD">
        <w:rPr>
          <w:rFonts w:ascii="Comic Sans MS" w:hAnsi="Comic Sans MS"/>
          <w:sz w:val="20"/>
          <w:szCs w:val="20"/>
        </w:rPr>
        <w:t>oynasın</w:t>
      </w:r>
      <w:proofErr w:type="spellEnd"/>
      <w:r w:rsidRPr="00EA74AD">
        <w:rPr>
          <w:rFonts w:ascii="Comic Sans MS" w:hAnsi="Comic Sans MS"/>
          <w:sz w:val="20"/>
          <w:szCs w:val="20"/>
        </w:rPr>
        <w:br/>
      </w:r>
      <w:proofErr w:type="spellStart"/>
      <w:r w:rsidRPr="00EA74AD">
        <w:rPr>
          <w:rFonts w:ascii="Comic Sans MS" w:hAnsi="Comic Sans MS"/>
          <w:sz w:val="20"/>
          <w:szCs w:val="20"/>
        </w:rPr>
        <w:t>Sınıfımız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güzel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olsun</w:t>
      </w:r>
      <w:proofErr w:type="spellEnd"/>
      <w:r w:rsidRPr="00EA74AD">
        <w:rPr>
          <w:rFonts w:ascii="Comic Sans MS" w:hAnsi="Comic Sans MS"/>
          <w:sz w:val="20"/>
          <w:szCs w:val="20"/>
        </w:rPr>
        <w:t>.</w:t>
      </w:r>
    </w:p>
    <w:p w14:paraId="32F3B71E" w14:textId="7233F460" w:rsidR="00551FE0" w:rsidRPr="00EA74AD" w:rsidRDefault="00FF1DA1">
      <w:pPr>
        <w:keepLines/>
        <w:spacing w:after="80"/>
        <w:rPr>
          <w:rFonts w:ascii="Comic Sans MS" w:hAnsi="Comic Sans MS"/>
          <w:sz w:val="20"/>
          <w:szCs w:val="20"/>
        </w:rPr>
      </w:pPr>
      <w:proofErr w:type="spellStart"/>
      <w:r w:rsidRPr="00EA74AD">
        <w:rPr>
          <w:rFonts w:ascii="Comic Sans MS" w:hAnsi="Comic Sans MS" w:cs="Open Sans"/>
          <w:color w:val="212529"/>
          <w:sz w:val="20"/>
          <w:szCs w:val="20"/>
          <w:shd w:val="clear" w:color="auto" w:fill="FFFFFF"/>
        </w:rPr>
        <w:t>Temizlik</w:t>
      </w:r>
      <w:proofErr w:type="spellEnd"/>
      <w:r w:rsidRPr="00EA74AD">
        <w:rPr>
          <w:rFonts w:ascii="Comic Sans MS" w:hAnsi="Comic Sans MS" w:cs="Open Sans"/>
          <w:color w:val="212529"/>
          <w:sz w:val="20"/>
          <w:szCs w:val="20"/>
          <w:shd w:val="clear" w:color="auto" w:fill="FFFFFF"/>
        </w:rPr>
        <w:t xml:space="preserve"> </w:t>
      </w:r>
      <w:proofErr w:type="spellStart"/>
      <w:r w:rsidRPr="00EA74AD">
        <w:rPr>
          <w:rFonts w:ascii="Comic Sans MS" w:hAnsi="Comic Sans MS" w:cs="Open Sans"/>
          <w:color w:val="212529"/>
          <w:sz w:val="20"/>
          <w:szCs w:val="20"/>
          <w:shd w:val="clear" w:color="auto" w:fill="FFFFFF"/>
        </w:rPr>
        <w:t>sürecinin</w:t>
      </w:r>
      <w:proofErr w:type="spellEnd"/>
      <w:r w:rsidRPr="00EA74AD">
        <w:rPr>
          <w:rFonts w:ascii="Comic Sans MS" w:hAnsi="Comic Sans MS" w:cs="Open Sans"/>
          <w:color w:val="212529"/>
          <w:sz w:val="20"/>
          <w:szCs w:val="20"/>
          <w:shd w:val="clear" w:color="auto" w:fill="FFFFFF"/>
        </w:rPr>
        <w:t xml:space="preserve"> </w:t>
      </w:r>
      <w:proofErr w:type="spellStart"/>
      <w:r w:rsidRPr="00EA74AD">
        <w:rPr>
          <w:rFonts w:ascii="Comic Sans MS" w:hAnsi="Comic Sans MS" w:cs="Open Sans"/>
          <w:color w:val="212529"/>
          <w:sz w:val="20"/>
          <w:szCs w:val="20"/>
          <w:shd w:val="clear" w:color="auto" w:fill="FFFFFF"/>
        </w:rPr>
        <w:t>ardından</w:t>
      </w:r>
      <w:proofErr w:type="spellEnd"/>
      <w:r w:rsidRPr="00EA74AD">
        <w:rPr>
          <w:rFonts w:ascii="Comic Sans MS" w:hAnsi="Comic Sans MS" w:cs="Open Sans"/>
          <w:color w:val="212529"/>
          <w:sz w:val="20"/>
          <w:szCs w:val="20"/>
          <w:shd w:val="clear" w:color="auto" w:fill="FFFFFF"/>
        </w:rPr>
        <w:t xml:space="preserve"> </w:t>
      </w:r>
      <w:proofErr w:type="spellStart"/>
      <w:r w:rsidRPr="00EA74AD">
        <w:rPr>
          <w:rFonts w:ascii="Comic Sans MS" w:hAnsi="Comic Sans MS" w:cs="Open Sans"/>
          <w:color w:val="212529"/>
          <w:sz w:val="20"/>
          <w:szCs w:val="20"/>
          <w:shd w:val="clear" w:color="auto" w:fill="FFFFFF"/>
        </w:rPr>
        <w:t>etkinliklere</w:t>
      </w:r>
      <w:proofErr w:type="spellEnd"/>
      <w:r w:rsidRPr="00EA74AD">
        <w:rPr>
          <w:rFonts w:ascii="Comic Sans MS" w:hAnsi="Comic Sans MS" w:cs="Open Sans"/>
          <w:color w:val="212529"/>
          <w:sz w:val="20"/>
          <w:szCs w:val="20"/>
          <w:shd w:val="clear" w:color="auto" w:fill="FFFFFF"/>
        </w:rPr>
        <w:t xml:space="preserve"> </w:t>
      </w:r>
      <w:proofErr w:type="spellStart"/>
      <w:r w:rsidRPr="00EA74AD">
        <w:rPr>
          <w:rFonts w:ascii="Comic Sans MS" w:hAnsi="Comic Sans MS" w:cs="Open Sans"/>
          <w:color w:val="212529"/>
          <w:sz w:val="20"/>
          <w:szCs w:val="20"/>
          <w:shd w:val="clear" w:color="auto" w:fill="FFFFFF"/>
        </w:rPr>
        <w:t>geçilir</w:t>
      </w:r>
      <w:proofErr w:type="spellEnd"/>
      <w:r w:rsidRPr="00EA74AD">
        <w:rPr>
          <w:rFonts w:ascii="Comic Sans MS" w:hAnsi="Comic Sans MS" w:cs="Open Sans"/>
          <w:color w:val="212529"/>
          <w:sz w:val="20"/>
          <w:szCs w:val="20"/>
          <w:shd w:val="clear" w:color="auto" w:fill="FFFFFF"/>
        </w:rPr>
        <w:t>.</w:t>
      </w:r>
      <w:r w:rsidRPr="00EA74AD">
        <w:rPr>
          <w:rFonts w:ascii="Comic Sans MS" w:hAnsi="Comic Sans MS"/>
          <w:sz w:val="20"/>
          <w:szCs w:val="20"/>
        </w:rPr>
        <w:t xml:space="preserve"> </w:t>
      </w:r>
      <w:r w:rsidR="000E0FB1" w:rsidRPr="00EA74AD">
        <w:rPr>
          <w:rFonts w:ascii="Comic Sans MS" w:hAnsi="Comic Sans MS"/>
          <w:sz w:val="20"/>
          <w:szCs w:val="20"/>
        </w:rPr>
        <w:t xml:space="preserve"> (D18.1.2., D18.2.3.)</w:t>
      </w:r>
    </w:p>
    <w:p w14:paraId="4AC4BF82" w14:textId="77777777" w:rsidR="00551FE0" w:rsidRPr="00EA74AD" w:rsidRDefault="000E0FB1">
      <w:pPr>
        <w:pStyle w:val="Balk1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color w:val="F85883"/>
          <w:sz w:val="20"/>
          <w:szCs w:val="20"/>
        </w:rPr>
        <w:t>ETKİNLİKLER</w:t>
      </w:r>
    </w:p>
    <w:p w14:paraId="43A206B2" w14:textId="5AA29171" w:rsidR="00A07326" w:rsidRPr="00EA74AD" w:rsidRDefault="00191D63" w:rsidP="00FF1DA1">
      <w:pPr>
        <w:pStyle w:val="Balk1"/>
        <w:rPr>
          <w:rFonts w:ascii="Comic Sans MS" w:hAnsi="Comic Sans MS"/>
          <w:b w:val="0"/>
          <w:bCs w:val="0"/>
          <w:sz w:val="20"/>
          <w:szCs w:val="20"/>
        </w:rPr>
      </w:pP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Çocuklar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öğretmeni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birbirlerini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görebilecekleri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şekilde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daire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biçiminde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oturur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Öğretmen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elindeki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yumuşak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topu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göstererek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“Bu top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bugün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bizim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oyun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cevizimiz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olsun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Tekerlemede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kimin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adını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söylersem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ceviz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ona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gidecek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.” der. Top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kısa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mesafeden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alçaktan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yumuşakça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="00FF1DA1" w:rsidRPr="00EA74AD">
        <w:rPr>
          <w:rFonts w:ascii="Comic Sans MS" w:hAnsi="Comic Sans MS"/>
          <w:b w:val="0"/>
          <w:bCs w:val="0"/>
          <w:sz w:val="20"/>
          <w:szCs w:val="20"/>
        </w:rPr>
        <w:t>yuvarlanır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;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önce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çocuğun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hazır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olduğu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kontrol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edilir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Gerçek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ceviz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yerine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yumuşak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 xml:space="preserve"> top </w:t>
      </w:r>
      <w:proofErr w:type="spellStart"/>
      <w:r w:rsidRPr="00EA74AD">
        <w:rPr>
          <w:rFonts w:ascii="Comic Sans MS" w:hAnsi="Comic Sans MS"/>
          <w:b w:val="0"/>
          <w:bCs w:val="0"/>
          <w:sz w:val="20"/>
          <w:szCs w:val="20"/>
        </w:rPr>
        <w:t>kullanılır</w:t>
      </w:r>
      <w:proofErr w:type="spellEnd"/>
      <w:r w:rsidRPr="00EA74AD">
        <w:rPr>
          <w:rFonts w:ascii="Comic Sans MS" w:hAnsi="Comic Sans MS"/>
          <w:b w:val="0"/>
          <w:bCs w:val="0"/>
          <w:sz w:val="20"/>
          <w:szCs w:val="20"/>
        </w:rPr>
        <w:t>.</w:t>
      </w:r>
    </w:p>
    <w:p w14:paraId="39E7B4CE" w14:textId="5F4161A1" w:rsidR="00A07326" w:rsidRPr="00EA74AD" w:rsidRDefault="00191D63">
      <w:pPr>
        <w:keepLines/>
        <w:spacing w:after="80"/>
        <w:rPr>
          <w:rFonts w:ascii="Comic Sans MS" w:hAnsi="Comic Sans MS"/>
          <w:sz w:val="20"/>
          <w:szCs w:val="20"/>
        </w:rPr>
      </w:pPr>
      <w:proofErr w:type="spellStart"/>
      <w:r w:rsidRPr="00EA74AD">
        <w:rPr>
          <w:rFonts w:ascii="Comic Sans MS" w:hAnsi="Comic Sans MS"/>
          <w:i/>
          <w:sz w:val="20"/>
          <w:szCs w:val="20"/>
        </w:rPr>
        <w:t>Çarşıya</w:t>
      </w:r>
      <w:proofErr w:type="spellEnd"/>
      <w:r w:rsidRPr="00EA74AD">
        <w:rPr>
          <w:rFonts w:ascii="Comic Sans MS" w:hAnsi="Comic Sans MS"/>
          <w:i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i/>
          <w:sz w:val="20"/>
          <w:szCs w:val="20"/>
        </w:rPr>
        <w:t>gittim</w:t>
      </w:r>
      <w:proofErr w:type="spellEnd"/>
      <w:r w:rsidRPr="00EA74AD">
        <w:rPr>
          <w:rFonts w:ascii="Comic Sans MS" w:hAnsi="Comic Sans MS"/>
          <w:i/>
          <w:sz w:val="20"/>
          <w:szCs w:val="20"/>
        </w:rPr>
        <w:br/>
        <w:t xml:space="preserve">Bir </w:t>
      </w:r>
      <w:proofErr w:type="spellStart"/>
      <w:r w:rsidRPr="00EA74AD">
        <w:rPr>
          <w:rFonts w:ascii="Comic Sans MS" w:hAnsi="Comic Sans MS"/>
          <w:i/>
          <w:sz w:val="20"/>
          <w:szCs w:val="20"/>
        </w:rPr>
        <w:t>ceviz</w:t>
      </w:r>
      <w:proofErr w:type="spellEnd"/>
      <w:r w:rsidRPr="00EA74AD">
        <w:rPr>
          <w:rFonts w:ascii="Comic Sans MS" w:hAnsi="Comic Sans MS"/>
          <w:i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i/>
          <w:sz w:val="20"/>
          <w:szCs w:val="20"/>
        </w:rPr>
        <w:t>aldım</w:t>
      </w:r>
      <w:proofErr w:type="spellEnd"/>
      <w:r w:rsidRPr="00EA74AD">
        <w:rPr>
          <w:rFonts w:ascii="Comic Sans MS" w:hAnsi="Comic Sans MS"/>
          <w:i/>
          <w:sz w:val="20"/>
          <w:szCs w:val="20"/>
        </w:rPr>
        <w:br/>
      </w:r>
      <w:proofErr w:type="spellStart"/>
      <w:r w:rsidRPr="00EA74AD">
        <w:rPr>
          <w:rFonts w:ascii="Comic Sans MS" w:hAnsi="Comic Sans MS"/>
          <w:i/>
          <w:sz w:val="20"/>
          <w:szCs w:val="20"/>
        </w:rPr>
        <w:t>Açtım</w:t>
      </w:r>
      <w:proofErr w:type="spellEnd"/>
      <w:r w:rsidRPr="00EA74AD">
        <w:rPr>
          <w:rFonts w:ascii="Comic Sans MS" w:hAnsi="Comic Sans MS"/>
          <w:i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i/>
          <w:sz w:val="20"/>
          <w:szCs w:val="20"/>
        </w:rPr>
        <w:t>içini</w:t>
      </w:r>
      <w:proofErr w:type="spellEnd"/>
      <w:r w:rsidRPr="00EA74AD">
        <w:rPr>
          <w:rFonts w:ascii="Comic Sans MS" w:hAnsi="Comic Sans MS"/>
          <w:i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i/>
          <w:sz w:val="20"/>
          <w:szCs w:val="20"/>
        </w:rPr>
        <w:t>boş</w:t>
      </w:r>
      <w:proofErr w:type="spellEnd"/>
      <w:r w:rsidRPr="00EA74AD">
        <w:rPr>
          <w:rFonts w:ascii="Comic Sans MS" w:hAnsi="Comic Sans MS"/>
          <w:i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i/>
          <w:sz w:val="20"/>
          <w:szCs w:val="20"/>
        </w:rPr>
        <w:t>çıktı</w:t>
      </w:r>
      <w:proofErr w:type="spellEnd"/>
      <w:r w:rsidRPr="00EA74AD">
        <w:rPr>
          <w:rFonts w:ascii="Comic Sans MS" w:hAnsi="Comic Sans MS"/>
          <w:i/>
          <w:sz w:val="20"/>
          <w:szCs w:val="20"/>
        </w:rPr>
        <w:br/>
      </w:r>
      <w:proofErr w:type="spellStart"/>
      <w:r w:rsidRPr="00EA74AD">
        <w:rPr>
          <w:rFonts w:ascii="Comic Sans MS" w:hAnsi="Comic Sans MS"/>
          <w:i/>
          <w:sz w:val="20"/>
          <w:szCs w:val="20"/>
        </w:rPr>
        <w:t>Aldım</w:t>
      </w:r>
      <w:proofErr w:type="spellEnd"/>
      <w:r w:rsidRPr="00EA74AD">
        <w:rPr>
          <w:rFonts w:ascii="Comic Sans MS" w:hAnsi="Comic Sans MS"/>
          <w:i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i/>
          <w:sz w:val="20"/>
          <w:szCs w:val="20"/>
        </w:rPr>
        <w:t>cevizi</w:t>
      </w:r>
      <w:proofErr w:type="spellEnd"/>
      <w:r w:rsidRPr="00EA74AD">
        <w:rPr>
          <w:rFonts w:ascii="Comic Sans MS" w:hAnsi="Comic Sans MS"/>
          <w:i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i/>
          <w:sz w:val="20"/>
          <w:szCs w:val="20"/>
        </w:rPr>
        <w:t>attım</w:t>
      </w:r>
      <w:proofErr w:type="spellEnd"/>
      <w:r w:rsidRPr="00EA74AD">
        <w:rPr>
          <w:rFonts w:ascii="Comic Sans MS" w:hAnsi="Comic Sans MS"/>
          <w:i/>
          <w:sz w:val="20"/>
          <w:szCs w:val="20"/>
        </w:rPr>
        <w:t xml:space="preserve"> …</w:t>
      </w:r>
      <w:r w:rsidR="00B2191D" w:rsidRPr="00EA74AD">
        <w:rPr>
          <w:rFonts w:ascii="Comic Sans MS" w:hAnsi="Comic Sans MS"/>
          <w:i/>
          <w:sz w:val="20"/>
          <w:szCs w:val="20"/>
        </w:rPr>
        <w:t>…..</w:t>
      </w:r>
      <w:r w:rsidRPr="00EA74AD">
        <w:rPr>
          <w:rFonts w:ascii="Comic Sans MS" w:hAnsi="Comic Sans MS"/>
          <w:i/>
          <w:sz w:val="20"/>
          <w:szCs w:val="20"/>
        </w:rPr>
        <w:t>’a</w:t>
      </w:r>
      <w:r w:rsidRPr="00EA74AD">
        <w:rPr>
          <w:rFonts w:ascii="Comic Sans MS" w:hAnsi="Comic Sans MS"/>
          <w:i/>
          <w:sz w:val="20"/>
          <w:szCs w:val="20"/>
        </w:rPr>
        <w:br/>
        <w:t xml:space="preserve">Birden </w:t>
      </w:r>
      <w:proofErr w:type="spellStart"/>
      <w:r w:rsidRPr="00EA74AD">
        <w:rPr>
          <w:rFonts w:ascii="Comic Sans MS" w:hAnsi="Comic Sans MS"/>
          <w:i/>
          <w:sz w:val="20"/>
          <w:szCs w:val="20"/>
        </w:rPr>
        <w:t>bire</w:t>
      </w:r>
      <w:proofErr w:type="spellEnd"/>
      <w:r w:rsidRPr="00EA74AD">
        <w:rPr>
          <w:rFonts w:ascii="Comic Sans MS" w:hAnsi="Comic Sans MS"/>
          <w:i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i/>
          <w:sz w:val="20"/>
          <w:szCs w:val="20"/>
        </w:rPr>
        <w:t>ses</w:t>
      </w:r>
      <w:proofErr w:type="spellEnd"/>
      <w:r w:rsidRPr="00EA74AD">
        <w:rPr>
          <w:rFonts w:ascii="Comic Sans MS" w:hAnsi="Comic Sans MS"/>
          <w:i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i/>
          <w:sz w:val="20"/>
          <w:szCs w:val="20"/>
        </w:rPr>
        <w:t>çıktı</w:t>
      </w:r>
      <w:proofErr w:type="spellEnd"/>
    </w:p>
    <w:p w14:paraId="09100A06" w14:textId="40AE3475" w:rsidR="00A07326" w:rsidRPr="00EA74AD" w:rsidRDefault="00191D63">
      <w:pPr>
        <w:keepLines/>
        <w:spacing w:after="80"/>
        <w:rPr>
          <w:rFonts w:ascii="Comic Sans MS" w:hAnsi="Comic Sans MS"/>
          <w:sz w:val="20"/>
          <w:szCs w:val="20"/>
        </w:rPr>
      </w:pPr>
      <w:proofErr w:type="spellStart"/>
      <w:r w:rsidRPr="00EA74AD">
        <w:rPr>
          <w:rFonts w:ascii="Comic Sans MS" w:hAnsi="Comic Sans MS"/>
          <w:sz w:val="20"/>
          <w:szCs w:val="20"/>
        </w:rPr>
        <w:t>Öğretmen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tekerlemeyi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ritimli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biçimde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söyler</w:t>
      </w:r>
      <w:proofErr w:type="spellEnd"/>
      <w:r w:rsidRPr="00EA74AD">
        <w:rPr>
          <w:rFonts w:ascii="Comic Sans MS" w:hAnsi="Comic Sans MS"/>
          <w:sz w:val="20"/>
          <w:szCs w:val="20"/>
        </w:rPr>
        <w:t>. “</w:t>
      </w:r>
      <w:proofErr w:type="spellStart"/>
      <w:r w:rsidRPr="00EA74AD">
        <w:rPr>
          <w:rFonts w:ascii="Comic Sans MS" w:hAnsi="Comic Sans MS"/>
          <w:sz w:val="20"/>
          <w:szCs w:val="20"/>
        </w:rPr>
        <w:t>Aldım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cevizi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attım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…” </w:t>
      </w:r>
      <w:proofErr w:type="spellStart"/>
      <w:r w:rsidRPr="00EA74AD">
        <w:rPr>
          <w:rFonts w:ascii="Comic Sans MS" w:hAnsi="Comic Sans MS"/>
          <w:sz w:val="20"/>
          <w:szCs w:val="20"/>
        </w:rPr>
        <w:t>dizesinde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çocuğun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adını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uygun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ekle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söyler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; </w:t>
      </w:r>
      <w:proofErr w:type="spellStart"/>
      <w:r w:rsidRPr="00EA74AD">
        <w:rPr>
          <w:rFonts w:ascii="Comic Sans MS" w:hAnsi="Comic Sans MS"/>
          <w:sz w:val="20"/>
          <w:szCs w:val="20"/>
        </w:rPr>
        <w:t>örneğin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“</w:t>
      </w:r>
      <w:proofErr w:type="spellStart"/>
      <w:r w:rsidRPr="00EA74AD">
        <w:rPr>
          <w:rFonts w:ascii="Comic Sans MS" w:hAnsi="Comic Sans MS"/>
          <w:sz w:val="20"/>
          <w:szCs w:val="20"/>
        </w:rPr>
        <w:t>Aldım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cevizi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attım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Ece’ye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.” der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topu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ona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yumuşakça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atar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da </w:t>
      </w:r>
      <w:proofErr w:type="spellStart"/>
      <w:r w:rsidRPr="00EA74AD">
        <w:rPr>
          <w:rFonts w:ascii="Comic Sans MS" w:hAnsi="Comic Sans MS"/>
          <w:sz w:val="20"/>
          <w:szCs w:val="20"/>
        </w:rPr>
        <w:t>yuvarlar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“Birden </w:t>
      </w:r>
      <w:proofErr w:type="spellStart"/>
      <w:r w:rsidRPr="00EA74AD">
        <w:rPr>
          <w:rFonts w:ascii="Comic Sans MS" w:hAnsi="Comic Sans MS"/>
          <w:sz w:val="20"/>
          <w:szCs w:val="20"/>
        </w:rPr>
        <w:t>bire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ses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çıktı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.” </w:t>
      </w:r>
      <w:proofErr w:type="spellStart"/>
      <w:r w:rsidRPr="00EA74AD">
        <w:rPr>
          <w:rFonts w:ascii="Comic Sans MS" w:hAnsi="Comic Sans MS"/>
          <w:sz w:val="20"/>
          <w:szCs w:val="20"/>
        </w:rPr>
        <w:t>dizesinin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ardından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topu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alan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istediği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sesi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çıkarır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: “Vak </w:t>
      </w:r>
      <w:proofErr w:type="spellStart"/>
      <w:r w:rsidRPr="00EA74AD">
        <w:rPr>
          <w:rFonts w:ascii="Comic Sans MS" w:hAnsi="Comic Sans MS"/>
          <w:sz w:val="20"/>
          <w:szCs w:val="20"/>
        </w:rPr>
        <w:t>vak</w:t>
      </w:r>
      <w:proofErr w:type="spellEnd"/>
      <w:r w:rsidRPr="00EA74AD">
        <w:rPr>
          <w:rFonts w:ascii="Comic Sans MS" w:hAnsi="Comic Sans MS"/>
          <w:sz w:val="20"/>
          <w:szCs w:val="20"/>
        </w:rPr>
        <w:t>”, “</w:t>
      </w:r>
      <w:proofErr w:type="spellStart"/>
      <w:r w:rsidRPr="00EA74AD">
        <w:rPr>
          <w:rFonts w:ascii="Comic Sans MS" w:hAnsi="Comic Sans MS"/>
          <w:sz w:val="20"/>
          <w:szCs w:val="20"/>
        </w:rPr>
        <w:t>Miyav</w:t>
      </w:r>
      <w:proofErr w:type="spellEnd"/>
      <w:r w:rsidRPr="00EA74AD">
        <w:rPr>
          <w:rFonts w:ascii="Comic Sans MS" w:hAnsi="Comic Sans MS"/>
          <w:sz w:val="20"/>
          <w:szCs w:val="20"/>
        </w:rPr>
        <w:t>”, “</w:t>
      </w:r>
      <w:proofErr w:type="spellStart"/>
      <w:r w:rsidRPr="00EA74AD">
        <w:rPr>
          <w:rFonts w:ascii="Comic Sans MS" w:hAnsi="Comic Sans MS"/>
          <w:sz w:val="20"/>
          <w:szCs w:val="20"/>
        </w:rPr>
        <w:t>Tık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tık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” </w:t>
      </w:r>
      <w:proofErr w:type="spellStart"/>
      <w:r w:rsidRPr="00EA74AD">
        <w:rPr>
          <w:rFonts w:ascii="Comic Sans MS" w:hAnsi="Comic Sans MS"/>
          <w:sz w:val="20"/>
          <w:szCs w:val="20"/>
        </w:rPr>
        <w:t>gibi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Arkadaşları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sesi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kez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tekrar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eder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Çocuk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topu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öğretmene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geri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yuvarlar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Öğretmen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tekerlemeyi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başka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çocuğun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adıyla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tekrar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eder</w:t>
      </w:r>
      <w:proofErr w:type="spellEnd"/>
      <w:r w:rsidRPr="00EA74AD">
        <w:rPr>
          <w:rFonts w:ascii="Comic Sans MS" w:hAnsi="Comic Sans MS"/>
          <w:sz w:val="20"/>
          <w:szCs w:val="20"/>
        </w:rPr>
        <w:t>. (TADB.1.b., HSAB.1.c., SDB2.1.SB4., E2.5., D4.4.2.)</w:t>
      </w:r>
    </w:p>
    <w:p w14:paraId="475D2AB9" w14:textId="6A4B50A7" w:rsidR="00A07326" w:rsidRPr="00EA74AD" w:rsidRDefault="00191D63">
      <w:pPr>
        <w:keepLines/>
        <w:spacing w:after="8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 xml:space="preserve">Top her </w:t>
      </w:r>
      <w:proofErr w:type="spellStart"/>
      <w:r w:rsidRPr="00EA74AD">
        <w:rPr>
          <w:rFonts w:ascii="Comic Sans MS" w:hAnsi="Comic Sans MS"/>
          <w:sz w:val="20"/>
          <w:szCs w:val="20"/>
        </w:rPr>
        <w:t>çocuğa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kez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ulaşır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Ses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çıkarmak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istemeyen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el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sallayabilir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alkış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yapabilir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veya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öğretmenin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çıkardığı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sesi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dinleyebilir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Topu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yakalamakta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zorlanan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çocuğa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top </w:t>
      </w:r>
      <w:proofErr w:type="spellStart"/>
      <w:r w:rsidRPr="00EA74AD">
        <w:rPr>
          <w:rFonts w:ascii="Comic Sans MS" w:hAnsi="Comic Sans MS"/>
          <w:sz w:val="20"/>
          <w:szCs w:val="20"/>
        </w:rPr>
        <w:t>yerde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yuvarlanır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Sıranın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gelmesini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beklerken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çocuklar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tekerlemeye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eşlik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edebilir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Oyun </w:t>
      </w:r>
      <w:proofErr w:type="spellStart"/>
      <w:r w:rsidRPr="00EA74AD">
        <w:rPr>
          <w:rFonts w:ascii="Comic Sans MS" w:hAnsi="Comic Sans MS"/>
          <w:sz w:val="20"/>
          <w:szCs w:val="20"/>
        </w:rPr>
        <w:t>tamamlandığında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“</w:t>
      </w:r>
      <w:proofErr w:type="spellStart"/>
      <w:r w:rsidRPr="00EA74AD">
        <w:rPr>
          <w:rFonts w:ascii="Comic Sans MS" w:hAnsi="Comic Sans MS"/>
          <w:sz w:val="20"/>
          <w:szCs w:val="20"/>
        </w:rPr>
        <w:t>Cevizimiz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elden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ele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dolaştı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şimdi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ellerimiz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gazeteleri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keşfedecek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.” </w:t>
      </w:r>
      <w:proofErr w:type="spellStart"/>
      <w:r w:rsidRPr="00EA74AD">
        <w:rPr>
          <w:rFonts w:ascii="Comic Sans MS" w:hAnsi="Comic Sans MS"/>
          <w:sz w:val="20"/>
          <w:szCs w:val="20"/>
        </w:rPr>
        <w:t>denilerek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masalara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geçilir</w:t>
      </w:r>
      <w:proofErr w:type="spellEnd"/>
      <w:r w:rsidRPr="00EA74AD">
        <w:rPr>
          <w:rFonts w:ascii="Comic Sans MS" w:hAnsi="Comic Sans MS"/>
          <w:sz w:val="20"/>
          <w:szCs w:val="20"/>
        </w:rPr>
        <w:t>.</w:t>
      </w:r>
    </w:p>
    <w:p w14:paraId="3A6EEB81" w14:textId="77777777" w:rsidR="00A07326" w:rsidRPr="00EA74AD" w:rsidRDefault="00191D63">
      <w:pPr>
        <w:pStyle w:val="Balk1"/>
        <w:spacing w:after="8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color w:val="F85883"/>
          <w:sz w:val="20"/>
          <w:szCs w:val="20"/>
        </w:rPr>
        <w:t>GAZETELERİ KEŞFEDİYORUZ</w:t>
      </w:r>
    </w:p>
    <w:p w14:paraId="2341F07E" w14:textId="77777777" w:rsidR="00A07326" w:rsidRPr="00EA74AD" w:rsidRDefault="00191D63">
      <w:pPr>
        <w:keepLines/>
        <w:spacing w:after="80"/>
        <w:rPr>
          <w:rFonts w:ascii="Comic Sans MS" w:hAnsi="Comic Sans MS"/>
          <w:sz w:val="20"/>
          <w:szCs w:val="20"/>
        </w:rPr>
      </w:pPr>
      <w:proofErr w:type="spellStart"/>
      <w:r w:rsidRPr="00EA74AD">
        <w:rPr>
          <w:rFonts w:ascii="Comic Sans MS" w:hAnsi="Comic Sans MS"/>
          <w:sz w:val="20"/>
          <w:szCs w:val="20"/>
        </w:rPr>
        <w:t>Çocuklar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masalara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geçer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Öğretmen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her </w:t>
      </w:r>
      <w:proofErr w:type="spellStart"/>
      <w:r w:rsidRPr="00EA74AD">
        <w:rPr>
          <w:rFonts w:ascii="Comic Sans MS" w:hAnsi="Comic Sans MS"/>
          <w:sz w:val="20"/>
          <w:szCs w:val="20"/>
        </w:rPr>
        <w:t>çocuğa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inceleyebileceği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gazete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sayfası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verir</w:t>
      </w:r>
      <w:proofErr w:type="spellEnd"/>
      <w:r w:rsidRPr="00EA74AD">
        <w:rPr>
          <w:rFonts w:ascii="Comic Sans MS" w:hAnsi="Comic Sans MS"/>
          <w:sz w:val="20"/>
          <w:szCs w:val="20"/>
        </w:rPr>
        <w:t>. “</w:t>
      </w:r>
      <w:proofErr w:type="spellStart"/>
      <w:r w:rsidRPr="00EA74AD">
        <w:rPr>
          <w:rFonts w:ascii="Comic Sans MS" w:hAnsi="Comic Sans MS"/>
          <w:sz w:val="20"/>
          <w:szCs w:val="20"/>
        </w:rPr>
        <w:t>Bunu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daha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önce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nerede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gördün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?” </w:t>
      </w:r>
      <w:proofErr w:type="spellStart"/>
      <w:r w:rsidRPr="00EA74AD">
        <w:rPr>
          <w:rFonts w:ascii="Comic Sans MS" w:hAnsi="Comic Sans MS"/>
          <w:sz w:val="20"/>
          <w:szCs w:val="20"/>
        </w:rPr>
        <w:t>diye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sorar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Çocuklar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söz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almak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için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uygun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zamanı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bekleyerek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düşüncelerini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paylaşır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Öğretmen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konuşan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çocuğu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dinlemeye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model </w:t>
      </w:r>
      <w:proofErr w:type="spellStart"/>
      <w:r w:rsidRPr="00EA74AD">
        <w:rPr>
          <w:rFonts w:ascii="Comic Sans MS" w:hAnsi="Comic Sans MS"/>
          <w:sz w:val="20"/>
          <w:szCs w:val="20"/>
        </w:rPr>
        <w:t>olur</w:t>
      </w:r>
      <w:proofErr w:type="spellEnd"/>
      <w:r w:rsidRPr="00EA74AD">
        <w:rPr>
          <w:rFonts w:ascii="Comic Sans MS" w:hAnsi="Comic Sans MS"/>
          <w:sz w:val="20"/>
          <w:szCs w:val="20"/>
        </w:rPr>
        <w:t>. (TAKB.1.b., SDB2.1.SB4., D14.1.3., E1.1., E3.1.)</w:t>
      </w:r>
    </w:p>
    <w:p w14:paraId="33B3D80F" w14:textId="29B27837" w:rsidR="00A07326" w:rsidRPr="00EA74AD" w:rsidRDefault="00191D63">
      <w:pPr>
        <w:keepLines/>
        <w:spacing w:after="80"/>
        <w:rPr>
          <w:rFonts w:ascii="Comic Sans MS" w:hAnsi="Comic Sans MS"/>
          <w:sz w:val="20"/>
          <w:szCs w:val="20"/>
        </w:rPr>
      </w:pPr>
      <w:proofErr w:type="spellStart"/>
      <w:r w:rsidRPr="00EA74AD">
        <w:rPr>
          <w:rFonts w:ascii="Comic Sans MS" w:hAnsi="Comic Sans MS"/>
          <w:sz w:val="20"/>
          <w:szCs w:val="20"/>
        </w:rPr>
        <w:t>Öğretmen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“</w:t>
      </w:r>
      <w:proofErr w:type="spellStart"/>
      <w:r w:rsidRPr="00EA74AD">
        <w:rPr>
          <w:rFonts w:ascii="Comic Sans MS" w:hAnsi="Comic Sans MS"/>
          <w:sz w:val="20"/>
          <w:szCs w:val="20"/>
        </w:rPr>
        <w:t>Gazetelerde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haberler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yazılar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fotoğraflar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bulunur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Yazıları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büyükler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okuyabilir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; biz de </w:t>
      </w:r>
      <w:proofErr w:type="spellStart"/>
      <w:r w:rsidRPr="00EA74AD">
        <w:rPr>
          <w:rFonts w:ascii="Comic Sans MS" w:hAnsi="Comic Sans MS"/>
          <w:sz w:val="20"/>
          <w:szCs w:val="20"/>
        </w:rPr>
        <w:t>fotoğraflara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bakıp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neler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anlatıldığını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konuşabiliriz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.” der. Bir </w:t>
      </w:r>
      <w:proofErr w:type="spellStart"/>
      <w:r w:rsidRPr="00EA74AD">
        <w:rPr>
          <w:rFonts w:ascii="Comic Sans MS" w:hAnsi="Comic Sans MS"/>
          <w:sz w:val="20"/>
          <w:szCs w:val="20"/>
        </w:rPr>
        <w:t>fotoğrafı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yanındaki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yazıyı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gösterir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Ardından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çocuklardan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kendi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sayfalarında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fotoğrafı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yazıyı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göstermelerini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ister</w:t>
      </w:r>
      <w:proofErr w:type="spellEnd"/>
      <w:r w:rsidRPr="00EA74AD">
        <w:rPr>
          <w:rFonts w:ascii="Comic Sans MS" w:hAnsi="Comic Sans MS"/>
          <w:sz w:val="20"/>
          <w:szCs w:val="20"/>
        </w:rPr>
        <w:t>. (TAEOB.1.a., OB4.1.SB1., OB4.1.SB2.)</w:t>
      </w:r>
    </w:p>
    <w:p w14:paraId="15747977" w14:textId="07BC3427" w:rsidR="00A07326" w:rsidRPr="00EA74AD" w:rsidRDefault="00191D63">
      <w:pPr>
        <w:keepLines/>
        <w:spacing w:after="80"/>
        <w:rPr>
          <w:rFonts w:ascii="Comic Sans MS" w:hAnsi="Comic Sans MS"/>
          <w:sz w:val="20"/>
          <w:szCs w:val="20"/>
        </w:rPr>
      </w:pPr>
      <w:proofErr w:type="spellStart"/>
      <w:r w:rsidRPr="00EA74AD">
        <w:rPr>
          <w:rFonts w:ascii="Comic Sans MS" w:hAnsi="Comic Sans MS"/>
          <w:sz w:val="20"/>
          <w:szCs w:val="20"/>
        </w:rPr>
        <w:t>Öğretmen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çocukların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seçtiği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belirgin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fotoğraf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üzerinde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konuşur</w:t>
      </w:r>
      <w:proofErr w:type="spellEnd"/>
      <w:r w:rsidRPr="00EA74AD">
        <w:rPr>
          <w:rFonts w:ascii="Comic Sans MS" w:hAnsi="Comic Sans MS"/>
          <w:sz w:val="20"/>
          <w:szCs w:val="20"/>
        </w:rPr>
        <w:t>: “</w:t>
      </w:r>
      <w:proofErr w:type="spellStart"/>
      <w:r w:rsidRPr="00EA74AD">
        <w:rPr>
          <w:rFonts w:ascii="Comic Sans MS" w:hAnsi="Comic Sans MS"/>
          <w:sz w:val="20"/>
          <w:szCs w:val="20"/>
        </w:rPr>
        <w:t>Fotoğrafta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kim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da ne var?”, “Sence </w:t>
      </w:r>
      <w:proofErr w:type="spellStart"/>
      <w:r w:rsidRPr="00EA74AD">
        <w:rPr>
          <w:rFonts w:ascii="Comic Sans MS" w:hAnsi="Comic Sans MS"/>
          <w:sz w:val="20"/>
          <w:szCs w:val="20"/>
        </w:rPr>
        <w:t>burada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ne </w:t>
      </w:r>
      <w:proofErr w:type="spellStart"/>
      <w:r w:rsidRPr="00EA74AD">
        <w:rPr>
          <w:rFonts w:ascii="Comic Sans MS" w:hAnsi="Comic Sans MS"/>
          <w:sz w:val="20"/>
          <w:szCs w:val="20"/>
        </w:rPr>
        <w:t>oluyor</w:t>
      </w:r>
      <w:proofErr w:type="spellEnd"/>
      <w:r w:rsidRPr="00EA74AD">
        <w:rPr>
          <w:rFonts w:ascii="Comic Sans MS" w:hAnsi="Comic Sans MS"/>
          <w:sz w:val="20"/>
          <w:szCs w:val="20"/>
        </w:rPr>
        <w:t>?”, “</w:t>
      </w:r>
      <w:proofErr w:type="spellStart"/>
      <w:r w:rsidRPr="00EA74AD">
        <w:rPr>
          <w:rFonts w:ascii="Comic Sans MS" w:hAnsi="Comic Sans MS"/>
          <w:sz w:val="20"/>
          <w:szCs w:val="20"/>
        </w:rPr>
        <w:t>Bunu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fotoğraftaki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hangi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ayrıntıdan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anladın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?” </w:t>
      </w:r>
      <w:proofErr w:type="spellStart"/>
      <w:r w:rsidRPr="00EA74AD">
        <w:rPr>
          <w:rFonts w:ascii="Comic Sans MS" w:hAnsi="Comic Sans MS"/>
          <w:sz w:val="20"/>
          <w:szCs w:val="20"/>
        </w:rPr>
        <w:t>Çocuklar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fotoğrafı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inceleyerek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düşüncelerini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kendi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ifadeleriyle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paylaşır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Öğretmen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farklı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yorumları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dinler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; </w:t>
      </w:r>
      <w:proofErr w:type="spellStart"/>
      <w:r w:rsidRPr="00EA74AD">
        <w:rPr>
          <w:rFonts w:ascii="Comic Sans MS" w:hAnsi="Comic Sans MS"/>
          <w:sz w:val="20"/>
          <w:szCs w:val="20"/>
        </w:rPr>
        <w:t>fotoğrafta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görülen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ayrıntılara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yeniden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dikkat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çeker</w:t>
      </w:r>
      <w:proofErr w:type="spellEnd"/>
      <w:r w:rsidRPr="00EA74AD">
        <w:rPr>
          <w:rFonts w:ascii="Comic Sans MS" w:hAnsi="Comic Sans MS"/>
          <w:sz w:val="20"/>
          <w:szCs w:val="20"/>
        </w:rPr>
        <w:t>. (TAOB.2.c., TAKB.1.b., OB4.2.SB1., OB4.2.SB3.)</w:t>
      </w:r>
    </w:p>
    <w:p w14:paraId="1A5CB8BF" w14:textId="04ED13D0" w:rsidR="00A07326" w:rsidRPr="00EA74AD" w:rsidRDefault="00191D63">
      <w:pPr>
        <w:keepLines/>
        <w:spacing w:after="80"/>
        <w:rPr>
          <w:rFonts w:ascii="Comic Sans MS" w:hAnsi="Comic Sans MS"/>
          <w:sz w:val="20"/>
          <w:szCs w:val="20"/>
        </w:rPr>
      </w:pPr>
      <w:proofErr w:type="spellStart"/>
      <w:r w:rsidRPr="00EA74AD">
        <w:rPr>
          <w:rFonts w:ascii="Comic Sans MS" w:hAnsi="Comic Sans MS"/>
          <w:sz w:val="20"/>
          <w:szCs w:val="20"/>
        </w:rPr>
        <w:lastRenderedPageBreak/>
        <w:t>Öğretmen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“</w:t>
      </w:r>
      <w:proofErr w:type="spellStart"/>
      <w:r w:rsidRPr="00EA74AD">
        <w:rPr>
          <w:rFonts w:ascii="Comic Sans MS" w:hAnsi="Comic Sans MS"/>
          <w:sz w:val="20"/>
          <w:szCs w:val="20"/>
        </w:rPr>
        <w:t>Şimdi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eski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gazeteleri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ellerimizle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="00FF1DA1" w:rsidRPr="00EA74AD">
        <w:rPr>
          <w:rFonts w:ascii="Comic Sans MS" w:hAnsi="Comic Sans MS"/>
          <w:sz w:val="20"/>
          <w:szCs w:val="20"/>
        </w:rPr>
        <w:t>yırtmaya</w:t>
      </w:r>
      <w:proofErr w:type="spellEnd"/>
      <w:r w:rsidR="00FF1DA1"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="00FF1DA1" w:rsidRPr="00EA74AD">
        <w:rPr>
          <w:rFonts w:ascii="Comic Sans MS" w:hAnsi="Comic Sans MS"/>
          <w:sz w:val="20"/>
          <w:szCs w:val="20"/>
        </w:rPr>
        <w:t>başlayalım</w:t>
      </w:r>
      <w:proofErr w:type="spellEnd"/>
      <w:r w:rsidR="00FF1DA1"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="00FF1DA1" w:rsidRPr="00EA74AD">
        <w:rPr>
          <w:rFonts w:ascii="Comic Sans MS" w:hAnsi="Comic Sans MS"/>
          <w:sz w:val="20"/>
          <w:szCs w:val="20"/>
        </w:rPr>
        <w:t>bakalım</w:t>
      </w:r>
      <w:proofErr w:type="spellEnd"/>
      <w:r w:rsidR="00FF1DA1" w:rsidRPr="00EA74AD">
        <w:rPr>
          <w:rFonts w:ascii="Comic Sans MS" w:hAnsi="Comic Sans MS"/>
          <w:sz w:val="20"/>
          <w:szCs w:val="20"/>
        </w:rPr>
        <w:t xml:space="preserve"> ne </w:t>
      </w:r>
      <w:proofErr w:type="spellStart"/>
      <w:r w:rsidR="00FF1DA1" w:rsidRPr="00EA74AD">
        <w:rPr>
          <w:rFonts w:ascii="Comic Sans MS" w:hAnsi="Comic Sans MS"/>
          <w:sz w:val="20"/>
          <w:szCs w:val="20"/>
        </w:rPr>
        <w:t>olacak</w:t>
      </w:r>
      <w:proofErr w:type="spellEnd"/>
      <w:r w:rsidR="00FF1DA1" w:rsidRPr="00EA74AD">
        <w:rPr>
          <w:rFonts w:ascii="Comic Sans MS" w:hAnsi="Comic Sans MS"/>
          <w:sz w:val="20"/>
          <w:szCs w:val="20"/>
        </w:rPr>
        <w:t>?</w:t>
      </w:r>
      <w:r w:rsidRPr="00EA74AD">
        <w:rPr>
          <w:rFonts w:ascii="Comic Sans MS" w:hAnsi="Comic Sans MS"/>
          <w:sz w:val="20"/>
          <w:szCs w:val="20"/>
        </w:rPr>
        <w:t xml:space="preserve">” der. </w:t>
      </w:r>
      <w:proofErr w:type="spellStart"/>
      <w:r w:rsidRPr="00EA74AD">
        <w:rPr>
          <w:rFonts w:ascii="Comic Sans MS" w:hAnsi="Comic Sans MS"/>
          <w:sz w:val="20"/>
          <w:szCs w:val="20"/>
        </w:rPr>
        <w:t>Gazeteyi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iki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eliyle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tutup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ellerini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ters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yönlere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çekerek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yırtmaya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model </w:t>
      </w:r>
      <w:proofErr w:type="spellStart"/>
      <w:r w:rsidRPr="00EA74AD">
        <w:rPr>
          <w:rFonts w:ascii="Comic Sans MS" w:hAnsi="Comic Sans MS"/>
          <w:sz w:val="20"/>
          <w:szCs w:val="20"/>
        </w:rPr>
        <w:t>olur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Çocuklar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kendi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hızlarında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geniş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parçalar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şeritler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yırtar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; </w:t>
      </w:r>
      <w:proofErr w:type="spellStart"/>
      <w:r w:rsidRPr="00EA74AD">
        <w:rPr>
          <w:rFonts w:ascii="Comic Sans MS" w:hAnsi="Comic Sans MS"/>
          <w:sz w:val="20"/>
          <w:szCs w:val="20"/>
        </w:rPr>
        <w:t>isteyenler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parçaları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buruşturarak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büyük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kâğıt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toplar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yapar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İsteğe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bağlı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düşük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sesli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sözsüz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r w:rsidR="00FF1DA1" w:rsidRPr="00EA74AD">
        <w:rPr>
          <w:rFonts w:ascii="Comic Sans MS" w:hAnsi="Comic Sans MS"/>
          <w:sz w:val="20"/>
          <w:szCs w:val="20"/>
        </w:rPr>
        <w:t xml:space="preserve"> </w:t>
      </w:r>
      <w:hyperlink r:id="rId9">
        <w:proofErr w:type="spellStart"/>
        <w:r w:rsidR="00FF1DA1" w:rsidRPr="00EA74AD">
          <w:rPr>
            <w:rFonts w:ascii="Comic Sans MS" w:hAnsi="Comic Sans MS"/>
            <w:color w:val="0563C1"/>
            <w:sz w:val="20"/>
            <w:szCs w:val="20"/>
            <w:u w:val="single"/>
          </w:rPr>
          <w:t>müzik</w:t>
        </w:r>
        <w:proofErr w:type="spellEnd"/>
      </w:hyperlink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kullanılabilir</w:t>
      </w:r>
      <w:proofErr w:type="spellEnd"/>
      <w:r w:rsidRPr="00EA74AD">
        <w:rPr>
          <w:rFonts w:ascii="Comic Sans MS" w:hAnsi="Comic Sans MS"/>
          <w:sz w:val="20"/>
          <w:szCs w:val="20"/>
        </w:rPr>
        <w:t>. (HSAB.2.b.)</w:t>
      </w:r>
    </w:p>
    <w:p w14:paraId="72284190" w14:textId="45BDF85A" w:rsidR="00A07326" w:rsidRPr="00EA74AD" w:rsidRDefault="00191D63">
      <w:pPr>
        <w:keepLines/>
        <w:spacing w:after="80"/>
        <w:rPr>
          <w:rFonts w:ascii="Comic Sans MS" w:hAnsi="Comic Sans MS"/>
          <w:sz w:val="20"/>
          <w:szCs w:val="20"/>
        </w:rPr>
      </w:pPr>
      <w:proofErr w:type="spellStart"/>
      <w:r w:rsidRPr="00EA74AD">
        <w:rPr>
          <w:rFonts w:ascii="Comic Sans MS" w:hAnsi="Comic Sans MS"/>
          <w:sz w:val="20"/>
          <w:szCs w:val="20"/>
        </w:rPr>
        <w:t>Çocuklar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iki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gazete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parçasını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yana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koyar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Öğretmen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“Bu </w:t>
      </w:r>
      <w:proofErr w:type="spellStart"/>
      <w:r w:rsidRPr="00EA74AD">
        <w:rPr>
          <w:rFonts w:ascii="Comic Sans MS" w:hAnsi="Comic Sans MS"/>
          <w:sz w:val="20"/>
          <w:szCs w:val="20"/>
        </w:rPr>
        <w:t>parçalar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nasıl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görünüyor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? </w:t>
      </w:r>
      <w:proofErr w:type="spellStart"/>
      <w:r w:rsidRPr="00EA74AD">
        <w:rPr>
          <w:rFonts w:ascii="Comic Sans MS" w:hAnsi="Comic Sans MS"/>
          <w:sz w:val="20"/>
          <w:szCs w:val="20"/>
        </w:rPr>
        <w:t>Hangisi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daha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uzun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hangisi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daha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kısa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?” </w:t>
      </w:r>
      <w:proofErr w:type="spellStart"/>
      <w:r w:rsidRPr="00EA74AD">
        <w:rPr>
          <w:rFonts w:ascii="Comic Sans MS" w:hAnsi="Comic Sans MS"/>
          <w:sz w:val="20"/>
          <w:szCs w:val="20"/>
        </w:rPr>
        <w:t>diye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sorar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Çocuklar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parçaların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benzerlik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farklılıklarını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göstererek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da </w:t>
      </w:r>
      <w:proofErr w:type="spellStart"/>
      <w:r w:rsidRPr="00EA74AD">
        <w:rPr>
          <w:rFonts w:ascii="Comic Sans MS" w:hAnsi="Comic Sans MS"/>
          <w:sz w:val="20"/>
          <w:szCs w:val="20"/>
        </w:rPr>
        <w:t>söyleyerek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karşılaştırır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Ardından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parçalar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kutuya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toplanır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eller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yıkanır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kısa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dinlenme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molası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verilir</w:t>
      </w:r>
      <w:proofErr w:type="spellEnd"/>
      <w:r w:rsidRPr="00EA74AD">
        <w:rPr>
          <w:rFonts w:ascii="Comic Sans MS" w:hAnsi="Comic Sans MS"/>
          <w:sz w:val="20"/>
          <w:szCs w:val="20"/>
        </w:rPr>
        <w:t>. (KB2.7., D18.1.2., D18.2.3.)</w:t>
      </w:r>
    </w:p>
    <w:p w14:paraId="703DB256" w14:textId="1836EFB9" w:rsidR="00551FE0" w:rsidRPr="00EA74AD" w:rsidRDefault="000E0FB1">
      <w:pPr>
        <w:keepLines/>
        <w:spacing w:after="80"/>
        <w:rPr>
          <w:rFonts w:ascii="Comic Sans MS" w:hAnsi="Comic Sans MS"/>
          <w:sz w:val="20"/>
          <w:szCs w:val="20"/>
        </w:rPr>
      </w:pPr>
      <w:proofErr w:type="spellStart"/>
      <w:r w:rsidRPr="00EA74AD">
        <w:rPr>
          <w:rFonts w:ascii="Comic Sans MS" w:hAnsi="Comic Sans MS"/>
          <w:sz w:val="20"/>
          <w:szCs w:val="20"/>
        </w:rPr>
        <w:t>Çocuklar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hamur</w:t>
      </w:r>
      <w:proofErr w:type="spellEnd"/>
      <w:r w:rsidR="00FF1DA1"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="00FF1DA1" w:rsidRPr="00EA74AD">
        <w:rPr>
          <w:rFonts w:ascii="Comic Sans MS" w:hAnsi="Comic Sans MS"/>
          <w:sz w:val="20"/>
          <w:szCs w:val="20"/>
        </w:rPr>
        <w:t>etkinliği</w:t>
      </w:r>
      <w:proofErr w:type="spellEnd"/>
      <w:r w:rsidR="00FF1DA1"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="00FF1DA1" w:rsidRPr="00EA74AD">
        <w:rPr>
          <w:rFonts w:ascii="Comic Sans MS" w:hAnsi="Comic Sans MS"/>
          <w:sz w:val="20"/>
          <w:szCs w:val="20"/>
        </w:rPr>
        <w:t>için</w:t>
      </w:r>
      <w:proofErr w:type="spellEnd"/>
      <w:r w:rsidR="00FF1DA1"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="00FF1DA1" w:rsidRPr="00EA74AD">
        <w:rPr>
          <w:rFonts w:ascii="Comic Sans MS" w:hAnsi="Comic Sans MS"/>
          <w:sz w:val="20"/>
          <w:szCs w:val="20"/>
        </w:rPr>
        <w:t>sincap</w:t>
      </w:r>
      <w:proofErr w:type="spellEnd"/>
      <w:r w:rsidR="00FF1DA1"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="00FF1DA1" w:rsidRPr="00EA74AD">
        <w:rPr>
          <w:rFonts w:ascii="Comic Sans MS" w:hAnsi="Comic Sans MS"/>
          <w:sz w:val="20"/>
          <w:szCs w:val="20"/>
        </w:rPr>
        <w:t>gibi</w:t>
      </w:r>
      <w:proofErr w:type="spellEnd"/>
      <w:r w:rsidR="00FF1DA1"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="00FF1DA1" w:rsidRPr="00EA74AD">
        <w:rPr>
          <w:rFonts w:ascii="Comic Sans MS" w:hAnsi="Comic Sans MS"/>
          <w:sz w:val="20"/>
          <w:szCs w:val="20"/>
        </w:rPr>
        <w:t>hareket</w:t>
      </w:r>
      <w:proofErr w:type="spellEnd"/>
      <w:r w:rsidR="00FF1DA1"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="00FF1DA1" w:rsidRPr="00EA74AD">
        <w:rPr>
          <w:rFonts w:ascii="Comic Sans MS" w:hAnsi="Comic Sans MS"/>
          <w:sz w:val="20"/>
          <w:szCs w:val="20"/>
        </w:rPr>
        <w:t>ederek</w:t>
      </w:r>
      <w:proofErr w:type="spellEnd"/>
      <w:r w:rsidR="00FF1DA1"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="00FF1DA1" w:rsidRPr="00EA74AD">
        <w:rPr>
          <w:rFonts w:ascii="Comic Sans MS" w:hAnsi="Comic Sans MS"/>
          <w:sz w:val="20"/>
          <w:szCs w:val="20"/>
        </w:rPr>
        <w:t>masatya</w:t>
      </w:r>
      <w:proofErr w:type="spellEnd"/>
      <w:r w:rsidR="00FF1DA1"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="00FF1DA1" w:rsidRPr="00EA74AD">
        <w:rPr>
          <w:rFonts w:ascii="Comic Sans MS" w:hAnsi="Comic Sans MS"/>
          <w:sz w:val="20"/>
          <w:szCs w:val="20"/>
        </w:rPr>
        <w:t>geçer</w:t>
      </w:r>
      <w:proofErr w:type="spellEnd"/>
      <w:r w:rsidR="00FF1DA1"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="00FF1DA1" w:rsidRPr="00EA74AD">
        <w:rPr>
          <w:rFonts w:ascii="Comic Sans MS" w:hAnsi="Comic Sans MS"/>
          <w:sz w:val="20"/>
          <w:szCs w:val="20"/>
        </w:rPr>
        <w:t>hamur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rengini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seçer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Hamurun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oyun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için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olduğu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ağza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konulmayacağı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hatırlatılır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Önce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sıkma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yoğurma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özgür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şekillendirme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zamanı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verilir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Öğretmen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parçayı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avuçları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arasında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yuvarlar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; </w:t>
      </w:r>
      <w:proofErr w:type="spellStart"/>
      <w:r w:rsidRPr="00EA74AD">
        <w:rPr>
          <w:rFonts w:ascii="Comic Sans MS" w:hAnsi="Comic Sans MS"/>
          <w:sz w:val="20"/>
          <w:szCs w:val="20"/>
        </w:rPr>
        <w:t>ardından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bastırır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: “Az </w:t>
      </w:r>
      <w:proofErr w:type="spellStart"/>
      <w:r w:rsidRPr="00EA74AD">
        <w:rPr>
          <w:rFonts w:ascii="Comic Sans MS" w:hAnsi="Comic Sans MS"/>
          <w:sz w:val="20"/>
          <w:szCs w:val="20"/>
        </w:rPr>
        <w:t>önce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nasıldı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bastırınca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nasıl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değişti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?” </w:t>
      </w:r>
      <w:proofErr w:type="spellStart"/>
      <w:r w:rsidRPr="00EA74AD">
        <w:rPr>
          <w:rFonts w:ascii="Comic Sans MS" w:hAnsi="Comic Sans MS"/>
          <w:sz w:val="20"/>
          <w:szCs w:val="20"/>
        </w:rPr>
        <w:t>diye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sorar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Çocukların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“</w:t>
      </w:r>
      <w:proofErr w:type="spellStart"/>
      <w:r w:rsidRPr="00EA74AD">
        <w:rPr>
          <w:rFonts w:ascii="Comic Sans MS" w:hAnsi="Comic Sans MS"/>
          <w:sz w:val="20"/>
          <w:szCs w:val="20"/>
        </w:rPr>
        <w:t>Yuvarlaktı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düz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oldu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yayıldı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.” </w:t>
      </w:r>
      <w:proofErr w:type="spellStart"/>
      <w:r w:rsidRPr="00EA74AD">
        <w:rPr>
          <w:rFonts w:ascii="Comic Sans MS" w:hAnsi="Comic Sans MS"/>
          <w:sz w:val="20"/>
          <w:szCs w:val="20"/>
        </w:rPr>
        <w:t>gibi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gözleme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dayalı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ifadeleri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dinlenir</w:t>
      </w:r>
      <w:proofErr w:type="spellEnd"/>
      <w:r w:rsidRPr="00EA74AD">
        <w:rPr>
          <w:rFonts w:ascii="Comic Sans MS" w:hAnsi="Comic Sans MS"/>
          <w:sz w:val="20"/>
          <w:szCs w:val="20"/>
        </w:rPr>
        <w:t>. (HSAB.2.b., KB1., KB2.7.)</w:t>
      </w:r>
    </w:p>
    <w:p w14:paraId="09EF873B" w14:textId="77777777" w:rsidR="00551FE0" w:rsidRPr="00EA74AD" w:rsidRDefault="000E0FB1">
      <w:pPr>
        <w:keepLines/>
        <w:spacing w:after="8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 xml:space="preserve">“Oyun </w:t>
      </w:r>
      <w:proofErr w:type="spellStart"/>
      <w:r w:rsidRPr="00EA74AD">
        <w:rPr>
          <w:rFonts w:ascii="Comic Sans MS" w:hAnsi="Comic Sans MS"/>
          <w:sz w:val="20"/>
          <w:szCs w:val="20"/>
        </w:rPr>
        <w:t>mutfağımız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için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ceviz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tabak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yuva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da </w:t>
      </w:r>
      <w:proofErr w:type="spellStart"/>
      <w:r w:rsidRPr="00EA74AD">
        <w:rPr>
          <w:rFonts w:ascii="Comic Sans MS" w:hAnsi="Comic Sans MS"/>
          <w:sz w:val="20"/>
          <w:szCs w:val="20"/>
        </w:rPr>
        <w:t>senin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düşündüğün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başka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şey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yapabilirsin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.” </w:t>
      </w:r>
      <w:proofErr w:type="spellStart"/>
      <w:r w:rsidRPr="00EA74AD">
        <w:rPr>
          <w:rFonts w:ascii="Comic Sans MS" w:hAnsi="Comic Sans MS"/>
          <w:sz w:val="20"/>
          <w:szCs w:val="20"/>
        </w:rPr>
        <w:t>denir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Çocuk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yuvarlama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yassılaştırmayı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kendi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ürününde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kullanabilir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Tabak </w:t>
      </w:r>
      <w:proofErr w:type="spellStart"/>
      <w:r w:rsidRPr="00EA74AD">
        <w:rPr>
          <w:rFonts w:ascii="Comic Sans MS" w:hAnsi="Comic Sans MS"/>
          <w:sz w:val="20"/>
          <w:szCs w:val="20"/>
        </w:rPr>
        <w:t>yapmak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isteyen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çocuğa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kenarını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parmaklarıyla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kaldırmayı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denemesi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önerilebilir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Ortak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kusursuz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ürün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istenmez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; </w:t>
      </w:r>
      <w:proofErr w:type="spellStart"/>
      <w:r w:rsidRPr="00EA74AD">
        <w:rPr>
          <w:rFonts w:ascii="Comic Sans MS" w:hAnsi="Comic Sans MS"/>
          <w:sz w:val="20"/>
          <w:szCs w:val="20"/>
        </w:rPr>
        <w:t>öğretmen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yalnızca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gereksinim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olduğunda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küçük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hamur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parçasında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model </w:t>
      </w:r>
      <w:proofErr w:type="spellStart"/>
      <w:r w:rsidRPr="00EA74AD">
        <w:rPr>
          <w:rFonts w:ascii="Comic Sans MS" w:hAnsi="Comic Sans MS"/>
          <w:sz w:val="20"/>
          <w:szCs w:val="20"/>
        </w:rPr>
        <w:t>olur</w:t>
      </w:r>
      <w:proofErr w:type="spellEnd"/>
      <w:r w:rsidRPr="00EA74AD">
        <w:rPr>
          <w:rFonts w:ascii="Comic Sans MS" w:hAnsi="Comic Sans MS"/>
          <w:sz w:val="20"/>
          <w:szCs w:val="20"/>
        </w:rPr>
        <w:t>. (SNAB.4.c., SNAB.4.ç., E3.2.)</w:t>
      </w:r>
    </w:p>
    <w:p w14:paraId="45238AD2" w14:textId="77777777" w:rsidR="00551FE0" w:rsidRPr="00EA74AD" w:rsidRDefault="000E0FB1">
      <w:pPr>
        <w:keepLines/>
        <w:spacing w:after="80"/>
        <w:rPr>
          <w:rFonts w:ascii="Comic Sans MS" w:hAnsi="Comic Sans MS"/>
          <w:sz w:val="20"/>
          <w:szCs w:val="20"/>
        </w:rPr>
      </w:pPr>
      <w:proofErr w:type="spellStart"/>
      <w:r w:rsidRPr="00EA74AD">
        <w:rPr>
          <w:rFonts w:ascii="Comic Sans MS" w:hAnsi="Comic Sans MS"/>
          <w:sz w:val="20"/>
          <w:szCs w:val="20"/>
        </w:rPr>
        <w:t>Çocuklar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ürünlerini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kendi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altlıklarında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inceler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Gönüllü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iki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arkadaş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ürünlerini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yana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koyarak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kısa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mutfak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oyunu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kurabilir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Öğretmen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“</w:t>
      </w:r>
      <w:proofErr w:type="spellStart"/>
      <w:r w:rsidRPr="00EA74AD">
        <w:rPr>
          <w:rFonts w:ascii="Comic Sans MS" w:hAnsi="Comic Sans MS"/>
          <w:sz w:val="20"/>
          <w:szCs w:val="20"/>
        </w:rPr>
        <w:t>Neyi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hazırladın</w:t>
      </w:r>
      <w:proofErr w:type="spellEnd"/>
      <w:r w:rsidRPr="00EA74AD">
        <w:rPr>
          <w:rFonts w:ascii="Comic Sans MS" w:hAnsi="Comic Sans MS"/>
          <w:sz w:val="20"/>
          <w:szCs w:val="20"/>
        </w:rPr>
        <w:t>?”, “</w:t>
      </w:r>
      <w:proofErr w:type="spellStart"/>
      <w:r w:rsidRPr="00EA74AD">
        <w:rPr>
          <w:rFonts w:ascii="Comic Sans MS" w:hAnsi="Comic Sans MS"/>
          <w:sz w:val="20"/>
          <w:szCs w:val="20"/>
        </w:rPr>
        <w:t>Bunu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yaparken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hamura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hangi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hareketi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yaptın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?” </w:t>
      </w:r>
      <w:proofErr w:type="spellStart"/>
      <w:r w:rsidRPr="00EA74AD">
        <w:rPr>
          <w:rFonts w:ascii="Comic Sans MS" w:hAnsi="Comic Sans MS"/>
          <w:sz w:val="20"/>
          <w:szCs w:val="20"/>
        </w:rPr>
        <w:t>diye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sorar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Konuşmak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istemeyen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ürününü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gösterebilir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Öğretmen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“</w:t>
      </w:r>
      <w:proofErr w:type="spellStart"/>
      <w:r w:rsidRPr="00EA74AD">
        <w:rPr>
          <w:rFonts w:ascii="Comic Sans MS" w:hAnsi="Comic Sans MS"/>
          <w:sz w:val="20"/>
          <w:szCs w:val="20"/>
        </w:rPr>
        <w:t>Kenarını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yükselttin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; </w:t>
      </w:r>
      <w:proofErr w:type="spellStart"/>
      <w:r w:rsidRPr="00EA74AD">
        <w:rPr>
          <w:rFonts w:ascii="Comic Sans MS" w:hAnsi="Comic Sans MS"/>
          <w:sz w:val="20"/>
          <w:szCs w:val="20"/>
        </w:rPr>
        <w:t>içine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koyduğun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parça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yerinde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kaldı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.” </w:t>
      </w:r>
      <w:proofErr w:type="spellStart"/>
      <w:r w:rsidRPr="00EA74AD">
        <w:rPr>
          <w:rFonts w:ascii="Comic Sans MS" w:hAnsi="Comic Sans MS"/>
          <w:sz w:val="20"/>
          <w:szCs w:val="20"/>
        </w:rPr>
        <w:t>gibi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süreç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odaklı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geri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bildirim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verir</w:t>
      </w:r>
      <w:proofErr w:type="spellEnd"/>
      <w:r w:rsidRPr="00EA74AD">
        <w:rPr>
          <w:rFonts w:ascii="Comic Sans MS" w:hAnsi="Comic Sans MS"/>
          <w:sz w:val="20"/>
          <w:szCs w:val="20"/>
        </w:rPr>
        <w:t>. (TAKB.1.b., SDB2.1.SB4.)</w:t>
      </w:r>
    </w:p>
    <w:p w14:paraId="682F3F44" w14:textId="77777777" w:rsidR="00551FE0" w:rsidRPr="00EA74AD" w:rsidRDefault="000E0FB1">
      <w:pPr>
        <w:keepLines/>
        <w:spacing w:after="80"/>
        <w:rPr>
          <w:rFonts w:ascii="Comic Sans MS" w:hAnsi="Comic Sans MS"/>
          <w:sz w:val="20"/>
          <w:szCs w:val="20"/>
        </w:rPr>
      </w:pPr>
      <w:proofErr w:type="spellStart"/>
      <w:r w:rsidRPr="00EA74AD">
        <w:rPr>
          <w:rFonts w:ascii="Comic Sans MS" w:hAnsi="Comic Sans MS"/>
          <w:sz w:val="20"/>
          <w:szCs w:val="20"/>
        </w:rPr>
        <w:t>Günün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önceden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belirlenen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zamanında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Okul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Postanesi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açılır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Ailelerin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kısa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güven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veren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notları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her </w:t>
      </w:r>
      <w:proofErr w:type="spellStart"/>
      <w:r w:rsidRPr="00EA74AD">
        <w:rPr>
          <w:rFonts w:ascii="Comic Sans MS" w:hAnsi="Comic Sans MS"/>
          <w:sz w:val="20"/>
          <w:szCs w:val="20"/>
        </w:rPr>
        <w:t>çocuğa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okunur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Notlar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yalnızca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ağlayan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çocuklara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verilmez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; </w:t>
      </w:r>
      <w:proofErr w:type="spellStart"/>
      <w:r w:rsidRPr="00EA74AD">
        <w:rPr>
          <w:rFonts w:ascii="Comic Sans MS" w:hAnsi="Comic Sans MS"/>
          <w:sz w:val="20"/>
          <w:szCs w:val="20"/>
        </w:rPr>
        <w:t>tüm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çocukların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yararlanacağı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rutin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oluşturulur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Not </w:t>
      </w:r>
      <w:proofErr w:type="spellStart"/>
      <w:r w:rsidRPr="00EA74AD">
        <w:rPr>
          <w:rFonts w:ascii="Comic Sans MS" w:hAnsi="Comic Sans MS"/>
          <w:sz w:val="20"/>
          <w:szCs w:val="20"/>
        </w:rPr>
        <w:t>gelmeyen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için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aileyle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önceden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iletişim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kurulur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; </w:t>
      </w:r>
      <w:proofErr w:type="spellStart"/>
      <w:r w:rsidRPr="00EA74AD">
        <w:rPr>
          <w:rFonts w:ascii="Comic Sans MS" w:hAnsi="Comic Sans MS"/>
          <w:sz w:val="20"/>
          <w:szCs w:val="20"/>
        </w:rPr>
        <w:t>aile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adına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söz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uydurulmaz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Öğretmen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gerekirse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kendi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adına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“</w:t>
      </w:r>
      <w:proofErr w:type="spellStart"/>
      <w:r w:rsidRPr="00EA74AD">
        <w:rPr>
          <w:rFonts w:ascii="Comic Sans MS" w:hAnsi="Comic Sans MS"/>
          <w:sz w:val="20"/>
          <w:szCs w:val="20"/>
        </w:rPr>
        <w:t>Bugün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birlikte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oynadığımıza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sevindim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.” </w:t>
      </w:r>
      <w:proofErr w:type="spellStart"/>
      <w:r w:rsidRPr="00EA74AD">
        <w:rPr>
          <w:rFonts w:ascii="Comic Sans MS" w:hAnsi="Comic Sans MS"/>
          <w:sz w:val="20"/>
          <w:szCs w:val="20"/>
        </w:rPr>
        <w:t>notu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hazırlayabilir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Dinlemek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istemeyen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notunu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daha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sonra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inceleyebilir</w:t>
      </w:r>
      <w:proofErr w:type="spellEnd"/>
      <w:r w:rsidRPr="00EA74AD">
        <w:rPr>
          <w:rFonts w:ascii="Comic Sans MS" w:hAnsi="Comic Sans MS"/>
          <w:sz w:val="20"/>
          <w:szCs w:val="20"/>
        </w:rPr>
        <w:t>.</w:t>
      </w:r>
    </w:p>
    <w:p w14:paraId="779B0CC9" w14:textId="77777777" w:rsidR="00551FE0" w:rsidRPr="00EA74AD" w:rsidRDefault="000E0FB1">
      <w:pPr>
        <w:keepLines/>
        <w:spacing w:after="8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 xml:space="preserve">Gün </w:t>
      </w:r>
      <w:proofErr w:type="spellStart"/>
      <w:r w:rsidRPr="00EA74AD">
        <w:rPr>
          <w:rFonts w:ascii="Comic Sans MS" w:hAnsi="Comic Sans MS"/>
          <w:sz w:val="20"/>
          <w:szCs w:val="20"/>
        </w:rPr>
        <w:t>sonunda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öğretmen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selamlaşma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panosundaki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görselleri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gösterir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Çocuk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el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sallama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kısa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dans </w:t>
      </w:r>
      <w:proofErr w:type="spellStart"/>
      <w:r w:rsidRPr="00EA74AD">
        <w:rPr>
          <w:rFonts w:ascii="Comic Sans MS" w:hAnsi="Comic Sans MS"/>
          <w:sz w:val="20"/>
          <w:szCs w:val="20"/>
        </w:rPr>
        <w:t>veya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istediği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başka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vedalaşma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biçimini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seçer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; </w:t>
      </w:r>
      <w:proofErr w:type="spellStart"/>
      <w:r w:rsidRPr="00EA74AD">
        <w:rPr>
          <w:rFonts w:ascii="Comic Sans MS" w:hAnsi="Comic Sans MS"/>
          <w:sz w:val="20"/>
          <w:szCs w:val="20"/>
        </w:rPr>
        <w:t>fiziksel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temasa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zorlanmaz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Çocuklar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tek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tek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okulun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teslim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düzenine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uygun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biçimde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ailelerine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teslim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edilir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Aileye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çocuğun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yanında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karşılaştırma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yapılmadan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kısa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gözleme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dayalı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bilgi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verilir</w:t>
      </w:r>
      <w:proofErr w:type="spellEnd"/>
      <w:r w:rsidRPr="00EA74AD">
        <w:rPr>
          <w:rFonts w:ascii="Comic Sans MS" w:hAnsi="Comic Sans MS"/>
          <w:sz w:val="20"/>
          <w:szCs w:val="20"/>
        </w:rPr>
        <w:t>. (OB4.1., SDB3.1., D14.)</w:t>
      </w:r>
    </w:p>
    <w:p w14:paraId="32402A7E" w14:textId="77777777" w:rsidR="00551FE0" w:rsidRPr="00EA74AD" w:rsidRDefault="000E0FB1">
      <w:pPr>
        <w:pStyle w:val="Balk1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color w:val="F85883"/>
          <w:sz w:val="20"/>
          <w:szCs w:val="20"/>
        </w:rPr>
        <w:t>DEĞERLENDİRME</w:t>
      </w:r>
    </w:p>
    <w:p w14:paraId="548864F0" w14:textId="31AE10E5" w:rsidR="00551FE0" w:rsidRPr="00EA74AD" w:rsidRDefault="000E0FB1">
      <w:pPr>
        <w:keepLines/>
        <w:spacing w:after="80"/>
        <w:rPr>
          <w:rFonts w:ascii="Comic Sans MS" w:hAnsi="Comic Sans MS"/>
          <w:sz w:val="20"/>
          <w:szCs w:val="20"/>
        </w:rPr>
      </w:pPr>
      <w:proofErr w:type="spellStart"/>
      <w:r w:rsidRPr="00EA74AD">
        <w:rPr>
          <w:rFonts w:ascii="Comic Sans MS" w:hAnsi="Comic Sans MS"/>
          <w:sz w:val="20"/>
          <w:szCs w:val="20"/>
        </w:rPr>
        <w:t>Gazetede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neler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gördün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onları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nasıl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inceledin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? </w:t>
      </w:r>
    </w:p>
    <w:p w14:paraId="0F953EE1" w14:textId="6DC58252" w:rsidR="00551FE0" w:rsidRPr="00EA74AD" w:rsidRDefault="000E0FB1">
      <w:pPr>
        <w:keepLines/>
        <w:spacing w:after="80"/>
        <w:rPr>
          <w:rFonts w:ascii="Comic Sans MS" w:hAnsi="Comic Sans MS"/>
          <w:sz w:val="20"/>
          <w:szCs w:val="20"/>
        </w:rPr>
      </w:pPr>
      <w:proofErr w:type="spellStart"/>
      <w:r w:rsidRPr="00EA74AD">
        <w:rPr>
          <w:rFonts w:ascii="Comic Sans MS" w:hAnsi="Comic Sans MS"/>
          <w:sz w:val="20"/>
          <w:szCs w:val="20"/>
        </w:rPr>
        <w:t>Bugün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hangi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oyunda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mutlu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oldun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? </w:t>
      </w:r>
    </w:p>
    <w:p w14:paraId="6B9A0298" w14:textId="2EDEABB8" w:rsidR="00551FE0" w:rsidRPr="00EA74AD" w:rsidRDefault="000E0FB1">
      <w:pPr>
        <w:keepLines/>
        <w:spacing w:after="80"/>
        <w:rPr>
          <w:rFonts w:ascii="Comic Sans MS" w:hAnsi="Comic Sans MS"/>
          <w:sz w:val="20"/>
          <w:szCs w:val="20"/>
        </w:rPr>
      </w:pPr>
      <w:proofErr w:type="spellStart"/>
      <w:r w:rsidRPr="00EA74AD">
        <w:rPr>
          <w:rFonts w:ascii="Comic Sans MS" w:hAnsi="Comic Sans MS"/>
          <w:sz w:val="20"/>
          <w:szCs w:val="20"/>
        </w:rPr>
        <w:t>Hamura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bastırınca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şekli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nasıl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değişti</w:t>
      </w:r>
      <w:proofErr w:type="spellEnd"/>
      <w:r w:rsidRPr="00EA74AD">
        <w:rPr>
          <w:rFonts w:ascii="Comic Sans MS" w:hAnsi="Comic Sans MS"/>
          <w:sz w:val="20"/>
          <w:szCs w:val="20"/>
        </w:rPr>
        <w:t>?</w:t>
      </w:r>
    </w:p>
    <w:p w14:paraId="0E627EA7" w14:textId="79D35989" w:rsidR="00551FE0" w:rsidRPr="00EA74AD" w:rsidRDefault="000E0FB1">
      <w:pPr>
        <w:keepLines/>
        <w:spacing w:after="80"/>
        <w:rPr>
          <w:rFonts w:ascii="Comic Sans MS" w:hAnsi="Comic Sans MS"/>
          <w:sz w:val="20"/>
          <w:szCs w:val="20"/>
        </w:rPr>
      </w:pPr>
      <w:proofErr w:type="spellStart"/>
      <w:r w:rsidRPr="00EA74AD">
        <w:rPr>
          <w:rFonts w:ascii="Comic Sans MS" w:hAnsi="Comic Sans MS"/>
          <w:sz w:val="20"/>
          <w:szCs w:val="20"/>
        </w:rPr>
        <w:t>Bugün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kendi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başına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denediğin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şey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neydi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? </w:t>
      </w:r>
    </w:p>
    <w:p w14:paraId="73A182D7" w14:textId="77777777" w:rsidR="00551FE0" w:rsidRPr="00EA74AD" w:rsidRDefault="000E0FB1">
      <w:pPr>
        <w:pStyle w:val="Balk1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color w:val="002060"/>
          <w:sz w:val="20"/>
          <w:szCs w:val="20"/>
        </w:rPr>
        <w:t>FARKLILAŞTIRMA</w:t>
      </w:r>
    </w:p>
    <w:p w14:paraId="16255876" w14:textId="77777777" w:rsidR="00551FE0" w:rsidRPr="00EA74AD" w:rsidRDefault="000E0FB1">
      <w:pPr>
        <w:keepLines/>
        <w:spacing w:after="80"/>
        <w:rPr>
          <w:rFonts w:ascii="Comic Sans MS" w:hAnsi="Comic Sans MS"/>
          <w:sz w:val="20"/>
          <w:szCs w:val="20"/>
        </w:rPr>
      </w:pPr>
      <w:proofErr w:type="spellStart"/>
      <w:r w:rsidRPr="00EA74AD">
        <w:rPr>
          <w:rFonts w:ascii="Comic Sans MS" w:hAnsi="Comic Sans MS"/>
          <w:b/>
          <w:color w:val="2E74B5"/>
          <w:sz w:val="20"/>
          <w:szCs w:val="20"/>
        </w:rPr>
        <w:t>Zenginleştirme</w:t>
      </w:r>
      <w:proofErr w:type="spellEnd"/>
      <w:r w:rsidRPr="00EA74AD">
        <w:rPr>
          <w:rFonts w:ascii="Comic Sans MS" w:hAnsi="Comic Sans MS"/>
          <w:b/>
          <w:color w:val="2E74B5"/>
          <w:sz w:val="20"/>
          <w:szCs w:val="20"/>
        </w:rPr>
        <w:t>:</w:t>
      </w:r>
      <w:r w:rsidRPr="00EA74AD">
        <w:rPr>
          <w:rFonts w:ascii="Comic Sans MS" w:hAnsi="Comic Sans MS"/>
          <w:sz w:val="20"/>
          <w:szCs w:val="20"/>
        </w:rPr>
        <w:t xml:space="preserve"> Daha </w:t>
      </w:r>
      <w:proofErr w:type="spellStart"/>
      <w:r w:rsidRPr="00EA74AD">
        <w:rPr>
          <w:rFonts w:ascii="Comic Sans MS" w:hAnsi="Comic Sans MS"/>
          <w:sz w:val="20"/>
          <w:szCs w:val="20"/>
        </w:rPr>
        <w:t>ileri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denemeler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yapmak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isteyen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gazeteden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seçtiği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fotoğrafı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arkadaşına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anlatır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yorumunu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fotoğraftaki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ayrıntıyla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açıklar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Yırttığı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iki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şeridi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yana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getirerek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uzunluklarını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karşılaştırabilir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Hamur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çalışmasında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tabağına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uygun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yiyecek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da </w:t>
      </w:r>
      <w:proofErr w:type="spellStart"/>
      <w:r w:rsidRPr="00EA74AD">
        <w:rPr>
          <w:rFonts w:ascii="Comic Sans MS" w:hAnsi="Comic Sans MS"/>
          <w:sz w:val="20"/>
          <w:szCs w:val="20"/>
        </w:rPr>
        <w:t>farklı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mutfak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eşyası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tasarlayıp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birlikte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nasıl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kullanılacağını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gösterebilir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Bu </w:t>
      </w:r>
      <w:proofErr w:type="spellStart"/>
      <w:r w:rsidRPr="00EA74AD">
        <w:rPr>
          <w:rFonts w:ascii="Comic Sans MS" w:hAnsi="Comic Sans MS"/>
          <w:sz w:val="20"/>
          <w:szCs w:val="20"/>
        </w:rPr>
        <w:t>seçeneklerden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çocuğun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ilgisine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uygun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olanı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sunulur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; </w:t>
      </w:r>
      <w:proofErr w:type="spellStart"/>
      <w:r w:rsidRPr="00EA74AD">
        <w:rPr>
          <w:rFonts w:ascii="Comic Sans MS" w:hAnsi="Comic Sans MS"/>
          <w:sz w:val="20"/>
          <w:szCs w:val="20"/>
        </w:rPr>
        <w:t>hepsi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görev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olarak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verilmez</w:t>
      </w:r>
      <w:proofErr w:type="spellEnd"/>
      <w:r w:rsidRPr="00EA74AD">
        <w:rPr>
          <w:rFonts w:ascii="Comic Sans MS" w:hAnsi="Comic Sans MS"/>
          <w:sz w:val="20"/>
          <w:szCs w:val="20"/>
        </w:rPr>
        <w:t>.</w:t>
      </w:r>
    </w:p>
    <w:p w14:paraId="31BF5F24" w14:textId="77777777" w:rsidR="00551FE0" w:rsidRPr="00EA74AD" w:rsidRDefault="000E0FB1">
      <w:pPr>
        <w:keepLines/>
        <w:spacing w:after="80"/>
        <w:rPr>
          <w:rFonts w:ascii="Comic Sans MS" w:hAnsi="Comic Sans MS"/>
          <w:sz w:val="20"/>
          <w:szCs w:val="20"/>
        </w:rPr>
      </w:pPr>
      <w:proofErr w:type="spellStart"/>
      <w:r w:rsidRPr="00EA74AD">
        <w:rPr>
          <w:rFonts w:ascii="Comic Sans MS" w:hAnsi="Comic Sans MS"/>
          <w:b/>
          <w:color w:val="2E74B5"/>
          <w:sz w:val="20"/>
          <w:szCs w:val="20"/>
        </w:rPr>
        <w:t>Destekleme</w:t>
      </w:r>
      <w:proofErr w:type="spellEnd"/>
      <w:r w:rsidRPr="00EA74AD">
        <w:rPr>
          <w:rFonts w:ascii="Comic Sans MS" w:hAnsi="Comic Sans MS"/>
          <w:b/>
          <w:color w:val="2E74B5"/>
          <w:sz w:val="20"/>
          <w:szCs w:val="20"/>
        </w:rPr>
        <w:t>:</w:t>
      </w:r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Ceviz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oyununda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top </w:t>
      </w:r>
      <w:proofErr w:type="spellStart"/>
      <w:r w:rsidRPr="00EA74AD">
        <w:rPr>
          <w:rFonts w:ascii="Comic Sans MS" w:hAnsi="Comic Sans MS"/>
          <w:sz w:val="20"/>
          <w:szCs w:val="20"/>
        </w:rPr>
        <w:t>çocuğa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yakından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yuvarlanır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veya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elden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verilir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; </w:t>
      </w:r>
      <w:proofErr w:type="spellStart"/>
      <w:r w:rsidRPr="00EA74AD">
        <w:rPr>
          <w:rFonts w:ascii="Comic Sans MS" w:hAnsi="Comic Sans MS"/>
          <w:sz w:val="20"/>
          <w:szCs w:val="20"/>
        </w:rPr>
        <w:t>çocuk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ses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çıkarmak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yerine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el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sallayabilir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da </w:t>
      </w:r>
      <w:proofErr w:type="spellStart"/>
      <w:r w:rsidRPr="00EA74AD">
        <w:rPr>
          <w:rFonts w:ascii="Comic Sans MS" w:hAnsi="Comic Sans MS"/>
          <w:sz w:val="20"/>
          <w:szCs w:val="20"/>
        </w:rPr>
        <w:t>öğretmenle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birlikte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ses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çıkarabilir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Gazete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incelemesinde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tek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büyük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belirgin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fotoğraf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sunulur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; </w:t>
      </w:r>
      <w:proofErr w:type="spellStart"/>
      <w:r w:rsidRPr="00EA74AD">
        <w:rPr>
          <w:rFonts w:ascii="Comic Sans MS" w:hAnsi="Comic Sans MS"/>
          <w:sz w:val="20"/>
          <w:szCs w:val="20"/>
        </w:rPr>
        <w:t>çocuk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cevabını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işaret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ederek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gösterebilir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Yırtma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için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başlangıç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yırtığı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açılmış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geniş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kâğıt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verilir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Hamuru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şekillendirmekte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zorlanan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çocuğa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büyük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yumuşak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parça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sunulur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; </w:t>
      </w:r>
      <w:proofErr w:type="spellStart"/>
      <w:r w:rsidRPr="00EA74AD">
        <w:rPr>
          <w:rFonts w:ascii="Comic Sans MS" w:hAnsi="Comic Sans MS"/>
          <w:sz w:val="20"/>
          <w:szCs w:val="20"/>
        </w:rPr>
        <w:t>öğretmen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kendi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hamurunda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tek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hareketle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model </w:t>
      </w:r>
      <w:proofErr w:type="spellStart"/>
      <w:r w:rsidRPr="00EA74AD">
        <w:rPr>
          <w:rFonts w:ascii="Comic Sans MS" w:hAnsi="Comic Sans MS"/>
          <w:sz w:val="20"/>
          <w:szCs w:val="20"/>
        </w:rPr>
        <w:t>olur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Yönergeler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kısa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tek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aşamalı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verilir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Ses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hassasiyeti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olan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için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müzik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kapatılır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; </w:t>
      </w:r>
      <w:proofErr w:type="spellStart"/>
      <w:r w:rsidRPr="00EA74AD">
        <w:rPr>
          <w:rFonts w:ascii="Comic Sans MS" w:hAnsi="Comic Sans MS"/>
          <w:sz w:val="20"/>
          <w:szCs w:val="20"/>
        </w:rPr>
        <w:t>ihtiyaç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duyduğunda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sakin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alanda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mola </w:t>
      </w:r>
      <w:proofErr w:type="spellStart"/>
      <w:r w:rsidRPr="00EA74AD">
        <w:rPr>
          <w:rFonts w:ascii="Comic Sans MS" w:hAnsi="Comic Sans MS"/>
          <w:sz w:val="20"/>
          <w:szCs w:val="20"/>
        </w:rPr>
        <w:t>vermesi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sağlanır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Katılım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süresi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iletişim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desteği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varsa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BEP </w:t>
      </w:r>
      <w:proofErr w:type="spellStart"/>
      <w:r w:rsidRPr="00EA74AD">
        <w:rPr>
          <w:rFonts w:ascii="Comic Sans MS" w:hAnsi="Comic Sans MS"/>
          <w:sz w:val="20"/>
          <w:szCs w:val="20"/>
        </w:rPr>
        <w:t>doğrultusunda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uyarlanır</w:t>
      </w:r>
      <w:proofErr w:type="spellEnd"/>
      <w:r w:rsidRPr="00EA74AD">
        <w:rPr>
          <w:rFonts w:ascii="Comic Sans MS" w:hAnsi="Comic Sans MS"/>
          <w:sz w:val="20"/>
          <w:szCs w:val="20"/>
        </w:rPr>
        <w:t>.</w:t>
      </w:r>
    </w:p>
    <w:p w14:paraId="15B1AB5E" w14:textId="77777777" w:rsidR="00551FE0" w:rsidRPr="00EA74AD" w:rsidRDefault="000E0FB1">
      <w:pPr>
        <w:pStyle w:val="Balk1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color w:val="F85883"/>
          <w:sz w:val="20"/>
          <w:szCs w:val="20"/>
        </w:rPr>
        <w:lastRenderedPageBreak/>
        <w:t>AİLE TOPLUM KATILIMI</w:t>
      </w:r>
    </w:p>
    <w:p w14:paraId="5C07ECF8" w14:textId="6D5ECEF1" w:rsidR="00551FE0" w:rsidRPr="00EA74AD" w:rsidRDefault="000E0FB1">
      <w:pPr>
        <w:keepLines/>
        <w:spacing w:after="80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b/>
          <w:color w:val="2E74B5"/>
          <w:sz w:val="20"/>
          <w:szCs w:val="20"/>
        </w:rPr>
        <w:t xml:space="preserve">Aile </w:t>
      </w:r>
      <w:proofErr w:type="spellStart"/>
      <w:r w:rsidRPr="00EA74AD">
        <w:rPr>
          <w:rFonts w:ascii="Comic Sans MS" w:hAnsi="Comic Sans MS"/>
          <w:b/>
          <w:color w:val="2E74B5"/>
          <w:sz w:val="20"/>
          <w:szCs w:val="20"/>
        </w:rPr>
        <w:t>Katılımı</w:t>
      </w:r>
      <w:proofErr w:type="spellEnd"/>
      <w:r w:rsidRPr="00EA74AD">
        <w:rPr>
          <w:rFonts w:ascii="Comic Sans MS" w:hAnsi="Comic Sans MS"/>
          <w:b/>
          <w:color w:val="2E74B5"/>
          <w:sz w:val="20"/>
          <w:szCs w:val="20"/>
        </w:rPr>
        <w:t>:</w:t>
      </w:r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Ailelere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gün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içinde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ceviz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oyunu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gazete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inceleme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hamur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çalışması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yapıldığı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kısaca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bildirilir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Çocuğa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okuldan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sonra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dinlenme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fırsatı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verilmesi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ardından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“</w:t>
      </w:r>
      <w:proofErr w:type="spellStart"/>
      <w:r w:rsidRPr="00EA74AD">
        <w:rPr>
          <w:rFonts w:ascii="Comic Sans MS" w:hAnsi="Comic Sans MS"/>
          <w:sz w:val="20"/>
          <w:szCs w:val="20"/>
        </w:rPr>
        <w:t>Bugün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hangi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oyunu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yeniden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oynamak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istersin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?” </w:t>
      </w:r>
      <w:proofErr w:type="spellStart"/>
      <w:r w:rsidRPr="00EA74AD">
        <w:rPr>
          <w:rFonts w:ascii="Comic Sans MS" w:hAnsi="Comic Sans MS"/>
          <w:sz w:val="20"/>
          <w:szCs w:val="20"/>
        </w:rPr>
        <w:t>diye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sorulması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önerilir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Çocuk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isterse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evde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yumuşak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topu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karşılıklı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yuvarlayarak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ceviz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oyununu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ailesine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gösterebilir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veya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çocuklara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uygun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gazete</w:t>
      </w:r>
      <w:proofErr w:type="spellEnd"/>
      <w:r w:rsidRPr="00EA74AD">
        <w:rPr>
          <w:rFonts w:ascii="Comic Sans MS" w:hAnsi="Comic Sans MS"/>
          <w:sz w:val="20"/>
          <w:szCs w:val="20"/>
        </w:rPr>
        <w:t>/</w:t>
      </w:r>
      <w:proofErr w:type="spellStart"/>
      <w:r w:rsidRPr="00EA74AD">
        <w:rPr>
          <w:rFonts w:ascii="Comic Sans MS" w:hAnsi="Comic Sans MS"/>
          <w:sz w:val="20"/>
          <w:szCs w:val="20"/>
        </w:rPr>
        <w:t>dergi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fotoğrafını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birlikte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inceleyip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gördüklerini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anlatabilir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Ertesi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günün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çantası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birlikte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hazırlanır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; </w:t>
      </w:r>
      <w:proofErr w:type="spellStart"/>
      <w:r w:rsidRPr="00EA74AD">
        <w:rPr>
          <w:rFonts w:ascii="Comic Sans MS" w:hAnsi="Comic Sans MS"/>
          <w:sz w:val="20"/>
          <w:szCs w:val="20"/>
        </w:rPr>
        <w:t>vedalaşma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alınma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zamanı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somut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ifadeyle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hatırlatılır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Okul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Postanesi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için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ailelerden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kısa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güven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veren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not </w:t>
      </w:r>
      <w:proofErr w:type="spellStart"/>
      <w:r w:rsidRPr="00EA74AD">
        <w:rPr>
          <w:rFonts w:ascii="Comic Sans MS" w:hAnsi="Comic Sans MS"/>
          <w:sz w:val="20"/>
          <w:szCs w:val="20"/>
        </w:rPr>
        <w:t>istenir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; </w:t>
      </w:r>
      <w:proofErr w:type="spellStart"/>
      <w:r w:rsidRPr="00EA74AD">
        <w:rPr>
          <w:rFonts w:ascii="Comic Sans MS" w:hAnsi="Comic Sans MS"/>
          <w:sz w:val="20"/>
          <w:szCs w:val="20"/>
        </w:rPr>
        <w:t>notların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tüm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çocuklara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ulaşması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öğretmen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tarafından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takip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edilir</w:t>
      </w:r>
      <w:proofErr w:type="spellEnd"/>
      <w:r w:rsidRPr="00EA74AD">
        <w:rPr>
          <w:rFonts w:ascii="Comic Sans MS" w:hAnsi="Comic Sans MS"/>
          <w:sz w:val="20"/>
          <w:szCs w:val="20"/>
        </w:rPr>
        <w:t>.</w:t>
      </w:r>
    </w:p>
    <w:p w14:paraId="34361FC9" w14:textId="5E610A92" w:rsidR="00EA74AD" w:rsidRPr="00EA74AD" w:rsidRDefault="00EA74AD" w:rsidP="00EA74AD">
      <w:pPr>
        <w:pStyle w:val="Balk3"/>
        <w:rPr>
          <w:rFonts w:ascii="Comic Sans MS" w:hAnsi="Comic Sans MS"/>
          <w:color w:val="auto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>AİLE BİLGİ NOTU</w:t>
      </w:r>
    </w:p>
    <w:p w14:paraId="1B6E35DE" w14:textId="77777777" w:rsidR="00EA74AD" w:rsidRPr="00EA74AD" w:rsidRDefault="00EA74AD" w:rsidP="00EA74AD">
      <w:pPr>
        <w:pStyle w:val="isselectedend"/>
        <w:rPr>
          <w:rFonts w:ascii="Comic Sans MS" w:hAnsi="Comic Sans MS"/>
          <w:sz w:val="20"/>
          <w:szCs w:val="20"/>
        </w:rPr>
      </w:pPr>
      <w:r w:rsidRPr="00EA74AD">
        <w:rPr>
          <w:rStyle w:val="Gl"/>
          <w:rFonts w:ascii="Comic Sans MS" w:hAnsi="Comic Sans MS"/>
          <w:sz w:val="20"/>
          <w:szCs w:val="20"/>
        </w:rPr>
        <w:t>Sevgili Aileler,</w:t>
      </w:r>
    </w:p>
    <w:p w14:paraId="6E1542F0" w14:textId="77777777" w:rsidR="00EA74AD" w:rsidRPr="00EA74AD" w:rsidRDefault="00EA74AD" w:rsidP="00EA74AD">
      <w:pPr>
        <w:pStyle w:val="isselectedend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 xml:space="preserve">Bugün okulumuzda çocuklarımızla </w:t>
      </w:r>
      <w:r w:rsidRPr="00EA74AD">
        <w:rPr>
          <w:rStyle w:val="Gl"/>
          <w:rFonts w:ascii="Comic Sans MS" w:hAnsi="Comic Sans MS"/>
          <w:sz w:val="20"/>
          <w:szCs w:val="20"/>
        </w:rPr>
        <w:t>“Ceviz Oyunu”</w:t>
      </w:r>
      <w:r w:rsidRPr="00EA74AD">
        <w:rPr>
          <w:rFonts w:ascii="Comic Sans MS" w:hAnsi="Comic Sans MS"/>
          <w:sz w:val="20"/>
          <w:szCs w:val="20"/>
        </w:rPr>
        <w:t xml:space="preserve"> oynadık, gazete sayfalarını inceleyerek fotoğraf ve yazıları keşfettik. Gazeteleri yırtarak uzun-kısa karşılaştırmaları yaptık ve oyun hamurlarıyla farklı şekiller oluşturduk.</w:t>
      </w:r>
    </w:p>
    <w:p w14:paraId="40B5E15B" w14:textId="77777777" w:rsidR="00EA74AD" w:rsidRPr="00EA74AD" w:rsidRDefault="00EA74AD" w:rsidP="00EA74AD">
      <w:pPr>
        <w:pStyle w:val="isselectedend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>Akşam çocuğunuza;</w:t>
      </w:r>
    </w:p>
    <w:p w14:paraId="1C9336C1" w14:textId="77777777" w:rsidR="00EA74AD" w:rsidRPr="00EA74AD" w:rsidRDefault="00EA74AD" w:rsidP="00EA74AD">
      <w:pPr>
        <w:numPr>
          <w:ilvl w:val="0"/>
          <w:numId w:val="10"/>
        </w:numPr>
        <w:spacing w:before="100" w:beforeAutospacing="1" w:afterAutospacing="1" w:line="240" w:lineRule="auto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>“</w:t>
      </w:r>
      <w:proofErr w:type="spellStart"/>
      <w:r w:rsidRPr="00EA74AD">
        <w:rPr>
          <w:rFonts w:ascii="Comic Sans MS" w:hAnsi="Comic Sans MS"/>
          <w:sz w:val="20"/>
          <w:szCs w:val="20"/>
        </w:rPr>
        <w:t>Bugün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okulda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hangi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oyunu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oynadınız</w:t>
      </w:r>
      <w:proofErr w:type="spellEnd"/>
      <w:r w:rsidRPr="00EA74AD">
        <w:rPr>
          <w:rFonts w:ascii="Comic Sans MS" w:hAnsi="Comic Sans MS"/>
          <w:sz w:val="20"/>
          <w:szCs w:val="20"/>
        </w:rPr>
        <w:t>?”</w:t>
      </w:r>
    </w:p>
    <w:p w14:paraId="56A843A8" w14:textId="77777777" w:rsidR="00EA74AD" w:rsidRPr="00EA74AD" w:rsidRDefault="00EA74AD" w:rsidP="00EA74AD">
      <w:pPr>
        <w:numPr>
          <w:ilvl w:val="0"/>
          <w:numId w:val="10"/>
        </w:numPr>
        <w:spacing w:before="100" w:beforeAutospacing="1" w:afterAutospacing="1" w:line="240" w:lineRule="auto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>“</w:t>
      </w:r>
      <w:proofErr w:type="spellStart"/>
      <w:r w:rsidRPr="00EA74AD">
        <w:rPr>
          <w:rFonts w:ascii="Comic Sans MS" w:hAnsi="Comic Sans MS"/>
          <w:sz w:val="20"/>
          <w:szCs w:val="20"/>
        </w:rPr>
        <w:t>Gazetede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neler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gördün</w:t>
      </w:r>
      <w:proofErr w:type="spellEnd"/>
      <w:r w:rsidRPr="00EA74AD">
        <w:rPr>
          <w:rFonts w:ascii="Comic Sans MS" w:hAnsi="Comic Sans MS"/>
          <w:sz w:val="20"/>
          <w:szCs w:val="20"/>
        </w:rPr>
        <w:t>?”</w:t>
      </w:r>
    </w:p>
    <w:p w14:paraId="1038710E" w14:textId="77777777" w:rsidR="00EA74AD" w:rsidRPr="00EA74AD" w:rsidRDefault="00EA74AD" w:rsidP="00EA74AD">
      <w:pPr>
        <w:numPr>
          <w:ilvl w:val="0"/>
          <w:numId w:val="10"/>
        </w:numPr>
        <w:spacing w:before="100" w:beforeAutospacing="1" w:afterAutospacing="1" w:line="240" w:lineRule="auto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>“</w:t>
      </w:r>
      <w:proofErr w:type="spellStart"/>
      <w:r w:rsidRPr="00EA74AD">
        <w:rPr>
          <w:rFonts w:ascii="Comic Sans MS" w:hAnsi="Comic Sans MS"/>
          <w:sz w:val="20"/>
          <w:szCs w:val="20"/>
        </w:rPr>
        <w:t>Hamuruna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hangi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şekli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verdin?”</w:t>
      </w:r>
    </w:p>
    <w:p w14:paraId="6055E493" w14:textId="77777777" w:rsidR="00EA74AD" w:rsidRPr="00EA74AD" w:rsidRDefault="00EA74AD" w:rsidP="00EA74AD">
      <w:pPr>
        <w:numPr>
          <w:ilvl w:val="0"/>
          <w:numId w:val="10"/>
        </w:numPr>
        <w:spacing w:before="100" w:beforeAutospacing="1" w:afterAutospacing="1" w:line="240" w:lineRule="auto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>“</w:t>
      </w:r>
      <w:proofErr w:type="spellStart"/>
      <w:r w:rsidRPr="00EA74AD">
        <w:rPr>
          <w:rFonts w:ascii="Comic Sans MS" w:hAnsi="Comic Sans MS"/>
          <w:sz w:val="20"/>
          <w:szCs w:val="20"/>
        </w:rPr>
        <w:t>Bugün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seni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ne </w:t>
      </w:r>
      <w:proofErr w:type="spellStart"/>
      <w:r w:rsidRPr="00EA74AD">
        <w:rPr>
          <w:rFonts w:ascii="Comic Sans MS" w:hAnsi="Comic Sans MS"/>
          <w:sz w:val="20"/>
          <w:szCs w:val="20"/>
        </w:rPr>
        <w:t>mutlu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etti</w:t>
      </w:r>
      <w:proofErr w:type="spellEnd"/>
      <w:r w:rsidRPr="00EA74AD">
        <w:rPr>
          <w:rFonts w:ascii="Comic Sans MS" w:hAnsi="Comic Sans MS"/>
          <w:sz w:val="20"/>
          <w:szCs w:val="20"/>
        </w:rPr>
        <w:t>?”</w:t>
      </w:r>
    </w:p>
    <w:p w14:paraId="5A2EC7F9" w14:textId="77777777" w:rsidR="00EA74AD" w:rsidRPr="00EA74AD" w:rsidRDefault="00EA74AD" w:rsidP="00EA74AD">
      <w:pPr>
        <w:pStyle w:val="isselectedend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>gibi sorular sorarak gününü anlatmasına fırsat verebilirsiniz.</w:t>
      </w:r>
    </w:p>
    <w:p w14:paraId="4FBA7CDD" w14:textId="77777777" w:rsidR="00EA74AD" w:rsidRPr="00EA74AD" w:rsidRDefault="00EA74AD" w:rsidP="00EA74AD">
      <w:pPr>
        <w:pStyle w:val="isselectedend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sz w:val="20"/>
          <w:szCs w:val="20"/>
        </w:rPr>
        <w:t xml:space="preserve">Çocuğunuz isterse evde </w:t>
      </w:r>
      <w:r w:rsidRPr="00EA74AD">
        <w:rPr>
          <w:rStyle w:val="Gl"/>
          <w:rFonts w:ascii="Comic Sans MS" w:hAnsi="Comic Sans MS"/>
          <w:sz w:val="20"/>
          <w:szCs w:val="20"/>
        </w:rPr>
        <w:t>yumuşak bir topu karşılıklı yuvarlayarak</w:t>
      </w:r>
      <w:r w:rsidRPr="00EA74AD">
        <w:rPr>
          <w:rFonts w:ascii="Comic Sans MS" w:hAnsi="Comic Sans MS"/>
          <w:sz w:val="20"/>
          <w:szCs w:val="20"/>
        </w:rPr>
        <w:t xml:space="preserve"> ceviz oyununu sizinle yeniden oynayabilir. Birlikte çocuklara uygun bir dergi veya gazete fotoğrafını inceleyerek “Sence burada ne oluyor?” sorusu üzerine sohbet edebilirsiniz.</w:t>
      </w:r>
    </w:p>
    <w:p w14:paraId="194F8881" w14:textId="408055A8" w:rsidR="00EA74AD" w:rsidRPr="00EA74AD" w:rsidRDefault="00EA74AD" w:rsidP="00EA74AD">
      <w:pPr>
        <w:pStyle w:val="NormalWeb"/>
        <w:rPr>
          <w:rFonts w:ascii="Comic Sans MS" w:hAnsi="Comic Sans MS"/>
          <w:sz w:val="20"/>
          <w:szCs w:val="20"/>
        </w:rPr>
      </w:pPr>
      <w:r w:rsidRPr="00EA74AD">
        <w:rPr>
          <w:rStyle w:val="Gl"/>
          <w:rFonts w:ascii="Comic Sans MS" w:hAnsi="Comic Sans MS"/>
          <w:sz w:val="20"/>
          <w:szCs w:val="20"/>
        </w:rPr>
        <w:t>Sevgiyle…</w:t>
      </w:r>
      <w:r w:rsidRPr="00EA74AD">
        <w:rPr>
          <w:rFonts w:ascii="Comic Sans MS" w:hAnsi="Comic Sans MS"/>
          <w:sz w:val="20"/>
          <w:szCs w:val="20"/>
        </w:rPr>
        <w:br/>
      </w:r>
      <w:r w:rsidRPr="00EA74AD">
        <w:rPr>
          <w:rStyle w:val="Vurgu"/>
          <w:rFonts w:ascii="Comic Sans MS" w:eastAsiaTheme="majorEastAsia" w:hAnsi="Comic Sans MS"/>
          <w:sz w:val="20"/>
          <w:szCs w:val="20"/>
        </w:rPr>
        <w:t>Sınıf Öğretmeni</w:t>
      </w:r>
    </w:p>
    <w:p w14:paraId="371ACC4C" w14:textId="342B74ED" w:rsidR="00551FE0" w:rsidRPr="00EA74AD" w:rsidRDefault="000E0FB1">
      <w:pPr>
        <w:keepLines/>
        <w:spacing w:after="80"/>
        <w:rPr>
          <w:rFonts w:ascii="Comic Sans MS" w:hAnsi="Comic Sans MS"/>
          <w:sz w:val="20"/>
          <w:szCs w:val="20"/>
        </w:rPr>
      </w:pPr>
      <w:proofErr w:type="spellStart"/>
      <w:r w:rsidRPr="00EA74AD">
        <w:rPr>
          <w:rFonts w:ascii="Comic Sans MS" w:hAnsi="Comic Sans MS"/>
          <w:b/>
          <w:color w:val="2E74B5"/>
          <w:sz w:val="20"/>
          <w:szCs w:val="20"/>
        </w:rPr>
        <w:t>Toplum</w:t>
      </w:r>
      <w:proofErr w:type="spellEnd"/>
      <w:r w:rsidRPr="00EA74AD">
        <w:rPr>
          <w:rFonts w:ascii="Comic Sans MS" w:hAnsi="Comic Sans MS"/>
          <w:b/>
          <w:color w:val="2E74B5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b/>
          <w:color w:val="2E74B5"/>
          <w:sz w:val="20"/>
          <w:szCs w:val="20"/>
        </w:rPr>
        <w:t>Katılımı</w:t>
      </w:r>
      <w:proofErr w:type="spellEnd"/>
      <w:r w:rsidRPr="00EA74AD">
        <w:rPr>
          <w:rFonts w:ascii="Comic Sans MS" w:hAnsi="Comic Sans MS"/>
          <w:b/>
          <w:color w:val="2E74B5"/>
          <w:sz w:val="20"/>
          <w:szCs w:val="20"/>
        </w:rPr>
        <w:t>:</w:t>
      </w:r>
      <w:r w:rsidRPr="00EA74AD">
        <w:rPr>
          <w:rFonts w:ascii="Comic Sans MS" w:hAnsi="Comic Sans MS"/>
          <w:sz w:val="20"/>
          <w:szCs w:val="20"/>
        </w:rPr>
        <w:t xml:space="preserve"> </w:t>
      </w:r>
    </w:p>
    <w:p w14:paraId="1A1C5029" w14:textId="77777777" w:rsidR="00551FE0" w:rsidRPr="00EA74AD" w:rsidRDefault="000E0FB1">
      <w:pPr>
        <w:pStyle w:val="Balk1"/>
        <w:rPr>
          <w:rFonts w:ascii="Comic Sans MS" w:hAnsi="Comic Sans MS"/>
          <w:sz w:val="20"/>
          <w:szCs w:val="20"/>
        </w:rPr>
      </w:pPr>
      <w:r w:rsidRPr="00EA74AD">
        <w:rPr>
          <w:rFonts w:ascii="Comic Sans MS" w:hAnsi="Comic Sans MS"/>
          <w:color w:val="F85883"/>
          <w:sz w:val="20"/>
          <w:szCs w:val="20"/>
        </w:rPr>
        <w:t>ALTERNATİF İÇERİKLER VE ÖNERİLER</w:t>
      </w:r>
    </w:p>
    <w:p w14:paraId="4B3BF27C" w14:textId="77777777" w:rsidR="00551FE0" w:rsidRPr="00EA74AD" w:rsidRDefault="000E0FB1">
      <w:pPr>
        <w:keepLines/>
        <w:spacing w:after="80"/>
        <w:rPr>
          <w:rFonts w:ascii="Comic Sans MS" w:hAnsi="Comic Sans MS"/>
          <w:sz w:val="20"/>
          <w:szCs w:val="20"/>
        </w:rPr>
      </w:pPr>
      <w:proofErr w:type="spellStart"/>
      <w:r w:rsidRPr="00EA74AD">
        <w:rPr>
          <w:rFonts w:ascii="Comic Sans MS" w:hAnsi="Comic Sans MS"/>
          <w:sz w:val="20"/>
          <w:szCs w:val="20"/>
        </w:rPr>
        <w:t>Gazete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bulunamazsa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çocuklara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uygun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bir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dergi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sayfası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görsel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inceleme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için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, </w:t>
      </w:r>
      <w:proofErr w:type="spellStart"/>
      <w:r w:rsidRPr="00EA74AD">
        <w:rPr>
          <w:rFonts w:ascii="Comic Sans MS" w:hAnsi="Comic Sans MS"/>
          <w:sz w:val="20"/>
          <w:szCs w:val="20"/>
        </w:rPr>
        <w:t>kullanılmış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temiz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kâğıtlar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yırtma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için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kullanılabilir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Çember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alanı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sınırlıysa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top </w:t>
      </w:r>
      <w:proofErr w:type="spellStart"/>
      <w:r w:rsidRPr="00EA74AD">
        <w:rPr>
          <w:rFonts w:ascii="Comic Sans MS" w:hAnsi="Comic Sans MS"/>
          <w:sz w:val="20"/>
          <w:szCs w:val="20"/>
        </w:rPr>
        <w:t>elden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ele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verilir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EA74AD">
        <w:rPr>
          <w:rFonts w:ascii="Comic Sans MS" w:hAnsi="Comic Sans MS"/>
          <w:sz w:val="20"/>
          <w:szCs w:val="20"/>
        </w:rPr>
        <w:t>Çocuklar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yorulduğunda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etkinlik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kısaltılır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serbest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oyun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veya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dinlenme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süresi</w:t>
      </w:r>
      <w:proofErr w:type="spellEnd"/>
      <w:r w:rsidRPr="00EA74AD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EA74AD">
        <w:rPr>
          <w:rFonts w:ascii="Comic Sans MS" w:hAnsi="Comic Sans MS"/>
          <w:sz w:val="20"/>
          <w:szCs w:val="20"/>
        </w:rPr>
        <w:t>artırılır</w:t>
      </w:r>
      <w:proofErr w:type="spellEnd"/>
      <w:r w:rsidRPr="00EA74AD">
        <w:rPr>
          <w:rFonts w:ascii="Comic Sans MS" w:hAnsi="Comic Sans MS"/>
          <w:sz w:val="20"/>
          <w:szCs w:val="20"/>
        </w:rPr>
        <w:t>.</w:t>
      </w:r>
    </w:p>
    <w:p w14:paraId="31433C09" w14:textId="7B62E04F" w:rsidR="007854DF" w:rsidRPr="00EA74AD" w:rsidRDefault="007854DF">
      <w:pPr>
        <w:keepLines/>
        <w:spacing w:after="80"/>
        <w:rPr>
          <w:rFonts w:ascii="Comic Sans MS" w:hAnsi="Comic Sans MS"/>
          <w:sz w:val="20"/>
          <w:szCs w:val="20"/>
        </w:rPr>
      </w:pPr>
    </w:p>
    <w:p w14:paraId="1B443C00" w14:textId="23BE84DF" w:rsidR="007854DF" w:rsidRPr="00EA74AD" w:rsidRDefault="007854DF">
      <w:pPr>
        <w:keepLines/>
        <w:spacing w:after="80"/>
        <w:rPr>
          <w:rFonts w:ascii="Comic Sans MS" w:hAnsi="Comic Sans MS"/>
          <w:sz w:val="20"/>
          <w:szCs w:val="20"/>
        </w:rPr>
      </w:pPr>
    </w:p>
    <w:p w14:paraId="375D0AE0" w14:textId="1C75FC1A" w:rsidR="007854DF" w:rsidRPr="00EA74AD" w:rsidRDefault="007854DF" w:rsidP="007854DF">
      <w:pPr>
        <w:spacing w:before="160"/>
        <w:rPr>
          <w:rFonts w:ascii="Comic Sans MS" w:hAnsi="Comic Sans MS"/>
          <w:sz w:val="20"/>
          <w:szCs w:val="20"/>
        </w:rPr>
      </w:pPr>
      <w:r w:rsidRPr="00EA74AD">
        <w:rPr>
          <w:rFonts w:ascii="Comic Sans MS" w:eastAsia="Comic Sans MS" w:hAnsi="Comic Sans MS"/>
          <w:i/>
          <w:sz w:val="20"/>
          <w:szCs w:val="20"/>
        </w:rPr>
        <w:t xml:space="preserve">Bu </w:t>
      </w:r>
      <w:proofErr w:type="spellStart"/>
      <w:r w:rsidRPr="00EA74AD">
        <w:rPr>
          <w:rFonts w:ascii="Comic Sans MS" w:eastAsia="Comic Sans MS" w:hAnsi="Comic Sans MS"/>
          <w:i/>
          <w:sz w:val="20"/>
          <w:szCs w:val="20"/>
        </w:rPr>
        <w:t>içerikte</w:t>
      </w:r>
      <w:proofErr w:type="spellEnd"/>
      <w:r w:rsidRPr="00EA74AD">
        <w:rPr>
          <w:rFonts w:ascii="Comic Sans MS" w:eastAsia="Comic Sans MS" w:hAnsi="Comic Sans MS"/>
          <w:i/>
          <w:sz w:val="20"/>
          <w:szCs w:val="20"/>
        </w:rPr>
        <w:t xml:space="preserve"> </w:t>
      </w:r>
      <w:proofErr w:type="spellStart"/>
      <w:r w:rsidRPr="00EA74AD">
        <w:rPr>
          <w:rFonts w:ascii="Comic Sans MS" w:eastAsia="Comic Sans MS" w:hAnsi="Comic Sans MS"/>
          <w:i/>
          <w:sz w:val="20"/>
          <w:szCs w:val="20"/>
        </w:rPr>
        <w:t>yer</w:t>
      </w:r>
      <w:proofErr w:type="spellEnd"/>
      <w:r w:rsidRPr="00EA74AD">
        <w:rPr>
          <w:rFonts w:ascii="Comic Sans MS" w:eastAsia="Comic Sans MS" w:hAnsi="Comic Sans MS"/>
          <w:i/>
          <w:sz w:val="20"/>
          <w:szCs w:val="20"/>
        </w:rPr>
        <w:t xml:space="preserve"> </w:t>
      </w:r>
      <w:proofErr w:type="spellStart"/>
      <w:r w:rsidRPr="00EA74AD">
        <w:rPr>
          <w:rFonts w:ascii="Comic Sans MS" w:eastAsia="Comic Sans MS" w:hAnsi="Comic Sans MS"/>
          <w:i/>
          <w:sz w:val="20"/>
          <w:szCs w:val="20"/>
        </w:rPr>
        <w:t>alan</w:t>
      </w:r>
      <w:proofErr w:type="spellEnd"/>
      <w:r w:rsidRPr="00EA74AD">
        <w:rPr>
          <w:rFonts w:ascii="Comic Sans MS" w:eastAsia="Comic Sans MS" w:hAnsi="Comic Sans MS"/>
          <w:i/>
          <w:sz w:val="20"/>
          <w:szCs w:val="20"/>
        </w:rPr>
        <w:t xml:space="preserve"> </w:t>
      </w:r>
      <w:proofErr w:type="spellStart"/>
      <w:r w:rsidRPr="00EA74AD">
        <w:rPr>
          <w:rFonts w:ascii="Comic Sans MS" w:eastAsia="Comic Sans MS" w:hAnsi="Comic Sans MS"/>
          <w:i/>
          <w:sz w:val="20"/>
          <w:szCs w:val="20"/>
        </w:rPr>
        <w:t>yazı</w:t>
      </w:r>
      <w:proofErr w:type="spellEnd"/>
      <w:r w:rsidRPr="00EA74AD">
        <w:rPr>
          <w:rFonts w:ascii="Comic Sans MS" w:eastAsia="Comic Sans MS" w:hAnsi="Comic Sans MS"/>
          <w:i/>
          <w:sz w:val="20"/>
          <w:szCs w:val="20"/>
        </w:rPr>
        <w:t xml:space="preserve">, </w:t>
      </w:r>
      <w:proofErr w:type="spellStart"/>
      <w:r w:rsidRPr="00EA74AD">
        <w:rPr>
          <w:rFonts w:ascii="Comic Sans MS" w:eastAsia="Comic Sans MS" w:hAnsi="Comic Sans MS"/>
          <w:i/>
          <w:sz w:val="20"/>
          <w:szCs w:val="20"/>
        </w:rPr>
        <w:t>fotoğraf</w:t>
      </w:r>
      <w:proofErr w:type="spellEnd"/>
      <w:r w:rsidRPr="00EA74AD">
        <w:rPr>
          <w:rFonts w:ascii="Comic Sans MS" w:eastAsia="Comic Sans MS" w:hAnsi="Comic Sans MS"/>
          <w:i/>
          <w:sz w:val="20"/>
          <w:szCs w:val="20"/>
        </w:rPr>
        <w:t xml:space="preserve"> </w:t>
      </w:r>
      <w:proofErr w:type="spellStart"/>
      <w:r w:rsidRPr="00EA74AD">
        <w:rPr>
          <w:rFonts w:ascii="Comic Sans MS" w:eastAsia="Comic Sans MS" w:hAnsi="Comic Sans MS"/>
          <w:i/>
          <w:sz w:val="20"/>
          <w:szCs w:val="20"/>
        </w:rPr>
        <w:t>ve</w:t>
      </w:r>
      <w:proofErr w:type="spellEnd"/>
      <w:r w:rsidRPr="00EA74AD">
        <w:rPr>
          <w:rFonts w:ascii="Comic Sans MS" w:eastAsia="Comic Sans MS" w:hAnsi="Comic Sans MS"/>
          <w:i/>
          <w:sz w:val="20"/>
          <w:szCs w:val="20"/>
        </w:rPr>
        <w:t xml:space="preserve"> </w:t>
      </w:r>
      <w:proofErr w:type="spellStart"/>
      <w:r w:rsidRPr="00EA74AD">
        <w:rPr>
          <w:rFonts w:ascii="Comic Sans MS" w:eastAsia="Comic Sans MS" w:hAnsi="Comic Sans MS"/>
          <w:i/>
          <w:sz w:val="20"/>
          <w:szCs w:val="20"/>
        </w:rPr>
        <w:t>sair</w:t>
      </w:r>
      <w:proofErr w:type="spellEnd"/>
      <w:r w:rsidRPr="00EA74AD">
        <w:rPr>
          <w:rFonts w:ascii="Comic Sans MS" w:eastAsia="Comic Sans MS" w:hAnsi="Comic Sans MS"/>
          <w:i/>
          <w:sz w:val="20"/>
          <w:szCs w:val="20"/>
        </w:rPr>
        <w:t xml:space="preserve"> </w:t>
      </w:r>
      <w:proofErr w:type="spellStart"/>
      <w:r w:rsidRPr="00EA74AD">
        <w:rPr>
          <w:rFonts w:ascii="Comic Sans MS" w:eastAsia="Comic Sans MS" w:hAnsi="Comic Sans MS"/>
          <w:i/>
          <w:sz w:val="20"/>
          <w:szCs w:val="20"/>
        </w:rPr>
        <w:t>içeriklerin</w:t>
      </w:r>
      <w:proofErr w:type="spellEnd"/>
      <w:r w:rsidRPr="00EA74AD">
        <w:rPr>
          <w:rFonts w:ascii="Comic Sans MS" w:eastAsia="Comic Sans MS" w:hAnsi="Comic Sans MS"/>
          <w:i/>
          <w:sz w:val="20"/>
          <w:szCs w:val="20"/>
        </w:rPr>
        <w:t xml:space="preserve">, </w:t>
      </w:r>
      <w:proofErr w:type="spellStart"/>
      <w:r w:rsidRPr="00EA74AD">
        <w:rPr>
          <w:rFonts w:ascii="Comic Sans MS" w:eastAsia="Comic Sans MS" w:hAnsi="Comic Sans MS"/>
          <w:i/>
          <w:sz w:val="20"/>
          <w:szCs w:val="20"/>
        </w:rPr>
        <w:t>bireysel</w:t>
      </w:r>
      <w:proofErr w:type="spellEnd"/>
      <w:r w:rsidRPr="00EA74AD">
        <w:rPr>
          <w:rFonts w:ascii="Comic Sans MS" w:eastAsia="Comic Sans MS" w:hAnsi="Comic Sans MS"/>
          <w:i/>
          <w:sz w:val="20"/>
          <w:szCs w:val="20"/>
        </w:rPr>
        <w:t xml:space="preserve"> </w:t>
      </w:r>
      <w:proofErr w:type="spellStart"/>
      <w:r w:rsidRPr="00EA74AD">
        <w:rPr>
          <w:rFonts w:ascii="Comic Sans MS" w:eastAsia="Comic Sans MS" w:hAnsi="Comic Sans MS"/>
          <w:i/>
          <w:sz w:val="20"/>
          <w:szCs w:val="20"/>
        </w:rPr>
        <w:t>kullanım</w:t>
      </w:r>
      <w:proofErr w:type="spellEnd"/>
      <w:r w:rsidRPr="00EA74AD">
        <w:rPr>
          <w:rFonts w:ascii="Comic Sans MS" w:eastAsia="Comic Sans MS" w:hAnsi="Comic Sans MS"/>
          <w:i/>
          <w:sz w:val="20"/>
          <w:szCs w:val="20"/>
        </w:rPr>
        <w:t xml:space="preserve"> </w:t>
      </w:r>
      <w:proofErr w:type="spellStart"/>
      <w:r w:rsidRPr="00EA74AD">
        <w:rPr>
          <w:rFonts w:ascii="Comic Sans MS" w:eastAsia="Comic Sans MS" w:hAnsi="Comic Sans MS"/>
          <w:i/>
          <w:sz w:val="20"/>
          <w:szCs w:val="20"/>
        </w:rPr>
        <w:t>dışında</w:t>
      </w:r>
      <w:proofErr w:type="spellEnd"/>
      <w:r w:rsidRPr="00EA74AD">
        <w:rPr>
          <w:rFonts w:ascii="Comic Sans MS" w:eastAsia="Comic Sans MS" w:hAnsi="Comic Sans MS"/>
          <w:i/>
          <w:sz w:val="20"/>
          <w:szCs w:val="20"/>
        </w:rPr>
        <w:t xml:space="preserve"> </w:t>
      </w:r>
      <w:proofErr w:type="spellStart"/>
      <w:r w:rsidRPr="00EA74AD">
        <w:rPr>
          <w:rFonts w:ascii="Comic Sans MS" w:eastAsia="Comic Sans MS" w:hAnsi="Comic Sans MS"/>
          <w:i/>
          <w:sz w:val="20"/>
          <w:szCs w:val="20"/>
        </w:rPr>
        <w:t>izin</w:t>
      </w:r>
      <w:proofErr w:type="spellEnd"/>
      <w:r w:rsidRPr="00EA74AD">
        <w:rPr>
          <w:rFonts w:ascii="Comic Sans MS" w:eastAsia="Comic Sans MS" w:hAnsi="Comic Sans MS"/>
          <w:i/>
          <w:sz w:val="20"/>
          <w:szCs w:val="20"/>
        </w:rPr>
        <w:t xml:space="preserve"> </w:t>
      </w:r>
      <w:proofErr w:type="spellStart"/>
      <w:r w:rsidRPr="00EA74AD">
        <w:rPr>
          <w:rFonts w:ascii="Comic Sans MS" w:eastAsia="Comic Sans MS" w:hAnsi="Comic Sans MS"/>
          <w:i/>
          <w:sz w:val="20"/>
          <w:szCs w:val="20"/>
        </w:rPr>
        <w:t>alınmadan</w:t>
      </w:r>
      <w:proofErr w:type="spellEnd"/>
      <w:r w:rsidRPr="00EA74AD">
        <w:rPr>
          <w:rFonts w:ascii="Comic Sans MS" w:eastAsia="Comic Sans MS" w:hAnsi="Comic Sans MS"/>
          <w:i/>
          <w:sz w:val="20"/>
          <w:szCs w:val="20"/>
        </w:rPr>
        <w:t xml:space="preserve"> </w:t>
      </w:r>
      <w:proofErr w:type="spellStart"/>
      <w:r w:rsidRPr="00EA74AD">
        <w:rPr>
          <w:rFonts w:ascii="Comic Sans MS" w:eastAsia="Comic Sans MS" w:hAnsi="Comic Sans MS"/>
          <w:i/>
          <w:sz w:val="20"/>
          <w:szCs w:val="20"/>
        </w:rPr>
        <w:t>kısmen</w:t>
      </w:r>
      <w:proofErr w:type="spellEnd"/>
      <w:r w:rsidRPr="00EA74AD">
        <w:rPr>
          <w:rFonts w:ascii="Comic Sans MS" w:eastAsia="Comic Sans MS" w:hAnsi="Comic Sans MS"/>
          <w:i/>
          <w:sz w:val="20"/>
          <w:szCs w:val="20"/>
        </w:rPr>
        <w:t xml:space="preserve"> </w:t>
      </w:r>
      <w:proofErr w:type="spellStart"/>
      <w:r w:rsidRPr="00EA74AD">
        <w:rPr>
          <w:rFonts w:ascii="Comic Sans MS" w:eastAsia="Comic Sans MS" w:hAnsi="Comic Sans MS"/>
          <w:i/>
          <w:sz w:val="20"/>
          <w:szCs w:val="20"/>
        </w:rPr>
        <w:t>ya</w:t>
      </w:r>
      <w:proofErr w:type="spellEnd"/>
      <w:r w:rsidRPr="00EA74AD">
        <w:rPr>
          <w:rFonts w:ascii="Comic Sans MS" w:eastAsia="Comic Sans MS" w:hAnsi="Comic Sans MS"/>
          <w:i/>
          <w:sz w:val="20"/>
          <w:szCs w:val="20"/>
        </w:rPr>
        <w:t xml:space="preserve"> da </w:t>
      </w:r>
      <w:proofErr w:type="spellStart"/>
      <w:r w:rsidRPr="00EA74AD">
        <w:rPr>
          <w:rFonts w:ascii="Comic Sans MS" w:eastAsia="Comic Sans MS" w:hAnsi="Comic Sans MS"/>
          <w:i/>
          <w:sz w:val="20"/>
          <w:szCs w:val="20"/>
        </w:rPr>
        <w:t>tamamen</w:t>
      </w:r>
      <w:proofErr w:type="spellEnd"/>
      <w:r w:rsidRPr="00EA74AD">
        <w:rPr>
          <w:rFonts w:ascii="Comic Sans MS" w:eastAsia="Comic Sans MS" w:hAnsi="Comic Sans MS"/>
          <w:i/>
          <w:sz w:val="20"/>
          <w:szCs w:val="20"/>
        </w:rPr>
        <w:t xml:space="preserve"> </w:t>
      </w:r>
      <w:proofErr w:type="spellStart"/>
      <w:r w:rsidRPr="00EA74AD">
        <w:rPr>
          <w:rFonts w:ascii="Comic Sans MS" w:eastAsia="Comic Sans MS" w:hAnsi="Comic Sans MS"/>
          <w:i/>
          <w:sz w:val="20"/>
          <w:szCs w:val="20"/>
        </w:rPr>
        <w:t>kopyalanması</w:t>
      </w:r>
      <w:proofErr w:type="spellEnd"/>
      <w:r w:rsidRPr="00EA74AD">
        <w:rPr>
          <w:rFonts w:ascii="Comic Sans MS" w:eastAsia="Comic Sans MS" w:hAnsi="Comic Sans MS"/>
          <w:i/>
          <w:sz w:val="20"/>
          <w:szCs w:val="20"/>
        </w:rPr>
        <w:t xml:space="preserve">, </w:t>
      </w:r>
      <w:proofErr w:type="spellStart"/>
      <w:r w:rsidRPr="00EA74AD">
        <w:rPr>
          <w:rFonts w:ascii="Comic Sans MS" w:eastAsia="Comic Sans MS" w:hAnsi="Comic Sans MS"/>
          <w:i/>
          <w:sz w:val="20"/>
          <w:szCs w:val="20"/>
        </w:rPr>
        <w:t>çoğaltılması</w:t>
      </w:r>
      <w:proofErr w:type="spellEnd"/>
      <w:r w:rsidRPr="00EA74AD">
        <w:rPr>
          <w:rFonts w:ascii="Comic Sans MS" w:eastAsia="Comic Sans MS" w:hAnsi="Comic Sans MS"/>
          <w:i/>
          <w:sz w:val="20"/>
          <w:szCs w:val="20"/>
        </w:rPr>
        <w:t xml:space="preserve">, </w:t>
      </w:r>
      <w:proofErr w:type="spellStart"/>
      <w:r w:rsidRPr="00EA74AD">
        <w:rPr>
          <w:rFonts w:ascii="Comic Sans MS" w:eastAsia="Comic Sans MS" w:hAnsi="Comic Sans MS"/>
          <w:i/>
          <w:sz w:val="20"/>
          <w:szCs w:val="20"/>
        </w:rPr>
        <w:t>kullanılması</w:t>
      </w:r>
      <w:proofErr w:type="spellEnd"/>
      <w:r w:rsidRPr="00EA74AD">
        <w:rPr>
          <w:rFonts w:ascii="Comic Sans MS" w:eastAsia="Comic Sans MS" w:hAnsi="Comic Sans MS"/>
          <w:i/>
          <w:sz w:val="20"/>
          <w:szCs w:val="20"/>
        </w:rPr>
        <w:t xml:space="preserve">, </w:t>
      </w:r>
      <w:proofErr w:type="spellStart"/>
      <w:r w:rsidRPr="00EA74AD">
        <w:rPr>
          <w:rFonts w:ascii="Comic Sans MS" w:eastAsia="Comic Sans MS" w:hAnsi="Comic Sans MS"/>
          <w:i/>
          <w:sz w:val="20"/>
          <w:szCs w:val="20"/>
        </w:rPr>
        <w:t>yayınlanması</w:t>
      </w:r>
      <w:proofErr w:type="spellEnd"/>
      <w:r w:rsidRPr="00EA74AD">
        <w:rPr>
          <w:rFonts w:ascii="Comic Sans MS" w:eastAsia="Comic Sans MS" w:hAnsi="Comic Sans MS"/>
          <w:i/>
          <w:sz w:val="20"/>
          <w:szCs w:val="20"/>
        </w:rPr>
        <w:t xml:space="preserve"> </w:t>
      </w:r>
      <w:proofErr w:type="spellStart"/>
      <w:r w:rsidRPr="00EA74AD">
        <w:rPr>
          <w:rFonts w:ascii="Comic Sans MS" w:eastAsia="Comic Sans MS" w:hAnsi="Comic Sans MS"/>
          <w:i/>
          <w:sz w:val="20"/>
          <w:szCs w:val="20"/>
        </w:rPr>
        <w:t>ve</w:t>
      </w:r>
      <w:proofErr w:type="spellEnd"/>
      <w:r w:rsidRPr="00EA74AD">
        <w:rPr>
          <w:rFonts w:ascii="Comic Sans MS" w:eastAsia="Comic Sans MS" w:hAnsi="Comic Sans MS"/>
          <w:i/>
          <w:sz w:val="20"/>
          <w:szCs w:val="20"/>
        </w:rPr>
        <w:t xml:space="preserve"> </w:t>
      </w:r>
      <w:proofErr w:type="spellStart"/>
      <w:r w:rsidRPr="00EA74AD">
        <w:rPr>
          <w:rFonts w:ascii="Comic Sans MS" w:eastAsia="Comic Sans MS" w:hAnsi="Comic Sans MS"/>
          <w:i/>
          <w:sz w:val="20"/>
          <w:szCs w:val="20"/>
        </w:rPr>
        <w:t>dağıtılması</w:t>
      </w:r>
      <w:proofErr w:type="spellEnd"/>
      <w:r w:rsidRPr="00EA74AD">
        <w:rPr>
          <w:rFonts w:ascii="Comic Sans MS" w:eastAsia="Comic Sans MS" w:hAnsi="Comic Sans MS"/>
          <w:i/>
          <w:sz w:val="20"/>
          <w:szCs w:val="20"/>
        </w:rPr>
        <w:t xml:space="preserve"> </w:t>
      </w:r>
      <w:proofErr w:type="spellStart"/>
      <w:r w:rsidRPr="00EA74AD">
        <w:rPr>
          <w:rFonts w:ascii="Comic Sans MS" w:eastAsia="Comic Sans MS" w:hAnsi="Comic Sans MS"/>
          <w:i/>
          <w:sz w:val="20"/>
          <w:szCs w:val="20"/>
        </w:rPr>
        <w:t>yasaktır</w:t>
      </w:r>
      <w:proofErr w:type="spellEnd"/>
      <w:r w:rsidRPr="00EA74AD">
        <w:rPr>
          <w:rFonts w:ascii="Comic Sans MS" w:eastAsia="Comic Sans MS" w:hAnsi="Comic Sans MS"/>
          <w:i/>
          <w:sz w:val="20"/>
          <w:szCs w:val="20"/>
        </w:rPr>
        <w:t xml:space="preserve">. </w:t>
      </w:r>
      <w:proofErr w:type="spellStart"/>
      <w:r w:rsidRPr="00EA74AD">
        <w:rPr>
          <w:rFonts w:ascii="Comic Sans MS" w:eastAsia="Comic Sans MS" w:hAnsi="Comic Sans MS"/>
          <w:i/>
          <w:sz w:val="20"/>
          <w:szCs w:val="20"/>
        </w:rPr>
        <w:t>İçeriğin</w:t>
      </w:r>
      <w:proofErr w:type="spellEnd"/>
      <w:r w:rsidRPr="00EA74AD">
        <w:rPr>
          <w:rFonts w:ascii="Comic Sans MS" w:eastAsia="Comic Sans MS" w:hAnsi="Comic Sans MS"/>
          <w:i/>
          <w:sz w:val="20"/>
          <w:szCs w:val="20"/>
        </w:rPr>
        <w:t xml:space="preserve"> </w:t>
      </w:r>
      <w:proofErr w:type="spellStart"/>
      <w:r w:rsidRPr="00EA74AD">
        <w:rPr>
          <w:rFonts w:ascii="Comic Sans MS" w:eastAsia="Comic Sans MS" w:hAnsi="Comic Sans MS"/>
          <w:i/>
          <w:sz w:val="20"/>
          <w:szCs w:val="20"/>
        </w:rPr>
        <w:t>tüm</w:t>
      </w:r>
      <w:proofErr w:type="spellEnd"/>
      <w:r w:rsidRPr="00EA74AD">
        <w:rPr>
          <w:rFonts w:ascii="Comic Sans MS" w:eastAsia="Comic Sans MS" w:hAnsi="Comic Sans MS"/>
          <w:i/>
          <w:sz w:val="20"/>
          <w:szCs w:val="20"/>
        </w:rPr>
        <w:t xml:space="preserve"> </w:t>
      </w:r>
      <w:proofErr w:type="spellStart"/>
      <w:r w:rsidRPr="00EA74AD">
        <w:rPr>
          <w:rFonts w:ascii="Comic Sans MS" w:eastAsia="Comic Sans MS" w:hAnsi="Comic Sans MS"/>
          <w:i/>
          <w:sz w:val="20"/>
          <w:szCs w:val="20"/>
        </w:rPr>
        <w:t>hakları</w:t>
      </w:r>
      <w:proofErr w:type="spellEnd"/>
      <w:r w:rsidRPr="00EA74AD">
        <w:rPr>
          <w:rFonts w:ascii="Comic Sans MS" w:eastAsia="Comic Sans MS" w:hAnsi="Comic Sans MS"/>
          <w:i/>
          <w:sz w:val="20"/>
          <w:szCs w:val="20"/>
        </w:rPr>
        <w:t xml:space="preserve"> </w:t>
      </w:r>
      <w:proofErr w:type="spellStart"/>
      <w:r w:rsidRPr="00EA74AD">
        <w:rPr>
          <w:rFonts w:ascii="Comic Sans MS" w:eastAsia="Comic Sans MS" w:hAnsi="Comic Sans MS"/>
          <w:i/>
          <w:sz w:val="20"/>
          <w:szCs w:val="20"/>
        </w:rPr>
        <w:t>saklıdır</w:t>
      </w:r>
      <w:proofErr w:type="spellEnd"/>
      <w:r w:rsidRPr="00EA74AD">
        <w:rPr>
          <w:rFonts w:ascii="Comic Sans MS" w:eastAsia="Comic Sans MS" w:hAnsi="Comic Sans MS"/>
          <w:i/>
          <w:sz w:val="20"/>
          <w:szCs w:val="20"/>
        </w:rPr>
        <w:t xml:space="preserve">.  </w:t>
      </w:r>
      <w:r w:rsidRPr="00EA74AD">
        <w:rPr>
          <w:rFonts w:ascii="Comic Sans MS" w:eastAsia="Comic Sans MS" w:hAnsi="Comic Sans MS"/>
          <w:noProof/>
          <w:sz w:val="20"/>
          <w:szCs w:val="20"/>
        </w:rPr>
        <w:drawing>
          <wp:inline distT="0" distB="0" distL="0" distR="0" wp14:anchorId="2E20B218" wp14:editId="0E48DDE9">
            <wp:extent cx="399410" cy="199246"/>
            <wp:effectExtent l="0" t="0" r="1270" b="0"/>
            <wp:docPr id="1" name="Resim 1" descr="Anneninokulu logosu" title="Anneninoku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nneninokulu logosu" title="Anneninokulu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8780" cy="19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69BB7" w14:textId="77777777" w:rsidR="007854DF" w:rsidRPr="00EA74AD" w:rsidRDefault="007854DF">
      <w:pPr>
        <w:keepLines/>
        <w:spacing w:after="80"/>
        <w:rPr>
          <w:rFonts w:ascii="Comic Sans MS" w:hAnsi="Comic Sans MS"/>
          <w:sz w:val="20"/>
          <w:szCs w:val="20"/>
        </w:rPr>
      </w:pPr>
    </w:p>
    <w:sectPr w:rsidR="007854DF" w:rsidRPr="00EA74AD" w:rsidSect="00773AC7">
      <w:pgSz w:w="11906" w:h="16838"/>
      <w:pgMar w:top="964" w:right="1020" w:bottom="142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DEBDC" w14:textId="77777777" w:rsidR="00431943" w:rsidRDefault="00431943">
      <w:pPr>
        <w:spacing w:after="0" w:line="240" w:lineRule="auto"/>
      </w:pPr>
      <w:r>
        <w:separator/>
      </w:r>
    </w:p>
  </w:endnote>
  <w:endnote w:type="continuationSeparator" w:id="0">
    <w:p w14:paraId="65592BD7" w14:textId="77777777" w:rsidR="00431943" w:rsidRDefault="00431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37DC2" w14:textId="77777777" w:rsidR="00431943" w:rsidRDefault="00431943">
      <w:pPr>
        <w:spacing w:after="0" w:line="240" w:lineRule="auto"/>
      </w:pPr>
      <w:r>
        <w:separator/>
      </w:r>
    </w:p>
  </w:footnote>
  <w:footnote w:type="continuationSeparator" w:id="0">
    <w:p w14:paraId="5FB1DA59" w14:textId="77777777" w:rsidR="00431943" w:rsidRDefault="00431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F470E69"/>
    <w:multiLevelType w:val="multilevel"/>
    <w:tmpl w:val="00646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0FB1"/>
    <w:rsid w:val="0015074B"/>
    <w:rsid w:val="00191D63"/>
    <w:rsid w:val="0029639D"/>
    <w:rsid w:val="00326F90"/>
    <w:rsid w:val="00401F3E"/>
    <w:rsid w:val="00431943"/>
    <w:rsid w:val="00551FE0"/>
    <w:rsid w:val="005722F7"/>
    <w:rsid w:val="00773AC7"/>
    <w:rsid w:val="007854DF"/>
    <w:rsid w:val="00A03B26"/>
    <w:rsid w:val="00A07326"/>
    <w:rsid w:val="00AA1D8D"/>
    <w:rsid w:val="00B2191D"/>
    <w:rsid w:val="00B47730"/>
    <w:rsid w:val="00CB0664"/>
    <w:rsid w:val="00CB3006"/>
    <w:rsid w:val="00E30514"/>
    <w:rsid w:val="00EA74AD"/>
    <w:rsid w:val="00FC693F"/>
    <w:rsid w:val="00FF12B6"/>
    <w:rsid w:val="00FF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876B437"/>
  <w14:defaultImageDpi w14:val="300"/>
  <w15:docId w15:val="{3292C779-27CB-4D46-A7A0-9B1C5BD88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Calibri" w:hAnsi="Calibri"/>
      <w:color w:val="00000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sz w:val="23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sz w:val="23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spacing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28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uiPriority w:val="99"/>
    <w:unhideWhenUsed/>
    <w:rsid w:val="00FF1DA1"/>
    <w:rPr>
      <w:color w:val="0563C1"/>
      <w:u w:val="single"/>
    </w:rPr>
  </w:style>
  <w:style w:type="paragraph" w:customStyle="1" w:styleId="isselectedend">
    <w:name w:val="isselectedend"/>
    <w:basedOn w:val="Normal"/>
    <w:rsid w:val="00EA74AD"/>
    <w:pPr>
      <w:spacing w:before="100"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tr-TR" w:eastAsia="tr-TR"/>
    </w:rPr>
  </w:style>
  <w:style w:type="paragraph" w:styleId="NormalWeb">
    <w:name w:val="Normal (Web)"/>
    <w:basedOn w:val="Normal"/>
    <w:uiPriority w:val="99"/>
    <w:semiHidden/>
    <w:unhideWhenUsed/>
    <w:rsid w:val="00EA74AD"/>
    <w:pPr>
      <w:spacing w:before="100"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0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neninokulu.com/topla-topla-yerine-koy-sarkis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anneninokulu.com/pizzicato-polka-strauss-ritmogram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2038</Words>
  <Characters>11617</Characters>
  <Application>Microsoft Office Word</Application>
  <DocSecurity>0</DocSecurity>
  <Lines>96</Lines>
  <Paragraphs>27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Minik Sincapla Oyun Zamanı</vt:lpstr>
      <vt:lpstr/>
    </vt:vector>
  </TitlesOfParts>
  <Manager/>
  <Company/>
  <LinksUpToDate>false</LinksUpToDate>
  <CharactersWithSpaces>13628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Minik Sincapla Oyun Zamanı</dc:title>
  <dc:subject/>
  <dc:creator>Anneninokulu</dc:creator>
  <cp:keywords/>
  <dc:description>Uyum rehberine göre yeniden düzenlendi; özgün plan renkleri korundu; el izi eklendi.</dc:description>
  <cp:lastModifiedBy>Mustafa Aygün</cp:lastModifiedBy>
  <cp:revision>6</cp:revision>
  <cp:lastPrinted>2026-09-09T18:17:00Z</cp:lastPrinted>
  <dcterms:created xsi:type="dcterms:W3CDTF">2013-12-23T23:15:00Z</dcterms:created>
  <dcterms:modified xsi:type="dcterms:W3CDTF">2026-09-09T18:17:00Z</dcterms:modified>
  <cp:category/>
</cp:coreProperties>
</file>