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789A6" w14:textId="77777777" w:rsidR="008D0492" w:rsidRPr="000F3790" w:rsidRDefault="001D4628">
      <w:pPr>
        <w:keepNext/>
        <w:spacing w:after="0" w:line="276" w:lineRule="auto"/>
        <w:ind w:left="116"/>
        <w:jc w:val="center"/>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t>GÜNLÜK PLAN</w:t>
      </w:r>
    </w:p>
    <w:p w14:paraId="48487ED8"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Okul Adı:</w:t>
      </w:r>
    </w:p>
    <w:p w14:paraId="203700A2"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Öğretmen Adı:</w:t>
      </w:r>
    </w:p>
    <w:p w14:paraId="79200A5C"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Yaş Grubu:</w:t>
      </w:r>
      <w:r w:rsidRPr="000F3790">
        <w:rPr>
          <w:rFonts w:ascii="Comic Sans MS" w:eastAsia="Comic Sans MS" w:hAnsi="Comic Sans MS" w:cs="Comic Sans MS"/>
          <w:color w:val="000000"/>
          <w:sz w:val="20"/>
          <w:szCs w:val="20"/>
        </w:rPr>
        <w:t xml:space="preserve"> 60+ Ay</w:t>
      </w:r>
    </w:p>
    <w:p w14:paraId="5D3A5E83" w14:textId="12F76510"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Tarih:</w:t>
      </w:r>
      <w:r w:rsidRPr="000F3790">
        <w:rPr>
          <w:rFonts w:ascii="Comic Sans MS" w:eastAsia="Comic Sans MS" w:hAnsi="Comic Sans MS" w:cs="Comic Sans MS"/>
          <w:color w:val="000000"/>
          <w:sz w:val="20"/>
          <w:szCs w:val="20"/>
        </w:rPr>
        <w:t xml:space="preserve"> 2</w:t>
      </w:r>
      <w:r w:rsidR="00165B0F" w:rsidRPr="000F3790">
        <w:rPr>
          <w:rFonts w:ascii="Comic Sans MS" w:eastAsia="Comic Sans MS" w:hAnsi="Comic Sans MS" w:cs="Comic Sans MS"/>
          <w:color w:val="000000"/>
          <w:sz w:val="20"/>
          <w:szCs w:val="20"/>
        </w:rPr>
        <w:t>3</w:t>
      </w:r>
      <w:r w:rsidRPr="000F3790">
        <w:rPr>
          <w:rFonts w:ascii="Comic Sans MS" w:eastAsia="Comic Sans MS" w:hAnsi="Comic Sans MS" w:cs="Comic Sans MS"/>
          <w:color w:val="000000"/>
          <w:sz w:val="20"/>
          <w:szCs w:val="20"/>
        </w:rPr>
        <w:t>.09.2026</w:t>
      </w:r>
    </w:p>
    <w:p w14:paraId="2348A16E" w14:textId="77777777" w:rsidR="008D0492" w:rsidRPr="000F3790" w:rsidRDefault="001D4628">
      <w:pPr>
        <w:keepNext/>
        <w:spacing w:after="0" w:line="276" w:lineRule="auto"/>
        <w:rPr>
          <w:rFonts w:ascii="Comic Sans MS" w:hAnsi="Comic Sans MS" w:cs="Comic Sans MS"/>
          <w:b/>
          <w:bCs/>
          <w:color w:val="FF0000"/>
          <w:sz w:val="20"/>
          <w:szCs w:val="20"/>
        </w:rPr>
      </w:pPr>
      <w:r w:rsidRPr="000F3790">
        <w:rPr>
          <w:rFonts w:ascii="Comic Sans MS" w:eastAsia="Comic Sans MS" w:hAnsi="Comic Sans MS" w:cs="Comic Sans MS"/>
          <w:b/>
          <w:color w:val="FF0000"/>
          <w:sz w:val="20"/>
          <w:szCs w:val="20"/>
        </w:rPr>
        <w:t>ALAN BECERİLERİ, ÖĞRENME ÇIKTILARI VE SÜREÇ BİLEŞENLERİ</w:t>
      </w:r>
    </w:p>
    <w:p w14:paraId="3465CAA2" w14:textId="77777777" w:rsidR="008D0492" w:rsidRPr="000F3790" w:rsidRDefault="001D4628">
      <w:pPr>
        <w:keepNext/>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TÜRKÇE ALANI</w:t>
      </w:r>
    </w:p>
    <w:p w14:paraId="401B823E"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TAOB. Okuma</w:t>
      </w:r>
    </w:p>
    <w:p w14:paraId="7A6052BF"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TAOB.1. Resimli öykü kitabı, dijital içerikler, afiş, broşür gibi görsel okuma materyallerini seçebilme</w:t>
      </w:r>
    </w:p>
    <w:p w14:paraId="5C535B80"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TAOB.1.a. Görsel okuma materyallerini inceler.</w:t>
      </w:r>
    </w:p>
    <w:p w14:paraId="04EA2FEB"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TAOB.1.b. Görsel okuma materyallerini seçer.</w:t>
      </w:r>
    </w:p>
    <w:p w14:paraId="273D0BDC" w14:textId="77777777" w:rsidR="008D0492" w:rsidRPr="000F3790" w:rsidRDefault="001D4628">
      <w:pPr>
        <w:keepNext/>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SANAT ALANI</w:t>
      </w:r>
    </w:p>
    <w:p w14:paraId="6BFCC751"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SNAB4. Sanatsal Uygulama Yapma</w:t>
      </w:r>
    </w:p>
    <w:p w14:paraId="5B776ACE"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SNAB.4. Sanat etkinliği uygulayabilme</w:t>
      </w:r>
    </w:p>
    <w:p w14:paraId="0F494EC2"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SNAB.4.a. Yapmak istediği sanat etkinliğinin türüne karar verir.</w:t>
      </w:r>
    </w:p>
    <w:p w14:paraId="0A5F2DDD"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SNAB.4.b. Sanat etkinliği için gerekli materyalleri seçer.</w:t>
      </w:r>
    </w:p>
    <w:p w14:paraId="006F3268"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SNAB.4.c. Sanat materyallerini amacına uygun biçimde kullanır.</w:t>
      </w:r>
    </w:p>
    <w:p w14:paraId="44ED7F52"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SNAB.4.ç. Sanat etkinliklerine aktif olarak katılır.</w:t>
      </w:r>
    </w:p>
    <w:p w14:paraId="663A47D3" w14:textId="77777777" w:rsidR="008D0492" w:rsidRPr="000F3790" w:rsidRDefault="001D4628">
      <w:pPr>
        <w:keepNext/>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HAREKET VE SAĞLIK ALANI</w:t>
      </w:r>
    </w:p>
    <w:p w14:paraId="64E2698E"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HSAB1. Aktif Yaşam İçin Motor Beceriler</w:t>
      </w:r>
    </w:p>
    <w:p w14:paraId="5CF848BF"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000000"/>
          <w:sz w:val="20"/>
          <w:szCs w:val="20"/>
        </w:rPr>
        <w:t>HSAB.1. Farklı çevre ve fiziksel etkinliklerde temel hareket becerilerini sergileyebilme</w:t>
      </w:r>
    </w:p>
    <w:p w14:paraId="3C0BB143"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HSAB.1.a. Yer değiştirme becerilerini koordineli biçimde yapar.</w:t>
      </w:r>
    </w:p>
    <w:p w14:paraId="279C2411"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HSAB.1.b. Denge gerektiren hareketlerde beden kontrolünü sağlar.</w:t>
      </w:r>
    </w:p>
    <w:p w14:paraId="2C207A04"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HSAB.1.c. Nesne kontrolü becerilerini koordineli biçimde gerçekleştirir.</w:t>
      </w:r>
    </w:p>
    <w:p w14:paraId="74F5BD1F" w14:textId="77777777" w:rsidR="008D0492" w:rsidRPr="000F3790" w:rsidRDefault="001D4628">
      <w:pPr>
        <w:keepNext/>
        <w:spacing w:after="0" w:line="276" w:lineRule="auto"/>
        <w:rPr>
          <w:rFonts w:ascii="Comic Sans MS" w:hAnsi="Comic Sans MS" w:cs="Comic Sans MS"/>
          <w:b/>
          <w:bCs/>
          <w:color w:val="FF0000"/>
          <w:sz w:val="20"/>
          <w:szCs w:val="20"/>
          <w:lang w:val="en-US" w:eastAsia="en-US"/>
        </w:rPr>
      </w:pPr>
      <w:r w:rsidRPr="000F3790">
        <w:rPr>
          <w:rFonts w:ascii="Comic Sans MS" w:eastAsia="Comic Sans MS" w:hAnsi="Comic Sans MS" w:cs="Comic Sans MS"/>
          <w:b/>
          <w:color w:val="FF0000"/>
          <w:sz w:val="20"/>
          <w:szCs w:val="20"/>
        </w:rPr>
        <w:t>EĞİLİMLER</w:t>
      </w:r>
    </w:p>
    <w:p w14:paraId="50DD5960" w14:textId="0CCC193C" w:rsidR="00C30F62" w:rsidRPr="000F3790" w:rsidRDefault="001D4628" w:rsidP="00C30F62">
      <w:pPr>
        <w:spacing w:after="0"/>
        <w:rPr>
          <w:rFonts w:ascii="Comic Sans MS" w:hAnsi="Comic Sans MS"/>
          <w:b/>
          <w:bCs/>
          <w:sz w:val="20"/>
          <w:szCs w:val="20"/>
        </w:rPr>
      </w:pPr>
      <w:r w:rsidRPr="000F3790">
        <w:rPr>
          <w:rFonts w:ascii="Comic Sans MS" w:eastAsia="Comic Sans MS" w:hAnsi="Comic Sans MS" w:cs="Comic Sans MS"/>
          <w:color w:val="000000"/>
          <w:sz w:val="20"/>
          <w:szCs w:val="20"/>
        </w:rPr>
        <w:t>E2</w:t>
      </w:r>
      <w:r w:rsidR="00C30F62" w:rsidRPr="000F3790">
        <w:rPr>
          <w:rFonts w:ascii="Comic Sans MS" w:hAnsi="Comic Sans MS"/>
          <w:b/>
          <w:bCs/>
          <w:sz w:val="20"/>
          <w:szCs w:val="20"/>
        </w:rPr>
        <w:t xml:space="preserve"> </w:t>
      </w:r>
      <w:proofErr w:type="spellStart"/>
      <w:r w:rsidR="00C30F62" w:rsidRPr="000F3790">
        <w:rPr>
          <w:rFonts w:ascii="Comic Sans MS" w:hAnsi="Comic Sans MS"/>
          <w:b/>
          <w:bCs/>
          <w:sz w:val="20"/>
          <w:szCs w:val="20"/>
        </w:rPr>
        <w:t>E2</w:t>
      </w:r>
      <w:proofErr w:type="spellEnd"/>
      <w:r w:rsidR="00C30F62" w:rsidRPr="000F3790">
        <w:rPr>
          <w:rFonts w:ascii="Comic Sans MS" w:hAnsi="Comic Sans MS"/>
          <w:b/>
          <w:bCs/>
          <w:sz w:val="20"/>
          <w:szCs w:val="20"/>
        </w:rPr>
        <w:t>. Sosyal Eğilimler</w:t>
      </w:r>
    </w:p>
    <w:p w14:paraId="56BA9C47" w14:textId="77777777" w:rsidR="00C30F62" w:rsidRPr="000F3790" w:rsidRDefault="00C30F62" w:rsidP="00C30F62">
      <w:pPr>
        <w:spacing w:after="0"/>
        <w:rPr>
          <w:rFonts w:ascii="Comic Sans MS" w:hAnsi="Comic Sans MS"/>
          <w:b/>
          <w:bCs/>
          <w:sz w:val="20"/>
          <w:szCs w:val="20"/>
        </w:rPr>
      </w:pPr>
      <w:r w:rsidRPr="000F3790">
        <w:rPr>
          <w:rFonts w:ascii="Comic Sans MS" w:hAnsi="Comic Sans MS"/>
          <w:sz w:val="20"/>
          <w:szCs w:val="20"/>
        </w:rPr>
        <w:t>E2.2. Sorumluluk</w:t>
      </w:r>
    </w:p>
    <w:p w14:paraId="500A38EB" w14:textId="77777777" w:rsidR="00C30F62" w:rsidRPr="000F3790" w:rsidRDefault="00C30F62" w:rsidP="00C30F62">
      <w:pPr>
        <w:spacing w:after="0"/>
        <w:rPr>
          <w:rFonts w:ascii="Comic Sans MS" w:hAnsi="Comic Sans MS"/>
          <w:sz w:val="20"/>
          <w:szCs w:val="20"/>
        </w:rPr>
      </w:pPr>
      <w:r w:rsidRPr="000F3790">
        <w:rPr>
          <w:rFonts w:ascii="Comic Sans MS" w:hAnsi="Comic Sans MS"/>
          <w:sz w:val="20"/>
          <w:szCs w:val="20"/>
        </w:rPr>
        <w:t xml:space="preserve">E2.5. </w:t>
      </w:r>
      <w:proofErr w:type="spellStart"/>
      <w:r w:rsidRPr="000F3790">
        <w:rPr>
          <w:rFonts w:ascii="Comic Sans MS" w:hAnsi="Comic Sans MS"/>
          <w:sz w:val="20"/>
          <w:szCs w:val="20"/>
        </w:rPr>
        <w:t>Oyunseverlik</w:t>
      </w:r>
      <w:proofErr w:type="spellEnd"/>
    </w:p>
    <w:p w14:paraId="33366324" w14:textId="77777777" w:rsidR="00C30F62" w:rsidRPr="000F3790" w:rsidRDefault="00C30F62" w:rsidP="00C30F62">
      <w:pPr>
        <w:spacing w:after="0"/>
        <w:rPr>
          <w:rFonts w:ascii="Comic Sans MS" w:hAnsi="Comic Sans MS"/>
          <w:b/>
          <w:bCs/>
          <w:sz w:val="20"/>
          <w:szCs w:val="20"/>
        </w:rPr>
      </w:pPr>
      <w:r w:rsidRPr="000F3790">
        <w:rPr>
          <w:rFonts w:ascii="Comic Sans MS" w:hAnsi="Comic Sans MS"/>
          <w:b/>
          <w:bCs/>
          <w:sz w:val="20"/>
          <w:szCs w:val="20"/>
        </w:rPr>
        <w:t xml:space="preserve">E3. Entelektüel Eğilimler </w:t>
      </w:r>
    </w:p>
    <w:p w14:paraId="488638C4" w14:textId="77777777" w:rsidR="00C30F62" w:rsidRPr="000F3790" w:rsidRDefault="00C30F62" w:rsidP="00C30F62">
      <w:pPr>
        <w:spacing w:after="0" w:line="276" w:lineRule="auto"/>
        <w:rPr>
          <w:rFonts w:ascii="Comic Sans MS" w:hAnsi="Comic Sans MS"/>
          <w:sz w:val="20"/>
          <w:szCs w:val="20"/>
        </w:rPr>
      </w:pPr>
      <w:r w:rsidRPr="000F3790">
        <w:rPr>
          <w:rFonts w:ascii="Comic Sans MS" w:hAnsi="Comic Sans MS"/>
          <w:sz w:val="20"/>
          <w:szCs w:val="20"/>
        </w:rPr>
        <w:t>E3.1. Odaklanma</w:t>
      </w:r>
    </w:p>
    <w:p w14:paraId="536EBDC1" w14:textId="603C8520" w:rsidR="008D0492" w:rsidRPr="000F3790" w:rsidRDefault="001D4628" w:rsidP="00C30F62">
      <w:pPr>
        <w:spacing w:after="0" w:line="276" w:lineRule="auto"/>
        <w:rPr>
          <w:rFonts w:ascii="Comic Sans MS" w:hAnsi="Comic Sans MS" w:cs="Comic Sans MS"/>
          <w:color w:val="FF0000"/>
          <w:sz w:val="20"/>
          <w:szCs w:val="20"/>
        </w:rPr>
      </w:pPr>
      <w:r w:rsidRPr="000F3790">
        <w:rPr>
          <w:rFonts w:ascii="Comic Sans MS" w:eastAsia="Comic Sans MS" w:hAnsi="Comic Sans MS" w:cs="Comic Sans MS"/>
          <w:b/>
          <w:color w:val="FF0000"/>
          <w:sz w:val="20"/>
          <w:szCs w:val="20"/>
        </w:rPr>
        <w:t>PROGRAMLAR ARASI BİLEŞENLER</w:t>
      </w:r>
    </w:p>
    <w:p w14:paraId="5A7267D5" w14:textId="77777777" w:rsidR="008D0492" w:rsidRPr="000F3790" w:rsidRDefault="001D4628">
      <w:pPr>
        <w:keepNext/>
        <w:spacing w:after="0" w:line="276" w:lineRule="auto"/>
        <w:rPr>
          <w:rFonts w:ascii="Comic Sans MS" w:hAnsi="Comic Sans MS" w:cs="Comic Sans MS"/>
          <w:b/>
          <w:bCs/>
          <w:color w:val="002060"/>
          <w:sz w:val="20"/>
          <w:szCs w:val="20"/>
          <w:lang w:eastAsia="tr-TR"/>
        </w:rPr>
      </w:pPr>
      <w:r w:rsidRPr="000F3790">
        <w:rPr>
          <w:rFonts w:ascii="Comic Sans MS" w:eastAsia="Comic Sans MS" w:hAnsi="Comic Sans MS" w:cs="Comic Sans MS"/>
          <w:b/>
          <w:color w:val="002060"/>
          <w:sz w:val="20"/>
          <w:szCs w:val="20"/>
        </w:rPr>
        <w:t>SOSYAL DUYGUSAL ÖĞRENME BECERİLERİ</w:t>
      </w:r>
    </w:p>
    <w:p w14:paraId="1337D1DB" w14:textId="77777777" w:rsidR="00C30F62" w:rsidRPr="000F3790" w:rsidRDefault="001D4628">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SDB2.1. İletişim </w:t>
      </w:r>
    </w:p>
    <w:p w14:paraId="72064498" w14:textId="16429416"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SDB2.2. İş Birliği</w:t>
      </w:r>
    </w:p>
    <w:p w14:paraId="758282D6" w14:textId="77777777" w:rsidR="008D0492" w:rsidRPr="000F3790" w:rsidRDefault="001D4628">
      <w:pPr>
        <w:keepNext/>
        <w:spacing w:after="0" w:line="276" w:lineRule="auto"/>
        <w:rPr>
          <w:rFonts w:ascii="Comic Sans MS" w:hAnsi="Comic Sans MS" w:cs="Comic Sans MS"/>
          <w:color w:val="002060"/>
          <w:sz w:val="20"/>
          <w:szCs w:val="20"/>
        </w:rPr>
      </w:pPr>
      <w:r w:rsidRPr="000F3790">
        <w:rPr>
          <w:rFonts w:ascii="Comic Sans MS" w:eastAsia="Comic Sans MS" w:hAnsi="Comic Sans MS" w:cs="Comic Sans MS"/>
          <w:b/>
          <w:color w:val="002060"/>
          <w:sz w:val="20"/>
          <w:szCs w:val="20"/>
        </w:rPr>
        <w:t>DEĞERLER</w:t>
      </w:r>
    </w:p>
    <w:p w14:paraId="34AD14BB" w14:textId="77777777" w:rsidR="00C30F62" w:rsidRPr="000F3790" w:rsidRDefault="001D4628">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D16. Sorumluluk</w:t>
      </w:r>
    </w:p>
    <w:p w14:paraId="2AE24341" w14:textId="022731C5"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D16.2. Topluma karşı görevlerini yerine getirmek</w:t>
      </w:r>
    </w:p>
    <w:p w14:paraId="453AE3AA" w14:textId="77777777" w:rsidR="008D0492" w:rsidRPr="000F3790" w:rsidRDefault="001D4628">
      <w:pPr>
        <w:keepNext/>
        <w:spacing w:after="0" w:line="276" w:lineRule="auto"/>
        <w:rPr>
          <w:rFonts w:ascii="Comic Sans MS" w:hAnsi="Comic Sans MS" w:cs="Comic Sans MS"/>
          <w:sz w:val="20"/>
          <w:szCs w:val="20"/>
          <w:lang w:eastAsia="tr-TR"/>
        </w:rPr>
      </w:pPr>
      <w:r w:rsidRPr="000F3790">
        <w:rPr>
          <w:rFonts w:ascii="Comic Sans MS" w:eastAsia="Comic Sans MS" w:hAnsi="Comic Sans MS" w:cs="Comic Sans MS"/>
          <w:b/>
          <w:color w:val="002060"/>
          <w:sz w:val="20"/>
          <w:szCs w:val="20"/>
        </w:rPr>
        <w:t>OKURYAZARLIK BECERİLERİ</w:t>
      </w:r>
    </w:p>
    <w:p w14:paraId="0EB914E2" w14:textId="77777777" w:rsidR="00C30F62" w:rsidRPr="000F3790" w:rsidRDefault="001D4628">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OB4. Görsel Okuryazarlık </w:t>
      </w:r>
    </w:p>
    <w:p w14:paraId="7F3CBC6F" w14:textId="157D9B3C"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OB6. Vatandaşlık Okuryazarlığı</w:t>
      </w:r>
    </w:p>
    <w:p w14:paraId="66EDAFC8" w14:textId="77777777" w:rsidR="008B52DF" w:rsidRPr="000F3790" w:rsidRDefault="001D4628">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b/>
          <w:color w:val="2E74B5"/>
          <w:sz w:val="20"/>
          <w:szCs w:val="20"/>
        </w:rPr>
        <w:t>Kavramlar:</w:t>
      </w:r>
      <w:r w:rsidRPr="000F3790">
        <w:rPr>
          <w:rFonts w:ascii="Comic Sans MS" w:eastAsia="Comic Sans MS" w:hAnsi="Comic Sans MS" w:cs="Comic Sans MS"/>
          <w:color w:val="000000"/>
          <w:sz w:val="20"/>
          <w:szCs w:val="20"/>
        </w:rPr>
        <w:t xml:space="preserve"> </w:t>
      </w:r>
    </w:p>
    <w:p w14:paraId="5815D9B2" w14:textId="51528CBB"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bCs/>
          <w:color w:val="002060"/>
          <w:sz w:val="20"/>
          <w:szCs w:val="20"/>
        </w:rPr>
        <w:t>Zıt:</w:t>
      </w:r>
      <w:r w:rsidRPr="000F3790">
        <w:rPr>
          <w:rFonts w:ascii="Comic Sans MS" w:eastAsia="Comic Sans MS" w:hAnsi="Comic Sans MS" w:cs="Comic Sans MS"/>
          <w:color w:val="002060"/>
          <w:sz w:val="20"/>
          <w:szCs w:val="20"/>
        </w:rPr>
        <w:t xml:space="preserve"> </w:t>
      </w:r>
      <w:r w:rsidRPr="000F3790">
        <w:rPr>
          <w:rFonts w:ascii="Comic Sans MS" w:eastAsia="Comic Sans MS" w:hAnsi="Comic Sans MS" w:cs="Comic Sans MS"/>
          <w:color w:val="000000"/>
          <w:sz w:val="20"/>
          <w:szCs w:val="20"/>
        </w:rPr>
        <w:t>Doğru–yanlış.</w:t>
      </w:r>
    </w:p>
    <w:p w14:paraId="594D66BE"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2E74B5"/>
          <w:sz w:val="20"/>
          <w:szCs w:val="20"/>
        </w:rPr>
        <w:t>Sözcükler:</w:t>
      </w:r>
      <w:r w:rsidRPr="000F3790">
        <w:rPr>
          <w:rFonts w:ascii="Comic Sans MS" w:eastAsia="Comic Sans MS" w:hAnsi="Comic Sans MS" w:cs="Comic Sans MS"/>
          <w:color w:val="000000"/>
          <w:sz w:val="20"/>
          <w:szCs w:val="20"/>
        </w:rPr>
        <w:t xml:space="preserve"> Kural, sorumluluk, sıra, kaptan.</w:t>
      </w:r>
    </w:p>
    <w:p w14:paraId="096B6224"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b/>
          <w:color w:val="2E74B5"/>
          <w:sz w:val="20"/>
          <w:szCs w:val="20"/>
        </w:rPr>
        <w:t>Materyaller:</w:t>
      </w:r>
      <w:r w:rsidRPr="000F3790">
        <w:rPr>
          <w:rFonts w:ascii="Comic Sans MS" w:eastAsia="Comic Sans MS" w:hAnsi="Comic Sans MS" w:cs="Comic Sans MS"/>
          <w:color w:val="000000"/>
          <w:sz w:val="20"/>
          <w:szCs w:val="20"/>
        </w:rPr>
        <w:t xml:space="preserve"> </w:t>
      </w:r>
      <w:hyperlink r:id="rId8">
        <w:r w:rsidRPr="000F3790">
          <w:rPr>
            <w:rFonts w:ascii="Comic Sans MS" w:eastAsia="Comic Sans MS" w:hAnsi="Comic Sans MS" w:cs="Comic Sans MS"/>
            <w:color w:val="0070C0"/>
            <w:sz w:val="20"/>
            <w:szCs w:val="20"/>
            <w:u w:val="single"/>
          </w:rPr>
          <w:t>Sınıf Kuralları Kartları</w:t>
        </w:r>
      </w:hyperlink>
      <w:r w:rsidRPr="000F3790">
        <w:rPr>
          <w:rFonts w:ascii="Comic Sans MS" w:eastAsia="Comic Sans MS" w:hAnsi="Comic Sans MS" w:cs="Comic Sans MS"/>
          <w:color w:val="000000"/>
          <w:sz w:val="20"/>
          <w:szCs w:val="20"/>
        </w:rPr>
        <w:t xml:space="preserve">, </w:t>
      </w:r>
      <w:hyperlink r:id="rId9">
        <w:r w:rsidRPr="000F3790">
          <w:rPr>
            <w:rFonts w:ascii="Comic Sans MS" w:eastAsia="Comic Sans MS" w:hAnsi="Comic Sans MS" w:cs="Comic Sans MS"/>
            <w:color w:val="0070C0"/>
            <w:sz w:val="20"/>
            <w:szCs w:val="20"/>
            <w:u w:val="single"/>
          </w:rPr>
          <w:t xml:space="preserve">Tuvalet </w:t>
        </w:r>
        <w:proofErr w:type="spellStart"/>
        <w:r w:rsidRPr="000F3790">
          <w:rPr>
            <w:rFonts w:ascii="Comic Sans MS" w:eastAsia="Comic Sans MS" w:hAnsi="Comic Sans MS" w:cs="Comic Sans MS"/>
            <w:color w:val="0070C0"/>
            <w:sz w:val="20"/>
            <w:szCs w:val="20"/>
            <w:u w:val="single"/>
          </w:rPr>
          <w:t>Adâbı</w:t>
        </w:r>
        <w:proofErr w:type="spellEnd"/>
        <w:r w:rsidRPr="000F3790">
          <w:rPr>
            <w:rFonts w:ascii="Comic Sans MS" w:eastAsia="Comic Sans MS" w:hAnsi="Comic Sans MS" w:cs="Comic Sans MS"/>
            <w:color w:val="0070C0"/>
            <w:sz w:val="20"/>
            <w:szCs w:val="20"/>
            <w:u w:val="single"/>
          </w:rPr>
          <w:t xml:space="preserve"> Kartları</w:t>
        </w:r>
      </w:hyperlink>
      <w:r w:rsidRPr="000F3790">
        <w:rPr>
          <w:rFonts w:ascii="Comic Sans MS" w:eastAsia="Comic Sans MS" w:hAnsi="Comic Sans MS" w:cs="Comic Sans MS"/>
          <w:color w:val="000000"/>
          <w:sz w:val="20"/>
          <w:szCs w:val="20"/>
        </w:rPr>
        <w:t>, çiçek görselli çalışma sayfaları, pastel boyalar, kuru boyalar, keçeli kalemler; her takım için bir yumuşak top, yer işaretleri.</w:t>
      </w:r>
    </w:p>
    <w:p w14:paraId="0F74AF48" w14:textId="64B18817" w:rsidR="00C30F62" w:rsidRPr="000F3790" w:rsidRDefault="001D4628" w:rsidP="00C30F62">
      <w:pPr>
        <w:pStyle w:val="NormalWeb"/>
        <w:spacing w:before="0"/>
        <w:rPr>
          <w:rFonts w:ascii="Comic Sans MS" w:hAnsi="Comic Sans MS"/>
          <w:sz w:val="20"/>
          <w:szCs w:val="20"/>
          <w:lang w:eastAsia="tr-TR"/>
        </w:rPr>
      </w:pPr>
      <w:r w:rsidRPr="000F3790">
        <w:rPr>
          <w:rFonts w:ascii="Comic Sans MS" w:eastAsia="Comic Sans MS" w:hAnsi="Comic Sans MS" w:cs="Comic Sans MS"/>
          <w:b/>
          <w:color w:val="2E74B5"/>
          <w:sz w:val="20"/>
          <w:szCs w:val="20"/>
        </w:rPr>
        <w:t>Eğitim / Öğrenme Ortamları:</w:t>
      </w:r>
      <w:r w:rsidRPr="000F3790">
        <w:rPr>
          <w:rFonts w:ascii="Comic Sans MS" w:eastAsia="Comic Sans MS" w:hAnsi="Comic Sans MS" w:cs="Comic Sans MS"/>
          <w:color w:val="000000"/>
          <w:sz w:val="20"/>
          <w:szCs w:val="20"/>
        </w:rPr>
        <w:t xml:space="preserve"> </w:t>
      </w:r>
      <w:r w:rsidR="00C30F62" w:rsidRPr="000F3790">
        <w:rPr>
          <w:rFonts w:ascii="Comic Sans MS" w:hAnsi="Comic Sans MS"/>
          <w:sz w:val="20"/>
          <w:szCs w:val="20"/>
          <w:lang w:eastAsia="tr-TR"/>
        </w:rPr>
        <w:t>Sınıf, çocukların kartları ve ekranı rahatça görebileceği şekilde düzenlenir. Çiçek çalışma sayfaları ve boyalar erişilebilir biçimde masalara yerleştirilir; çalışmalar için sergileme alanı ayrılır. Top oyunu için engelsiz, kaymayan bir alan hazırlanır; takım yerleri ve çocuklara uygun atış mesafesi işaretlenir.</w:t>
      </w:r>
    </w:p>
    <w:p w14:paraId="6A36CB88" w14:textId="77777777" w:rsidR="008D0492" w:rsidRPr="000F3790" w:rsidRDefault="001D4628">
      <w:pPr>
        <w:keepNext/>
        <w:spacing w:after="0" w:line="276" w:lineRule="auto"/>
        <w:jc w:val="center"/>
        <w:rPr>
          <w:rFonts w:ascii="Comic Sans MS" w:hAnsi="Comic Sans MS" w:cs="Comic Sans MS"/>
          <w:b/>
          <w:bCs/>
          <w:color w:val="002060"/>
          <w:sz w:val="20"/>
          <w:szCs w:val="20"/>
          <w:lang w:eastAsia="tr-TR"/>
        </w:rPr>
      </w:pPr>
      <w:r w:rsidRPr="000F3790">
        <w:rPr>
          <w:rFonts w:ascii="Comic Sans MS" w:eastAsia="Comic Sans MS" w:hAnsi="Comic Sans MS" w:cs="Comic Sans MS"/>
          <w:b/>
          <w:color w:val="002060"/>
          <w:sz w:val="20"/>
          <w:szCs w:val="20"/>
        </w:rPr>
        <w:lastRenderedPageBreak/>
        <w:t>ÖĞRENME-ÖĞRETME YAŞANTILARI</w:t>
      </w:r>
    </w:p>
    <w:p w14:paraId="532B1B83" w14:textId="77777777" w:rsidR="008D0492" w:rsidRPr="000F3790" w:rsidRDefault="001D4628">
      <w:pPr>
        <w:keepNext/>
        <w:spacing w:after="0" w:line="276" w:lineRule="auto"/>
        <w:rPr>
          <w:rFonts w:ascii="Comic Sans MS" w:hAnsi="Comic Sans MS" w:cs="Comic Sans MS"/>
          <w:b/>
          <w:bCs/>
          <w:color w:val="4472C4"/>
          <w:sz w:val="20"/>
          <w:szCs w:val="20"/>
        </w:rPr>
      </w:pPr>
      <w:r w:rsidRPr="000F3790">
        <w:rPr>
          <w:rFonts w:ascii="Comic Sans MS" w:eastAsia="Comic Sans MS" w:hAnsi="Comic Sans MS" w:cs="Comic Sans MS"/>
          <w:b/>
          <w:color w:val="4472C4"/>
          <w:sz w:val="20"/>
          <w:szCs w:val="20"/>
        </w:rPr>
        <w:t>ÖĞRENME-ÖĞRETME UYGULAMALARI</w:t>
      </w:r>
    </w:p>
    <w:p w14:paraId="37CB5B24" w14:textId="77777777" w:rsidR="008D0492" w:rsidRPr="000F3790" w:rsidRDefault="001D4628">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GÜNE BAŞLAMA ZAMANI</w:t>
      </w:r>
    </w:p>
    <w:p w14:paraId="2B552390" w14:textId="77777777" w:rsidR="00BC639E" w:rsidRPr="000F3790" w:rsidRDefault="00BC639E" w:rsidP="00BC639E">
      <w:pPr>
        <w:spacing w:after="40" w:line="240" w:lineRule="auto"/>
        <w:rPr>
          <w:rFonts w:ascii="Comic Sans MS" w:hAnsi="Comic Sans MS"/>
          <w:sz w:val="20"/>
          <w:szCs w:val="20"/>
        </w:rPr>
      </w:pPr>
      <w:r w:rsidRPr="000F3790">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w:t>
      </w:r>
    </w:p>
    <w:p w14:paraId="0F7432CC" w14:textId="53FF0BE4" w:rsidR="008D0492" w:rsidRPr="000F3790" w:rsidRDefault="00BC639E" w:rsidP="00BC639E">
      <w:pPr>
        <w:spacing w:after="40" w:line="240" w:lineRule="auto"/>
        <w:rPr>
          <w:rFonts w:ascii="Comic Sans MS" w:hAnsi="Comic Sans MS"/>
          <w:sz w:val="20"/>
          <w:szCs w:val="20"/>
        </w:rPr>
      </w:pPr>
      <w:r w:rsidRPr="000F3790">
        <w:rPr>
          <w:rFonts w:ascii="Comic Sans MS" w:hAnsi="Comic Sans MS"/>
          <w:color w:val="000000"/>
          <w:sz w:val="20"/>
          <w:szCs w:val="20"/>
        </w:rPr>
        <w:t xml:space="preserve">Duygu kartları ortaya yerleştirilir. İsteyen çocuk “Bugün kendimi ... hissediyorum.” cümlesini tamamlar; konuşmak istemeyen çocuk duygu kartını gösterebilir. </w:t>
      </w:r>
      <w:hyperlink r:id="rId10">
        <w:r w:rsidR="001D4628" w:rsidRPr="000F3790">
          <w:rPr>
            <w:rFonts w:ascii="Comic Sans MS" w:eastAsia="Comic Sans MS" w:hAnsi="Comic Sans MS" w:cs="Comic Sans MS"/>
            <w:color w:val="0070C0"/>
            <w:sz w:val="20"/>
            <w:szCs w:val="20"/>
          </w:rPr>
          <w:t>Hopla Topla Şarkısı</w:t>
        </w:r>
      </w:hyperlink>
      <w:r w:rsidR="001D4628" w:rsidRPr="000F3790">
        <w:rPr>
          <w:rFonts w:ascii="Comic Sans MS" w:eastAsia="Comic Sans MS" w:hAnsi="Comic Sans MS" w:cs="Comic Sans MS"/>
          <w:color w:val="000000"/>
          <w:sz w:val="20"/>
          <w:szCs w:val="20"/>
        </w:rPr>
        <w:t xml:space="preserve"> eşliğinde hareketler hep birlikte yapılır.</w:t>
      </w:r>
    </w:p>
    <w:p w14:paraId="77CD70DB" w14:textId="77777777" w:rsidR="008D0492" w:rsidRPr="000F3790" w:rsidRDefault="001D4628">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ÖĞRENME MERKEZLERİNDE OYUN</w:t>
      </w:r>
    </w:p>
    <w:p w14:paraId="1F6F7CF8"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xml:space="preserve">“Bugün nerede oynamak istersin?” sorusuyla çocukların merkez seçmeleri desteklenir. </w:t>
      </w:r>
      <w:hyperlink r:id="rId11">
        <w:r w:rsidRPr="000F3790">
          <w:rPr>
            <w:rFonts w:ascii="Comic Sans MS" w:eastAsia="Comic Sans MS" w:hAnsi="Comic Sans MS" w:cs="Comic Sans MS"/>
            <w:color w:val="0070C0"/>
            <w:sz w:val="20"/>
            <w:szCs w:val="20"/>
            <w:u w:val="single"/>
          </w:rPr>
          <w:t>Sınıf Kuralları Kartları</w:t>
        </w:r>
      </w:hyperlink>
      <w:r w:rsidRPr="000F3790">
        <w:rPr>
          <w:rFonts w:ascii="Comic Sans MS" w:eastAsia="Comic Sans MS" w:hAnsi="Comic Sans MS" w:cs="Comic Sans MS"/>
          <w:color w:val="000000"/>
          <w:sz w:val="20"/>
          <w:szCs w:val="20"/>
        </w:rPr>
        <w:t xml:space="preserve"> ve </w:t>
      </w:r>
      <w:hyperlink r:id="rId12">
        <w:r w:rsidRPr="000F3790">
          <w:rPr>
            <w:rFonts w:ascii="Comic Sans MS" w:eastAsia="Comic Sans MS" w:hAnsi="Comic Sans MS" w:cs="Comic Sans MS"/>
            <w:color w:val="0070C0"/>
            <w:sz w:val="20"/>
            <w:szCs w:val="20"/>
            <w:u w:val="single"/>
          </w:rPr>
          <w:t xml:space="preserve">Tuvalet </w:t>
        </w:r>
        <w:proofErr w:type="spellStart"/>
        <w:r w:rsidRPr="000F3790">
          <w:rPr>
            <w:rFonts w:ascii="Comic Sans MS" w:eastAsia="Comic Sans MS" w:hAnsi="Comic Sans MS" w:cs="Comic Sans MS"/>
            <w:color w:val="0070C0"/>
            <w:sz w:val="20"/>
            <w:szCs w:val="20"/>
            <w:u w:val="single"/>
          </w:rPr>
          <w:t>Adâbı</w:t>
        </w:r>
        <w:proofErr w:type="spellEnd"/>
        <w:r w:rsidRPr="000F3790">
          <w:rPr>
            <w:rFonts w:ascii="Comic Sans MS" w:eastAsia="Comic Sans MS" w:hAnsi="Comic Sans MS" w:cs="Comic Sans MS"/>
            <w:color w:val="0070C0"/>
            <w:sz w:val="20"/>
            <w:szCs w:val="20"/>
            <w:u w:val="single"/>
          </w:rPr>
          <w:t xml:space="preserve"> Kartları</w:t>
        </w:r>
      </w:hyperlink>
      <w:r w:rsidRPr="000F3790">
        <w:rPr>
          <w:rFonts w:ascii="Comic Sans MS" w:eastAsia="Comic Sans MS" w:hAnsi="Comic Sans MS" w:cs="Comic Sans MS"/>
          <w:color w:val="000000"/>
          <w:sz w:val="20"/>
          <w:szCs w:val="20"/>
        </w:rPr>
        <w:t xml:space="preserve"> merkezlere yerleştirilir. Çocuklar serbestçe oynar; isteyenler oyun hamuru veya serbest resim çalışması yapar. Öğretmen akran etkileşimlerini gözlemler ve gerektiğinde destek olur.</w:t>
      </w:r>
    </w:p>
    <w:p w14:paraId="1319EFDE" w14:textId="77777777" w:rsidR="008D0492" w:rsidRPr="000F3790" w:rsidRDefault="001D4628">
      <w:pPr>
        <w:keepNext/>
        <w:spacing w:after="0" w:line="276" w:lineRule="auto"/>
        <w:rPr>
          <w:rFonts w:ascii="Comic Sans MS" w:hAnsi="Comic Sans MS" w:cs="Comic Sans MS"/>
          <w:sz w:val="20"/>
          <w:szCs w:val="20"/>
        </w:rPr>
      </w:pPr>
      <w:r w:rsidRPr="000F3790">
        <w:rPr>
          <w:rFonts w:ascii="Comic Sans MS" w:eastAsia="Comic Sans MS" w:hAnsi="Comic Sans MS" w:cs="Comic Sans MS"/>
          <w:b/>
          <w:color w:val="ED7D31"/>
          <w:sz w:val="20"/>
          <w:szCs w:val="20"/>
        </w:rPr>
        <w:t>BESLENME, TOPLANMA VE TEMİZLİK</w:t>
      </w:r>
    </w:p>
    <w:p w14:paraId="71E21856" w14:textId="77777777" w:rsidR="00C30F62" w:rsidRPr="000F3790" w:rsidRDefault="00C30F62" w:rsidP="00C30F62">
      <w:pPr>
        <w:spacing w:after="40" w:line="240" w:lineRule="auto"/>
        <w:rPr>
          <w:rFonts w:ascii="Comic Sans MS" w:hAnsi="Comic Sans MS"/>
          <w:sz w:val="20"/>
          <w:szCs w:val="20"/>
        </w:rPr>
      </w:pPr>
      <w:r w:rsidRPr="000F3790">
        <w:rPr>
          <w:rFonts w:ascii="Comic Sans MS" w:hAnsi="Comic Sans MS"/>
          <w:color w:val="000000"/>
          <w:sz w:val="20"/>
          <w:szCs w:val="20"/>
        </w:rPr>
        <w:t xml:space="preserve">Toplanma zamanı geldiğinde </w:t>
      </w:r>
      <w:hyperlink r:id="rId13" w:history="1">
        <w:r w:rsidRPr="000F3790">
          <w:rPr>
            <w:rStyle w:val="Kpr"/>
            <w:rFonts w:ascii="Comic Sans MS" w:hAnsi="Comic Sans MS"/>
            <w:sz w:val="20"/>
            <w:szCs w:val="20"/>
          </w:rPr>
          <w:t>“Topla Topla Yerine Koy”</w:t>
        </w:r>
      </w:hyperlink>
      <w:r w:rsidRPr="000F3790">
        <w:rPr>
          <w:rFonts w:ascii="Comic Sans MS" w:hAnsi="Comic Sans MS"/>
          <w:color w:val="000000"/>
          <w:sz w:val="20"/>
          <w:szCs w:val="20"/>
        </w:rPr>
        <w:t xml:space="preserve"> şarkısı eşliğinde sınıf toplanmaya başlanır.</w:t>
      </w:r>
    </w:p>
    <w:p w14:paraId="09CC9142" w14:textId="77777777" w:rsidR="00C30F62" w:rsidRPr="000F3790" w:rsidRDefault="00C30F62" w:rsidP="00C30F62">
      <w:pPr>
        <w:keepNext/>
        <w:tabs>
          <w:tab w:val="num" w:pos="0"/>
        </w:tabs>
        <w:spacing w:after="60" w:line="240" w:lineRule="auto"/>
        <w:rPr>
          <w:rFonts w:ascii="Comic Sans MS" w:hAnsi="Comic Sans MS"/>
          <w:color w:val="FF0000"/>
          <w:sz w:val="20"/>
          <w:szCs w:val="20"/>
        </w:rPr>
      </w:pPr>
      <w:r w:rsidRPr="000F3790">
        <w:rPr>
          <w:rFonts w:ascii="Comic Sans MS" w:hAnsi="Comic Sans MS"/>
          <w:b/>
          <w:color w:val="FF0000"/>
          <w:sz w:val="20"/>
          <w:szCs w:val="20"/>
        </w:rPr>
        <w:t>TOPLA TOPLA YERİNE KOY</w:t>
      </w:r>
    </w:p>
    <w:p w14:paraId="07ED47C1" w14:textId="77777777" w:rsidR="00C30F62" w:rsidRPr="000F3790" w:rsidRDefault="00C30F62"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Topla topla yerine koy</w:t>
      </w:r>
    </w:p>
    <w:p w14:paraId="34E66220" w14:textId="77777777" w:rsidR="00C30F62" w:rsidRPr="000F3790" w:rsidRDefault="00C30F62"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Oyuncaklar mutlu olsun</w:t>
      </w:r>
    </w:p>
    <w:p w14:paraId="054F2325" w14:textId="77777777" w:rsidR="00C30F62" w:rsidRPr="000F3790" w:rsidRDefault="00C30F62"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Arkadaşın da oynasın</w:t>
      </w:r>
    </w:p>
    <w:p w14:paraId="4803FACA" w14:textId="77777777" w:rsidR="00C30F62" w:rsidRPr="000F3790" w:rsidRDefault="00C30F62" w:rsidP="00C30F62">
      <w:pPr>
        <w:suppressAutoHyphens w:val="0"/>
        <w:spacing w:after="60" w:line="240" w:lineRule="auto"/>
        <w:rPr>
          <w:rFonts w:ascii="Comic Sans MS" w:eastAsia="Times New Roman" w:hAnsi="Comic Sans MS"/>
          <w:b/>
          <w:bCs/>
          <w:sz w:val="20"/>
          <w:szCs w:val="20"/>
          <w:lang w:eastAsia="tr-TR"/>
        </w:rPr>
      </w:pPr>
      <w:r w:rsidRPr="000F3790">
        <w:rPr>
          <w:rFonts w:ascii="Comic Sans MS" w:eastAsia="Times New Roman" w:hAnsi="Comic Sans MS"/>
          <w:b/>
          <w:bCs/>
          <w:sz w:val="20"/>
          <w:szCs w:val="20"/>
          <w:lang w:eastAsia="tr-TR"/>
        </w:rPr>
        <w:t>Sınıfımız güzel olsun.</w:t>
      </w:r>
    </w:p>
    <w:p w14:paraId="5BB8E1A3" w14:textId="403E9EEE" w:rsidR="00C30F62" w:rsidRPr="000F3790" w:rsidRDefault="00C30F62" w:rsidP="00C30F62">
      <w:pPr>
        <w:spacing w:after="40" w:line="240" w:lineRule="auto"/>
        <w:rPr>
          <w:rFonts w:ascii="Comic Sans MS" w:hAnsi="Comic Sans MS"/>
          <w:sz w:val="20"/>
          <w:szCs w:val="20"/>
        </w:rPr>
      </w:pPr>
      <w:r w:rsidRPr="000F3790">
        <w:rPr>
          <w:rFonts w:ascii="Comic Sans MS" w:hAnsi="Comic Sans MS"/>
          <w:color w:val="000000"/>
          <w:sz w:val="20"/>
          <w:szCs w:val="20"/>
        </w:rPr>
        <w:t xml:space="preserve">Şarkı eşliğinde çocuklar kullandıkları oyuncakları ait oldukları kutulara yerleştirirler. </w:t>
      </w:r>
    </w:p>
    <w:p w14:paraId="5EB50447" w14:textId="77777777" w:rsidR="00C30F62" w:rsidRPr="000F3790" w:rsidRDefault="00C30F62" w:rsidP="00C30F62">
      <w:pPr>
        <w:spacing w:after="40" w:line="240" w:lineRule="auto"/>
        <w:rPr>
          <w:rFonts w:ascii="Comic Sans MS" w:hAnsi="Comic Sans MS"/>
          <w:sz w:val="20"/>
          <w:szCs w:val="20"/>
        </w:rPr>
      </w:pPr>
      <w:r w:rsidRPr="000F3790">
        <w:rPr>
          <w:rFonts w:ascii="Comic Sans MS" w:hAnsi="Comic Sans MS"/>
          <w:color w:val="000000"/>
          <w:sz w:val="20"/>
          <w:szCs w:val="20"/>
        </w:rPr>
        <w:t xml:space="preserve">Lavaboya geçerken </w:t>
      </w:r>
      <w:r w:rsidRPr="004639FE">
        <w:rPr>
          <w:rFonts w:ascii="Comic Sans MS" w:hAnsi="Comic Sans MS"/>
          <w:b/>
          <w:bCs/>
          <w:color w:val="000000"/>
          <w:sz w:val="20"/>
          <w:szCs w:val="20"/>
        </w:rPr>
        <w:t xml:space="preserve">“Bir sağa baktım, bir sola baktım / Lokomotif yaptım, </w:t>
      </w:r>
      <w:proofErr w:type="spellStart"/>
      <w:r w:rsidRPr="004639FE">
        <w:rPr>
          <w:rFonts w:ascii="Comic Sans MS" w:hAnsi="Comic Sans MS"/>
          <w:b/>
          <w:bCs/>
          <w:color w:val="000000"/>
          <w:sz w:val="20"/>
          <w:szCs w:val="20"/>
        </w:rPr>
        <w:t>çuf</w:t>
      </w:r>
      <w:proofErr w:type="spellEnd"/>
      <w:r w:rsidRPr="004639FE">
        <w:rPr>
          <w:rFonts w:ascii="Comic Sans MS" w:hAnsi="Comic Sans MS"/>
          <w:b/>
          <w:bCs/>
          <w:color w:val="000000"/>
          <w:sz w:val="20"/>
          <w:szCs w:val="20"/>
        </w:rPr>
        <w:t xml:space="preserve"> </w:t>
      </w:r>
      <w:proofErr w:type="spellStart"/>
      <w:r w:rsidRPr="004639FE">
        <w:rPr>
          <w:rFonts w:ascii="Comic Sans MS" w:hAnsi="Comic Sans MS"/>
          <w:b/>
          <w:bCs/>
          <w:color w:val="000000"/>
          <w:sz w:val="20"/>
          <w:szCs w:val="20"/>
        </w:rPr>
        <w:t>çuf</w:t>
      </w:r>
      <w:proofErr w:type="spellEnd"/>
      <w:r w:rsidRPr="004639FE">
        <w:rPr>
          <w:rFonts w:ascii="Comic Sans MS" w:hAnsi="Comic Sans MS"/>
          <w:b/>
          <w:bCs/>
          <w:color w:val="000000"/>
          <w:sz w:val="20"/>
          <w:szCs w:val="20"/>
        </w:rPr>
        <w:t xml:space="preserve"> </w:t>
      </w:r>
      <w:proofErr w:type="spellStart"/>
      <w:r w:rsidRPr="004639FE">
        <w:rPr>
          <w:rFonts w:ascii="Comic Sans MS" w:hAnsi="Comic Sans MS"/>
          <w:b/>
          <w:bCs/>
          <w:color w:val="000000"/>
          <w:sz w:val="20"/>
          <w:szCs w:val="20"/>
        </w:rPr>
        <w:t>çuf</w:t>
      </w:r>
      <w:proofErr w:type="spellEnd"/>
      <w:r w:rsidRPr="004639FE">
        <w:rPr>
          <w:rFonts w:ascii="Comic Sans MS" w:hAnsi="Comic Sans MS"/>
          <w:b/>
          <w:bCs/>
          <w:color w:val="000000"/>
          <w:sz w:val="20"/>
          <w:szCs w:val="20"/>
        </w:rPr>
        <w:t xml:space="preserve">” tekerlemesi </w:t>
      </w:r>
      <w:r w:rsidRPr="000F3790">
        <w:rPr>
          <w:rFonts w:ascii="Comic Sans MS" w:hAnsi="Comic Sans MS"/>
          <w:color w:val="000000"/>
          <w:sz w:val="20"/>
          <w:szCs w:val="20"/>
        </w:rPr>
        <w:t>söylenir. Çocukların öğretmen gözetiminde ellerini su ve sabunla yıkamaları desteklenir. Çocuklar yemek masalarına güvenle oturur, beslenme çantalarını önce kendileri açmayı dener. Beslenmeye başlamadan önce birlikte kısa bir dua edilir ve “Afiyet olsun.” denir. Beslenme sonrasında çöpler uygun kutuya atılır, kullanılan alan düzenlenir ve kişisel temizlik yapılır.</w:t>
      </w:r>
    </w:p>
    <w:p w14:paraId="43A67953" w14:textId="77777777" w:rsidR="008D0492" w:rsidRPr="000F3790" w:rsidRDefault="001D4628">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ETKİNLİKLER</w:t>
      </w:r>
    </w:p>
    <w:p w14:paraId="64892C7B" w14:textId="77777777" w:rsidR="008D0492" w:rsidRPr="000F3790" w:rsidRDefault="001D4628">
      <w:pPr>
        <w:keepNext/>
        <w:spacing w:after="0" w:line="276" w:lineRule="auto"/>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t>Sanat (Büyük Grup ve Bireysel Etkinlik)</w:t>
      </w:r>
    </w:p>
    <w:p w14:paraId="7D7C67E3" w14:textId="77777777" w:rsidR="008D0492" w:rsidRPr="000F3790" w:rsidRDefault="001D4628">
      <w:pPr>
        <w:spacing w:after="0" w:line="276" w:lineRule="auto"/>
        <w:rPr>
          <w:rFonts w:ascii="Comic Sans MS" w:hAnsi="Comic Sans MS"/>
          <w:sz w:val="20"/>
          <w:szCs w:val="20"/>
        </w:rPr>
      </w:pPr>
      <w:r w:rsidRPr="000F3790">
        <w:rPr>
          <w:rFonts w:ascii="Comic Sans MS" w:hAnsi="Comic Sans MS"/>
          <w:color w:val="000000"/>
          <w:sz w:val="20"/>
          <w:szCs w:val="20"/>
        </w:rPr>
        <w:t>Çocuklarla “Sınıfımızda birlikte mutlu ve güvenli olmak için neler yapabiliriz?” sorusu üzerine konuşulur. Çocukların önerileri dinlenir. “Oyuncakları paylaşırız.”, “Birbirimizi dinleriz.”, “Sınıfta yürürüz.” ve “Kullandığımız eşyaları yerine koyarız.” gibi olumlu ifadelerle sınıf kuralları belirlenir.</w:t>
      </w:r>
    </w:p>
    <w:p w14:paraId="28AA5D50" w14:textId="77777777" w:rsidR="008D0492" w:rsidRPr="000F3790" w:rsidRDefault="001D4628">
      <w:pPr>
        <w:spacing w:after="0" w:line="276" w:lineRule="auto"/>
        <w:rPr>
          <w:rFonts w:ascii="Comic Sans MS" w:hAnsi="Comic Sans MS"/>
          <w:sz w:val="20"/>
          <w:szCs w:val="20"/>
        </w:rPr>
      </w:pPr>
      <w:r w:rsidRPr="000F3790">
        <w:rPr>
          <w:rFonts w:ascii="Comic Sans MS" w:hAnsi="Comic Sans MS"/>
          <w:color w:val="000000"/>
          <w:sz w:val="20"/>
          <w:szCs w:val="20"/>
        </w:rPr>
        <w:t xml:space="preserve">Çocuklara “Sınıfımızın Kural Çiçekleri” çalışma sayfaları sunulur. Her çocuk anlatmak istediği kuralı seçer. Çiçeğin orta bölümünde çizim çalışması mı, pastel boyalarla boyama çalışması mı yapmak istediğine karar verir. </w:t>
      </w:r>
      <w:r w:rsidRPr="000F3790">
        <w:rPr>
          <w:rFonts w:ascii="Comic Sans MS" w:hAnsi="Comic Sans MS"/>
          <w:b/>
          <w:color w:val="000000"/>
          <w:sz w:val="20"/>
          <w:szCs w:val="20"/>
        </w:rPr>
        <w:t>(SNAB.4.a.)</w:t>
      </w:r>
      <w:r w:rsidRPr="000F3790">
        <w:rPr>
          <w:rFonts w:ascii="Comic Sans MS" w:hAnsi="Comic Sans MS"/>
          <w:color w:val="000000"/>
          <w:sz w:val="20"/>
          <w:szCs w:val="20"/>
        </w:rPr>
        <w:t xml:space="preserve"> Seçtiği çalışma için pastel boya, kuru boya veya keçeli kalemlerden kullanacaklarını alır. </w:t>
      </w:r>
      <w:r w:rsidRPr="000F3790">
        <w:rPr>
          <w:rFonts w:ascii="Comic Sans MS" w:hAnsi="Comic Sans MS"/>
          <w:b/>
          <w:color w:val="000000"/>
          <w:sz w:val="20"/>
          <w:szCs w:val="20"/>
        </w:rPr>
        <w:t>(SNAB.4.b.)</w:t>
      </w:r>
    </w:p>
    <w:p w14:paraId="2ACA84A1" w14:textId="77777777" w:rsidR="008D0492" w:rsidRPr="000F3790" w:rsidRDefault="001D4628">
      <w:pPr>
        <w:spacing w:after="0" w:line="276" w:lineRule="auto"/>
        <w:rPr>
          <w:rFonts w:ascii="Comic Sans MS" w:hAnsi="Comic Sans MS"/>
          <w:sz w:val="20"/>
          <w:szCs w:val="20"/>
        </w:rPr>
      </w:pPr>
      <w:r w:rsidRPr="000F3790">
        <w:rPr>
          <w:rFonts w:ascii="Comic Sans MS" w:hAnsi="Comic Sans MS"/>
          <w:color w:val="000000"/>
          <w:sz w:val="20"/>
          <w:szCs w:val="20"/>
        </w:rPr>
        <w:t xml:space="preserve">Çocuklar çiçeğin boş olan orta bölümüne seçtikleri kuralı anlatan bir resim yapar. Örneğin paylaşmayı anlatmak isteyen bir çocuk, aynı oyuncakla oynayan iki arkadaş çizebilir. Ardından çiçeğin taç yapraklarını, sapını ve yapraklarını istedikleri renklerle boyar. Öğretmen ihtiyaç duyan çocuklara “Seçtiğin kuralı resminde nasıl gösterebilirsin?” sorusuyla rehberlik eder. Çocuklar boyaları ve kalemleri amacına uygun biçimde kullanır. </w:t>
      </w:r>
      <w:r w:rsidRPr="000F3790">
        <w:rPr>
          <w:rFonts w:ascii="Comic Sans MS" w:hAnsi="Comic Sans MS"/>
          <w:b/>
          <w:color w:val="000000"/>
          <w:sz w:val="20"/>
          <w:szCs w:val="20"/>
        </w:rPr>
        <w:t>(SNAB.4.c.)</w:t>
      </w:r>
    </w:p>
    <w:p w14:paraId="364EE1AA" w14:textId="77777777" w:rsidR="008D0492" w:rsidRPr="000F3790" w:rsidRDefault="001D4628">
      <w:pPr>
        <w:spacing w:after="0" w:line="276" w:lineRule="auto"/>
        <w:rPr>
          <w:rFonts w:ascii="Comic Sans MS" w:hAnsi="Comic Sans MS"/>
          <w:sz w:val="20"/>
          <w:szCs w:val="20"/>
        </w:rPr>
      </w:pPr>
      <w:r w:rsidRPr="000F3790">
        <w:rPr>
          <w:rFonts w:ascii="Comic Sans MS" w:hAnsi="Comic Sans MS"/>
          <w:color w:val="000000"/>
          <w:sz w:val="20"/>
          <w:szCs w:val="20"/>
        </w:rPr>
        <w:t xml:space="preserve">Çocuklar çalışmalarını tamamlayarak ortak serginin hazırlanmasına katılır. Sırayla çiçeklerinin hangi kuralı anlattığını paylaşır. Öğretmen çocukların ifadelerini sayfadaki “Benim kuralım” bölümüne yazar. Çocuklar çalışmalarının panodaki yerini seçer; çalışmalar “Sınıfımızın Kural Çiçekleri” adıyla göz hizasında sergilenir. Ortak boyalar özenle kullanılır ve arkadaşlarının kullanımına sunulur. </w:t>
      </w:r>
      <w:r w:rsidRPr="000F3790">
        <w:rPr>
          <w:rFonts w:ascii="Comic Sans MS" w:hAnsi="Comic Sans MS"/>
          <w:b/>
          <w:color w:val="000000"/>
          <w:sz w:val="20"/>
          <w:szCs w:val="20"/>
        </w:rPr>
        <w:t>(SNAB.4.ç, D16.2)</w:t>
      </w:r>
    </w:p>
    <w:p w14:paraId="0B34140C" w14:textId="77777777" w:rsidR="008D0492" w:rsidRPr="000F3790" w:rsidRDefault="001D4628">
      <w:pPr>
        <w:keepNext/>
        <w:spacing w:after="0" w:line="276" w:lineRule="auto"/>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t>Türkçe (Büyük Grup Etkinliği)</w:t>
      </w:r>
    </w:p>
    <w:p w14:paraId="67F1C94E" w14:textId="77777777" w:rsidR="008D0492" w:rsidRPr="000F3790" w:rsidRDefault="00F52C13">
      <w:pPr>
        <w:spacing w:after="0" w:line="276" w:lineRule="auto"/>
        <w:rPr>
          <w:rFonts w:ascii="Comic Sans MS" w:hAnsi="Comic Sans MS"/>
          <w:sz w:val="20"/>
          <w:szCs w:val="20"/>
        </w:rPr>
      </w:pPr>
      <w:hyperlink r:id="rId14">
        <w:r w:rsidR="001D4628" w:rsidRPr="000F3790">
          <w:rPr>
            <w:rFonts w:ascii="Comic Sans MS" w:eastAsia="Comic Sans MS" w:hAnsi="Comic Sans MS" w:cs="Comic Sans MS"/>
            <w:color w:val="0070C0"/>
            <w:sz w:val="20"/>
            <w:szCs w:val="20"/>
            <w:u w:val="single"/>
          </w:rPr>
          <w:t>Okul Öncesi Eğitimde Sınıf Kuralları Eğitici Film</w:t>
        </w:r>
      </w:hyperlink>
      <w:r w:rsidR="001D4628" w:rsidRPr="000F3790">
        <w:rPr>
          <w:rFonts w:ascii="Comic Sans MS" w:eastAsia="Comic Sans MS" w:hAnsi="Comic Sans MS" w:cs="Comic Sans MS"/>
          <w:color w:val="000000"/>
          <w:sz w:val="20"/>
          <w:szCs w:val="20"/>
        </w:rPr>
        <w:t xml:space="preserve"> izlenir. “Kural ne demek? Sınıfta neden kurallara ihtiyaç duyarız? Bir arkadaşımız konuşurken ne yapabiliriz?” soruları konuşulur. Çocukların kendi yaşantılarından örnek vermelerine, söz isteyen arkadaşını dinlemelerine ve uygun zamanda konuşmalarına fırsat tanınır. </w:t>
      </w:r>
      <w:r w:rsidR="001D4628" w:rsidRPr="000F3790">
        <w:rPr>
          <w:rFonts w:ascii="Comic Sans MS" w:eastAsia="Comic Sans MS" w:hAnsi="Comic Sans MS" w:cs="Comic Sans MS"/>
          <w:b/>
          <w:color w:val="000000"/>
          <w:sz w:val="20"/>
          <w:szCs w:val="20"/>
        </w:rPr>
        <w:t>(SDB2.1)</w:t>
      </w:r>
    </w:p>
    <w:p w14:paraId="41C490F9" w14:textId="77777777" w:rsidR="008D0492" w:rsidRPr="000F3790" w:rsidRDefault="00F52C13">
      <w:pPr>
        <w:spacing w:after="0" w:line="276" w:lineRule="auto"/>
        <w:rPr>
          <w:rFonts w:ascii="Comic Sans MS" w:hAnsi="Comic Sans MS"/>
          <w:sz w:val="20"/>
          <w:szCs w:val="20"/>
        </w:rPr>
      </w:pPr>
      <w:hyperlink r:id="rId15">
        <w:r w:rsidR="001D4628" w:rsidRPr="000F3790">
          <w:rPr>
            <w:rFonts w:ascii="Comic Sans MS" w:eastAsia="Comic Sans MS" w:hAnsi="Comic Sans MS" w:cs="Comic Sans MS"/>
            <w:color w:val="0070C0"/>
            <w:sz w:val="20"/>
            <w:szCs w:val="20"/>
            <w:u w:val="single"/>
          </w:rPr>
          <w:t>Sınıf Kuralları Flash Kartları ve Slayt Gösterisi</w:t>
        </w:r>
      </w:hyperlink>
      <w:r w:rsidR="001D4628" w:rsidRPr="000F3790">
        <w:rPr>
          <w:rFonts w:ascii="Comic Sans MS" w:eastAsia="Comic Sans MS" w:hAnsi="Comic Sans MS" w:cs="Comic Sans MS"/>
          <w:color w:val="000000"/>
          <w:sz w:val="20"/>
          <w:szCs w:val="20"/>
        </w:rPr>
        <w:t xml:space="preserve"> ile </w:t>
      </w:r>
      <w:hyperlink r:id="rId16">
        <w:r w:rsidR="001D4628" w:rsidRPr="000F3790">
          <w:rPr>
            <w:rFonts w:ascii="Comic Sans MS" w:eastAsia="Comic Sans MS" w:hAnsi="Comic Sans MS" w:cs="Comic Sans MS"/>
            <w:color w:val="0070C0"/>
            <w:sz w:val="20"/>
            <w:szCs w:val="20"/>
            <w:u w:val="single"/>
          </w:rPr>
          <w:t xml:space="preserve">Tuvalet </w:t>
        </w:r>
        <w:proofErr w:type="spellStart"/>
        <w:r w:rsidR="001D4628" w:rsidRPr="000F3790">
          <w:rPr>
            <w:rFonts w:ascii="Comic Sans MS" w:eastAsia="Comic Sans MS" w:hAnsi="Comic Sans MS" w:cs="Comic Sans MS"/>
            <w:color w:val="0070C0"/>
            <w:sz w:val="20"/>
            <w:szCs w:val="20"/>
            <w:u w:val="single"/>
          </w:rPr>
          <w:t>Adâbı</w:t>
        </w:r>
        <w:proofErr w:type="spellEnd"/>
        <w:r w:rsidR="001D4628" w:rsidRPr="000F3790">
          <w:rPr>
            <w:rFonts w:ascii="Comic Sans MS" w:eastAsia="Comic Sans MS" w:hAnsi="Comic Sans MS" w:cs="Comic Sans MS"/>
            <w:color w:val="0070C0"/>
            <w:sz w:val="20"/>
            <w:szCs w:val="20"/>
            <w:u w:val="single"/>
          </w:rPr>
          <w:t xml:space="preserve"> Flash Kartları ve Slayt Gösterisi</w:t>
        </w:r>
      </w:hyperlink>
      <w:r w:rsidR="001D4628" w:rsidRPr="000F3790">
        <w:rPr>
          <w:rFonts w:ascii="Comic Sans MS" w:eastAsia="Comic Sans MS" w:hAnsi="Comic Sans MS" w:cs="Comic Sans MS"/>
          <w:color w:val="000000"/>
          <w:sz w:val="20"/>
          <w:szCs w:val="20"/>
        </w:rPr>
        <w:t xml:space="preserve"> incelenir. Çocuklar görsellerdeki davranışları dikkatle inceler ve hakkında konuşmak istedikleri kartı seçer. Seçtikleri kartta doğru davranışı gösterir veya anlatırlar. Ortak eşyaları özenle kullanma, oyuncakları yerine koyma, sırayı bekleme </w:t>
      </w:r>
      <w:r w:rsidR="001D4628" w:rsidRPr="000F3790">
        <w:rPr>
          <w:rFonts w:ascii="Comic Sans MS" w:eastAsia="Comic Sans MS" w:hAnsi="Comic Sans MS" w:cs="Comic Sans MS"/>
          <w:color w:val="000000"/>
          <w:sz w:val="20"/>
          <w:szCs w:val="20"/>
        </w:rPr>
        <w:lastRenderedPageBreak/>
        <w:t xml:space="preserve">ve arkadaşının hakkını gözetme üzerinde durulur. Sınıfın ortak kuralları çocukların önerileriyle hatırlatılır. </w:t>
      </w:r>
      <w:r w:rsidR="001D4628" w:rsidRPr="000F3790">
        <w:rPr>
          <w:rFonts w:ascii="Comic Sans MS" w:eastAsia="Comic Sans MS" w:hAnsi="Comic Sans MS" w:cs="Comic Sans MS"/>
          <w:b/>
          <w:color w:val="000000"/>
          <w:sz w:val="20"/>
          <w:szCs w:val="20"/>
        </w:rPr>
        <w:t>(TAOB.1.a, TAOB.1.b, E3.2, E2.2, OB4, OB6)</w:t>
      </w:r>
    </w:p>
    <w:p w14:paraId="3FB8C574" w14:textId="77777777" w:rsidR="000F3790" w:rsidRPr="000F3790" w:rsidRDefault="00F52C13" w:rsidP="000F3790">
      <w:pPr>
        <w:spacing w:after="0"/>
        <w:rPr>
          <w:rFonts w:ascii="Comic Sans MS" w:eastAsia="Comic Sans MS" w:hAnsi="Comic Sans MS" w:cs="Comic Sans MS"/>
          <w:color w:val="000000"/>
          <w:sz w:val="20"/>
          <w:szCs w:val="20"/>
        </w:rPr>
      </w:pPr>
      <w:hyperlink r:id="rId17">
        <w:r w:rsidR="001D4628" w:rsidRPr="000F3790">
          <w:rPr>
            <w:rFonts w:ascii="Comic Sans MS" w:eastAsia="Comic Sans MS" w:hAnsi="Comic Sans MS" w:cs="Comic Sans MS"/>
            <w:color w:val="0070C0"/>
            <w:sz w:val="20"/>
            <w:szCs w:val="20"/>
            <w:u w:val="single"/>
          </w:rPr>
          <w:t>Bir Kedi Varmış</w:t>
        </w:r>
      </w:hyperlink>
      <w:r w:rsidR="001D4628" w:rsidRPr="000F3790">
        <w:rPr>
          <w:rFonts w:ascii="Comic Sans MS" w:eastAsia="Comic Sans MS" w:hAnsi="Comic Sans MS" w:cs="Comic Sans MS"/>
          <w:color w:val="000000"/>
          <w:sz w:val="20"/>
          <w:szCs w:val="20"/>
        </w:rPr>
        <w:t xml:space="preserve"> sayışma tekerlemesi söylenir: </w:t>
      </w:r>
    </w:p>
    <w:p w14:paraId="63519A3F" w14:textId="0E1B131C" w:rsidR="000F3790" w:rsidRPr="000F3790" w:rsidRDefault="000F3790" w:rsidP="000F3790">
      <w:pPr>
        <w:spacing w:after="0"/>
        <w:rPr>
          <w:rFonts w:ascii="Comic Sans MS" w:eastAsia="Comic Sans MS" w:hAnsi="Comic Sans MS" w:cs="Comic Sans MS"/>
          <w:color w:val="FF0000"/>
          <w:sz w:val="20"/>
          <w:szCs w:val="20"/>
        </w:rPr>
      </w:pPr>
      <w:r w:rsidRPr="000F3790">
        <w:rPr>
          <w:rFonts w:ascii="Comic Sans MS" w:eastAsia="Comic Sans MS" w:hAnsi="Comic Sans MS" w:cs="Comic Sans MS"/>
          <w:color w:val="FF0000"/>
          <w:sz w:val="20"/>
          <w:szCs w:val="20"/>
        </w:rPr>
        <w:t>BİR KEDİ VARMIŞ TEKERLEMESİ</w:t>
      </w:r>
    </w:p>
    <w:p w14:paraId="4C97450B"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Bir kedi varmış</w:t>
      </w:r>
    </w:p>
    <w:p w14:paraId="62408EE3"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100’e kadar sayarmış</w:t>
      </w:r>
    </w:p>
    <w:p w14:paraId="61B676C6"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w:t>
      </w:r>
      <w:proofErr w:type="spellStart"/>
      <w:r w:rsidRPr="000F3790">
        <w:rPr>
          <w:rFonts w:ascii="Comic Sans MS" w:eastAsia="Comic Sans MS" w:hAnsi="Comic Sans MS" w:cs="Comic Sans MS"/>
          <w:color w:val="000000"/>
          <w:sz w:val="20"/>
          <w:szCs w:val="20"/>
        </w:rPr>
        <w:t>ını</w:t>
      </w:r>
      <w:proofErr w:type="spellEnd"/>
      <w:r w:rsidRPr="000F3790">
        <w:rPr>
          <w:rFonts w:ascii="Comic Sans MS" w:eastAsia="Comic Sans MS" w:hAnsi="Comic Sans MS" w:cs="Comic Sans MS"/>
          <w:color w:val="000000"/>
          <w:sz w:val="20"/>
          <w:szCs w:val="20"/>
        </w:rPr>
        <w:t xml:space="preserve"> atmış</w:t>
      </w:r>
    </w:p>
    <w:p w14:paraId="2FF781BE"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 kalmış</w:t>
      </w:r>
    </w:p>
    <w:p w14:paraId="45391A82"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1 2 3 4 5 6 7 8 9 10</w:t>
      </w:r>
    </w:p>
    <w:p w14:paraId="3ABAC7D1"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 </w:t>
      </w:r>
    </w:p>
    <w:p w14:paraId="2A90678E"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Bir kedi varmış</w:t>
      </w:r>
    </w:p>
    <w:p w14:paraId="00E18922"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100’e kadar sayarmış</w:t>
      </w:r>
    </w:p>
    <w:p w14:paraId="675688F5"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0’ını atmış</w:t>
      </w:r>
    </w:p>
    <w:p w14:paraId="7DD11444"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 kalmış</w:t>
      </w:r>
    </w:p>
    <w:p w14:paraId="59036445"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1 2 3 4 5 6 7 8 9 10</w:t>
      </w:r>
    </w:p>
    <w:p w14:paraId="722A96BC" w14:textId="77777777" w:rsidR="000F3790" w:rsidRPr="000F3790" w:rsidRDefault="000F3790" w:rsidP="000F3790">
      <w:pPr>
        <w:spacing w:after="0"/>
        <w:rPr>
          <w:rFonts w:ascii="Comic Sans MS" w:eastAsia="Comic Sans MS" w:hAnsi="Comic Sans MS" w:cs="Comic Sans MS"/>
          <w:color w:val="000000"/>
          <w:sz w:val="20"/>
          <w:szCs w:val="20"/>
        </w:rPr>
      </w:pPr>
    </w:p>
    <w:p w14:paraId="66E5AB2C"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Bir kedi varmış</w:t>
      </w:r>
    </w:p>
    <w:p w14:paraId="13E4A103"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100’e kadar sayarmış</w:t>
      </w:r>
    </w:p>
    <w:p w14:paraId="4501A464"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0’ını atmış</w:t>
      </w:r>
    </w:p>
    <w:p w14:paraId="6B0C61EC"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10 kalmış</w:t>
      </w:r>
    </w:p>
    <w:p w14:paraId="55159385" w14:textId="77777777" w:rsidR="000F3790" w:rsidRPr="000F3790" w:rsidRDefault="000F3790" w:rsidP="000F3790">
      <w:pPr>
        <w:spacing w:after="0"/>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1 2 3 4 5 6 7 8 9 10 </w:t>
      </w:r>
    </w:p>
    <w:p w14:paraId="2CFA7FEB" w14:textId="607613B4"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xml:space="preserve"> Ardından </w:t>
      </w:r>
      <w:hyperlink r:id="rId18">
        <w:r w:rsidRPr="000F3790">
          <w:rPr>
            <w:rFonts w:ascii="Comic Sans MS" w:eastAsia="Comic Sans MS" w:hAnsi="Comic Sans MS" w:cs="Comic Sans MS"/>
            <w:color w:val="0070C0"/>
            <w:sz w:val="20"/>
            <w:szCs w:val="20"/>
            <w:u w:val="single"/>
          </w:rPr>
          <w:t>Tabaktaki Yemek</w:t>
        </w:r>
      </w:hyperlink>
      <w:r w:rsidRPr="000F3790">
        <w:rPr>
          <w:rFonts w:ascii="Comic Sans MS" w:eastAsia="Comic Sans MS" w:hAnsi="Comic Sans MS" w:cs="Comic Sans MS"/>
          <w:color w:val="000000"/>
          <w:sz w:val="20"/>
          <w:szCs w:val="20"/>
        </w:rPr>
        <w:t xml:space="preserve"> Hikâyesi dinlenir; hikâyedeki davranışlar üzerine konuşulur. </w:t>
      </w:r>
    </w:p>
    <w:p w14:paraId="210A1D96" w14:textId="77777777" w:rsidR="008D0492" w:rsidRPr="000F3790" w:rsidRDefault="001D4628">
      <w:pPr>
        <w:keepNext/>
        <w:spacing w:after="0" w:line="276" w:lineRule="auto"/>
        <w:rPr>
          <w:rFonts w:ascii="Comic Sans MS" w:hAnsi="Comic Sans MS" w:cs="Comic Sans MS"/>
          <w:b/>
          <w:bCs/>
          <w:color w:val="002060"/>
          <w:sz w:val="20"/>
          <w:szCs w:val="20"/>
        </w:rPr>
      </w:pPr>
      <w:r w:rsidRPr="000F3790">
        <w:rPr>
          <w:rFonts w:ascii="Comic Sans MS" w:eastAsia="Comic Sans MS" w:hAnsi="Comic Sans MS" w:cs="Comic Sans MS"/>
          <w:b/>
          <w:color w:val="002060"/>
          <w:sz w:val="20"/>
          <w:szCs w:val="20"/>
        </w:rPr>
        <w:t>Hareket ve Sağlık (Büyük Grup ve Küçük Grup Etkinliği)</w:t>
      </w:r>
    </w:p>
    <w:p w14:paraId="1C1DB459" w14:textId="1CE8C305" w:rsidR="008D0492" w:rsidRPr="000F3790" w:rsidRDefault="00B444A8">
      <w:pPr>
        <w:spacing w:after="0" w:line="276" w:lineRule="auto"/>
        <w:rPr>
          <w:rFonts w:ascii="Comic Sans MS" w:hAnsi="Comic Sans MS"/>
          <w:sz w:val="20"/>
          <w:szCs w:val="20"/>
        </w:rPr>
      </w:pPr>
      <w:r w:rsidRPr="000F3790">
        <w:rPr>
          <w:rFonts w:ascii="Comic Sans MS" w:hAnsi="Comic Sans MS"/>
          <w:noProof/>
          <w:sz w:val="20"/>
          <w:szCs w:val="20"/>
        </w:rPr>
        <w:drawing>
          <wp:anchor distT="0" distB="0" distL="114300" distR="114300" simplePos="0" relativeHeight="251652096" behindDoc="0" locked="0" layoutInCell="1" allowOverlap="1" wp14:anchorId="34E15D0A" wp14:editId="7616D410">
            <wp:simplePos x="0" y="0"/>
            <wp:positionH relativeFrom="column">
              <wp:posOffset>2952750</wp:posOffset>
            </wp:positionH>
            <wp:positionV relativeFrom="paragraph">
              <wp:posOffset>117475</wp:posOffset>
            </wp:positionV>
            <wp:extent cx="3705225" cy="1571625"/>
            <wp:effectExtent l="0" t="0" r="0" b="0"/>
            <wp:wrapSquare wrapText="bothSides"/>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05225" cy="1571625"/>
                    </a:xfrm>
                    <a:prstGeom prst="rect">
                      <a:avLst/>
                    </a:prstGeom>
                    <a:noFill/>
                  </pic:spPr>
                </pic:pic>
              </a:graphicData>
            </a:graphic>
            <wp14:sizeRelH relativeFrom="page">
              <wp14:pctWidth>0</wp14:pctWidth>
            </wp14:sizeRelH>
            <wp14:sizeRelV relativeFrom="page">
              <wp14:pctHeight>0</wp14:pctHeight>
            </wp14:sizeRelV>
          </wp:anchor>
        </w:drawing>
      </w:r>
      <w:r w:rsidR="001D4628" w:rsidRPr="000F3790">
        <w:rPr>
          <w:rFonts w:ascii="Comic Sans MS" w:eastAsia="Comic Sans MS" w:hAnsi="Comic Sans MS" w:cs="Comic Sans MS"/>
          <w:b/>
          <w:bCs/>
          <w:color w:val="000000" w:themeColor="text1"/>
          <w:sz w:val="20"/>
          <w:szCs w:val="20"/>
        </w:rPr>
        <w:t xml:space="preserve">Maarifin Kalbinde Oyun — At, Çök, Bitir! </w:t>
      </w:r>
      <w:r w:rsidR="001D4628" w:rsidRPr="000F3790">
        <w:rPr>
          <w:rFonts w:ascii="Comic Sans MS" w:eastAsia="Comic Sans MS" w:hAnsi="Comic Sans MS" w:cs="Comic Sans MS"/>
          <w:color w:val="000000"/>
          <w:sz w:val="20"/>
          <w:szCs w:val="20"/>
        </w:rPr>
        <w:t xml:space="preserve">Çocuklar bültendeki oyuna hazırlık olarak yer işaretleri arasında birbirlerine çarpmadan yürür; kendi yerlerine gelince çömelip dengelerini koruyarak yeniden ayağa kalkarlar. </w:t>
      </w:r>
      <w:r w:rsidR="001D4628" w:rsidRPr="000F3790">
        <w:rPr>
          <w:rFonts w:ascii="Comic Sans MS" w:eastAsia="Comic Sans MS" w:hAnsi="Comic Sans MS" w:cs="Comic Sans MS"/>
          <w:b/>
          <w:color w:val="000000"/>
          <w:sz w:val="20"/>
          <w:szCs w:val="20"/>
        </w:rPr>
        <w:t>(HSAB.1.a, HSAB.1.b)</w:t>
      </w:r>
    </w:p>
    <w:p w14:paraId="3A9C7E4B"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xml:space="preserve">Çocuklar eşit sayılı, küçük iki takıma ayrılır. Her takım bir kaptan belirler; diğer çocuklar kaptanın karşısında arka arkaya sıralanır. Bültendeki 3–4 metrelik atış mesafesi çocukların becerisine göre yaklaşık 1,5–2 metreye indirilir. “Başla!” işaretiyle kaptan yumuşak topu sıradaki çocuğa gönderir. Çocuk topu yakalar, kaptana geri atar ve bulunduğu yerde dengeli biçimde çömelir. Kaptan sıradaki çocuğa topu gönderir. Son çocuktan gelen topu alıp havaya kaldıran ilk kaptanın takımı turu tamamlar; diğer takımın da tamamlaması beklenir. Kaptanlar değiştirilir. </w:t>
      </w:r>
      <w:r w:rsidRPr="000F3790">
        <w:rPr>
          <w:rFonts w:ascii="Comic Sans MS" w:eastAsia="Comic Sans MS" w:hAnsi="Comic Sans MS" w:cs="Comic Sans MS"/>
          <w:b/>
          <w:color w:val="000000"/>
          <w:sz w:val="20"/>
          <w:szCs w:val="20"/>
        </w:rPr>
        <w:t>(HSAB.1.b, HSAB.1.c, SDB2.2, E2.5)</w:t>
      </w:r>
    </w:p>
    <w:p w14:paraId="20A5D36C" w14:textId="2FE9BA99" w:rsidR="008D0492" w:rsidRPr="000F3790" w:rsidRDefault="001D4628">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color w:val="000000"/>
          <w:sz w:val="20"/>
          <w:szCs w:val="20"/>
        </w:rPr>
        <w:t xml:space="preserve">Atışlar yüz hizasına yapılmaz. Düşen top öğretmenin yönlendirmesiyle alınır ve oyun kaldığı yerden sürer. Sıralar kısa tutulur; çömelmekte zorlanan çocuk alçak bir sandalyede oturarak tamamladığını gösterebilir. Hiçbir çocuk oyundan çıkarılmaz. Oyun sonunda “Sırayı beklemek oyunumuzu nasıl kolaylaştırdı?” sorusu üzerinde durulur. </w:t>
      </w:r>
      <w:r w:rsidRPr="000F3790">
        <w:rPr>
          <w:rFonts w:ascii="Comic Sans MS" w:eastAsia="Comic Sans MS" w:hAnsi="Comic Sans MS" w:cs="Comic Sans MS"/>
          <w:b/>
          <w:bCs/>
          <w:color w:val="000000"/>
          <w:sz w:val="20"/>
          <w:szCs w:val="20"/>
        </w:rPr>
        <w:t>Kaynak: Maarifin Kalbinde Oyun, I. Bülten, s. 9.</w:t>
      </w:r>
    </w:p>
    <w:p w14:paraId="39BA9310" w14:textId="77777777" w:rsidR="00165B0F" w:rsidRPr="000F3790" w:rsidRDefault="00165B0F" w:rsidP="00165B0F">
      <w:pPr>
        <w:spacing w:after="40" w:line="240" w:lineRule="auto"/>
        <w:rPr>
          <w:rFonts w:ascii="Comic Sans MS" w:hAnsi="Comic Sans MS"/>
          <w:sz w:val="20"/>
          <w:szCs w:val="20"/>
        </w:rPr>
      </w:pPr>
      <w:bookmarkStart w:id="0" w:name="_Hlk240837634"/>
      <w:r w:rsidRPr="000F3790">
        <w:rPr>
          <w:rFonts w:ascii="Comic Sans MS" w:hAnsi="Comic Sans MS"/>
          <w:color w:val="000000"/>
          <w:sz w:val="20"/>
          <w:szCs w:val="20"/>
        </w:rPr>
        <w:t>Günün sonunda çocuklar “Selamlaşma/Vedalaşma” panosundaki sarılma, el sallama, çak bir beşlik veya dans etme görsellerinden birini seçerek öğretmenle vedalaşır.</w:t>
      </w:r>
    </w:p>
    <w:bookmarkEnd w:id="0"/>
    <w:p w14:paraId="14AC975A" w14:textId="77777777" w:rsidR="008D0492" w:rsidRPr="000F3790" w:rsidRDefault="001D4628">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FARKLILAŞTIRMA</w:t>
      </w:r>
    </w:p>
    <w:p w14:paraId="3C370541" w14:textId="77777777" w:rsidR="008D0492" w:rsidRPr="000F3790" w:rsidRDefault="001D4628">
      <w:pPr>
        <w:spacing w:after="0" w:line="276" w:lineRule="auto"/>
        <w:rPr>
          <w:rFonts w:ascii="Comic Sans MS" w:hAnsi="Comic Sans MS"/>
          <w:sz w:val="20"/>
          <w:szCs w:val="20"/>
        </w:rPr>
      </w:pPr>
      <w:r w:rsidRPr="000F3790">
        <w:rPr>
          <w:rFonts w:ascii="Comic Sans MS" w:hAnsi="Comic Sans MS"/>
          <w:b/>
          <w:color w:val="2E74B5"/>
          <w:sz w:val="20"/>
          <w:szCs w:val="20"/>
        </w:rPr>
        <w:t>Zenginleştirme:</w:t>
      </w:r>
      <w:r w:rsidRPr="000F3790">
        <w:rPr>
          <w:rFonts w:ascii="Comic Sans MS" w:hAnsi="Comic Sans MS"/>
          <w:sz w:val="20"/>
          <w:szCs w:val="20"/>
        </w:rPr>
        <w:t xml:space="preserve"> Çocuklar kural çiçeklerinin taç yapraklarına aynı kuralı hatırlatan küçük simgeler çizebilir; seçtikleri kural kartındaki davranışın sınıf yaşamını nasıl kolaylaştırdığını örnekle açıklayabilir. At, Çök, Bitir! oyununda kaptan olarak arkadaşlarının sırasını takip edebilir.</w:t>
      </w:r>
    </w:p>
    <w:p w14:paraId="25D152E0" w14:textId="77777777" w:rsidR="008D0492" w:rsidRPr="000F3790" w:rsidRDefault="001D4628">
      <w:pPr>
        <w:spacing w:after="0" w:line="276" w:lineRule="auto"/>
        <w:rPr>
          <w:rFonts w:ascii="Comic Sans MS" w:hAnsi="Comic Sans MS"/>
          <w:sz w:val="20"/>
          <w:szCs w:val="20"/>
        </w:rPr>
      </w:pPr>
      <w:r w:rsidRPr="000F3790">
        <w:rPr>
          <w:rFonts w:ascii="Comic Sans MS" w:hAnsi="Comic Sans MS"/>
          <w:b/>
          <w:color w:val="2E74B5"/>
          <w:sz w:val="20"/>
          <w:szCs w:val="20"/>
        </w:rPr>
        <w:t>Destekleme:</w:t>
      </w:r>
      <w:r w:rsidRPr="000F3790">
        <w:rPr>
          <w:rFonts w:ascii="Comic Sans MS" w:hAnsi="Comic Sans MS"/>
          <w:sz w:val="20"/>
          <w:szCs w:val="20"/>
        </w:rPr>
        <w:t xml:space="preserve"> Kural seçimi için iki görsel sunulabilir; çocukların kurallarını basit şekillerle anlatmaları ve kalın gövdeli boyalar kullanmaları desteklenebilir. At, Çök, Bitir! oyununda büyük ve hafif top, daha kısa atış mesafesi ve oturarak katılım sağlanabilir; yönergeler tek tek gösterilebilir.</w:t>
      </w:r>
    </w:p>
    <w:p w14:paraId="6A65210E" w14:textId="77777777" w:rsidR="008D0492" w:rsidRPr="000F3790" w:rsidRDefault="001D4628">
      <w:pPr>
        <w:keepNext/>
        <w:spacing w:after="0" w:line="276" w:lineRule="auto"/>
        <w:rPr>
          <w:rFonts w:ascii="Comic Sans MS" w:hAnsi="Comic Sans MS" w:cs="Comic Sans MS"/>
          <w:color w:val="ED7D31"/>
          <w:sz w:val="20"/>
          <w:szCs w:val="20"/>
        </w:rPr>
      </w:pPr>
      <w:r w:rsidRPr="000F3790">
        <w:rPr>
          <w:rFonts w:ascii="Comic Sans MS" w:eastAsia="Comic Sans MS" w:hAnsi="Comic Sans MS" w:cs="Comic Sans MS"/>
          <w:b/>
          <w:color w:val="ED7D31"/>
          <w:sz w:val="20"/>
          <w:szCs w:val="20"/>
        </w:rPr>
        <w:lastRenderedPageBreak/>
        <w:t>GÜNÜ DEĞERLENDİRME</w:t>
      </w:r>
    </w:p>
    <w:p w14:paraId="7EA0AB77"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Kartlarda hangi sınıf kurallarını gördük?</w:t>
      </w:r>
    </w:p>
    <w:p w14:paraId="74DEF721"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At, Çök, Bitir! oyununu hangi sırayla oynadık?</w:t>
      </w:r>
    </w:p>
    <w:p w14:paraId="28BB936B"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Sıranı beklerken neler hissettin?</w:t>
      </w:r>
    </w:p>
    <w:p w14:paraId="3F132F09" w14:textId="77777777" w:rsidR="008D0492" w:rsidRPr="000F3790" w:rsidRDefault="001D4628">
      <w:pPr>
        <w:spacing w:after="0" w:line="276" w:lineRule="auto"/>
        <w:rPr>
          <w:rFonts w:ascii="Comic Sans MS" w:hAnsi="Comic Sans MS"/>
          <w:sz w:val="20"/>
          <w:szCs w:val="20"/>
        </w:rPr>
      </w:pPr>
      <w:r w:rsidRPr="000F3790">
        <w:rPr>
          <w:rFonts w:ascii="Comic Sans MS" w:hAnsi="Comic Sans MS"/>
          <w:color w:val="000000"/>
          <w:sz w:val="20"/>
          <w:szCs w:val="20"/>
        </w:rPr>
        <w:t>• Kural çiçeğini hazırlarken neler hissettin?</w:t>
      </w:r>
    </w:p>
    <w:p w14:paraId="5E004AD4"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Evde kullandığımız ortak eşyaları nasıl koruruz?</w:t>
      </w:r>
    </w:p>
    <w:p w14:paraId="4C4389B2"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Bir arkadaşın konuşurken ne yapabilirsin?</w:t>
      </w:r>
    </w:p>
    <w:p w14:paraId="560653F8" w14:textId="77777777" w:rsidR="008D0492" w:rsidRPr="000F3790" w:rsidRDefault="001D4628">
      <w:pPr>
        <w:spacing w:after="0" w:line="276" w:lineRule="auto"/>
        <w:rPr>
          <w:rFonts w:ascii="Comic Sans MS" w:hAnsi="Comic Sans MS"/>
          <w:sz w:val="20"/>
          <w:szCs w:val="20"/>
        </w:rPr>
      </w:pPr>
      <w:r w:rsidRPr="000F3790">
        <w:rPr>
          <w:rFonts w:ascii="Comic Sans MS" w:hAnsi="Comic Sans MS"/>
          <w:color w:val="000000"/>
          <w:sz w:val="20"/>
          <w:szCs w:val="20"/>
        </w:rPr>
        <w:t>• Seçtiğin kuralı çiçeğinde nasıl gösterdin?</w:t>
      </w:r>
    </w:p>
    <w:p w14:paraId="4BD036EC" w14:textId="77777777" w:rsidR="008D0492" w:rsidRPr="000F3790" w:rsidRDefault="001D4628">
      <w:pPr>
        <w:spacing w:after="0" w:line="276" w:lineRule="auto"/>
        <w:rPr>
          <w:rFonts w:ascii="Comic Sans MS" w:hAnsi="Comic Sans MS"/>
          <w:sz w:val="20"/>
          <w:szCs w:val="20"/>
        </w:rPr>
      </w:pPr>
      <w:r w:rsidRPr="000F3790">
        <w:rPr>
          <w:rFonts w:ascii="Comic Sans MS" w:eastAsia="Comic Sans MS" w:hAnsi="Comic Sans MS" w:cs="Comic Sans MS"/>
          <w:color w:val="000000"/>
          <w:sz w:val="20"/>
          <w:szCs w:val="20"/>
        </w:rPr>
        <w:t>• Topu yakalarken neye ihtiyaç duydun?</w:t>
      </w:r>
    </w:p>
    <w:p w14:paraId="2B4BE409" w14:textId="107D69DD" w:rsidR="008D0492" w:rsidRPr="000F3790" w:rsidRDefault="00C30F62">
      <w:pPr>
        <w:spacing w:after="0" w:line="276" w:lineRule="auto"/>
        <w:rPr>
          <w:rFonts w:ascii="Comic Sans MS" w:hAnsi="Comic Sans MS"/>
          <w:sz w:val="20"/>
          <w:szCs w:val="20"/>
        </w:rPr>
      </w:pPr>
      <w:bookmarkStart w:id="1" w:name="_Hlk240837618"/>
      <w:r w:rsidRPr="000F3790">
        <w:rPr>
          <w:rFonts w:ascii="Comic Sans MS" w:hAnsi="Comic Sans MS"/>
          <w:b/>
          <w:bCs/>
          <w:iCs/>
          <w:color w:val="002060"/>
          <w:sz w:val="20"/>
          <w:szCs w:val="20"/>
        </w:rPr>
        <w:t>Günü Değerlendirme:</w:t>
      </w:r>
      <w:r w:rsidRPr="000F3790">
        <w:rPr>
          <w:rFonts w:ascii="Comic Sans MS" w:hAnsi="Comic Sans MS"/>
          <w:i/>
          <w:color w:val="002060"/>
          <w:sz w:val="20"/>
          <w:szCs w:val="20"/>
        </w:rPr>
        <w:t xml:space="preserve"> </w:t>
      </w:r>
      <w:bookmarkEnd w:id="1"/>
      <w:r w:rsidR="001D4628" w:rsidRPr="000F3790">
        <w:rPr>
          <w:rFonts w:ascii="Comic Sans MS" w:hAnsi="Comic Sans MS"/>
          <w:color w:val="000000"/>
          <w:sz w:val="20"/>
          <w:szCs w:val="20"/>
        </w:rPr>
        <w:t>Çocukların kural kartlarını seçme, seçtikleri kuralı resimle anlatma ve top oyununa katılma süreçleri değerlendirilerek destek ihtiyaçları kaydedildi. Görsellerin, sanat malzemelerinin ve oyun düzeninin yaş grubuna ve öğrenme çıktılarına uygunluğu gözden geçirildi. Verdiğim yönergeler, bireysel rehberliğim ve zaman yönetimim değerlendirilerek sonraki uygulamalar için gerekli düzenlemeler belirlendi.</w:t>
      </w:r>
    </w:p>
    <w:p w14:paraId="1977EAB7" w14:textId="77777777" w:rsidR="008D0492" w:rsidRPr="000F3790" w:rsidRDefault="001D4628">
      <w:pPr>
        <w:keepNext/>
        <w:spacing w:after="0" w:line="276" w:lineRule="auto"/>
        <w:rPr>
          <w:rFonts w:ascii="Comic Sans MS" w:hAnsi="Comic Sans MS" w:cs="Comic Sans MS"/>
          <w:b/>
          <w:bCs/>
          <w:color w:val="ED7D31"/>
          <w:sz w:val="20"/>
          <w:szCs w:val="20"/>
        </w:rPr>
      </w:pPr>
      <w:r w:rsidRPr="000F3790">
        <w:rPr>
          <w:rFonts w:ascii="Comic Sans MS" w:eastAsia="Comic Sans MS" w:hAnsi="Comic Sans MS" w:cs="Comic Sans MS"/>
          <w:b/>
          <w:color w:val="ED7D31"/>
          <w:sz w:val="20"/>
          <w:szCs w:val="20"/>
        </w:rPr>
        <w:t>AİLE VE TOPLUM KATILIMI</w:t>
      </w:r>
    </w:p>
    <w:p w14:paraId="28741FDC" w14:textId="77777777" w:rsidR="008D0492" w:rsidRPr="000F3790" w:rsidRDefault="001D4628">
      <w:pPr>
        <w:spacing w:after="0" w:line="276" w:lineRule="auto"/>
        <w:rPr>
          <w:rFonts w:ascii="Comic Sans MS" w:hAnsi="Comic Sans MS"/>
          <w:sz w:val="20"/>
          <w:szCs w:val="20"/>
        </w:rPr>
      </w:pPr>
      <w:r w:rsidRPr="000F3790">
        <w:rPr>
          <w:rFonts w:ascii="Comic Sans MS" w:hAnsi="Comic Sans MS"/>
          <w:b/>
          <w:color w:val="2E74B5"/>
          <w:sz w:val="20"/>
          <w:szCs w:val="20"/>
        </w:rPr>
        <w:t>Aile Katılımı:</w:t>
      </w:r>
      <w:r w:rsidRPr="000F3790">
        <w:rPr>
          <w:rFonts w:ascii="Comic Sans MS" w:hAnsi="Comic Sans MS"/>
          <w:sz w:val="20"/>
          <w:szCs w:val="20"/>
        </w:rPr>
        <w:t xml:space="preserve"> “Sınıfımızın Kural Çiçekleri” aile bilgi notu paylaşılır. Aileler çocuklarıyla evde ortak kullanılan eşyalar için bir kural belirleyip uygulayabilir; “Bu kural işimizi nasıl kolaylaştırdı?” sorusu üzerine konuşabilir.</w:t>
      </w:r>
    </w:p>
    <w:p w14:paraId="09F7094D" w14:textId="6BC2E3D9" w:rsidR="008D0492" w:rsidRPr="000F3790" w:rsidRDefault="001D4628">
      <w:pPr>
        <w:spacing w:after="0" w:line="276" w:lineRule="auto"/>
        <w:rPr>
          <w:rFonts w:ascii="Comic Sans MS" w:eastAsia="Comic Sans MS" w:hAnsi="Comic Sans MS" w:cs="Comic Sans MS"/>
          <w:color w:val="000000"/>
          <w:sz w:val="20"/>
          <w:szCs w:val="20"/>
        </w:rPr>
      </w:pPr>
      <w:r w:rsidRPr="000F3790">
        <w:rPr>
          <w:rFonts w:ascii="Comic Sans MS" w:eastAsia="Comic Sans MS" w:hAnsi="Comic Sans MS" w:cs="Comic Sans MS"/>
          <w:b/>
          <w:color w:val="2E74B5"/>
          <w:sz w:val="20"/>
          <w:szCs w:val="20"/>
        </w:rPr>
        <w:t>Toplum Katılımı:</w:t>
      </w:r>
      <w:r w:rsidRPr="000F3790">
        <w:rPr>
          <w:rFonts w:ascii="Comic Sans MS" w:eastAsia="Comic Sans MS" w:hAnsi="Comic Sans MS" w:cs="Comic Sans MS"/>
          <w:color w:val="000000"/>
          <w:sz w:val="20"/>
          <w:szCs w:val="20"/>
        </w:rPr>
        <w:t xml:space="preserve"> </w:t>
      </w:r>
    </w:p>
    <w:p w14:paraId="41287BAB" w14:textId="491D2EF4" w:rsidR="00BC639E" w:rsidRPr="000F3790" w:rsidRDefault="00BC639E">
      <w:pPr>
        <w:spacing w:after="0" w:line="276" w:lineRule="auto"/>
        <w:rPr>
          <w:rFonts w:ascii="Comic Sans MS" w:eastAsia="Comic Sans MS" w:hAnsi="Comic Sans MS" w:cs="Comic Sans MS"/>
          <w:color w:val="000000"/>
          <w:sz w:val="20"/>
          <w:szCs w:val="20"/>
        </w:rPr>
      </w:pPr>
    </w:p>
    <w:p w14:paraId="18826B47"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b/>
          <w:bCs/>
          <w:color w:val="002060"/>
          <w:sz w:val="20"/>
          <w:szCs w:val="20"/>
          <w:lang w:eastAsia="tr-TR"/>
        </w:rPr>
        <w:t>AİLEYE BİLGİ NOTU</w:t>
      </w:r>
      <w:r w:rsidRPr="000F3790">
        <w:rPr>
          <w:rFonts w:ascii="Comic Sans MS" w:eastAsia="Times New Roman" w:hAnsi="Comic Sans MS"/>
          <w:color w:val="002060"/>
          <w:sz w:val="20"/>
          <w:szCs w:val="20"/>
          <w:lang w:eastAsia="tr-TR"/>
        </w:rPr>
        <w:br/>
      </w:r>
      <w:r w:rsidRPr="000F3790">
        <w:rPr>
          <w:rFonts w:ascii="Comic Sans MS" w:eastAsia="Times New Roman" w:hAnsi="Comic Sans MS"/>
          <w:b/>
          <w:bCs/>
          <w:sz w:val="20"/>
          <w:szCs w:val="20"/>
          <w:lang w:eastAsia="tr-TR"/>
        </w:rPr>
        <w:t>SINIFIMIZIN KURAL ÇİÇEKLERİ</w:t>
      </w:r>
    </w:p>
    <w:p w14:paraId="5E5A48B3"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Sevgili Ailemiz,</w:t>
      </w:r>
    </w:p>
    <w:p w14:paraId="48A3E6ED"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Çocuğunuzun kuralları benimsemesini, evde birlikte belirleyeceğiniz küçük sorumluluklarla destekleyebilirsiniz. Kuralları kısa ve olumlu ifadelerle söylemeniz, kendiniz de uygulayarak örnek olmanız önemlidir.</w:t>
      </w:r>
    </w:p>
    <w:p w14:paraId="52DEDB27"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b/>
          <w:bCs/>
          <w:sz w:val="20"/>
          <w:szCs w:val="20"/>
          <w:lang w:eastAsia="tr-TR"/>
        </w:rPr>
        <w:t>EVDE NE YAPABİLİRSİNİZ?</w:t>
      </w:r>
    </w:p>
    <w:p w14:paraId="4A8A44D4"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Çocuğunuzla “Oyundan sonra oyuncakları yerine koyarız.” gibi bir ev kuralı seçebilirsiniz. Bu kuralı anlatan bir resim yapmasını isteyip resmi ilgili yere asabilirsiniz.</w:t>
      </w:r>
    </w:p>
    <w:p w14:paraId="357F54CE"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Kuralı uygularken başlangıçta birlikte hareket edebilir, zamanla sorumluluğu çocuğunuza bırakabilirsiniz. Hatırlatmanız gerektiğinde “Birlikte belirlediğimiz kural neydi?” diye sorabilirsiniz.</w:t>
      </w:r>
    </w:p>
    <w:p w14:paraId="70E529DE"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b/>
          <w:bCs/>
          <w:sz w:val="20"/>
          <w:szCs w:val="20"/>
          <w:lang w:eastAsia="tr-TR"/>
        </w:rPr>
        <w:t>Küçük sorumluluklar, birlikte ve tutarlı biçimde uygulandığında alışkanlığa dönüşür.</w:t>
      </w:r>
    </w:p>
    <w:p w14:paraId="22840AFB"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İş birliğiniz ve desteğiniz için teşekkür ederiz!</w:t>
      </w:r>
    </w:p>
    <w:p w14:paraId="3EA6173A" w14:textId="77777777" w:rsidR="00BC639E" w:rsidRPr="000F3790" w:rsidRDefault="00BC639E" w:rsidP="00BC639E">
      <w:pPr>
        <w:suppressAutoHyphens w:val="0"/>
        <w:spacing w:after="0" w:line="240" w:lineRule="auto"/>
        <w:rPr>
          <w:rFonts w:ascii="Comic Sans MS" w:eastAsia="Times New Roman" w:hAnsi="Comic Sans MS"/>
          <w:sz w:val="20"/>
          <w:szCs w:val="20"/>
          <w:lang w:eastAsia="tr-TR"/>
        </w:rPr>
      </w:pPr>
      <w:r w:rsidRPr="000F3790">
        <w:rPr>
          <w:rFonts w:ascii="Comic Sans MS" w:eastAsia="Times New Roman" w:hAnsi="Comic Sans MS"/>
          <w:sz w:val="20"/>
          <w:szCs w:val="20"/>
          <w:lang w:eastAsia="tr-TR"/>
        </w:rPr>
        <w:t>Sevgiler…</w:t>
      </w:r>
    </w:p>
    <w:p w14:paraId="7F9F2CB0" w14:textId="77777777" w:rsidR="00BC639E" w:rsidRPr="000F3790" w:rsidRDefault="00BC639E">
      <w:pPr>
        <w:spacing w:after="0" w:line="276" w:lineRule="auto"/>
        <w:rPr>
          <w:rFonts w:ascii="Comic Sans MS" w:hAnsi="Comic Sans MS"/>
          <w:sz w:val="20"/>
          <w:szCs w:val="20"/>
        </w:rPr>
      </w:pPr>
    </w:p>
    <w:p w14:paraId="652C824C" w14:textId="4CC45039" w:rsidR="008D0492" w:rsidRPr="000F3790" w:rsidRDefault="001D4628">
      <w:pPr>
        <w:keepNext/>
        <w:spacing w:after="0" w:line="276" w:lineRule="auto"/>
        <w:rPr>
          <w:rFonts w:ascii="Comic Sans MS" w:eastAsia="Comic Sans MS" w:hAnsi="Comic Sans MS" w:cs="Comic Sans MS"/>
          <w:b/>
          <w:color w:val="ED7D31"/>
          <w:sz w:val="20"/>
          <w:szCs w:val="20"/>
        </w:rPr>
      </w:pPr>
      <w:r w:rsidRPr="000F3790">
        <w:rPr>
          <w:rFonts w:ascii="Comic Sans MS" w:eastAsia="Comic Sans MS" w:hAnsi="Comic Sans MS" w:cs="Comic Sans MS"/>
          <w:b/>
          <w:color w:val="ED7D31"/>
          <w:sz w:val="20"/>
          <w:szCs w:val="20"/>
        </w:rPr>
        <w:t>ALTERNATİF LİNKLER VE ÖNERİLER</w:t>
      </w:r>
    </w:p>
    <w:p w14:paraId="1DAA1062" w14:textId="77777777" w:rsidR="000F3790" w:rsidRPr="000F3790" w:rsidRDefault="00F52C13">
      <w:pPr>
        <w:keepNext/>
        <w:spacing w:after="0" w:line="276" w:lineRule="auto"/>
        <w:rPr>
          <w:rFonts w:ascii="Comic Sans MS" w:hAnsi="Comic Sans MS"/>
          <w:color w:val="000000"/>
          <w:sz w:val="20"/>
          <w:szCs w:val="20"/>
        </w:rPr>
      </w:pPr>
      <w:hyperlink r:id="rId20" w:history="1">
        <w:r w:rsidR="000F3790" w:rsidRPr="000F3790">
          <w:rPr>
            <w:rStyle w:val="Kpr"/>
            <w:rFonts w:ascii="Comic Sans MS" w:hAnsi="Comic Sans MS"/>
            <w:color w:val="0070C0"/>
            <w:sz w:val="20"/>
            <w:szCs w:val="20"/>
          </w:rPr>
          <w:t>Uykucu Horoz Oyunu</w:t>
        </w:r>
      </w:hyperlink>
      <w:r w:rsidR="000F3790" w:rsidRPr="000F3790">
        <w:rPr>
          <w:rFonts w:ascii="Comic Sans MS" w:hAnsi="Comic Sans MS"/>
          <w:color w:val="000000"/>
          <w:sz w:val="20"/>
          <w:szCs w:val="20"/>
        </w:rPr>
        <w:t xml:space="preserve"> </w:t>
      </w:r>
    </w:p>
    <w:p w14:paraId="22467C0B" w14:textId="7264BCC0" w:rsidR="000F3790" w:rsidRPr="000F3790" w:rsidRDefault="000F3790">
      <w:pPr>
        <w:keepNext/>
        <w:spacing w:after="0" w:line="276" w:lineRule="auto"/>
        <w:rPr>
          <w:rFonts w:ascii="Comic Sans MS" w:hAnsi="Comic Sans MS" w:cs="Comic Sans MS"/>
          <w:b/>
          <w:color w:val="ED7D31"/>
          <w:sz w:val="20"/>
          <w:szCs w:val="20"/>
        </w:rPr>
      </w:pPr>
      <w:r w:rsidRPr="000F3790">
        <w:rPr>
          <w:rFonts w:ascii="Comic Sans MS" w:hAnsi="Comic Sans MS"/>
          <w:color w:val="000000"/>
          <w:sz w:val="20"/>
          <w:szCs w:val="20"/>
          <w:shd w:val="clear" w:color="auto" w:fill="F9F9F9"/>
        </w:rPr>
        <w:t>Tüm çocuklar yumurta olup, yere otururlar. Uyur gibidirler ve gözlerini açmazlar. Öğretmen tek tek başlarına dokunur. Başına dokunulan çocuk, sessizce kalkar ve öğretmenin peşinden gelir. Son çocuk kalana kadar, öğretmen çocukların başlarına dokunarak kaldırır. Sona kalan çocuğun etrafında sessizce halka olunur. Ve birden, “uykucu horoz, uykucu horoz kalk artık!” diye bağırırlar. Uykucu horoz arkadaşlarını yakalamaya çalışır.</w:t>
      </w:r>
    </w:p>
    <w:p w14:paraId="778F87B4" w14:textId="2F093E06" w:rsidR="008D0492" w:rsidRPr="000F3790" w:rsidRDefault="00F52C13">
      <w:pPr>
        <w:spacing w:after="0" w:line="276" w:lineRule="auto"/>
        <w:rPr>
          <w:rFonts w:ascii="Comic Sans MS" w:eastAsia="Comic Sans MS" w:hAnsi="Comic Sans MS" w:cs="Comic Sans MS"/>
          <w:color w:val="000000"/>
          <w:sz w:val="20"/>
          <w:szCs w:val="20"/>
        </w:rPr>
      </w:pPr>
      <w:hyperlink r:id="rId21">
        <w:r w:rsidR="001D4628" w:rsidRPr="000F3790">
          <w:rPr>
            <w:rFonts w:ascii="Comic Sans MS" w:eastAsia="Comic Sans MS" w:hAnsi="Comic Sans MS" w:cs="Comic Sans MS"/>
            <w:color w:val="0070C0"/>
            <w:sz w:val="20"/>
            <w:szCs w:val="20"/>
            <w:u w:val="single"/>
          </w:rPr>
          <w:t xml:space="preserve">Kurallar </w:t>
        </w:r>
        <w:proofErr w:type="spellStart"/>
        <w:r w:rsidR="001D4628" w:rsidRPr="000F3790">
          <w:rPr>
            <w:rFonts w:ascii="Comic Sans MS" w:eastAsia="Comic Sans MS" w:hAnsi="Comic Sans MS" w:cs="Comic Sans MS"/>
            <w:color w:val="0070C0"/>
            <w:sz w:val="20"/>
            <w:szCs w:val="20"/>
            <w:u w:val="single"/>
          </w:rPr>
          <w:t>Kurallar</w:t>
        </w:r>
        <w:proofErr w:type="spellEnd"/>
        <w:r w:rsidR="001D4628" w:rsidRPr="000F3790">
          <w:rPr>
            <w:rFonts w:ascii="Comic Sans MS" w:eastAsia="Comic Sans MS" w:hAnsi="Comic Sans MS" w:cs="Comic Sans MS"/>
            <w:color w:val="0070C0"/>
            <w:sz w:val="20"/>
            <w:szCs w:val="20"/>
            <w:u w:val="single"/>
          </w:rPr>
          <w:t xml:space="preserve"> Anasınıfı Eğitici Film</w:t>
        </w:r>
      </w:hyperlink>
      <w:r w:rsidR="001D4628" w:rsidRPr="000F3790">
        <w:rPr>
          <w:rFonts w:ascii="Comic Sans MS" w:eastAsia="Comic Sans MS" w:hAnsi="Comic Sans MS" w:cs="Comic Sans MS"/>
          <w:color w:val="000000"/>
          <w:sz w:val="20"/>
          <w:szCs w:val="20"/>
        </w:rPr>
        <w:t xml:space="preserve"> alternatif içeriktir.</w:t>
      </w:r>
    </w:p>
    <w:p w14:paraId="13762DE6" w14:textId="77777777" w:rsidR="000F3790" w:rsidRPr="000F3790" w:rsidRDefault="000F3790" w:rsidP="000F3790">
      <w:pPr>
        <w:spacing w:line="276" w:lineRule="auto"/>
        <w:rPr>
          <w:rFonts w:ascii="Comic Sans MS" w:hAnsi="Comic Sans MS"/>
          <w:b/>
          <w:color w:val="000000"/>
          <w:sz w:val="20"/>
          <w:szCs w:val="20"/>
        </w:rPr>
      </w:pPr>
      <w:r w:rsidRPr="000F3790">
        <w:rPr>
          <w:rFonts w:ascii="Comic Sans MS" w:hAnsi="Comic Sans MS"/>
          <w:b/>
          <w:color w:val="000000"/>
          <w:sz w:val="20"/>
          <w:szCs w:val="20"/>
        </w:rPr>
        <w:t>***Rehberlik etkinlik planı yapılabilir.</w:t>
      </w:r>
    </w:p>
    <w:p w14:paraId="3FBA86FB" w14:textId="478E0958" w:rsidR="000F3790" w:rsidRPr="000F3790" w:rsidRDefault="000F3790" w:rsidP="000F3790">
      <w:pPr>
        <w:spacing w:after="0" w:line="276" w:lineRule="auto"/>
        <w:rPr>
          <w:rFonts w:ascii="Comic Sans MS" w:hAnsi="Comic Sans MS"/>
          <w:sz w:val="20"/>
          <w:szCs w:val="20"/>
        </w:rPr>
      </w:pPr>
      <w:r w:rsidRPr="000F3790">
        <w:rPr>
          <w:rFonts w:ascii="Comic Sans MS" w:hAnsi="Comic Sans MS"/>
          <w:sz w:val="20"/>
          <w:szCs w:val="20"/>
        </w:rPr>
        <w:t>Sınıfta bir "Kurallar Duvarı" oluşturarak her kuralın altına, bu kurala uygun davranışları gösteren çocukların isimleri yazılabilir ya da fotoğraflarını koyulabilir.</w:t>
      </w:r>
    </w:p>
    <w:p w14:paraId="590E1623" w14:textId="658EFD40" w:rsidR="008D0492" w:rsidRPr="000F3790" w:rsidRDefault="000F3790" w:rsidP="000F3790">
      <w:pPr>
        <w:rPr>
          <w:rStyle w:val="Kpr"/>
          <w:rFonts w:ascii="Comic Sans MS" w:hAnsi="Comic Sans MS"/>
          <w:bCs/>
          <w:color w:val="0070C0"/>
          <w:sz w:val="20"/>
          <w:szCs w:val="20"/>
          <w:shd w:val="clear" w:color="auto" w:fill="FFFFFF"/>
        </w:rPr>
      </w:pPr>
      <w:r w:rsidRPr="000F3790">
        <w:rPr>
          <w:rFonts w:ascii="Comic Sans MS" w:hAnsi="Comic Sans MS"/>
          <w:bCs/>
          <w:noProof/>
          <w:color w:val="0070C0"/>
          <w:sz w:val="20"/>
          <w:szCs w:val="20"/>
          <w:u w:val="single"/>
        </w:rPr>
        <mc:AlternateContent>
          <mc:Choice Requires="wps">
            <w:drawing>
              <wp:anchor distT="0" distB="0" distL="114300" distR="114300" simplePos="0" relativeHeight="251664384" behindDoc="0" locked="0" layoutInCell="1" allowOverlap="1" wp14:anchorId="31F6AF66" wp14:editId="3E56C446">
                <wp:simplePos x="0" y="0"/>
                <wp:positionH relativeFrom="column">
                  <wp:posOffset>3800475</wp:posOffset>
                </wp:positionH>
                <wp:positionV relativeFrom="paragraph">
                  <wp:posOffset>283210</wp:posOffset>
                </wp:positionV>
                <wp:extent cx="1590675" cy="1266825"/>
                <wp:effectExtent l="0" t="0" r="28575" b="28575"/>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0675" cy="1266825"/>
                        </a:xfrm>
                        <a:prstGeom prst="rect">
                          <a:avLst/>
                        </a:prstGeom>
                        <a:solidFill>
                          <a:sysClr val="window" lastClr="FFFFFF"/>
                        </a:solidFill>
                        <a:ln w="6350">
                          <a:solidFill>
                            <a:srgbClr val="0070C0"/>
                          </a:solidFill>
                        </a:ln>
                      </wps:spPr>
                      <wps:txbx>
                        <w:txbxContent>
                          <w:p w14:paraId="4E9981B8" w14:textId="77777777" w:rsidR="000F3790" w:rsidRPr="002F5F96" w:rsidRDefault="000F3790" w:rsidP="000F3790">
                            <w:pPr>
                              <w:rPr>
                                <w:rFonts w:ascii="Comic Sans MS" w:hAnsi="Comic Sans MS"/>
                                <w:color w:val="000000"/>
                                <w:sz w:val="18"/>
                                <w:szCs w:val="18"/>
                                <w:shd w:val="clear" w:color="auto" w:fill="FFFFFF"/>
                              </w:rPr>
                            </w:pPr>
                          </w:p>
                          <w:p w14:paraId="72123EBE" w14:textId="77777777" w:rsidR="000F3790" w:rsidRPr="002F5F96" w:rsidRDefault="000F379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 xml:space="preserve">Okula geldik hey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Servisten indik </w:t>
                            </w:r>
                            <w:hyperlink r:id="rId22" w:tooltip="Posts tagged with Rap" w:history="1">
                              <w:r w:rsidRPr="002F5F96">
                                <w:rPr>
                                  <w:rStyle w:val="Kpr"/>
                                  <w:rFonts w:ascii="Comic Sans MS" w:hAnsi="Comic Sans MS"/>
                                  <w:color w:val="000000"/>
                                  <w:sz w:val="18"/>
                                  <w:szCs w:val="18"/>
                                  <w:bdr w:val="none" w:sz="0" w:space="0" w:color="auto" w:frame="1"/>
                                  <w:shd w:val="clear" w:color="auto" w:fill="FFFFFF"/>
                                </w:rPr>
                                <w:t>rap</w:t>
                              </w:r>
                            </w:hyperlink>
                            <w:r w:rsidRPr="002F5F96">
                              <w:rPr>
                                <w:rFonts w:ascii="Comic Sans MS" w:hAnsi="Comic Sans MS"/>
                                <w:color w:val="000000"/>
                                <w:sz w:val="18"/>
                                <w:szCs w:val="18"/>
                                <w:shd w:val="clear" w:color="auto" w:fill="FFFFFF"/>
                              </w:rPr>
                              <w:t>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Sınıfın kapısı </w:t>
                            </w:r>
                            <w:hyperlink r:id="rId23" w:tooltip="Posts tagged with tak tak tak" w:history="1">
                              <w:r w:rsidRPr="002F5F96">
                                <w:rPr>
                                  <w:rStyle w:val="Kpr"/>
                                  <w:rFonts w:ascii="Comic Sans MS" w:hAnsi="Comic Sans MS"/>
                                  <w:color w:val="000000"/>
                                  <w:sz w:val="18"/>
                                  <w:szCs w:val="18"/>
                                  <w:bdr w:val="none" w:sz="0" w:space="0" w:color="auto" w:frame="1"/>
                                  <w:shd w:val="clear" w:color="auto" w:fill="FFFFFF"/>
                                </w:rPr>
                                <w:t>tak tak tak</w:t>
                              </w:r>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Herkese birden günaydın</w:t>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F6AF66" id="_x0000_t202" coordsize="21600,21600" o:spt="202" path="m,l,21600r21600,l21600,xe">
                <v:stroke joinstyle="miter"/>
                <v:path gradientshapeok="t" o:connecttype="rect"/>
              </v:shapetype>
              <v:shape id="Metin Kutusu 1" o:spid="_x0000_s1026" type="#_x0000_t202" style="position:absolute;margin-left:299.25pt;margin-top:22.3pt;width:125.25pt;height:9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" fillcolor="window" strokecolor="#0070c0" strokeweight=".5pt">
                <v:path arrowok="t"/>
                <v:textbox>
                  <w:txbxContent>
                    <w:p w14:paraId="4E9981B8" w14:textId="77777777" w:rsidR="000F3790" w:rsidRPr="002F5F96" w:rsidRDefault="000F3790" w:rsidP="000F3790">
                      <w:pPr>
                        <w:rPr>
                          <w:rFonts w:ascii="Comic Sans MS" w:hAnsi="Comic Sans MS"/>
                          <w:color w:val="000000"/>
                          <w:sz w:val="18"/>
                          <w:szCs w:val="18"/>
                          <w:shd w:val="clear" w:color="auto" w:fill="FFFFFF"/>
                        </w:rPr>
                      </w:pPr>
                    </w:p>
                    <w:p w14:paraId="72123EBE" w14:textId="77777777" w:rsidR="000F3790" w:rsidRPr="002F5F96" w:rsidRDefault="000F379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 xml:space="preserve">Okula geldik hey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hey</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Servisten indik </w:t>
                      </w:r>
                      <w:hyperlink r:id="rId24" w:tooltip="Posts tagged with Rap" w:history="1">
                        <w:r w:rsidRPr="002F5F96">
                          <w:rPr>
                            <w:rStyle w:val="Kpr"/>
                            <w:rFonts w:ascii="Comic Sans MS" w:hAnsi="Comic Sans MS"/>
                            <w:color w:val="000000"/>
                            <w:sz w:val="18"/>
                            <w:szCs w:val="18"/>
                            <w:bdr w:val="none" w:sz="0" w:space="0" w:color="auto" w:frame="1"/>
                            <w:shd w:val="clear" w:color="auto" w:fill="FFFFFF"/>
                          </w:rPr>
                          <w:t>rap</w:t>
                        </w:r>
                      </w:hyperlink>
                      <w:r w:rsidRPr="002F5F96">
                        <w:rPr>
                          <w:rFonts w:ascii="Comic Sans MS" w:hAnsi="Comic Sans MS"/>
                          <w:color w:val="000000"/>
                          <w:sz w:val="18"/>
                          <w:szCs w:val="18"/>
                          <w:shd w:val="clear" w:color="auto" w:fill="FFFFFF"/>
                        </w:rPr>
                        <w:t>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rap</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Sınıfın kapısı </w:t>
                      </w:r>
                      <w:hyperlink r:id="rId25" w:tooltip="Posts tagged with tak tak tak" w:history="1">
                        <w:r w:rsidRPr="002F5F96">
                          <w:rPr>
                            <w:rStyle w:val="Kpr"/>
                            <w:rFonts w:ascii="Comic Sans MS" w:hAnsi="Comic Sans MS"/>
                            <w:color w:val="000000"/>
                            <w:sz w:val="18"/>
                            <w:szCs w:val="18"/>
                            <w:bdr w:val="none" w:sz="0" w:space="0" w:color="auto" w:frame="1"/>
                            <w:shd w:val="clear" w:color="auto" w:fill="FFFFFF"/>
                          </w:rPr>
                          <w:t>tak tak tak</w:t>
                        </w:r>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Herkese birden günaydın</w:t>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v:textbox>
              </v:shape>
            </w:pict>
          </mc:Fallback>
        </mc:AlternateContent>
      </w:r>
      <w:hyperlink r:id="rId26" w:history="1">
        <w:r w:rsidRPr="000F3790">
          <w:rPr>
            <w:rStyle w:val="Kpr"/>
            <w:rFonts w:ascii="Comic Sans MS" w:eastAsia="Comic Sans MS" w:hAnsi="Comic Sans MS" w:cs="Comic Sans MS"/>
            <w:color w:val="0070C0"/>
            <w:sz w:val="20"/>
            <w:szCs w:val="20"/>
          </w:rPr>
          <w:t>Günaydın (</w:t>
        </w:r>
        <w:r w:rsidRPr="000F3790">
          <w:rPr>
            <w:rStyle w:val="Kpr"/>
            <w:rFonts w:ascii="Comic Sans MS" w:hAnsi="Comic Sans MS"/>
            <w:bCs/>
            <w:color w:val="0070C0"/>
            <w:sz w:val="20"/>
            <w:szCs w:val="20"/>
            <w:shd w:val="clear" w:color="auto" w:fill="FFFFFF"/>
          </w:rPr>
          <w:t xml:space="preserve">Saatim Çaldı </w:t>
        </w:r>
        <w:proofErr w:type="spellStart"/>
        <w:r w:rsidRPr="000F3790">
          <w:rPr>
            <w:rStyle w:val="Kpr"/>
            <w:rFonts w:ascii="Comic Sans MS" w:hAnsi="Comic Sans MS"/>
            <w:bCs/>
            <w:color w:val="0070C0"/>
            <w:sz w:val="20"/>
            <w:szCs w:val="20"/>
            <w:shd w:val="clear" w:color="auto" w:fill="FFFFFF"/>
          </w:rPr>
          <w:t>Bip</w:t>
        </w:r>
        <w:proofErr w:type="spellEnd"/>
        <w:r w:rsidRPr="000F3790">
          <w:rPr>
            <w:rStyle w:val="Kpr"/>
            <w:rFonts w:ascii="Comic Sans MS" w:hAnsi="Comic Sans MS"/>
            <w:bCs/>
            <w:color w:val="0070C0"/>
            <w:sz w:val="20"/>
            <w:szCs w:val="20"/>
            <w:shd w:val="clear" w:color="auto" w:fill="FFFFFF"/>
          </w:rPr>
          <w:t xml:space="preserve"> </w:t>
        </w:r>
        <w:proofErr w:type="spellStart"/>
        <w:r w:rsidRPr="000F3790">
          <w:rPr>
            <w:rStyle w:val="Kpr"/>
            <w:rFonts w:ascii="Comic Sans MS" w:hAnsi="Comic Sans MS"/>
            <w:bCs/>
            <w:color w:val="0070C0"/>
            <w:sz w:val="20"/>
            <w:szCs w:val="20"/>
            <w:shd w:val="clear" w:color="auto" w:fill="FFFFFF"/>
          </w:rPr>
          <w:t>Bip</w:t>
        </w:r>
        <w:proofErr w:type="spellEnd"/>
        <w:r w:rsidRPr="000F3790">
          <w:rPr>
            <w:rStyle w:val="Kpr"/>
            <w:rFonts w:ascii="Comic Sans MS" w:hAnsi="Comic Sans MS"/>
            <w:bCs/>
            <w:color w:val="0070C0"/>
            <w:sz w:val="20"/>
            <w:szCs w:val="20"/>
            <w:shd w:val="clear" w:color="auto" w:fill="FFFFFF"/>
          </w:rPr>
          <w:t xml:space="preserve"> </w:t>
        </w:r>
        <w:proofErr w:type="spellStart"/>
        <w:r w:rsidRPr="000F3790">
          <w:rPr>
            <w:rStyle w:val="Kpr"/>
            <w:rFonts w:ascii="Comic Sans MS" w:hAnsi="Comic Sans MS"/>
            <w:bCs/>
            <w:color w:val="0070C0"/>
            <w:sz w:val="20"/>
            <w:szCs w:val="20"/>
            <w:shd w:val="clear" w:color="auto" w:fill="FFFFFF"/>
          </w:rPr>
          <w:t>Bip</w:t>
        </w:r>
        <w:proofErr w:type="spellEnd"/>
        <w:r w:rsidRPr="000F3790">
          <w:rPr>
            <w:rStyle w:val="Kpr"/>
            <w:rFonts w:ascii="Comic Sans MS" w:hAnsi="Comic Sans MS"/>
            <w:bCs/>
            <w:color w:val="0070C0"/>
            <w:sz w:val="20"/>
            <w:szCs w:val="20"/>
            <w:shd w:val="clear" w:color="auto" w:fill="FFFFFF"/>
          </w:rPr>
          <w:t xml:space="preserve">) Şarkılı </w:t>
        </w:r>
        <w:proofErr w:type="spellStart"/>
        <w:r w:rsidRPr="000F3790">
          <w:rPr>
            <w:rStyle w:val="Kpr"/>
            <w:rFonts w:ascii="Comic Sans MS" w:hAnsi="Comic Sans MS"/>
            <w:bCs/>
            <w:color w:val="0070C0"/>
            <w:sz w:val="20"/>
            <w:szCs w:val="20"/>
            <w:shd w:val="clear" w:color="auto" w:fill="FFFFFF"/>
          </w:rPr>
          <w:t>Rond</w:t>
        </w:r>
        <w:proofErr w:type="spellEnd"/>
      </w:hyperlink>
    </w:p>
    <w:p w14:paraId="65A09249" w14:textId="1FB2BCCA" w:rsidR="000F3790" w:rsidRPr="000F3790" w:rsidRDefault="000F3790" w:rsidP="000F3790">
      <w:pPr>
        <w:rPr>
          <w:rStyle w:val="Kpr"/>
          <w:rFonts w:ascii="Comic Sans MS" w:hAnsi="Comic Sans MS"/>
          <w:bCs/>
          <w:color w:val="0070C0"/>
          <w:sz w:val="20"/>
          <w:szCs w:val="20"/>
          <w:shd w:val="clear" w:color="auto" w:fill="FFFFFF"/>
        </w:rPr>
      </w:pPr>
      <w:r w:rsidRPr="000F3790">
        <w:rPr>
          <w:rFonts w:ascii="Comic Sans MS" w:hAnsi="Comic Sans MS"/>
          <w:bCs/>
          <w:noProof/>
          <w:color w:val="0070C0"/>
          <w:sz w:val="20"/>
          <w:szCs w:val="20"/>
          <w:u w:val="single"/>
        </w:rPr>
        <mc:AlternateContent>
          <mc:Choice Requires="wps">
            <w:drawing>
              <wp:anchor distT="0" distB="0" distL="114300" distR="114300" simplePos="0" relativeHeight="251661312" behindDoc="0" locked="0" layoutInCell="1" allowOverlap="1" wp14:anchorId="5FB3A303" wp14:editId="4C8B3BEE">
                <wp:simplePos x="0" y="0"/>
                <wp:positionH relativeFrom="column">
                  <wp:posOffset>1989455</wp:posOffset>
                </wp:positionH>
                <wp:positionV relativeFrom="paragraph">
                  <wp:posOffset>39370</wp:posOffset>
                </wp:positionV>
                <wp:extent cx="1685925" cy="1266825"/>
                <wp:effectExtent l="0" t="0" r="28575" b="28575"/>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5925" cy="1266825"/>
                        </a:xfrm>
                        <a:prstGeom prst="rect">
                          <a:avLst/>
                        </a:prstGeom>
                        <a:solidFill>
                          <a:sysClr val="window" lastClr="FFFFFF"/>
                        </a:solidFill>
                        <a:ln w="6350">
                          <a:solidFill>
                            <a:srgbClr val="0070C0"/>
                          </a:solidFill>
                        </a:ln>
                      </wps:spPr>
                      <wps:txbx>
                        <w:txbxContent>
                          <w:p w14:paraId="1110AE6F" w14:textId="77777777" w:rsidR="000F3790" w:rsidRPr="002F5F96" w:rsidRDefault="000F3790" w:rsidP="000F3790">
                            <w:pPr>
                              <w:rPr>
                                <w:rFonts w:ascii="Comic Sans MS" w:hAnsi="Comic Sans MS"/>
                                <w:color w:val="000000"/>
                                <w:sz w:val="18"/>
                                <w:szCs w:val="18"/>
                                <w:shd w:val="clear" w:color="auto" w:fill="FFFFFF"/>
                              </w:rPr>
                            </w:pPr>
                          </w:p>
                          <w:p w14:paraId="4800A307" w14:textId="77777777" w:rsidR="000F3790" w:rsidRPr="002F5F96" w:rsidRDefault="000F379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Servisim geldi </w:t>
                            </w:r>
                            <w:proofErr w:type="spellStart"/>
                            <w:r w:rsidR="00F52C13">
                              <w:fldChar w:fldCharType="begin"/>
                            </w:r>
                            <w:r w:rsidR="00F52C13">
                              <w:instrText xml:space="preserve"> HYPERLINK "https://www.cocuksarkilari.org/cocuk-sarkilari/dut-dut-dut" \o "Posts tagged with düt düt düt" </w:instrText>
                            </w:r>
                            <w:r w:rsidR="00F52C13">
                              <w:fldChar w:fldCharType="separate"/>
                            </w:r>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sidR="00F52C13">
                              <w:rPr>
                                <w:rFonts w:ascii="Comic Sans MS" w:hAnsi="Comic Sans MS"/>
                                <w:color w:val="000000"/>
                                <w:sz w:val="18"/>
                                <w:szCs w:val="18"/>
                                <w:bdr w:val="none" w:sz="0" w:space="0" w:color="auto" w:frame="1"/>
                                <w:shd w:val="clear" w:color="auto" w:fill="FFFFFF"/>
                              </w:rPr>
                              <w:fldChar w:fldCharType="end"/>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Okula gidiyoruz </w:t>
                            </w:r>
                            <w:hyperlink r:id="rId27" w:tooltip="Posts tagged with hop hop hop" w:history="1">
                              <w:r w:rsidRPr="002F5F96">
                                <w:rPr>
                                  <w:rFonts w:ascii="Comic Sans MS" w:hAnsi="Comic Sans MS"/>
                                  <w:color w:val="000000"/>
                                  <w:sz w:val="18"/>
                                  <w:szCs w:val="18"/>
                                  <w:bdr w:val="none" w:sz="0" w:space="0" w:color="auto" w:frame="1"/>
                                  <w:shd w:val="clear" w:color="auto" w:fill="FFFFFF"/>
                                </w:rPr>
                                <w:t xml:space="preserve">hop </w:t>
                              </w:r>
                              <w:proofErr w:type="spellStart"/>
                              <w:r w:rsidRPr="002F5F96">
                                <w:rPr>
                                  <w:rFonts w:ascii="Comic Sans MS" w:hAnsi="Comic Sans MS"/>
                                  <w:color w:val="000000"/>
                                  <w:sz w:val="18"/>
                                  <w:szCs w:val="18"/>
                                  <w:bdr w:val="none" w:sz="0" w:space="0" w:color="auto" w:frame="1"/>
                                  <w:shd w:val="clear" w:color="auto" w:fill="FFFFFF"/>
                                </w:rPr>
                                <w:t>hop</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hop</w:t>
                              </w:r>
                              <w:proofErr w:type="spellEnd"/>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Arkadaşımla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Hostes dedi ki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3A303" id="Metin Kutusu 7" o:spid="_x0000_s1027" type="#_x0000_t202" style="position:absolute;margin-left:156.65pt;margin-top:3.1pt;width:132.75pt;height:9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" fillcolor="window" strokecolor="#0070c0" strokeweight=".5pt">
                <v:path arrowok="t"/>
                <v:textbox>
                  <w:txbxContent>
                    <w:p w14:paraId="1110AE6F" w14:textId="77777777" w:rsidR="000F3790" w:rsidRPr="002F5F96" w:rsidRDefault="000F3790" w:rsidP="000F3790">
                      <w:pPr>
                        <w:rPr>
                          <w:rFonts w:ascii="Comic Sans MS" w:hAnsi="Comic Sans MS"/>
                          <w:color w:val="000000"/>
                          <w:sz w:val="18"/>
                          <w:szCs w:val="18"/>
                          <w:shd w:val="clear" w:color="auto" w:fill="FFFFFF"/>
                        </w:rPr>
                      </w:pPr>
                    </w:p>
                    <w:p w14:paraId="4800A307" w14:textId="77777777" w:rsidR="000F3790" w:rsidRPr="002F5F96" w:rsidRDefault="000F3790" w:rsidP="000F3790">
                      <w:pPr>
                        <w:rPr>
                          <w:rFonts w:ascii="Comic Sans MS" w:hAnsi="Comic Sans MS"/>
                          <w:color w:val="000000"/>
                          <w:sz w:val="18"/>
                          <w:szCs w:val="18"/>
                        </w:rPr>
                      </w:pPr>
                      <w:r w:rsidRPr="002F5F96">
                        <w:rPr>
                          <w:rFonts w:ascii="Comic Sans MS" w:hAnsi="Comic Sans MS"/>
                          <w:color w:val="000000"/>
                          <w:sz w:val="18"/>
                          <w:szCs w:val="18"/>
                          <w:shd w:val="clear" w:color="auto" w:fill="FFFFFF"/>
                        </w:rPr>
                        <w:t>Servisim geldi </w:t>
                      </w:r>
                      <w:proofErr w:type="spellStart"/>
                      <w:r w:rsidR="00F52C13">
                        <w:fldChar w:fldCharType="begin"/>
                      </w:r>
                      <w:r w:rsidR="00F52C13">
                        <w:instrText xml:space="preserve"> HYPERLINK "https://www.cocuksarkilari.org/cocuk-sarkilari/dut-dut-dut" \o "Posts tagged with düt düt düt" </w:instrText>
                      </w:r>
                      <w:r w:rsidR="00F52C13">
                        <w:fldChar w:fldCharType="separate"/>
                      </w:r>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düt</w:t>
                      </w:r>
                      <w:proofErr w:type="spellEnd"/>
                      <w:r w:rsidR="00F52C13">
                        <w:rPr>
                          <w:rFonts w:ascii="Comic Sans MS" w:hAnsi="Comic Sans MS"/>
                          <w:color w:val="000000"/>
                          <w:sz w:val="18"/>
                          <w:szCs w:val="18"/>
                          <w:bdr w:val="none" w:sz="0" w:space="0" w:color="auto" w:frame="1"/>
                          <w:shd w:val="clear" w:color="auto" w:fill="FFFFFF"/>
                        </w:rPr>
                        <w:fldChar w:fldCharType="end"/>
                      </w:r>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Okula gidiyoruz </w:t>
                      </w:r>
                      <w:hyperlink r:id="rId28" w:tooltip="Posts tagged with hop hop hop" w:history="1">
                        <w:r w:rsidRPr="002F5F96">
                          <w:rPr>
                            <w:rFonts w:ascii="Comic Sans MS" w:hAnsi="Comic Sans MS"/>
                            <w:color w:val="000000"/>
                            <w:sz w:val="18"/>
                            <w:szCs w:val="18"/>
                            <w:bdr w:val="none" w:sz="0" w:space="0" w:color="auto" w:frame="1"/>
                            <w:shd w:val="clear" w:color="auto" w:fill="FFFFFF"/>
                          </w:rPr>
                          <w:t xml:space="preserve">hop </w:t>
                        </w:r>
                        <w:proofErr w:type="spellStart"/>
                        <w:r w:rsidRPr="002F5F96">
                          <w:rPr>
                            <w:rFonts w:ascii="Comic Sans MS" w:hAnsi="Comic Sans MS"/>
                            <w:color w:val="000000"/>
                            <w:sz w:val="18"/>
                            <w:szCs w:val="18"/>
                            <w:bdr w:val="none" w:sz="0" w:space="0" w:color="auto" w:frame="1"/>
                            <w:shd w:val="clear" w:color="auto" w:fill="FFFFFF"/>
                          </w:rPr>
                          <w:t>hop</w:t>
                        </w:r>
                        <w:proofErr w:type="spellEnd"/>
                        <w:r w:rsidRPr="002F5F96">
                          <w:rPr>
                            <w:rFonts w:ascii="Comic Sans MS" w:hAnsi="Comic Sans MS"/>
                            <w:color w:val="000000"/>
                            <w:sz w:val="18"/>
                            <w:szCs w:val="18"/>
                            <w:bdr w:val="none" w:sz="0" w:space="0" w:color="auto" w:frame="1"/>
                            <w:shd w:val="clear" w:color="auto" w:fill="FFFFFF"/>
                          </w:rPr>
                          <w:t xml:space="preserve"> </w:t>
                        </w:r>
                        <w:proofErr w:type="spellStart"/>
                        <w:r w:rsidRPr="002F5F96">
                          <w:rPr>
                            <w:rFonts w:ascii="Comic Sans MS" w:hAnsi="Comic Sans MS"/>
                            <w:color w:val="000000"/>
                            <w:sz w:val="18"/>
                            <w:szCs w:val="18"/>
                            <w:bdr w:val="none" w:sz="0" w:space="0" w:color="auto" w:frame="1"/>
                            <w:shd w:val="clear" w:color="auto" w:fill="FFFFFF"/>
                          </w:rPr>
                          <w:t>hop</w:t>
                        </w:r>
                        <w:proofErr w:type="spellEnd"/>
                      </w:hyperlink>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Arkadaşımla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kih</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 xml:space="preserve">Hostes dedi ki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shd w:val="clear" w:color="auto" w:fill="FFFFFF"/>
                        </w:rPr>
                        <w:t xml:space="preserve"> </w:t>
                      </w:r>
                      <w:proofErr w:type="spellStart"/>
                      <w:r w:rsidRPr="002F5F96">
                        <w:rPr>
                          <w:rFonts w:ascii="Comic Sans MS" w:hAnsi="Comic Sans MS"/>
                          <w:color w:val="000000"/>
                          <w:sz w:val="18"/>
                          <w:szCs w:val="18"/>
                          <w:shd w:val="clear" w:color="auto" w:fill="FFFFFF"/>
                        </w:rPr>
                        <w:t>şşşt</w:t>
                      </w:r>
                      <w:proofErr w:type="spellEnd"/>
                      <w:r w:rsidRPr="002F5F96">
                        <w:rPr>
                          <w:rFonts w:ascii="Comic Sans MS" w:hAnsi="Comic Sans MS"/>
                          <w:color w:val="000000"/>
                          <w:sz w:val="18"/>
                          <w:szCs w:val="18"/>
                        </w:rPr>
                        <w:br/>
                      </w:r>
                      <w:r w:rsidRPr="002F5F96">
                        <w:rPr>
                          <w:rFonts w:ascii="Comic Sans MS" w:hAnsi="Comic Sans MS"/>
                          <w:color w:val="000000"/>
                          <w:sz w:val="18"/>
                          <w:szCs w:val="18"/>
                          <w:shd w:val="clear" w:color="auto" w:fill="FFFFFF"/>
                        </w:rPr>
                        <w:t>La-la-la-la-la-la</w:t>
                      </w:r>
                    </w:p>
                  </w:txbxContent>
                </v:textbox>
              </v:shape>
            </w:pict>
          </mc:Fallback>
        </mc:AlternateContent>
      </w:r>
      <w:r w:rsidRPr="000F3790">
        <w:rPr>
          <w:rFonts w:ascii="Comic Sans MS" w:hAnsi="Comic Sans MS"/>
          <w:bCs/>
          <w:noProof/>
          <w:color w:val="0070C0"/>
          <w:sz w:val="20"/>
          <w:szCs w:val="20"/>
          <w:u w:val="single"/>
        </w:rPr>
        <mc:AlternateContent>
          <mc:Choice Requires="wps">
            <w:drawing>
              <wp:anchor distT="0" distB="0" distL="114300" distR="114300" simplePos="0" relativeHeight="251657216" behindDoc="0" locked="0" layoutInCell="1" allowOverlap="1" wp14:anchorId="09818475" wp14:editId="5AD59F58">
                <wp:simplePos x="0" y="0"/>
                <wp:positionH relativeFrom="column">
                  <wp:posOffset>36830</wp:posOffset>
                </wp:positionH>
                <wp:positionV relativeFrom="paragraph">
                  <wp:posOffset>39370</wp:posOffset>
                </wp:positionV>
                <wp:extent cx="1771650" cy="1266825"/>
                <wp:effectExtent l="0" t="0" r="19050" b="28575"/>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1650" cy="1266825"/>
                        </a:xfrm>
                        <a:prstGeom prst="rect">
                          <a:avLst/>
                        </a:prstGeom>
                        <a:solidFill>
                          <a:sysClr val="window" lastClr="FFFFFF"/>
                        </a:solidFill>
                        <a:ln w="6350">
                          <a:solidFill>
                            <a:srgbClr val="0070C0"/>
                          </a:solidFill>
                        </a:ln>
                      </wps:spPr>
                      <wps:txbx>
                        <w:txbxContent>
                          <w:p w14:paraId="6B4741E2" w14:textId="77777777" w:rsidR="000F3790" w:rsidRPr="00777F72" w:rsidRDefault="000F3790" w:rsidP="000F3790">
                            <w:pPr>
                              <w:rPr>
                                <w:rFonts w:ascii="Comic Sans MS" w:hAnsi="Comic Sans MS"/>
                                <w:color w:val="FF0000"/>
                                <w:sz w:val="18"/>
                                <w:szCs w:val="18"/>
                                <w:shd w:val="clear" w:color="auto" w:fill="FFFFFF"/>
                              </w:rPr>
                            </w:pPr>
                            <w:r w:rsidRPr="00777F72">
                              <w:rPr>
                                <w:rFonts w:ascii="Comic Sans MS" w:hAnsi="Comic Sans MS"/>
                                <w:color w:val="FF0000"/>
                                <w:sz w:val="18"/>
                                <w:szCs w:val="18"/>
                                <w:shd w:val="clear" w:color="auto" w:fill="FFFFFF"/>
                              </w:rPr>
                              <w:t xml:space="preserve">GÜNAYDIN (SAATİM ÇALDI BİP </w:t>
                            </w:r>
                            <w:proofErr w:type="spellStart"/>
                            <w:r w:rsidRPr="00777F72">
                              <w:rPr>
                                <w:rFonts w:ascii="Comic Sans MS" w:hAnsi="Comic Sans MS"/>
                                <w:color w:val="FF0000"/>
                                <w:sz w:val="18"/>
                                <w:szCs w:val="18"/>
                                <w:shd w:val="clear" w:color="auto" w:fill="FFFFFF"/>
                              </w:rPr>
                              <w:t>BİP</w:t>
                            </w:r>
                            <w:proofErr w:type="spellEnd"/>
                            <w:r w:rsidRPr="00777F72">
                              <w:rPr>
                                <w:rFonts w:ascii="Comic Sans MS" w:hAnsi="Comic Sans MS"/>
                                <w:color w:val="FF0000"/>
                                <w:sz w:val="18"/>
                                <w:szCs w:val="18"/>
                                <w:shd w:val="clear" w:color="auto" w:fill="FFFFFF"/>
                              </w:rPr>
                              <w:t xml:space="preserve"> BİP)</w:t>
                            </w:r>
                          </w:p>
                          <w:p w14:paraId="27B760C8" w14:textId="77777777" w:rsidR="000F3790" w:rsidRPr="001A1D41" w:rsidRDefault="000F3790" w:rsidP="000F3790">
                            <w:pPr>
                              <w:rPr>
                                <w:color w:val="000000"/>
                              </w:rPr>
                            </w:pPr>
                            <w:r w:rsidRPr="001A1D41">
                              <w:rPr>
                                <w:rFonts w:ascii="Comic Sans MS" w:hAnsi="Comic Sans MS"/>
                                <w:color w:val="000000"/>
                                <w:sz w:val="18"/>
                                <w:szCs w:val="18"/>
                                <w:shd w:val="clear" w:color="auto" w:fill="FFFFFF"/>
                              </w:rPr>
                              <w:t xml:space="preserve">Saatim çaldı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Yüzümü yıkadım şap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Dişimi fırçaladım faş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Kahvaltı yaptım ham hum </w:t>
                            </w:r>
                            <w:proofErr w:type="spellStart"/>
                            <w:r w:rsidRPr="001A1D41">
                              <w:rPr>
                                <w:rFonts w:ascii="Comic Sans MS" w:hAnsi="Comic Sans MS"/>
                                <w:color w:val="000000"/>
                                <w:sz w:val="18"/>
                                <w:szCs w:val="18"/>
                                <w:shd w:val="clear" w:color="auto" w:fill="FFFFFF"/>
                              </w:rPr>
                              <w:t>hum</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La-la-la-la-la-la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18475" id="Metin Kutusu 4" o:spid="_x0000_s1028" type="#_x0000_t202" style="position:absolute;margin-left:2.9pt;margin-top:3.1pt;width:139.5pt;height:9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" fillcolor="window" strokecolor="#0070c0" strokeweight=".5pt">
                <v:path arrowok="t"/>
                <v:textbox>
                  <w:txbxContent>
                    <w:p w14:paraId="6B4741E2" w14:textId="77777777" w:rsidR="000F3790" w:rsidRPr="00777F72" w:rsidRDefault="000F3790" w:rsidP="000F3790">
                      <w:pPr>
                        <w:rPr>
                          <w:rFonts w:ascii="Comic Sans MS" w:hAnsi="Comic Sans MS"/>
                          <w:color w:val="FF0000"/>
                          <w:sz w:val="18"/>
                          <w:szCs w:val="18"/>
                          <w:shd w:val="clear" w:color="auto" w:fill="FFFFFF"/>
                        </w:rPr>
                      </w:pPr>
                      <w:r w:rsidRPr="00777F72">
                        <w:rPr>
                          <w:rFonts w:ascii="Comic Sans MS" w:hAnsi="Comic Sans MS"/>
                          <w:color w:val="FF0000"/>
                          <w:sz w:val="18"/>
                          <w:szCs w:val="18"/>
                          <w:shd w:val="clear" w:color="auto" w:fill="FFFFFF"/>
                        </w:rPr>
                        <w:t xml:space="preserve">GÜNAYDIN (SAATİM ÇALDI BİP </w:t>
                      </w:r>
                      <w:proofErr w:type="spellStart"/>
                      <w:r w:rsidRPr="00777F72">
                        <w:rPr>
                          <w:rFonts w:ascii="Comic Sans MS" w:hAnsi="Comic Sans MS"/>
                          <w:color w:val="FF0000"/>
                          <w:sz w:val="18"/>
                          <w:szCs w:val="18"/>
                          <w:shd w:val="clear" w:color="auto" w:fill="FFFFFF"/>
                        </w:rPr>
                        <w:t>BİP</w:t>
                      </w:r>
                      <w:proofErr w:type="spellEnd"/>
                      <w:r w:rsidRPr="00777F72">
                        <w:rPr>
                          <w:rFonts w:ascii="Comic Sans MS" w:hAnsi="Comic Sans MS"/>
                          <w:color w:val="FF0000"/>
                          <w:sz w:val="18"/>
                          <w:szCs w:val="18"/>
                          <w:shd w:val="clear" w:color="auto" w:fill="FFFFFF"/>
                        </w:rPr>
                        <w:t xml:space="preserve"> BİP)</w:t>
                      </w:r>
                    </w:p>
                    <w:p w14:paraId="27B760C8" w14:textId="77777777" w:rsidR="000F3790" w:rsidRPr="001A1D41" w:rsidRDefault="000F3790" w:rsidP="000F3790">
                      <w:pPr>
                        <w:rPr>
                          <w:color w:val="000000"/>
                        </w:rPr>
                      </w:pPr>
                      <w:r w:rsidRPr="001A1D41">
                        <w:rPr>
                          <w:rFonts w:ascii="Comic Sans MS" w:hAnsi="Comic Sans MS"/>
                          <w:color w:val="000000"/>
                          <w:sz w:val="18"/>
                          <w:szCs w:val="18"/>
                          <w:shd w:val="clear" w:color="auto" w:fill="FFFFFF"/>
                        </w:rPr>
                        <w:t xml:space="preserve">Saatim çaldı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bip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Yüzümü yıkadım şap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şup</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Dişimi fırçaladım faş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shd w:val="clear" w:color="auto" w:fill="FFFFFF"/>
                        </w:rPr>
                        <w:t xml:space="preserve"> </w:t>
                      </w:r>
                      <w:proofErr w:type="spellStart"/>
                      <w:r w:rsidRPr="001A1D41">
                        <w:rPr>
                          <w:rFonts w:ascii="Comic Sans MS" w:hAnsi="Comic Sans MS"/>
                          <w:color w:val="000000"/>
                          <w:sz w:val="18"/>
                          <w:szCs w:val="18"/>
                          <w:shd w:val="clear" w:color="auto" w:fill="FFFFFF"/>
                        </w:rPr>
                        <w:t>fuş</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 xml:space="preserve">Kahvaltı yaptım ham hum </w:t>
                      </w:r>
                      <w:proofErr w:type="spellStart"/>
                      <w:r w:rsidRPr="001A1D41">
                        <w:rPr>
                          <w:rFonts w:ascii="Comic Sans MS" w:hAnsi="Comic Sans MS"/>
                          <w:color w:val="000000"/>
                          <w:sz w:val="18"/>
                          <w:szCs w:val="18"/>
                          <w:shd w:val="clear" w:color="auto" w:fill="FFFFFF"/>
                        </w:rPr>
                        <w:t>hum</w:t>
                      </w:r>
                      <w:proofErr w:type="spellEnd"/>
                      <w:r w:rsidRPr="001A1D41">
                        <w:rPr>
                          <w:rFonts w:ascii="Comic Sans MS" w:hAnsi="Comic Sans MS"/>
                          <w:color w:val="000000"/>
                          <w:sz w:val="18"/>
                          <w:szCs w:val="18"/>
                        </w:rPr>
                        <w:br/>
                      </w:r>
                      <w:r w:rsidRPr="001A1D41">
                        <w:rPr>
                          <w:rFonts w:ascii="Comic Sans MS" w:hAnsi="Comic Sans MS"/>
                          <w:color w:val="000000"/>
                          <w:sz w:val="18"/>
                          <w:szCs w:val="18"/>
                          <w:shd w:val="clear" w:color="auto" w:fill="FFFFFF"/>
                        </w:rPr>
                        <w:t>La-la-la-la-la-la</w:t>
                      </w:r>
                    </w:p>
                  </w:txbxContent>
                </v:textbox>
              </v:shape>
            </w:pict>
          </mc:Fallback>
        </mc:AlternateContent>
      </w:r>
    </w:p>
    <w:p w14:paraId="4077D502" w14:textId="6677E1AC" w:rsidR="000F3790" w:rsidRPr="000F3790" w:rsidRDefault="000F3790" w:rsidP="000F3790">
      <w:pPr>
        <w:rPr>
          <w:rStyle w:val="Kpr"/>
          <w:rFonts w:ascii="Comic Sans MS" w:hAnsi="Comic Sans MS"/>
          <w:bCs/>
          <w:color w:val="0070C0"/>
          <w:sz w:val="20"/>
          <w:szCs w:val="20"/>
          <w:shd w:val="clear" w:color="auto" w:fill="FFFFFF"/>
        </w:rPr>
      </w:pPr>
    </w:p>
    <w:p w14:paraId="26BDCD16" w14:textId="1FDC6803" w:rsidR="000F3790" w:rsidRPr="000F3790" w:rsidRDefault="000F3790" w:rsidP="000F3790">
      <w:pPr>
        <w:rPr>
          <w:rStyle w:val="Kpr"/>
          <w:rFonts w:ascii="Comic Sans MS" w:hAnsi="Comic Sans MS"/>
          <w:bCs/>
          <w:color w:val="0070C0"/>
          <w:sz w:val="20"/>
          <w:szCs w:val="20"/>
          <w:shd w:val="clear" w:color="auto" w:fill="FFFFFF"/>
        </w:rPr>
      </w:pPr>
    </w:p>
    <w:p w14:paraId="50F604EF" w14:textId="77777777" w:rsidR="000F3790" w:rsidRPr="000F3790" w:rsidRDefault="000F3790" w:rsidP="000F3790">
      <w:pPr>
        <w:rPr>
          <w:rFonts w:ascii="Comic Sans MS" w:hAnsi="Comic Sans MS"/>
          <w:sz w:val="20"/>
          <w:szCs w:val="20"/>
        </w:rPr>
      </w:pPr>
    </w:p>
    <w:p w14:paraId="031E9939" w14:textId="47E8C04D" w:rsidR="00B444A8" w:rsidRPr="000F3790" w:rsidRDefault="00B444A8">
      <w:pPr>
        <w:rPr>
          <w:rFonts w:ascii="Comic Sans MS" w:hAnsi="Comic Sans MS"/>
          <w:sz w:val="20"/>
          <w:szCs w:val="20"/>
        </w:rPr>
      </w:pPr>
    </w:p>
    <w:p w14:paraId="1D4CEA56" w14:textId="74DC4508" w:rsidR="00B444A8" w:rsidRPr="000F3790" w:rsidRDefault="00B444A8" w:rsidP="004639FE">
      <w:pPr>
        <w:pStyle w:val="NormalWeb"/>
        <w:ind w:left="-284" w:right="141"/>
        <w:rPr>
          <w:rFonts w:ascii="Comic Sans MS" w:hAnsi="Comic Sans MS"/>
          <w:color w:val="0066FF"/>
          <w:sz w:val="20"/>
          <w:szCs w:val="20"/>
        </w:rPr>
      </w:pPr>
      <w:r w:rsidRPr="000F3790">
        <w:rPr>
          <w:rStyle w:val="Vurgu"/>
          <w:rFonts w:ascii="Comic Sans MS" w:hAnsi="Comic Sans MS"/>
          <w:sz w:val="20"/>
          <w:szCs w:val="20"/>
        </w:rPr>
        <w:lastRenderedPageBreak/>
        <w:t>Bu içerikte yer alan yazı, fotoğraf ve sair içeriklerin, bireysel kullanım dışında izin alınmadan kısmen ya da tamamen kopyalanması, çoğaltılması, kullanılması, yayınlanması ve dağıtılması yasaktır. İçeriğin tüm hakları saklıdır.</w:t>
      </w:r>
      <w:r w:rsidRPr="000F3790">
        <w:rPr>
          <w:rFonts w:ascii="Comic Sans MS" w:hAnsi="Comic Sans MS"/>
          <w:sz w:val="20"/>
          <w:szCs w:val="20"/>
        </w:rPr>
        <w:t xml:space="preserve"> </w:t>
      </w:r>
      <w:r w:rsidR="004639FE" w:rsidRPr="000F3790">
        <w:rPr>
          <w:rFonts w:ascii="Comic Sans MS" w:hAnsi="Comic Sans MS"/>
          <w:noProof/>
          <w:sz w:val="20"/>
          <w:szCs w:val="20"/>
        </w:rPr>
        <w:drawing>
          <wp:inline distT="0" distB="0" distL="0" distR="0" wp14:anchorId="41513C51" wp14:editId="6483C55E">
            <wp:extent cx="314325" cy="157163"/>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6145" cy="158073"/>
                    </a:xfrm>
                    <a:prstGeom prst="rect">
                      <a:avLst/>
                    </a:prstGeom>
                    <a:noFill/>
                    <a:ln>
                      <a:noFill/>
                    </a:ln>
                  </pic:spPr>
                </pic:pic>
              </a:graphicData>
            </a:graphic>
          </wp:inline>
        </w:drawing>
      </w:r>
    </w:p>
    <w:p w14:paraId="47262457" w14:textId="77777777" w:rsidR="00B444A8" w:rsidRPr="000F3790" w:rsidRDefault="00B444A8">
      <w:pPr>
        <w:rPr>
          <w:rFonts w:ascii="Comic Sans MS" w:hAnsi="Comic Sans MS"/>
          <w:sz w:val="20"/>
          <w:szCs w:val="20"/>
        </w:rPr>
      </w:pPr>
    </w:p>
    <w:sectPr w:rsidR="00B444A8" w:rsidRPr="000F3790" w:rsidSect="00034616">
      <w:headerReference w:type="default" r:id="rId30"/>
      <w:footerReference w:type="default" r:id="rId31"/>
      <w:pgSz w:w="11906" w:h="16838"/>
      <w:pgMar w:top="426" w:right="424" w:bottom="284"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FACE2" w14:textId="77777777" w:rsidR="00F52C13" w:rsidRDefault="00F52C13">
      <w:pPr>
        <w:spacing w:after="0" w:line="240" w:lineRule="auto"/>
      </w:pPr>
      <w:r>
        <w:separator/>
      </w:r>
    </w:p>
  </w:endnote>
  <w:endnote w:type="continuationSeparator" w:id="0">
    <w:p w14:paraId="306F8D2C" w14:textId="77777777" w:rsidR="00F52C13" w:rsidRDefault="00F52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1EDC7" w14:textId="77777777" w:rsidR="008D0492" w:rsidRDefault="008D0492">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5269B" w14:textId="77777777" w:rsidR="00F52C13" w:rsidRDefault="00F52C13">
      <w:pPr>
        <w:spacing w:after="0" w:line="240" w:lineRule="auto"/>
      </w:pPr>
      <w:r>
        <w:separator/>
      </w:r>
    </w:p>
  </w:footnote>
  <w:footnote w:type="continuationSeparator" w:id="0">
    <w:p w14:paraId="5974CAF1" w14:textId="77777777" w:rsidR="00F52C13" w:rsidRDefault="00F52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8D710" w14:textId="77777777" w:rsidR="008D0492" w:rsidRDefault="008D04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Balk3"/>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3790"/>
    <w:rsid w:val="0015074B"/>
    <w:rsid w:val="00165B0F"/>
    <w:rsid w:val="001C3CF7"/>
    <w:rsid w:val="001D4628"/>
    <w:rsid w:val="0029639D"/>
    <w:rsid w:val="00326F90"/>
    <w:rsid w:val="004639FE"/>
    <w:rsid w:val="006D065F"/>
    <w:rsid w:val="008B52DF"/>
    <w:rsid w:val="008D0492"/>
    <w:rsid w:val="00A922F0"/>
    <w:rsid w:val="00AA1D8D"/>
    <w:rsid w:val="00B444A8"/>
    <w:rsid w:val="00B47730"/>
    <w:rsid w:val="00BC639E"/>
    <w:rsid w:val="00C30F62"/>
    <w:rsid w:val="00CB0664"/>
    <w:rsid w:val="00F52C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83E93F"/>
  <w14:defaultImageDpi w14:val="300"/>
  <w15:docId w15:val="{88B86B0F-C9BE-407E-B9BB-3B0FC92F9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qFormat/>
    <w:pPr>
      <w:keepNext/>
      <w:keepLines/>
      <w:tabs>
        <w:tab w:val="num" w:pos="360"/>
      </w:tabs>
      <w:spacing w:before="240" w:after="0" w:line="276" w:lineRule="auto"/>
      <w:ind w:left="360" w:hanging="360"/>
      <w:outlineLvl w:val="0"/>
    </w:pPr>
    <w:rPr>
      <w:rFonts w:ascii="Calibri Light" w:eastAsia="Times New Roman" w:hAnsi="Calibri Light"/>
      <w:color w:val="2F5496"/>
      <w:sz w:val="32"/>
      <w:szCs w:val="32"/>
    </w:rPr>
  </w:style>
  <w:style w:type="paragraph" w:styleId="Balk2">
    <w:name w:val="heading 2"/>
    <w:basedOn w:val="Normal"/>
    <w:next w:val="Normal"/>
    <w:qFormat/>
    <w:pPr>
      <w:keepNext/>
      <w:keepLines/>
      <w:numPr>
        <w:ilvl w:val="1"/>
        <w:numId w:val="1"/>
      </w:numPr>
      <w:spacing w:before="40" w:after="0"/>
      <w:outlineLvl w:val="1"/>
    </w:pPr>
    <w:rPr>
      <w:rFonts w:ascii="Calibri Light" w:eastAsia="Times New Roman" w:hAnsi="Calibri Light"/>
      <w:color w:val="2F5496"/>
      <w:sz w:val="26"/>
      <w:szCs w:val="26"/>
    </w:rPr>
  </w:style>
  <w:style w:type="paragraph" w:styleId="Balk3">
    <w:name w:val="heading 3"/>
    <w:basedOn w:val="Normal"/>
    <w:next w:val="Normal"/>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uiPriority w:val="99"/>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character" w:customStyle="1" w:styleId="Balk2Char">
    <w:name w:val="Başlık 2 Char"/>
    <w:qFormat/>
    <w:rPr>
      <w:rFonts w:ascii="Calibri Light" w:eastAsia="Times New Roman" w:hAnsi="Calibri Light" w:cs="Calibri Light"/>
      <w:color w:val="2F5496"/>
      <w:sz w:val="26"/>
      <w:szCs w:val="26"/>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1339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nneninokulu.com/topla-topla-yerine-koy-sarkisi/" TargetMode="External"/><Relationship Id="rId18" Type="http://schemas.openxmlformats.org/officeDocument/2006/relationships/hyperlink" Target="https://www.anneninokulu.com/tabaktaki-yemek-yemek-yeme-adabi-hikayesi/" TargetMode="External"/><Relationship Id="rId26" Type="http://schemas.openxmlformats.org/officeDocument/2006/relationships/hyperlink" Target="https://www.anneninokulu.com/saatim-caldi-bip-bip-bip-sarkili-rond/" TargetMode="External"/><Relationship Id="rId3" Type="http://schemas.openxmlformats.org/officeDocument/2006/relationships/styles" Target="styles.xml"/><Relationship Id="rId21" Type="http://schemas.openxmlformats.org/officeDocument/2006/relationships/hyperlink" Target="https://www.anneninokulu.com/kurallar-kurallar-anasinifi-egitici-flim/" TargetMode="External"/><Relationship Id="rId7" Type="http://schemas.openxmlformats.org/officeDocument/2006/relationships/endnotes" Target="endnotes.xml"/><Relationship Id="rId12" Type="http://schemas.openxmlformats.org/officeDocument/2006/relationships/hyperlink" Target="https://www.anneninokulu.com/tuvalet-adabi-flash-kartlari-ve-slayt-gosterisi/" TargetMode="External"/><Relationship Id="rId17" Type="http://schemas.openxmlformats.org/officeDocument/2006/relationships/hyperlink" Target="https://www.anneninokulu.com/bir-kedi-varmis-sayisma-tekerlemesi/" TargetMode="External"/><Relationship Id="rId25" Type="http://schemas.openxmlformats.org/officeDocument/2006/relationships/hyperlink" Target="https://www.cocuksarkilari.org/cocuk-sarkilari/tak-tak-ta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nneninokulu.com/tuvalet-adabi-flash-kartlari-ve-slayt-gosterisi/" TargetMode="External"/><Relationship Id="rId20" Type="http://schemas.openxmlformats.org/officeDocument/2006/relationships/hyperlink" Target="https://www.anneninokulu.com/uykucu-horoz-oyunu/"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okul-sinif-kurallari-flash-kartlari-ve-slayt-gosterisi/" TargetMode="External"/><Relationship Id="rId24" Type="http://schemas.openxmlformats.org/officeDocument/2006/relationships/hyperlink" Target="https://www.cocuksarkilari.org/cocuk-sarkilari/ra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nneninokulu.com/okul-sinif-kurallari-flash-kartlari-ve-slayt-gosterisi/" TargetMode="External"/><Relationship Id="rId23" Type="http://schemas.openxmlformats.org/officeDocument/2006/relationships/hyperlink" Target="https://www.cocuksarkilari.org/cocuk-sarkilari/tak-tak-tak" TargetMode="External"/><Relationship Id="rId28" Type="http://schemas.openxmlformats.org/officeDocument/2006/relationships/hyperlink" Target="https://www.cocuksarkilari.org/cocuk-sarkilari/hop-hop-hop" TargetMode="External"/><Relationship Id="rId10" Type="http://schemas.openxmlformats.org/officeDocument/2006/relationships/hyperlink" Target="https://www.anneninokulu.com/hopla-topla-toplanma-ve-dans-sarkisi/" TargetMode="External"/><Relationship Id="rId19" Type="http://schemas.openxmlformats.org/officeDocument/2006/relationships/image" Target="media/image1.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nneninokulu.com/tuvalet-adabi-flash-kartlari-ve-slayt-gosterisi/" TargetMode="External"/><Relationship Id="rId14" Type="http://schemas.openxmlformats.org/officeDocument/2006/relationships/hyperlink" Target="https://www.anneninokulu.com/okul-oncesi-egitimde-sinif-kurallari-egitici-film/" TargetMode="External"/><Relationship Id="rId22" Type="http://schemas.openxmlformats.org/officeDocument/2006/relationships/hyperlink" Target="https://www.cocuksarkilari.org/cocuk-sarkilari/rap" TargetMode="External"/><Relationship Id="rId27" Type="http://schemas.openxmlformats.org/officeDocument/2006/relationships/hyperlink" Target="https://www.cocuksarkilari.org/cocuk-sarkilari/hop-hop-hop" TargetMode="External"/><Relationship Id="rId30" Type="http://schemas.openxmlformats.org/officeDocument/2006/relationships/header" Target="header1.xml"/><Relationship Id="rId8" Type="http://schemas.openxmlformats.org/officeDocument/2006/relationships/hyperlink" Target="https://www.anneninokulu.com/okul-sinif-kurallari-flash-kartlari-ve-slayt-goster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1923</Words>
  <Characters>10962</Characters>
  <Application>Microsoft Office Word</Application>
  <DocSecurity>0</DocSecurity>
  <Lines>91</Lines>
  <Paragraphs>25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5</cp:revision>
  <cp:lastPrinted>2026-09-20T19:59:00Z</cp:lastPrinted>
  <dcterms:created xsi:type="dcterms:W3CDTF">2013-12-23T23:15:00Z</dcterms:created>
  <dcterms:modified xsi:type="dcterms:W3CDTF">2026-09-20T20:01:00Z</dcterms:modified>
  <cp:category/>
</cp:coreProperties>
</file>