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70459" w14:textId="4E8A478F" w:rsidR="00807846" w:rsidRPr="00D1763C" w:rsidRDefault="00807846" w:rsidP="00807846">
      <w:pPr>
        <w:keepNext/>
        <w:spacing w:after="40" w:line="240" w:lineRule="auto"/>
        <w:jc w:val="center"/>
        <w:rPr>
          <w:rFonts w:ascii="Comic Sans MS" w:hAnsi="Comic Sans MS"/>
          <w:color w:val="F85883"/>
          <w:sz w:val="20"/>
          <w:szCs w:val="20"/>
        </w:rPr>
      </w:pPr>
      <w:r w:rsidRPr="00D1763C">
        <w:rPr>
          <w:rFonts w:ascii="Comic Sans MS" w:hAnsi="Comic Sans MS"/>
          <w:b/>
          <w:color w:val="F85883"/>
          <w:sz w:val="20"/>
          <w:szCs w:val="20"/>
        </w:rPr>
        <w:t>GÜNLÜK PLAN</w:t>
      </w:r>
    </w:p>
    <w:p w14:paraId="7F7525AE" w14:textId="0700F8DD" w:rsidR="00807846" w:rsidRPr="00D1763C" w:rsidRDefault="00807846" w:rsidP="00807846">
      <w:pPr>
        <w:keepNext/>
        <w:spacing w:after="40" w:line="240" w:lineRule="auto"/>
        <w:jc w:val="center"/>
        <w:rPr>
          <w:rFonts w:ascii="Comic Sans MS" w:hAnsi="Comic Sans MS"/>
          <w:color w:val="F85883"/>
          <w:sz w:val="20"/>
          <w:szCs w:val="20"/>
        </w:rPr>
      </w:pPr>
    </w:p>
    <w:p w14:paraId="1EBD1BDF"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Okul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Adı</w:t>
      </w:r>
      <w:proofErr w:type="spellEnd"/>
      <w:r w:rsidRPr="00D1763C">
        <w:rPr>
          <w:rFonts w:ascii="Comic Sans MS" w:hAnsi="Comic Sans MS"/>
          <w:color w:val="000000"/>
          <w:sz w:val="20"/>
          <w:szCs w:val="20"/>
        </w:rPr>
        <w:t>:</w:t>
      </w:r>
    </w:p>
    <w:p w14:paraId="4C337E45"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Yaş</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Grubu</w:t>
      </w:r>
      <w:proofErr w:type="spellEnd"/>
      <w:r w:rsidRPr="00D1763C">
        <w:rPr>
          <w:rFonts w:ascii="Comic Sans MS" w:hAnsi="Comic Sans MS"/>
          <w:color w:val="000000"/>
          <w:sz w:val="20"/>
          <w:szCs w:val="20"/>
        </w:rPr>
        <w:t xml:space="preserve"> (Ay): 48–60 Ay (4 </w:t>
      </w:r>
      <w:proofErr w:type="spellStart"/>
      <w:r w:rsidRPr="00D1763C">
        <w:rPr>
          <w:rFonts w:ascii="Comic Sans MS" w:hAnsi="Comic Sans MS"/>
          <w:color w:val="000000"/>
          <w:sz w:val="20"/>
          <w:szCs w:val="20"/>
        </w:rPr>
        <w:t>Yaş</w:t>
      </w:r>
      <w:proofErr w:type="spellEnd"/>
      <w:r w:rsidRPr="00D1763C">
        <w:rPr>
          <w:rFonts w:ascii="Comic Sans MS" w:hAnsi="Comic Sans MS"/>
          <w:color w:val="000000"/>
          <w:sz w:val="20"/>
          <w:szCs w:val="20"/>
        </w:rPr>
        <w:t>)</w:t>
      </w:r>
    </w:p>
    <w:p w14:paraId="6E7FF2DB"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Öğretmenin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Adı</w:t>
      </w:r>
      <w:proofErr w:type="spellEnd"/>
      <w:r w:rsidRPr="00D1763C">
        <w:rPr>
          <w:rFonts w:ascii="Comic Sans MS" w:hAnsi="Comic Sans MS"/>
          <w:color w:val="000000"/>
          <w:sz w:val="20"/>
          <w:szCs w:val="20"/>
        </w:rPr>
        <w:t>:</w:t>
      </w:r>
    </w:p>
    <w:p w14:paraId="3D94BAF0"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Tarih: 18.09.2026</w:t>
      </w:r>
    </w:p>
    <w:p w14:paraId="66CF23C9" w14:textId="77777777" w:rsidR="00607879" w:rsidRPr="00D1763C" w:rsidRDefault="00A43E66">
      <w:pPr>
        <w:pStyle w:val="Balk1"/>
        <w:keepLines w:val="0"/>
        <w:spacing w:before="100" w:after="40" w:line="240" w:lineRule="auto"/>
        <w:rPr>
          <w:rFonts w:ascii="Comic Sans MS" w:hAnsi="Comic Sans MS"/>
          <w:color w:val="F85883"/>
          <w:sz w:val="20"/>
          <w:szCs w:val="20"/>
        </w:rPr>
      </w:pPr>
      <w:r w:rsidRPr="00D1763C">
        <w:rPr>
          <w:rFonts w:ascii="Comic Sans MS" w:hAnsi="Comic Sans MS"/>
          <w:color w:val="F85883"/>
          <w:sz w:val="20"/>
          <w:szCs w:val="20"/>
        </w:rPr>
        <w:t>ALAN BECERİLERİ, ÖĞRENME ÇIKTILARI VE SÜREÇ BİLEŞENLERİ</w:t>
      </w:r>
    </w:p>
    <w:p w14:paraId="339CC9EF"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TÜRKÇE ALANI</w:t>
      </w:r>
    </w:p>
    <w:p w14:paraId="7E36CC2D"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TAOB. Okuma</w:t>
      </w:r>
    </w:p>
    <w:p w14:paraId="1743CCD7"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TAOB.2. </w:t>
      </w:r>
      <w:proofErr w:type="spellStart"/>
      <w:r w:rsidRPr="00D1763C">
        <w:rPr>
          <w:rFonts w:ascii="Comic Sans MS" w:hAnsi="Comic Sans MS"/>
          <w:b/>
          <w:color w:val="000000"/>
          <w:sz w:val="20"/>
          <w:szCs w:val="20"/>
        </w:rPr>
        <w:t>Resimli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öykü</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kitabı</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dijital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içerikler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afiş</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broşür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gibi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görsel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okuma</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materyallerinden</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anlamlar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oluşturabilme</w:t>
      </w:r>
      <w:proofErr w:type="spellEnd"/>
    </w:p>
    <w:p w14:paraId="1F161C90"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TAOB.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Görsel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materyallerinde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alan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bilgiler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günlük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yaşamı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ilişki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kurar</w:t>
      </w:r>
      <w:proofErr w:type="spellEnd"/>
      <w:r w:rsidRPr="00D1763C">
        <w:rPr>
          <w:rFonts w:ascii="Comic Sans MS" w:hAnsi="Comic Sans MS"/>
          <w:color w:val="000000"/>
          <w:sz w:val="20"/>
          <w:szCs w:val="20"/>
        </w:rPr>
        <w:t>.</w:t>
      </w:r>
    </w:p>
    <w:p w14:paraId="2E528C97"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TAKB. </w:t>
      </w:r>
      <w:proofErr w:type="spellStart"/>
      <w:r w:rsidRPr="00D1763C">
        <w:rPr>
          <w:rFonts w:ascii="Comic Sans MS" w:hAnsi="Comic Sans MS"/>
          <w:b/>
          <w:color w:val="000000"/>
          <w:sz w:val="20"/>
          <w:szCs w:val="20"/>
        </w:rPr>
        <w:t>Konuşma</w:t>
      </w:r>
      <w:proofErr w:type="spellEnd"/>
    </w:p>
    <w:p w14:paraId="2FE85340"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TAKB.1. </w:t>
      </w:r>
      <w:proofErr w:type="spellStart"/>
      <w:r w:rsidRPr="00D1763C">
        <w:rPr>
          <w:rFonts w:ascii="Comic Sans MS" w:hAnsi="Comic Sans MS"/>
          <w:b/>
          <w:color w:val="000000"/>
          <w:sz w:val="20"/>
          <w:szCs w:val="20"/>
        </w:rPr>
        <w:t>Konuşma</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sürecini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yönetebilme</w:t>
      </w:r>
      <w:proofErr w:type="spellEnd"/>
    </w:p>
    <w:p w14:paraId="7ECE8248"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TAKB.</w:t>
      </w:r>
      <w:proofErr w:type="gramStart"/>
      <w:r w:rsidRPr="00D1763C">
        <w:rPr>
          <w:rFonts w:ascii="Comic Sans MS" w:hAnsi="Comic Sans MS"/>
          <w:color w:val="000000"/>
          <w:sz w:val="20"/>
          <w:szCs w:val="20"/>
        </w:rPr>
        <w:t>1.c.</w:t>
      </w:r>
      <w:proofErr w:type="gram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İletişim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uygun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zamanda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alır</w:t>
      </w:r>
      <w:proofErr w:type="spellEnd"/>
      <w:r w:rsidRPr="00D1763C">
        <w:rPr>
          <w:rFonts w:ascii="Comic Sans MS" w:hAnsi="Comic Sans MS"/>
          <w:color w:val="000000"/>
          <w:sz w:val="20"/>
          <w:szCs w:val="20"/>
        </w:rPr>
        <w:t>.</w:t>
      </w:r>
    </w:p>
    <w:p w14:paraId="536901A9"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TAKB.2. </w:t>
      </w:r>
      <w:proofErr w:type="spellStart"/>
      <w:r w:rsidRPr="00D1763C">
        <w:rPr>
          <w:rFonts w:ascii="Comic Sans MS" w:hAnsi="Comic Sans MS"/>
          <w:b/>
          <w:color w:val="000000"/>
          <w:sz w:val="20"/>
          <w:szCs w:val="20"/>
        </w:rPr>
        <w:t>Konuşma</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sürecinin</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içeriğini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oluşturabilme</w:t>
      </w:r>
      <w:proofErr w:type="spellEnd"/>
    </w:p>
    <w:p w14:paraId="7E7193D2"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TAKB.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Konuşacağı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günlük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yaşamı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bağlantı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kurar</w:t>
      </w:r>
      <w:proofErr w:type="spellEnd"/>
      <w:r w:rsidRPr="00D1763C">
        <w:rPr>
          <w:rFonts w:ascii="Comic Sans MS" w:hAnsi="Comic Sans MS"/>
          <w:color w:val="000000"/>
          <w:sz w:val="20"/>
          <w:szCs w:val="20"/>
        </w:rPr>
        <w:t>.</w:t>
      </w:r>
    </w:p>
    <w:p w14:paraId="6640E0EA"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HAREKET VE SAĞLIK ALANI</w:t>
      </w:r>
    </w:p>
    <w:p w14:paraId="62015423"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HSAB1. </w:t>
      </w:r>
      <w:proofErr w:type="spellStart"/>
      <w:r w:rsidRPr="00D1763C">
        <w:rPr>
          <w:rFonts w:ascii="Comic Sans MS" w:hAnsi="Comic Sans MS"/>
          <w:b/>
          <w:color w:val="000000"/>
          <w:sz w:val="20"/>
          <w:szCs w:val="20"/>
        </w:rPr>
        <w:t>Aktif</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Yaşam</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İçin</w:t>
      </w:r>
      <w:proofErr w:type="spellEnd"/>
      <w:r w:rsidRPr="00D1763C">
        <w:rPr>
          <w:rFonts w:ascii="Comic Sans MS" w:hAnsi="Comic Sans MS"/>
          <w:b/>
          <w:color w:val="000000"/>
          <w:sz w:val="20"/>
          <w:szCs w:val="20"/>
        </w:rPr>
        <w:t xml:space="preserve"> Motor </w:t>
      </w:r>
      <w:proofErr w:type="spellStart"/>
      <w:r w:rsidRPr="00D1763C">
        <w:rPr>
          <w:rFonts w:ascii="Comic Sans MS" w:hAnsi="Comic Sans MS"/>
          <w:b/>
          <w:color w:val="000000"/>
          <w:sz w:val="20"/>
          <w:szCs w:val="20"/>
        </w:rPr>
        <w:t>Beceriler</w:t>
      </w:r>
      <w:proofErr w:type="spellEnd"/>
    </w:p>
    <w:p w14:paraId="6805A877"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HSAB.1. </w:t>
      </w:r>
      <w:proofErr w:type="spellStart"/>
      <w:r w:rsidRPr="00D1763C">
        <w:rPr>
          <w:rFonts w:ascii="Comic Sans MS" w:hAnsi="Comic Sans MS"/>
          <w:b/>
          <w:color w:val="000000"/>
          <w:sz w:val="20"/>
          <w:szCs w:val="20"/>
        </w:rPr>
        <w:t>Farklı</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çevre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ve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fiziksel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etkinliklerde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temel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hareket</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becerilerini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sergileyebilme</w:t>
      </w:r>
      <w:proofErr w:type="spellEnd"/>
    </w:p>
    <w:p w14:paraId="3C1CD0B2"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HSAB.</w:t>
      </w:r>
      <w:proofErr w:type="gramStart"/>
      <w:r w:rsidRPr="00D1763C">
        <w:rPr>
          <w:rFonts w:ascii="Comic Sans MS" w:hAnsi="Comic Sans MS"/>
          <w:color w:val="000000"/>
          <w:sz w:val="20"/>
          <w:szCs w:val="20"/>
        </w:rPr>
        <w:t>1.a.</w:t>
      </w:r>
      <w:proofErr w:type="gramEnd"/>
      <w:r w:rsidRPr="00D1763C">
        <w:rPr>
          <w:rFonts w:ascii="Comic Sans MS" w:hAnsi="Comic Sans MS"/>
          <w:color w:val="000000"/>
          <w:sz w:val="20"/>
          <w:szCs w:val="20"/>
        </w:rPr>
        <w:t xml:space="preserve"> Basit </w:t>
      </w:r>
      <w:proofErr w:type="spellStart"/>
      <w:r w:rsidRPr="00D1763C">
        <w:rPr>
          <w:rFonts w:ascii="Comic Sans MS" w:hAnsi="Comic Sans MS"/>
          <w:color w:val="000000"/>
          <w:sz w:val="20"/>
          <w:szCs w:val="20"/>
        </w:rPr>
        <w:t>yönergeler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doğrultusunda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değiştirme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yapar</w:t>
      </w:r>
      <w:proofErr w:type="spellEnd"/>
      <w:r w:rsidRPr="00D1763C">
        <w:rPr>
          <w:rFonts w:ascii="Comic Sans MS" w:hAnsi="Comic Sans MS"/>
          <w:color w:val="000000"/>
          <w:sz w:val="20"/>
          <w:szCs w:val="20"/>
        </w:rPr>
        <w:t>.</w:t>
      </w:r>
    </w:p>
    <w:p w14:paraId="387F12FB"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HSAB.2. </w:t>
      </w:r>
      <w:proofErr w:type="spellStart"/>
      <w:r w:rsidRPr="00D1763C">
        <w:rPr>
          <w:rFonts w:ascii="Comic Sans MS" w:hAnsi="Comic Sans MS"/>
          <w:b/>
          <w:color w:val="000000"/>
          <w:sz w:val="20"/>
          <w:szCs w:val="20"/>
        </w:rPr>
        <w:t>Farklı</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büyüklük</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ve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özellikteki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nesneleri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kullanabilme</w:t>
      </w:r>
      <w:proofErr w:type="spellEnd"/>
    </w:p>
    <w:p w14:paraId="7E080A9C"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HSAB.</w:t>
      </w:r>
      <w:proofErr w:type="gramStart"/>
      <w:r w:rsidRPr="00D1763C">
        <w:rPr>
          <w:rFonts w:ascii="Comic Sans MS" w:hAnsi="Comic Sans MS"/>
          <w:color w:val="000000"/>
          <w:sz w:val="20"/>
          <w:szCs w:val="20"/>
        </w:rPr>
        <w:t>2.b.</w:t>
      </w:r>
      <w:proofErr w:type="gram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Parmak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uçlarıyla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nesne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kontrolü</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sağlar</w:t>
      </w:r>
      <w:proofErr w:type="spellEnd"/>
      <w:r w:rsidRPr="00D1763C">
        <w:rPr>
          <w:rFonts w:ascii="Comic Sans MS" w:hAnsi="Comic Sans MS"/>
          <w:color w:val="000000"/>
          <w:sz w:val="20"/>
          <w:szCs w:val="20"/>
        </w:rPr>
        <w:t>.</w:t>
      </w:r>
    </w:p>
    <w:p w14:paraId="5341CA69"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MÜZİK ALANI</w:t>
      </w:r>
    </w:p>
    <w:p w14:paraId="1DFF119D"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MSB2. </w:t>
      </w:r>
      <w:proofErr w:type="spellStart"/>
      <w:r w:rsidRPr="00D1763C">
        <w:rPr>
          <w:rFonts w:ascii="Comic Sans MS" w:hAnsi="Comic Sans MS"/>
          <w:b/>
          <w:color w:val="000000"/>
          <w:sz w:val="20"/>
          <w:szCs w:val="20"/>
        </w:rPr>
        <w:t>Müziksel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Söyleme</w:t>
      </w:r>
      <w:proofErr w:type="spellEnd"/>
    </w:p>
    <w:p w14:paraId="5D5363FD"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MSB.2. </w:t>
      </w:r>
      <w:proofErr w:type="spellStart"/>
      <w:r w:rsidRPr="00D1763C">
        <w:rPr>
          <w:rFonts w:ascii="Comic Sans MS" w:hAnsi="Comic Sans MS"/>
          <w:b/>
          <w:color w:val="000000"/>
          <w:sz w:val="20"/>
          <w:szCs w:val="20"/>
        </w:rPr>
        <w:t>Söyleme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becerilerini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sınıf</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içinde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sergileyebilme</w:t>
      </w:r>
      <w:proofErr w:type="spellEnd"/>
    </w:p>
    <w:p w14:paraId="632FC457"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MSB.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Şarkıyı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grupla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w:t>
      </w:r>
      <w:proofErr w:type="spellEnd"/>
      <w:r w:rsidRPr="00D1763C">
        <w:rPr>
          <w:rFonts w:ascii="Comic Sans MS" w:hAnsi="Comic Sans MS"/>
          <w:color w:val="000000"/>
          <w:sz w:val="20"/>
          <w:szCs w:val="20"/>
        </w:rPr>
        <w:t xml:space="preserve"> da </w:t>
      </w:r>
      <w:proofErr w:type="spellStart"/>
      <w:r w:rsidRPr="00D1763C">
        <w:rPr>
          <w:rFonts w:ascii="Comic Sans MS" w:hAnsi="Comic Sans MS"/>
          <w:color w:val="000000"/>
          <w:sz w:val="20"/>
          <w:szCs w:val="20"/>
        </w:rPr>
        <w:t>tek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başına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söyler</w:t>
      </w:r>
      <w:proofErr w:type="spellEnd"/>
      <w:r w:rsidRPr="00D1763C">
        <w:rPr>
          <w:rFonts w:ascii="Comic Sans MS" w:hAnsi="Comic Sans MS"/>
          <w:color w:val="000000"/>
          <w:sz w:val="20"/>
          <w:szCs w:val="20"/>
        </w:rPr>
        <w:t>.</w:t>
      </w:r>
    </w:p>
    <w:p w14:paraId="3A8C18DE"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MHB4. </w:t>
      </w:r>
      <w:proofErr w:type="spellStart"/>
      <w:r w:rsidRPr="00D1763C">
        <w:rPr>
          <w:rFonts w:ascii="Comic Sans MS" w:hAnsi="Comic Sans MS"/>
          <w:b/>
          <w:color w:val="000000"/>
          <w:sz w:val="20"/>
          <w:szCs w:val="20"/>
        </w:rPr>
        <w:t>Müziksel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Hareket</w:t>
      </w:r>
      <w:proofErr w:type="spellEnd"/>
    </w:p>
    <w:p w14:paraId="2BA2DFA1"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MHB.2. </w:t>
      </w:r>
      <w:proofErr w:type="spellStart"/>
      <w:r w:rsidRPr="00D1763C">
        <w:rPr>
          <w:rFonts w:ascii="Comic Sans MS" w:hAnsi="Comic Sans MS"/>
          <w:b/>
          <w:color w:val="000000"/>
          <w:sz w:val="20"/>
          <w:szCs w:val="20"/>
        </w:rPr>
        <w:t>Müzik</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eserleriyle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hareket</w:t>
      </w:r>
      <w:proofErr w:type="spellEnd"/>
      <w:r w:rsidRPr="00D1763C">
        <w:rPr>
          <w:rFonts w:ascii="Comic Sans MS" w:hAnsi="Comic Sans MS"/>
          <w:b/>
          <w:color w:val="000000"/>
          <w:sz w:val="20"/>
          <w:szCs w:val="20"/>
        </w:rPr>
        <w:t xml:space="preserve"> / dans </w:t>
      </w:r>
      <w:proofErr w:type="spellStart"/>
      <w:r w:rsidRPr="00D1763C">
        <w:rPr>
          <w:rFonts w:ascii="Comic Sans MS" w:hAnsi="Comic Sans MS"/>
          <w:b/>
          <w:color w:val="000000"/>
          <w:sz w:val="20"/>
          <w:szCs w:val="20"/>
        </w:rPr>
        <w:t>edebilme</w:t>
      </w:r>
      <w:proofErr w:type="spellEnd"/>
    </w:p>
    <w:p w14:paraId="2269FB4E"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MHB.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Müzik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eşliğinde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grupla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birlikte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w:t>
      </w:r>
      <w:proofErr w:type="spellEnd"/>
      <w:r w:rsidRPr="00D1763C">
        <w:rPr>
          <w:rFonts w:ascii="Comic Sans MS" w:hAnsi="Comic Sans MS"/>
          <w:color w:val="000000"/>
          <w:sz w:val="20"/>
          <w:szCs w:val="20"/>
        </w:rPr>
        <w:t xml:space="preserve"> / dans </w:t>
      </w:r>
      <w:proofErr w:type="spellStart"/>
      <w:r w:rsidRPr="00D1763C">
        <w:rPr>
          <w:rFonts w:ascii="Comic Sans MS" w:hAnsi="Comic Sans MS"/>
          <w:color w:val="000000"/>
          <w:sz w:val="20"/>
          <w:szCs w:val="20"/>
        </w:rPr>
        <w:t>eder</w:t>
      </w:r>
      <w:proofErr w:type="spellEnd"/>
      <w:r w:rsidRPr="00D1763C">
        <w:rPr>
          <w:rFonts w:ascii="Comic Sans MS" w:hAnsi="Comic Sans MS"/>
          <w:color w:val="000000"/>
          <w:sz w:val="20"/>
          <w:szCs w:val="20"/>
        </w:rPr>
        <w:t>.</w:t>
      </w:r>
    </w:p>
    <w:p w14:paraId="56DAB4AE"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SANAT ALANI</w:t>
      </w:r>
    </w:p>
    <w:p w14:paraId="1F524CC8"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SNAB4. </w:t>
      </w:r>
      <w:proofErr w:type="spellStart"/>
      <w:r w:rsidRPr="00D1763C">
        <w:rPr>
          <w:rFonts w:ascii="Comic Sans MS" w:hAnsi="Comic Sans MS"/>
          <w:b/>
          <w:color w:val="000000"/>
          <w:sz w:val="20"/>
          <w:szCs w:val="20"/>
        </w:rPr>
        <w:t>Sanatsal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Uygulama</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Yapma</w:t>
      </w:r>
      <w:proofErr w:type="spellEnd"/>
    </w:p>
    <w:p w14:paraId="335858C4" w14:textId="77777777" w:rsidR="00607879" w:rsidRPr="00D1763C" w:rsidRDefault="00A43E66">
      <w:pPr>
        <w:keepNext/>
        <w:spacing w:after="40" w:line="240" w:lineRule="auto"/>
        <w:ind w:left="170"/>
        <w:rPr>
          <w:rFonts w:ascii="Comic Sans MS" w:hAnsi="Comic Sans MS"/>
          <w:sz w:val="20"/>
          <w:szCs w:val="20"/>
        </w:rPr>
      </w:pPr>
      <w:r w:rsidRPr="00D1763C">
        <w:rPr>
          <w:rFonts w:ascii="Comic Sans MS" w:hAnsi="Comic Sans MS"/>
          <w:b/>
          <w:color w:val="000000"/>
          <w:sz w:val="20"/>
          <w:szCs w:val="20"/>
        </w:rPr>
        <w:t xml:space="preserve">SNAB.4. Sanat </w:t>
      </w:r>
      <w:proofErr w:type="spellStart"/>
      <w:r w:rsidRPr="00D1763C">
        <w:rPr>
          <w:rFonts w:ascii="Comic Sans MS" w:hAnsi="Comic Sans MS"/>
          <w:b/>
          <w:color w:val="000000"/>
          <w:sz w:val="20"/>
          <w:szCs w:val="20"/>
        </w:rPr>
        <w:t>etkinliği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uygulayabilme</w:t>
      </w:r>
      <w:proofErr w:type="spellEnd"/>
    </w:p>
    <w:p w14:paraId="5F523550" w14:textId="77777777" w:rsidR="00607879" w:rsidRPr="00D1763C" w:rsidRDefault="00A43E66">
      <w:pPr>
        <w:spacing w:after="40" w:line="240" w:lineRule="auto"/>
        <w:ind w:left="340"/>
        <w:rPr>
          <w:rFonts w:ascii="Comic Sans MS" w:hAnsi="Comic Sans MS"/>
          <w:sz w:val="20"/>
          <w:szCs w:val="20"/>
        </w:rPr>
      </w:pPr>
      <w:r w:rsidRPr="00D1763C">
        <w:rPr>
          <w:rFonts w:ascii="Comic Sans MS" w:hAnsi="Comic Sans MS"/>
          <w:color w:val="000000"/>
          <w:sz w:val="20"/>
          <w:szCs w:val="20"/>
        </w:rPr>
        <w:t>SNAB.</w:t>
      </w:r>
      <w:proofErr w:type="gramStart"/>
      <w:r w:rsidRPr="00D1763C">
        <w:rPr>
          <w:rFonts w:ascii="Comic Sans MS" w:hAnsi="Comic Sans MS"/>
          <w:color w:val="000000"/>
          <w:sz w:val="20"/>
          <w:szCs w:val="20"/>
        </w:rPr>
        <w:t>4.b.</w:t>
      </w:r>
      <w:proofErr w:type="gramEnd"/>
      <w:r w:rsidRPr="00D1763C">
        <w:rPr>
          <w:rFonts w:ascii="Comic Sans MS" w:hAnsi="Comic Sans MS"/>
          <w:color w:val="000000"/>
          <w:sz w:val="20"/>
          <w:szCs w:val="20"/>
        </w:rPr>
        <w:t xml:space="preserve"> Sanat </w:t>
      </w:r>
      <w:proofErr w:type="spellStart"/>
      <w:r w:rsidRPr="00D1763C">
        <w:rPr>
          <w:rFonts w:ascii="Comic Sans MS" w:hAnsi="Comic Sans MS"/>
          <w:color w:val="000000"/>
          <w:sz w:val="20"/>
          <w:szCs w:val="20"/>
        </w:rPr>
        <w:t>etkinliği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gerekli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materyalleri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seçer</w:t>
      </w:r>
      <w:proofErr w:type="spellEnd"/>
      <w:r w:rsidRPr="00D1763C">
        <w:rPr>
          <w:rFonts w:ascii="Comic Sans MS" w:hAnsi="Comic Sans MS"/>
          <w:color w:val="000000"/>
          <w:sz w:val="20"/>
          <w:szCs w:val="20"/>
        </w:rPr>
        <w:t>.</w:t>
      </w:r>
    </w:p>
    <w:p w14:paraId="3774C147" w14:textId="0574A5DD" w:rsidR="00607879" w:rsidRPr="00D1763C" w:rsidRDefault="00A43E66" w:rsidP="0054587C">
      <w:pPr>
        <w:spacing w:after="40" w:line="240" w:lineRule="auto"/>
        <w:ind w:left="340"/>
        <w:rPr>
          <w:rFonts w:ascii="Comic Sans MS" w:hAnsi="Comic Sans MS"/>
          <w:sz w:val="20"/>
          <w:szCs w:val="20"/>
        </w:rPr>
      </w:pPr>
      <w:r w:rsidRPr="00D1763C">
        <w:rPr>
          <w:rFonts w:ascii="Comic Sans MS" w:hAnsi="Comic Sans MS"/>
          <w:color w:val="000000"/>
          <w:sz w:val="20"/>
          <w:szCs w:val="20"/>
        </w:rPr>
        <w:t>SNAB.</w:t>
      </w:r>
      <w:proofErr w:type="gramStart"/>
      <w:r w:rsidRPr="00D1763C">
        <w:rPr>
          <w:rFonts w:ascii="Comic Sans MS" w:hAnsi="Comic Sans MS"/>
          <w:color w:val="000000"/>
          <w:sz w:val="20"/>
          <w:szCs w:val="20"/>
        </w:rPr>
        <w:t>4.c.</w:t>
      </w:r>
      <w:proofErr w:type="gramEnd"/>
      <w:r w:rsidRPr="00D1763C">
        <w:rPr>
          <w:rFonts w:ascii="Comic Sans MS" w:hAnsi="Comic Sans MS"/>
          <w:color w:val="000000"/>
          <w:sz w:val="20"/>
          <w:szCs w:val="20"/>
        </w:rPr>
        <w:t xml:space="preserve"> Sanat </w:t>
      </w:r>
      <w:proofErr w:type="spellStart"/>
      <w:r w:rsidRPr="00D1763C">
        <w:rPr>
          <w:rFonts w:ascii="Comic Sans MS" w:hAnsi="Comic Sans MS"/>
          <w:color w:val="000000"/>
          <w:sz w:val="20"/>
          <w:szCs w:val="20"/>
        </w:rPr>
        <w:t>etkinliklerine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aktif</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olarak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katılır</w:t>
      </w:r>
      <w:proofErr w:type="spellEnd"/>
      <w:r w:rsidRPr="00D1763C">
        <w:rPr>
          <w:rFonts w:ascii="Comic Sans MS" w:hAnsi="Comic Sans MS"/>
          <w:color w:val="000000"/>
          <w:sz w:val="20"/>
          <w:szCs w:val="20"/>
        </w:rPr>
        <w:t>.</w:t>
      </w:r>
    </w:p>
    <w:p w14:paraId="1527A487" w14:textId="77777777" w:rsidR="00607879" w:rsidRPr="00D1763C" w:rsidRDefault="00A43E66">
      <w:pPr>
        <w:pStyle w:val="Balk1"/>
        <w:keepLines w:val="0"/>
        <w:spacing w:before="100" w:after="40" w:line="240" w:lineRule="auto"/>
        <w:rPr>
          <w:rFonts w:ascii="Comic Sans MS" w:hAnsi="Comic Sans MS"/>
          <w:color w:val="F85883"/>
          <w:sz w:val="20"/>
          <w:szCs w:val="20"/>
        </w:rPr>
      </w:pPr>
      <w:r w:rsidRPr="00D1763C">
        <w:rPr>
          <w:rFonts w:ascii="Comic Sans MS" w:hAnsi="Comic Sans MS"/>
          <w:color w:val="F85883"/>
          <w:sz w:val="20"/>
          <w:szCs w:val="20"/>
        </w:rPr>
        <w:t>EĞİLİMLER</w:t>
      </w:r>
    </w:p>
    <w:p w14:paraId="2CDF7974"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E1. </w:t>
      </w:r>
      <w:proofErr w:type="spellStart"/>
      <w:r w:rsidRPr="00D1763C">
        <w:rPr>
          <w:rFonts w:ascii="Comic Sans MS" w:hAnsi="Comic Sans MS"/>
          <w:b/>
          <w:color w:val="000000"/>
          <w:sz w:val="20"/>
          <w:szCs w:val="20"/>
        </w:rPr>
        <w:t>Benlik</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Eğilimleri</w:t>
      </w:r>
      <w:proofErr w:type="spellEnd"/>
    </w:p>
    <w:p w14:paraId="144329A4"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E1.1. Merak</w:t>
      </w:r>
    </w:p>
    <w:p w14:paraId="6FA12B87"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E1.2. </w:t>
      </w:r>
      <w:proofErr w:type="spellStart"/>
      <w:r w:rsidRPr="00D1763C">
        <w:rPr>
          <w:rFonts w:ascii="Comic Sans MS" w:hAnsi="Comic Sans MS"/>
          <w:color w:val="000000"/>
          <w:sz w:val="20"/>
          <w:szCs w:val="20"/>
        </w:rPr>
        <w:t>Bağımsızlık</w:t>
      </w:r>
      <w:proofErr w:type="spellEnd"/>
    </w:p>
    <w:p w14:paraId="150FC7AA"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E2. </w:t>
      </w:r>
      <w:proofErr w:type="spellStart"/>
      <w:r w:rsidRPr="00D1763C">
        <w:rPr>
          <w:rFonts w:ascii="Comic Sans MS" w:hAnsi="Comic Sans MS"/>
          <w:b/>
          <w:color w:val="000000"/>
          <w:sz w:val="20"/>
          <w:szCs w:val="20"/>
        </w:rPr>
        <w:t>Sosyal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Eğilimler</w:t>
      </w:r>
      <w:proofErr w:type="spellEnd"/>
    </w:p>
    <w:p w14:paraId="196B94B5"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E2.5. </w:t>
      </w:r>
      <w:proofErr w:type="spellStart"/>
      <w:r w:rsidRPr="00D1763C">
        <w:rPr>
          <w:rFonts w:ascii="Comic Sans MS" w:hAnsi="Comic Sans MS"/>
          <w:color w:val="000000"/>
          <w:sz w:val="20"/>
          <w:szCs w:val="20"/>
        </w:rPr>
        <w:t>Oyunseverlik</w:t>
      </w:r>
      <w:proofErr w:type="spellEnd"/>
    </w:p>
    <w:p w14:paraId="4F34B653"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E3. </w:t>
      </w:r>
      <w:proofErr w:type="spellStart"/>
      <w:r w:rsidRPr="00D1763C">
        <w:rPr>
          <w:rFonts w:ascii="Comic Sans MS" w:hAnsi="Comic Sans MS"/>
          <w:b/>
          <w:color w:val="000000"/>
          <w:sz w:val="20"/>
          <w:szCs w:val="20"/>
        </w:rPr>
        <w:t>Entelektüel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Eğilimler</w:t>
      </w:r>
      <w:proofErr w:type="spellEnd"/>
    </w:p>
    <w:p w14:paraId="34436E70"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E3.2. </w:t>
      </w:r>
      <w:proofErr w:type="spellStart"/>
      <w:r w:rsidRPr="00D1763C">
        <w:rPr>
          <w:rFonts w:ascii="Comic Sans MS" w:hAnsi="Comic Sans MS"/>
          <w:color w:val="000000"/>
          <w:sz w:val="20"/>
          <w:szCs w:val="20"/>
        </w:rPr>
        <w:t>Odaklanma</w:t>
      </w:r>
      <w:proofErr w:type="spellEnd"/>
    </w:p>
    <w:p w14:paraId="19F081D3" w14:textId="77777777" w:rsidR="00607879" w:rsidRPr="00D1763C" w:rsidRDefault="00A43E66">
      <w:pPr>
        <w:pStyle w:val="Balk1"/>
        <w:keepLines w:val="0"/>
        <w:spacing w:before="100" w:after="40" w:line="240" w:lineRule="auto"/>
        <w:rPr>
          <w:rFonts w:ascii="Comic Sans MS" w:hAnsi="Comic Sans MS"/>
          <w:color w:val="F85883"/>
          <w:sz w:val="20"/>
          <w:szCs w:val="20"/>
        </w:rPr>
      </w:pPr>
      <w:r w:rsidRPr="00D1763C">
        <w:rPr>
          <w:rFonts w:ascii="Comic Sans MS" w:hAnsi="Comic Sans MS"/>
          <w:color w:val="F85883"/>
          <w:sz w:val="20"/>
          <w:szCs w:val="20"/>
        </w:rPr>
        <w:lastRenderedPageBreak/>
        <w:t>PROGRAMLAR ARASI BİLEŞENLER</w:t>
      </w:r>
    </w:p>
    <w:p w14:paraId="3AB14BE7"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SOSYAL-DUYGUSAL ÖĞRENME BECERİLERİ</w:t>
      </w:r>
    </w:p>
    <w:p w14:paraId="3EB9A500"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SDB1.1. </w:t>
      </w:r>
      <w:proofErr w:type="spellStart"/>
      <w:r w:rsidRPr="00D1763C">
        <w:rPr>
          <w:rFonts w:ascii="Comic Sans MS" w:hAnsi="Comic Sans MS"/>
          <w:b/>
          <w:color w:val="000000"/>
          <w:sz w:val="20"/>
          <w:szCs w:val="20"/>
        </w:rPr>
        <w:t>Kendini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Tanıma</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Öz</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Farkındalık</w:t>
      </w:r>
      <w:proofErr w:type="spellEnd"/>
      <w:r w:rsidRPr="00D1763C">
        <w:rPr>
          <w:rFonts w:ascii="Comic Sans MS" w:hAnsi="Comic Sans MS"/>
          <w:b/>
          <w:color w:val="000000"/>
          <w:sz w:val="20"/>
          <w:szCs w:val="20"/>
        </w:rPr>
        <w:t>)</w:t>
      </w:r>
    </w:p>
    <w:p w14:paraId="72FBC0CC"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SDB1.2. </w:t>
      </w:r>
      <w:proofErr w:type="spellStart"/>
      <w:r w:rsidRPr="00D1763C">
        <w:rPr>
          <w:rFonts w:ascii="Comic Sans MS" w:hAnsi="Comic Sans MS"/>
          <w:b/>
          <w:color w:val="000000"/>
          <w:sz w:val="20"/>
          <w:szCs w:val="20"/>
        </w:rPr>
        <w:t>Kendini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Düzenleme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Öz</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Düzenleme</w:t>
      </w:r>
      <w:proofErr w:type="spellEnd"/>
      <w:r w:rsidRPr="00D1763C">
        <w:rPr>
          <w:rFonts w:ascii="Comic Sans MS" w:hAnsi="Comic Sans MS"/>
          <w:b/>
          <w:color w:val="000000"/>
          <w:sz w:val="20"/>
          <w:szCs w:val="20"/>
        </w:rPr>
        <w:t>)</w:t>
      </w:r>
    </w:p>
    <w:p w14:paraId="3F203D1B"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SDB2.1. </w:t>
      </w:r>
      <w:proofErr w:type="spellStart"/>
      <w:r w:rsidRPr="00D1763C">
        <w:rPr>
          <w:rFonts w:ascii="Comic Sans MS" w:hAnsi="Comic Sans MS"/>
          <w:b/>
          <w:color w:val="000000"/>
          <w:sz w:val="20"/>
          <w:szCs w:val="20"/>
        </w:rPr>
        <w:t>İletişim</w:t>
      </w:r>
      <w:proofErr w:type="spellEnd"/>
    </w:p>
    <w:p w14:paraId="52D51D55"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DEĞERLER</w:t>
      </w:r>
    </w:p>
    <w:p w14:paraId="54D32EA1"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D12. </w:t>
      </w:r>
      <w:proofErr w:type="spellStart"/>
      <w:r w:rsidRPr="00D1763C">
        <w:rPr>
          <w:rFonts w:ascii="Comic Sans MS" w:hAnsi="Comic Sans MS"/>
          <w:b/>
          <w:color w:val="000000"/>
          <w:sz w:val="20"/>
          <w:szCs w:val="20"/>
        </w:rPr>
        <w:t>Sabır</w:t>
      </w:r>
      <w:proofErr w:type="spellEnd"/>
    </w:p>
    <w:p w14:paraId="44B0ADC8"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D12.1. </w:t>
      </w:r>
      <w:proofErr w:type="spellStart"/>
      <w:r w:rsidRPr="00D1763C">
        <w:rPr>
          <w:rFonts w:ascii="Comic Sans MS" w:hAnsi="Comic Sans MS"/>
          <w:color w:val="000000"/>
          <w:sz w:val="20"/>
          <w:szCs w:val="20"/>
        </w:rPr>
        <w:t>Düşünce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duygu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davranışlarında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kontrollü</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olmak</w:t>
      </w:r>
      <w:proofErr w:type="spellEnd"/>
    </w:p>
    <w:p w14:paraId="49079C96"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D14. </w:t>
      </w:r>
      <w:proofErr w:type="spellStart"/>
      <w:r w:rsidRPr="00D1763C">
        <w:rPr>
          <w:rFonts w:ascii="Comic Sans MS" w:hAnsi="Comic Sans MS"/>
          <w:b/>
          <w:color w:val="000000"/>
          <w:sz w:val="20"/>
          <w:szCs w:val="20"/>
        </w:rPr>
        <w:t>Saygı</w:t>
      </w:r>
      <w:proofErr w:type="spellEnd"/>
    </w:p>
    <w:p w14:paraId="440EF28B"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D14.1. </w:t>
      </w:r>
      <w:proofErr w:type="spellStart"/>
      <w:r w:rsidRPr="00D1763C">
        <w:rPr>
          <w:rFonts w:ascii="Comic Sans MS" w:hAnsi="Comic Sans MS"/>
          <w:color w:val="000000"/>
          <w:sz w:val="20"/>
          <w:szCs w:val="20"/>
        </w:rPr>
        <w:t>Nezaketli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olmak</w:t>
      </w:r>
      <w:proofErr w:type="spellEnd"/>
    </w:p>
    <w:p w14:paraId="0C7BA65A"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D16. </w:t>
      </w:r>
      <w:proofErr w:type="spellStart"/>
      <w:r w:rsidRPr="00D1763C">
        <w:rPr>
          <w:rFonts w:ascii="Comic Sans MS" w:hAnsi="Comic Sans MS"/>
          <w:b/>
          <w:color w:val="000000"/>
          <w:sz w:val="20"/>
          <w:szCs w:val="20"/>
        </w:rPr>
        <w:t>Sorumluluk</w:t>
      </w:r>
      <w:proofErr w:type="spellEnd"/>
    </w:p>
    <w:p w14:paraId="7EA974BA"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D16.1. </w:t>
      </w:r>
      <w:proofErr w:type="spellStart"/>
      <w:r w:rsidRPr="00D1763C">
        <w:rPr>
          <w:rFonts w:ascii="Comic Sans MS" w:hAnsi="Comic Sans MS"/>
          <w:color w:val="000000"/>
          <w:sz w:val="20"/>
          <w:szCs w:val="20"/>
        </w:rPr>
        <w:t>Kendine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karşı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görevlerini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getirmek</w:t>
      </w:r>
      <w:proofErr w:type="spellEnd"/>
    </w:p>
    <w:p w14:paraId="45EFFFF4"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D16.2. </w:t>
      </w:r>
      <w:proofErr w:type="spellStart"/>
      <w:r w:rsidRPr="00D1763C">
        <w:rPr>
          <w:rFonts w:ascii="Comic Sans MS" w:hAnsi="Comic Sans MS"/>
          <w:color w:val="000000"/>
          <w:sz w:val="20"/>
          <w:szCs w:val="20"/>
        </w:rPr>
        <w:t>Topluma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karşı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görevlerini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getirmek</w:t>
      </w:r>
      <w:proofErr w:type="spellEnd"/>
    </w:p>
    <w:p w14:paraId="233AFB33" w14:textId="77777777"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OKURYAZARLIK BECERİLERİ</w:t>
      </w:r>
    </w:p>
    <w:p w14:paraId="28C398EA" w14:textId="77777777" w:rsidR="00607879" w:rsidRPr="00D1763C" w:rsidRDefault="00A43E66">
      <w:pPr>
        <w:keepNext/>
        <w:spacing w:after="40" w:line="240" w:lineRule="auto"/>
        <w:rPr>
          <w:rFonts w:ascii="Comic Sans MS" w:hAnsi="Comic Sans MS"/>
          <w:sz w:val="20"/>
          <w:szCs w:val="20"/>
        </w:rPr>
      </w:pPr>
      <w:r w:rsidRPr="00D1763C">
        <w:rPr>
          <w:rFonts w:ascii="Comic Sans MS" w:hAnsi="Comic Sans MS"/>
          <w:b/>
          <w:color w:val="000000"/>
          <w:sz w:val="20"/>
          <w:szCs w:val="20"/>
        </w:rPr>
        <w:t xml:space="preserve">OB4. </w:t>
      </w:r>
      <w:proofErr w:type="spellStart"/>
      <w:r w:rsidRPr="00D1763C">
        <w:rPr>
          <w:rFonts w:ascii="Comic Sans MS" w:hAnsi="Comic Sans MS"/>
          <w:b/>
          <w:color w:val="000000"/>
          <w:sz w:val="20"/>
          <w:szCs w:val="20"/>
        </w:rPr>
        <w:t>Görsel</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Okuryazarlık</w:t>
      </w:r>
      <w:proofErr w:type="spellEnd"/>
    </w:p>
    <w:p w14:paraId="769CAE67" w14:textId="77777777" w:rsidR="0054587C" w:rsidRPr="00D1763C" w:rsidRDefault="00A43E66">
      <w:pPr>
        <w:spacing w:after="40" w:line="240" w:lineRule="auto"/>
        <w:rPr>
          <w:rFonts w:ascii="Comic Sans MS" w:hAnsi="Comic Sans MS"/>
          <w:b/>
          <w:color w:val="F85883"/>
          <w:sz w:val="20"/>
          <w:szCs w:val="20"/>
        </w:rPr>
      </w:pPr>
      <w:proofErr w:type="spellStart"/>
      <w:r w:rsidRPr="00D1763C">
        <w:rPr>
          <w:rFonts w:ascii="Comic Sans MS" w:hAnsi="Comic Sans MS"/>
          <w:b/>
          <w:color w:val="F85883"/>
          <w:sz w:val="20"/>
          <w:szCs w:val="20"/>
        </w:rPr>
        <w:t>Kavramlar</w:t>
      </w:r>
      <w:proofErr w:type="spellEnd"/>
      <w:r w:rsidRPr="00D1763C">
        <w:rPr>
          <w:rFonts w:ascii="Comic Sans MS" w:hAnsi="Comic Sans MS"/>
          <w:b/>
          <w:color w:val="F85883"/>
          <w:sz w:val="20"/>
          <w:szCs w:val="20"/>
        </w:rPr>
        <w:t xml:space="preserve">: </w:t>
      </w:r>
    </w:p>
    <w:p w14:paraId="78AEA2C8" w14:textId="77777777" w:rsidR="0054587C" w:rsidRPr="00D1763C" w:rsidRDefault="00A43E66">
      <w:pPr>
        <w:spacing w:after="40" w:line="240" w:lineRule="auto"/>
        <w:rPr>
          <w:rFonts w:ascii="Comic Sans MS" w:hAnsi="Comic Sans MS"/>
          <w:sz w:val="20"/>
          <w:szCs w:val="20"/>
        </w:rPr>
      </w:pPr>
      <w:r w:rsidRPr="00D1763C">
        <w:rPr>
          <w:rFonts w:ascii="Comic Sans MS" w:hAnsi="Comic Sans MS"/>
          <w:b/>
          <w:bCs/>
          <w:color w:val="002060"/>
          <w:sz w:val="20"/>
          <w:szCs w:val="20"/>
        </w:rPr>
        <w:t>Zaman:</w:t>
      </w:r>
      <w:r w:rsidRPr="00D1763C">
        <w:rPr>
          <w:rFonts w:ascii="Comic Sans MS" w:hAnsi="Comic Sans MS"/>
          <w:color w:val="002060"/>
          <w:sz w:val="20"/>
          <w:szCs w:val="20"/>
        </w:rPr>
        <w:t xml:space="preserve"> </w:t>
      </w:r>
      <w:proofErr w:type="spellStart"/>
      <w:r w:rsidRPr="00D1763C">
        <w:rPr>
          <w:rFonts w:ascii="Comic Sans MS" w:hAnsi="Comic Sans MS"/>
          <w:sz w:val="20"/>
          <w:szCs w:val="20"/>
        </w:rPr>
        <w:t>Önce</w:t>
      </w:r>
      <w:proofErr w:type="spellEnd"/>
      <w:r w:rsidRPr="00D1763C">
        <w:rPr>
          <w:rFonts w:ascii="Comic Sans MS" w:hAnsi="Comic Sans MS"/>
          <w:sz w:val="20"/>
          <w:szCs w:val="20"/>
        </w:rPr>
        <w:t>–</w:t>
      </w:r>
      <w:proofErr w:type="spellStart"/>
      <w:r w:rsidRPr="00D1763C">
        <w:rPr>
          <w:rFonts w:ascii="Comic Sans MS" w:hAnsi="Comic Sans MS"/>
          <w:sz w:val="20"/>
          <w:szCs w:val="20"/>
        </w:rPr>
        <w:t>sonra</w:t>
      </w:r>
      <w:proofErr w:type="spellEnd"/>
    </w:p>
    <w:p w14:paraId="64812587"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b/>
          <w:color w:val="F85883"/>
          <w:sz w:val="20"/>
          <w:szCs w:val="20"/>
        </w:rPr>
        <w:t>Sözcükler</w:t>
      </w:r>
      <w:proofErr w:type="spellEnd"/>
      <w:r w:rsidRPr="00D1763C">
        <w:rPr>
          <w:rFonts w:ascii="Comic Sans MS" w:hAnsi="Comic Sans MS"/>
          <w:b/>
          <w:color w:val="F85883"/>
          <w:sz w:val="20"/>
          <w:szCs w:val="20"/>
        </w:rPr>
        <w:t xml:space="preserve">: </w:t>
      </w:r>
      <w:proofErr w:type="spellStart"/>
      <w:r w:rsidRPr="00D1763C">
        <w:rPr>
          <w:rFonts w:ascii="Comic Sans MS" w:hAnsi="Comic Sans MS"/>
          <w:sz w:val="20"/>
          <w:szCs w:val="20"/>
        </w:rPr>
        <w:t>Hafta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hatıra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selamlaşma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öğrenme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merkezi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yol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sorumluluk</w:t>
      </w:r>
      <w:proofErr w:type="spellEnd"/>
      <w:r w:rsidRPr="00D1763C">
        <w:rPr>
          <w:rFonts w:ascii="Comic Sans MS" w:hAnsi="Comic Sans MS"/>
          <w:sz w:val="20"/>
          <w:szCs w:val="20"/>
        </w:rPr>
        <w:t>.</w:t>
      </w:r>
    </w:p>
    <w:p w14:paraId="49898715"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b/>
          <w:color w:val="F85883"/>
          <w:sz w:val="20"/>
          <w:szCs w:val="20"/>
        </w:rPr>
        <w:t>Materyaller</w:t>
      </w:r>
      <w:proofErr w:type="spellEnd"/>
      <w:r w:rsidRPr="00D1763C">
        <w:rPr>
          <w:rFonts w:ascii="Comic Sans MS" w:hAnsi="Comic Sans MS"/>
          <w:b/>
          <w:color w:val="F85883"/>
          <w:sz w:val="20"/>
          <w:szCs w:val="20"/>
        </w:rPr>
        <w:t xml:space="preserve">: </w:t>
      </w:r>
      <w:proofErr w:type="spellStart"/>
      <w:r w:rsidRPr="00D1763C">
        <w:rPr>
          <w:rFonts w:ascii="Comic Sans MS" w:hAnsi="Comic Sans MS"/>
          <w:sz w:val="20"/>
          <w:szCs w:val="20"/>
        </w:rPr>
        <w:t>Gizemli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çanta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yıkama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oyun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oynama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oyuncak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toplama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oyun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hamuru</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selamlaşma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müzik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sanat</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çalışması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görselleri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duygu</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kartları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günlük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akış</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selamlaşma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panoları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zemine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uygun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kaymaz</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kâğıt</w:t>
      </w:r>
      <w:proofErr w:type="spellEnd"/>
      <w:r w:rsidRPr="00D1763C">
        <w:rPr>
          <w:rFonts w:ascii="Comic Sans MS" w:hAnsi="Comic Sans MS"/>
          <w:sz w:val="20"/>
          <w:szCs w:val="20"/>
        </w:rPr>
        <w:t xml:space="preserve"> bant, </w:t>
      </w:r>
      <w:proofErr w:type="spellStart"/>
      <w:r w:rsidRPr="00D1763C">
        <w:rPr>
          <w:rFonts w:ascii="Comic Sans MS" w:hAnsi="Comic Sans MS"/>
          <w:sz w:val="20"/>
          <w:szCs w:val="20"/>
        </w:rPr>
        <w:t>ev</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görselleri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ev</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arasında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kalın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çizgilerle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yolu</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belirlenmiş</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çalışma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kâğıtları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renkli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kâğıtlar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kalın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gövdeli</w:t>
      </w:r>
      <w:proofErr w:type="spellEnd"/>
      <w:r w:rsidRPr="00D1763C">
        <w:rPr>
          <w:rFonts w:ascii="Comic Sans MS" w:hAnsi="Comic Sans MS"/>
          <w:sz w:val="20"/>
          <w:szCs w:val="20"/>
        </w:rPr>
        <w:t xml:space="preserve"> pastel </w:t>
      </w:r>
      <w:proofErr w:type="spellStart"/>
      <w:r w:rsidRPr="00D1763C">
        <w:rPr>
          <w:rFonts w:ascii="Comic Sans MS" w:hAnsi="Comic Sans MS"/>
          <w:sz w:val="20"/>
          <w:szCs w:val="20"/>
        </w:rPr>
        <w:t>boyalar</w:t>
      </w:r>
      <w:proofErr w:type="spellEnd"/>
      <w:r w:rsidRPr="00D1763C">
        <w:rPr>
          <w:rFonts w:ascii="Comic Sans MS" w:hAnsi="Comic Sans MS"/>
          <w:sz w:val="20"/>
          <w:szCs w:val="20"/>
        </w:rPr>
        <w:t xml:space="preserve">, stick </w:t>
      </w:r>
      <w:proofErr w:type="spellStart"/>
      <w:r w:rsidRPr="00D1763C">
        <w:rPr>
          <w:rFonts w:ascii="Comic Sans MS" w:hAnsi="Comic Sans MS"/>
          <w:sz w:val="20"/>
          <w:szCs w:val="20"/>
        </w:rPr>
        <w:t>yapıştırıcı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müzik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“İlk </w:t>
      </w:r>
      <w:proofErr w:type="spellStart"/>
      <w:r w:rsidRPr="00D1763C">
        <w:rPr>
          <w:rFonts w:ascii="Comic Sans MS" w:hAnsi="Comic Sans MS"/>
          <w:sz w:val="20"/>
          <w:szCs w:val="20"/>
        </w:rPr>
        <w:t>Haftam</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şarkısı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Sınıfta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kullanılıyorsa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Çekirdek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kitabının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Hazırlığı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sayfası</w:t>
      </w:r>
      <w:proofErr w:type="spellEnd"/>
      <w:r w:rsidRPr="00D1763C">
        <w:rPr>
          <w:rFonts w:ascii="Comic Sans MS" w:hAnsi="Comic Sans MS"/>
          <w:sz w:val="20"/>
          <w:szCs w:val="20"/>
        </w:rPr>
        <w:t>.</w:t>
      </w:r>
    </w:p>
    <w:p w14:paraId="4CAB2392" w14:textId="63D667FB" w:rsidR="00607879" w:rsidRPr="00D1763C" w:rsidRDefault="00A43E66" w:rsidP="0054587C">
      <w:pPr>
        <w:spacing w:after="40" w:line="240" w:lineRule="auto"/>
        <w:rPr>
          <w:rFonts w:ascii="Comic Sans MS" w:hAnsi="Comic Sans MS"/>
          <w:sz w:val="20"/>
          <w:szCs w:val="20"/>
        </w:rPr>
      </w:pPr>
      <w:proofErr w:type="spellStart"/>
      <w:r w:rsidRPr="00D1763C">
        <w:rPr>
          <w:rFonts w:ascii="Comic Sans MS" w:hAnsi="Comic Sans MS"/>
          <w:b/>
          <w:color w:val="F85883"/>
          <w:sz w:val="20"/>
          <w:szCs w:val="20"/>
        </w:rPr>
        <w:t>Eğitim</w:t>
      </w:r>
      <w:proofErr w:type="spellEnd"/>
      <w:r w:rsidRPr="00D1763C">
        <w:rPr>
          <w:rFonts w:ascii="Comic Sans MS" w:hAnsi="Comic Sans MS"/>
          <w:b/>
          <w:color w:val="F85883"/>
          <w:sz w:val="20"/>
          <w:szCs w:val="20"/>
        </w:rPr>
        <w:t xml:space="preserve"> / </w:t>
      </w:r>
      <w:proofErr w:type="spellStart"/>
      <w:r w:rsidRPr="00D1763C">
        <w:rPr>
          <w:rFonts w:ascii="Comic Sans MS" w:hAnsi="Comic Sans MS"/>
          <w:b/>
          <w:color w:val="F85883"/>
          <w:sz w:val="20"/>
          <w:szCs w:val="20"/>
        </w:rPr>
        <w:t>Öğrenme</w:t>
      </w:r>
      <w:proofErr w:type="spellEnd"/>
      <w:r w:rsidRPr="00D1763C">
        <w:rPr>
          <w:rFonts w:ascii="Comic Sans MS" w:hAnsi="Comic Sans MS"/>
          <w:b/>
          <w:color w:val="F85883"/>
          <w:sz w:val="20"/>
          <w:szCs w:val="20"/>
        </w:rPr>
        <w:t xml:space="preserve"> </w:t>
      </w:r>
      <w:proofErr w:type="spellStart"/>
      <w:r w:rsidRPr="00D1763C">
        <w:rPr>
          <w:rFonts w:ascii="Comic Sans MS" w:hAnsi="Comic Sans MS"/>
          <w:b/>
          <w:color w:val="F85883"/>
          <w:sz w:val="20"/>
          <w:szCs w:val="20"/>
        </w:rPr>
        <w:t>Ortamları</w:t>
      </w:r>
      <w:proofErr w:type="spellEnd"/>
      <w:r w:rsidRPr="00D1763C">
        <w:rPr>
          <w:rFonts w:ascii="Comic Sans MS" w:hAnsi="Comic Sans MS"/>
          <w:b/>
          <w:color w:val="F85883"/>
          <w:sz w:val="20"/>
          <w:szCs w:val="20"/>
        </w:rPr>
        <w:t xml:space="preserve">: </w:t>
      </w:r>
      <w:proofErr w:type="spellStart"/>
      <w:r w:rsidRPr="00D1763C">
        <w:rPr>
          <w:rFonts w:ascii="Comic Sans MS" w:hAnsi="Comic Sans MS"/>
          <w:sz w:val="20"/>
          <w:szCs w:val="20"/>
        </w:rPr>
        <w:t>Çember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alanı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bütün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çocukların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çantadan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çıkan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görselleri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görebileceği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biçimde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düzenlenir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Öğrenme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merkezlerindeki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materyaller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erişilebilir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yerlere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konur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alanı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engellerden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arındırılır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zemine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düz</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bir</w:t>
      </w:r>
      <w:proofErr w:type="spellEnd"/>
      <w:r w:rsidRPr="00D1763C">
        <w:rPr>
          <w:rFonts w:ascii="Comic Sans MS" w:hAnsi="Comic Sans MS"/>
          <w:sz w:val="20"/>
          <w:szCs w:val="20"/>
        </w:rPr>
        <w:t xml:space="preserve"> bant </w:t>
      </w:r>
      <w:proofErr w:type="spellStart"/>
      <w:r w:rsidRPr="00D1763C">
        <w:rPr>
          <w:rFonts w:ascii="Comic Sans MS" w:hAnsi="Comic Sans MS"/>
          <w:sz w:val="20"/>
          <w:szCs w:val="20"/>
        </w:rPr>
        <w:t>yapıştırılarak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iki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yanında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ev</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alanları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oluşturulur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Çocukların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çarpışmadan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edebileceği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aralıklar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bırakılır</w:t>
      </w:r>
      <w:proofErr w:type="spellEnd"/>
      <w:r w:rsidRPr="00D1763C">
        <w:rPr>
          <w:rFonts w:ascii="Comic Sans MS" w:hAnsi="Comic Sans MS"/>
          <w:sz w:val="20"/>
          <w:szCs w:val="20"/>
        </w:rPr>
        <w:t xml:space="preserve">. Sanat </w:t>
      </w:r>
      <w:proofErr w:type="spellStart"/>
      <w:r w:rsidRPr="00D1763C">
        <w:rPr>
          <w:rFonts w:ascii="Comic Sans MS" w:hAnsi="Comic Sans MS"/>
          <w:sz w:val="20"/>
          <w:szCs w:val="20"/>
        </w:rPr>
        <w:t>masalarına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çalışma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kâğıtları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renkli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kâğıtlar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boyalar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yapıştırıcılar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yerleştirilir</w:t>
      </w:r>
      <w:proofErr w:type="spellEnd"/>
      <w:r w:rsidRPr="00D1763C">
        <w:rPr>
          <w:rFonts w:ascii="Comic Sans MS" w:hAnsi="Comic Sans MS"/>
          <w:sz w:val="20"/>
          <w:szCs w:val="20"/>
        </w:rPr>
        <w:t>.</w:t>
      </w:r>
    </w:p>
    <w:p w14:paraId="335FFD86" w14:textId="2AB9B377" w:rsidR="00D1763C" w:rsidRPr="00D1763C" w:rsidRDefault="00D1763C" w:rsidP="0054587C">
      <w:pPr>
        <w:spacing w:after="40" w:line="240" w:lineRule="auto"/>
        <w:rPr>
          <w:rFonts w:ascii="Comic Sans MS" w:hAnsi="Comic Sans MS"/>
          <w:sz w:val="20"/>
          <w:szCs w:val="20"/>
        </w:rPr>
      </w:pPr>
      <w:proofErr w:type="spellStart"/>
      <w:r w:rsidRPr="00D1763C">
        <w:rPr>
          <w:rFonts w:ascii="Comic Sans MS" w:hAnsi="Comic Sans MS" w:cs="Comic Sans MS"/>
          <w:b/>
          <w:color w:val="F85883"/>
          <w:sz w:val="20"/>
          <w:szCs w:val="20"/>
        </w:rPr>
        <w:t>Belirli</w:t>
      </w:r>
      <w:proofErr w:type="spellEnd"/>
      <w:r w:rsidRPr="00D1763C">
        <w:rPr>
          <w:rFonts w:ascii="Comic Sans MS" w:hAnsi="Comic Sans MS" w:cs="Comic Sans MS"/>
          <w:b/>
          <w:color w:val="F85883"/>
          <w:sz w:val="20"/>
          <w:szCs w:val="20"/>
        </w:rPr>
        <w:t xml:space="preserve"> Gün </w:t>
      </w:r>
      <w:proofErr w:type="spellStart"/>
      <w:r w:rsidRPr="00D1763C">
        <w:rPr>
          <w:rFonts w:ascii="Comic Sans MS" w:hAnsi="Comic Sans MS" w:cs="Comic Sans MS"/>
          <w:b/>
          <w:color w:val="F85883"/>
          <w:sz w:val="20"/>
          <w:szCs w:val="20"/>
        </w:rPr>
        <w:t>ve</w:t>
      </w:r>
      <w:proofErr w:type="spellEnd"/>
      <w:r w:rsidRPr="00D1763C">
        <w:rPr>
          <w:rFonts w:ascii="Comic Sans MS" w:hAnsi="Comic Sans MS" w:cs="Comic Sans MS"/>
          <w:b/>
          <w:color w:val="F85883"/>
          <w:sz w:val="20"/>
          <w:szCs w:val="20"/>
        </w:rPr>
        <w:t xml:space="preserve"> </w:t>
      </w:r>
      <w:proofErr w:type="spellStart"/>
      <w:r w:rsidRPr="00D1763C">
        <w:rPr>
          <w:rFonts w:ascii="Comic Sans MS" w:hAnsi="Comic Sans MS" w:cs="Comic Sans MS"/>
          <w:b/>
          <w:color w:val="F85883"/>
          <w:sz w:val="20"/>
          <w:szCs w:val="20"/>
        </w:rPr>
        <w:t>Haftalar</w:t>
      </w:r>
      <w:proofErr w:type="spellEnd"/>
      <w:r w:rsidRPr="00D1763C">
        <w:rPr>
          <w:rFonts w:ascii="Comic Sans MS" w:hAnsi="Comic Sans MS" w:cs="Comic Sans MS"/>
          <w:b/>
          <w:color w:val="F85883"/>
          <w:sz w:val="20"/>
          <w:szCs w:val="20"/>
        </w:rPr>
        <w:t>:</w:t>
      </w:r>
      <w:r w:rsidRPr="00D1763C">
        <w:rPr>
          <w:rFonts w:ascii="Comic Sans MS" w:hAnsi="Comic Sans MS" w:cs="Comic Sans MS"/>
          <w:b/>
          <w:color w:val="F85883"/>
          <w:sz w:val="20"/>
          <w:szCs w:val="20"/>
        </w:rPr>
        <w:t xml:space="preserve"> </w:t>
      </w:r>
      <w:proofErr w:type="spellStart"/>
      <w:r w:rsidRPr="00D1763C">
        <w:rPr>
          <w:rFonts w:ascii="Comic Sans MS" w:hAnsi="Comic Sans MS" w:cs="Comic Sans MS"/>
          <w:bCs/>
          <w:color w:val="000000" w:themeColor="text1"/>
          <w:sz w:val="20"/>
          <w:szCs w:val="20"/>
        </w:rPr>
        <w:t>İlköğretim</w:t>
      </w:r>
      <w:proofErr w:type="spellEnd"/>
      <w:r w:rsidRPr="00D1763C">
        <w:rPr>
          <w:rFonts w:ascii="Comic Sans MS" w:hAnsi="Comic Sans MS" w:cs="Comic Sans MS"/>
          <w:bCs/>
          <w:color w:val="000000" w:themeColor="text1"/>
          <w:sz w:val="20"/>
          <w:szCs w:val="20"/>
        </w:rPr>
        <w:t xml:space="preserve"> </w:t>
      </w:r>
      <w:proofErr w:type="spellStart"/>
      <w:r w:rsidRPr="00D1763C">
        <w:rPr>
          <w:rFonts w:ascii="Comic Sans MS" w:hAnsi="Comic Sans MS" w:cs="Comic Sans MS"/>
          <w:bCs/>
          <w:color w:val="000000" w:themeColor="text1"/>
          <w:sz w:val="20"/>
          <w:szCs w:val="20"/>
        </w:rPr>
        <w:t>Haftası</w:t>
      </w:r>
      <w:proofErr w:type="spellEnd"/>
    </w:p>
    <w:p w14:paraId="5C806C42" w14:textId="77777777" w:rsidR="00607879" w:rsidRPr="00D1763C" w:rsidRDefault="00A43E66">
      <w:pPr>
        <w:pStyle w:val="Balk1"/>
        <w:keepLines w:val="0"/>
        <w:spacing w:before="100" w:after="40" w:line="240" w:lineRule="auto"/>
        <w:rPr>
          <w:rFonts w:ascii="Comic Sans MS" w:hAnsi="Comic Sans MS"/>
          <w:color w:val="0070C0"/>
          <w:sz w:val="20"/>
          <w:szCs w:val="20"/>
        </w:rPr>
      </w:pPr>
      <w:r w:rsidRPr="00D1763C">
        <w:rPr>
          <w:rFonts w:ascii="Comic Sans MS" w:hAnsi="Comic Sans MS"/>
          <w:color w:val="0070C0"/>
          <w:sz w:val="20"/>
          <w:szCs w:val="20"/>
        </w:rPr>
        <w:t>ÖĞRENME-ÖĞRETME UYGULAMALARI</w:t>
      </w:r>
    </w:p>
    <w:p w14:paraId="3B4D4782" w14:textId="77777777" w:rsidR="00607879" w:rsidRPr="00D1763C" w:rsidRDefault="00A43E66">
      <w:pPr>
        <w:pStyle w:val="Balk2"/>
        <w:keepLines w:val="0"/>
        <w:spacing w:before="100" w:after="40" w:line="240" w:lineRule="auto"/>
        <w:rPr>
          <w:rFonts w:ascii="Comic Sans MS" w:hAnsi="Comic Sans MS"/>
          <w:color w:val="F85883"/>
          <w:sz w:val="20"/>
          <w:szCs w:val="20"/>
        </w:rPr>
      </w:pPr>
      <w:proofErr w:type="spellStart"/>
      <w:r w:rsidRPr="00D1763C">
        <w:rPr>
          <w:rFonts w:ascii="Comic Sans MS" w:hAnsi="Comic Sans MS"/>
          <w:color w:val="F85883"/>
          <w:sz w:val="20"/>
          <w:szCs w:val="20"/>
        </w:rPr>
        <w:t>Güne</w:t>
      </w:r>
      <w:proofErr w:type="spellEnd"/>
      <w:r w:rsidRPr="00D1763C">
        <w:rPr>
          <w:rFonts w:ascii="Comic Sans MS" w:hAnsi="Comic Sans MS"/>
          <w:color w:val="F85883"/>
          <w:sz w:val="20"/>
          <w:szCs w:val="20"/>
        </w:rPr>
        <w:t xml:space="preserve"> </w:t>
      </w:r>
      <w:proofErr w:type="spellStart"/>
      <w:r w:rsidRPr="00D1763C">
        <w:rPr>
          <w:rFonts w:ascii="Comic Sans MS" w:hAnsi="Comic Sans MS"/>
          <w:color w:val="F85883"/>
          <w:sz w:val="20"/>
          <w:szCs w:val="20"/>
        </w:rPr>
        <w:t>Başlama</w:t>
      </w:r>
      <w:proofErr w:type="spellEnd"/>
      <w:r w:rsidRPr="00D1763C">
        <w:rPr>
          <w:rFonts w:ascii="Comic Sans MS" w:hAnsi="Comic Sans MS"/>
          <w:color w:val="F85883"/>
          <w:sz w:val="20"/>
          <w:szCs w:val="20"/>
        </w:rPr>
        <w:t xml:space="preserve"> </w:t>
      </w:r>
      <w:proofErr w:type="spellStart"/>
      <w:r w:rsidRPr="00D1763C">
        <w:rPr>
          <w:rFonts w:ascii="Comic Sans MS" w:hAnsi="Comic Sans MS"/>
          <w:color w:val="F85883"/>
          <w:sz w:val="20"/>
          <w:szCs w:val="20"/>
        </w:rPr>
        <w:t>Zamanı</w:t>
      </w:r>
      <w:proofErr w:type="spellEnd"/>
    </w:p>
    <w:p w14:paraId="45C6001C"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kapıda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Selamlaşma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Köşesi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karşılar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sarılma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sallama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beşlik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veya</w:t>
      </w:r>
      <w:proofErr w:type="spellEnd"/>
      <w:r w:rsidRPr="00D1763C">
        <w:rPr>
          <w:rFonts w:ascii="Comic Sans MS" w:hAnsi="Comic Sans MS"/>
          <w:color w:val="000000"/>
          <w:sz w:val="20"/>
          <w:szCs w:val="20"/>
        </w:rPr>
        <w:t xml:space="preserve"> dans </w:t>
      </w:r>
      <w:proofErr w:type="spellStart"/>
      <w:r w:rsidRPr="00D1763C">
        <w:rPr>
          <w:rFonts w:ascii="Comic Sans MS" w:hAnsi="Comic Sans MS"/>
          <w:color w:val="000000"/>
          <w:sz w:val="20"/>
          <w:szCs w:val="20"/>
        </w:rPr>
        <w:t>etme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seçeneklerinden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tercih</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öğretmeniyle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selamlaşır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Fiziksel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temas</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içeren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seçenekler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çocuğun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isteğine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bırakılır</w:t>
      </w:r>
      <w:proofErr w:type="spellEnd"/>
      <w:r w:rsidRPr="00D1763C">
        <w:rPr>
          <w:rFonts w:ascii="Comic Sans MS" w:hAnsi="Comic Sans MS"/>
          <w:color w:val="000000"/>
          <w:sz w:val="20"/>
          <w:szCs w:val="20"/>
        </w:rPr>
        <w:t>. (D14.1)</w:t>
      </w:r>
    </w:p>
    <w:p w14:paraId="57FF0DBC"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çember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alanına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geçer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Bugün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kendini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nasıl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hissediyorsun</w:t>
      </w:r>
      <w:proofErr w:type="spellEnd"/>
      <w:r w:rsidRPr="00D1763C">
        <w:rPr>
          <w:rFonts w:ascii="Comic Sans MS" w:hAnsi="Comic Sans MS"/>
          <w:color w:val="000000"/>
          <w:sz w:val="20"/>
          <w:szCs w:val="20"/>
        </w:rPr>
        <w:t>?”, “</w:t>
      </w:r>
      <w:proofErr w:type="spellStart"/>
      <w:r w:rsidRPr="00D1763C">
        <w:rPr>
          <w:rFonts w:ascii="Comic Sans MS" w:hAnsi="Comic Sans MS"/>
          <w:color w:val="000000"/>
          <w:sz w:val="20"/>
          <w:szCs w:val="20"/>
        </w:rPr>
        <w:t>Okulda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bugün</w:t>
      </w:r>
      <w:proofErr w:type="spellEnd"/>
      <w:r w:rsidRPr="00D1763C">
        <w:rPr>
          <w:rFonts w:ascii="Comic Sans MS" w:hAnsi="Comic Sans MS"/>
          <w:color w:val="000000"/>
          <w:sz w:val="20"/>
          <w:szCs w:val="20"/>
        </w:rPr>
        <w:t xml:space="preserve"> ne </w:t>
      </w:r>
      <w:proofErr w:type="spellStart"/>
      <w:r w:rsidRPr="00D1763C">
        <w:rPr>
          <w:rFonts w:ascii="Comic Sans MS" w:hAnsi="Comic Sans MS"/>
          <w:color w:val="000000"/>
          <w:sz w:val="20"/>
          <w:szCs w:val="20"/>
        </w:rPr>
        <w:t>yapmak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istersin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sorularını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yöneltir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konuşarak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göstererek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duygu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kartlarından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kendilerini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ifade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etmelerine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fırsat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verilir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Arkadaşlarını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dinlemeleri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konuşmak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sıralarını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beklemeleri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desteklenir</w:t>
      </w:r>
      <w:proofErr w:type="spellEnd"/>
      <w:r w:rsidRPr="00D1763C">
        <w:rPr>
          <w:rFonts w:ascii="Comic Sans MS" w:hAnsi="Comic Sans MS"/>
          <w:color w:val="000000"/>
          <w:sz w:val="20"/>
          <w:szCs w:val="20"/>
        </w:rPr>
        <w:t>. (SDB1.2, SDB2.1, D12.1)</w:t>
      </w:r>
    </w:p>
    <w:p w14:paraId="6EBEBDC9"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Takvim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hava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durumu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panosu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kısaca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incelenir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yapılanları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oyunlarla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hatırlayacaklarını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Günlük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akış</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panosu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üzerinden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önce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sonra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yapılacak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çalışmalar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açıklanır</w:t>
      </w:r>
      <w:proofErr w:type="spellEnd"/>
      <w:r w:rsidRPr="00D1763C">
        <w:rPr>
          <w:rFonts w:ascii="Comic Sans MS" w:hAnsi="Comic Sans MS"/>
          <w:color w:val="000000"/>
          <w:sz w:val="20"/>
          <w:szCs w:val="20"/>
        </w:rPr>
        <w:t>.</w:t>
      </w:r>
    </w:p>
    <w:p w14:paraId="2683B5B7" w14:textId="77777777" w:rsidR="00607879" w:rsidRPr="00D1763C" w:rsidRDefault="00A43E66">
      <w:pPr>
        <w:pStyle w:val="Balk2"/>
        <w:keepLines w:val="0"/>
        <w:spacing w:before="100" w:after="40" w:line="240" w:lineRule="auto"/>
        <w:rPr>
          <w:rFonts w:ascii="Comic Sans MS" w:hAnsi="Comic Sans MS"/>
          <w:color w:val="F85883"/>
          <w:sz w:val="20"/>
          <w:szCs w:val="20"/>
        </w:rPr>
      </w:pPr>
      <w:proofErr w:type="spellStart"/>
      <w:r w:rsidRPr="00D1763C">
        <w:rPr>
          <w:rFonts w:ascii="Comic Sans MS" w:hAnsi="Comic Sans MS"/>
          <w:color w:val="F85883"/>
          <w:sz w:val="20"/>
          <w:szCs w:val="20"/>
        </w:rPr>
        <w:t>Öğrenme</w:t>
      </w:r>
      <w:proofErr w:type="spellEnd"/>
      <w:r w:rsidRPr="00D1763C">
        <w:rPr>
          <w:rFonts w:ascii="Comic Sans MS" w:hAnsi="Comic Sans MS"/>
          <w:color w:val="F85883"/>
          <w:sz w:val="20"/>
          <w:szCs w:val="20"/>
        </w:rPr>
        <w:t xml:space="preserve"> </w:t>
      </w:r>
      <w:proofErr w:type="spellStart"/>
      <w:r w:rsidRPr="00D1763C">
        <w:rPr>
          <w:rFonts w:ascii="Comic Sans MS" w:hAnsi="Comic Sans MS"/>
          <w:color w:val="F85883"/>
          <w:sz w:val="20"/>
          <w:szCs w:val="20"/>
        </w:rPr>
        <w:t>Merkezlerinde</w:t>
      </w:r>
      <w:proofErr w:type="spellEnd"/>
      <w:r w:rsidRPr="00D1763C">
        <w:rPr>
          <w:rFonts w:ascii="Comic Sans MS" w:hAnsi="Comic Sans MS"/>
          <w:color w:val="F85883"/>
          <w:sz w:val="20"/>
          <w:szCs w:val="20"/>
        </w:rPr>
        <w:t xml:space="preserve"> Oyun</w:t>
      </w:r>
    </w:p>
    <w:p w14:paraId="25DF0453"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ilgi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istekleri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doğrultusunda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öğrenme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merkezlerine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yönelir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oynamaktan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hoşlandıkları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merkezi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seçmelerine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fırsat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merkezlerde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yeterli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süreyle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oynar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arkadaşlarıyla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iletişim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kurmaları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materyalleri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özenli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kullanmaları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desteklenir</w:t>
      </w:r>
      <w:proofErr w:type="spellEnd"/>
      <w:r w:rsidRPr="00D1763C">
        <w:rPr>
          <w:rFonts w:ascii="Comic Sans MS" w:hAnsi="Comic Sans MS"/>
          <w:color w:val="000000"/>
          <w:sz w:val="20"/>
          <w:szCs w:val="20"/>
        </w:rPr>
        <w:t>. (SDB1.1, SDB2.1, D16.2)</w:t>
      </w:r>
    </w:p>
    <w:p w14:paraId="77B5ABA2"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Blok </w:t>
      </w:r>
      <w:proofErr w:type="spellStart"/>
      <w:r w:rsidRPr="00D1763C">
        <w:rPr>
          <w:rFonts w:ascii="Comic Sans MS" w:hAnsi="Comic Sans MS"/>
          <w:color w:val="000000"/>
          <w:sz w:val="20"/>
          <w:szCs w:val="20"/>
        </w:rPr>
        <w:t>merkezinde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devrilen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blokları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yeniden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dizmeleri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dramatik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merkezinde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kostümlerini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giymeyi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denemeleri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gibi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güvenli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işleri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önce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kendilerinin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yapmaları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w:t>
      </w:r>
      <w:proofErr w:type="spellEnd"/>
      <w:r w:rsidRPr="00D1763C">
        <w:rPr>
          <w:rFonts w:ascii="Comic Sans MS" w:hAnsi="Comic Sans MS"/>
          <w:color w:val="000000"/>
          <w:sz w:val="20"/>
          <w:szCs w:val="20"/>
        </w:rPr>
        <w:t xml:space="preserve"> zaman </w:t>
      </w:r>
      <w:proofErr w:type="spellStart"/>
      <w:r w:rsidRPr="00D1763C">
        <w:rPr>
          <w:rFonts w:ascii="Comic Sans MS" w:hAnsi="Comic Sans MS"/>
          <w:color w:val="000000"/>
          <w:sz w:val="20"/>
          <w:szCs w:val="20"/>
        </w:rPr>
        <w:t>tanınır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Zorlandıklarında</w:t>
      </w:r>
      <w:proofErr w:type="spellEnd"/>
      <w:r w:rsidRPr="00D1763C">
        <w:rPr>
          <w:rFonts w:ascii="Comic Sans MS" w:hAnsi="Comic Sans MS"/>
          <w:color w:val="000000"/>
          <w:sz w:val="20"/>
          <w:szCs w:val="20"/>
        </w:rPr>
        <w:t xml:space="preserve"> “Yardım </w:t>
      </w:r>
      <w:proofErr w:type="spellStart"/>
      <w:r w:rsidRPr="00D1763C">
        <w:rPr>
          <w:rFonts w:ascii="Comic Sans MS" w:hAnsi="Comic Sans MS"/>
          <w:color w:val="000000"/>
          <w:sz w:val="20"/>
          <w:szCs w:val="20"/>
        </w:rPr>
        <w:t>eder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misin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diyerek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destek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istemelerine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rehberlik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edilir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yalnızca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ihtiyaç</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duydukları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bölümde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yardım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eder</w:t>
      </w:r>
      <w:proofErr w:type="spellEnd"/>
      <w:r w:rsidRPr="00D1763C">
        <w:rPr>
          <w:rFonts w:ascii="Comic Sans MS" w:hAnsi="Comic Sans MS"/>
          <w:color w:val="000000"/>
          <w:sz w:val="20"/>
          <w:szCs w:val="20"/>
        </w:rPr>
        <w:t>. (E1.2, SDB2.1)</w:t>
      </w:r>
    </w:p>
    <w:p w14:paraId="0F864AA2" w14:textId="77777777" w:rsidR="00607879" w:rsidRPr="00D1763C" w:rsidRDefault="00A43E66">
      <w:pPr>
        <w:pStyle w:val="Balk2"/>
        <w:keepLines w:val="0"/>
        <w:spacing w:before="100" w:after="40" w:line="240" w:lineRule="auto"/>
        <w:rPr>
          <w:rFonts w:ascii="Comic Sans MS" w:hAnsi="Comic Sans MS"/>
          <w:color w:val="F85883"/>
          <w:sz w:val="20"/>
          <w:szCs w:val="20"/>
        </w:rPr>
      </w:pPr>
      <w:proofErr w:type="spellStart"/>
      <w:r w:rsidRPr="00D1763C">
        <w:rPr>
          <w:rFonts w:ascii="Comic Sans MS" w:hAnsi="Comic Sans MS"/>
          <w:color w:val="F85883"/>
          <w:sz w:val="20"/>
          <w:szCs w:val="20"/>
        </w:rPr>
        <w:t>Beslenme</w:t>
      </w:r>
      <w:proofErr w:type="spellEnd"/>
      <w:r w:rsidRPr="00D1763C">
        <w:rPr>
          <w:rFonts w:ascii="Comic Sans MS" w:hAnsi="Comic Sans MS"/>
          <w:color w:val="F85883"/>
          <w:sz w:val="20"/>
          <w:szCs w:val="20"/>
        </w:rPr>
        <w:t xml:space="preserve">, </w:t>
      </w:r>
      <w:proofErr w:type="spellStart"/>
      <w:r w:rsidRPr="00D1763C">
        <w:rPr>
          <w:rFonts w:ascii="Comic Sans MS" w:hAnsi="Comic Sans MS"/>
          <w:color w:val="F85883"/>
          <w:sz w:val="20"/>
          <w:szCs w:val="20"/>
        </w:rPr>
        <w:t>Toplanma</w:t>
      </w:r>
      <w:proofErr w:type="spellEnd"/>
      <w:r w:rsidRPr="00D1763C">
        <w:rPr>
          <w:rFonts w:ascii="Comic Sans MS" w:hAnsi="Comic Sans MS"/>
          <w:color w:val="F85883"/>
          <w:sz w:val="20"/>
          <w:szCs w:val="20"/>
        </w:rPr>
        <w:t xml:space="preserve"> </w:t>
      </w:r>
      <w:proofErr w:type="spellStart"/>
      <w:r w:rsidRPr="00D1763C">
        <w:rPr>
          <w:rFonts w:ascii="Comic Sans MS" w:hAnsi="Comic Sans MS"/>
          <w:color w:val="F85883"/>
          <w:sz w:val="20"/>
          <w:szCs w:val="20"/>
        </w:rPr>
        <w:t>ve</w:t>
      </w:r>
      <w:proofErr w:type="spellEnd"/>
      <w:r w:rsidRPr="00D1763C">
        <w:rPr>
          <w:rFonts w:ascii="Comic Sans MS" w:hAnsi="Comic Sans MS"/>
          <w:color w:val="F85883"/>
          <w:sz w:val="20"/>
          <w:szCs w:val="20"/>
        </w:rPr>
        <w:t xml:space="preserve"> </w:t>
      </w:r>
      <w:proofErr w:type="spellStart"/>
      <w:r w:rsidRPr="00D1763C">
        <w:rPr>
          <w:rFonts w:ascii="Comic Sans MS" w:hAnsi="Comic Sans MS"/>
          <w:color w:val="F85883"/>
          <w:sz w:val="20"/>
          <w:szCs w:val="20"/>
        </w:rPr>
        <w:t>Temizlik</w:t>
      </w:r>
      <w:proofErr w:type="spellEnd"/>
    </w:p>
    <w:p w14:paraId="1758A081" w14:textId="77777777" w:rsidR="0054587C" w:rsidRPr="00D1763C" w:rsidRDefault="0054587C" w:rsidP="0054587C">
      <w:pPr>
        <w:jc w:val="both"/>
        <w:rPr>
          <w:rFonts w:ascii="Comic Sans MS" w:hAnsi="Comic Sans MS"/>
          <w:sz w:val="20"/>
          <w:szCs w:val="20"/>
        </w:rPr>
      </w:pPr>
      <w:proofErr w:type="spellStart"/>
      <w:r w:rsidRPr="00D1763C">
        <w:rPr>
          <w:rFonts w:ascii="Comic Sans MS" w:hAnsi="Comic Sans MS"/>
          <w:sz w:val="20"/>
          <w:szCs w:val="20"/>
        </w:rPr>
        <w:t>Toplanma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zamanı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geldiğinde</w:t>
      </w:r>
      <w:proofErr w:type="spellEnd"/>
      <w:r w:rsidRPr="00D1763C">
        <w:rPr>
          <w:rFonts w:ascii="Comic Sans MS" w:hAnsi="Comic Sans MS"/>
          <w:sz w:val="20"/>
          <w:szCs w:val="20"/>
        </w:rPr>
        <w:t xml:space="preserve"> </w:t>
      </w:r>
      <w:hyperlink r:id="rId8" w:history="1">
        <w:r w:rsidRPr="00D1763C">
          <w:rPr>
            <w:rStyle w:val="Kpr"/>
            <w:rFonts w:ascii="Comic Sans MS" w:hAnsi="Comic Sans MS"/>
            <w:sz w:val="20"/>
            <w:szCs w:val="20"/>
          </w:rPr>
          <w:t xml:space="preserve">“Topla </w:t>
        </w:r>
        <w:proofErr w:type="spellStart"/>
        <w:r w:rsidRPr="00D1763C">
          <w:rPr>
            <w:rStyle w:val="Kpr"/>
            <w:rFonts w:ascii="Comic Sans MS" w:hAnsi="Comic Sans MS"/>
            <w:sz w:val="20"/>
            <w:szCs w:val="20"/>
          </w:rPr>
          <w:t>Topla</w:t>
        </w:r>
        <w:proofErr w:type="spellEnd"/>
        <w:r w:rsidRPr="00D1763C">
          <w:rPr>
            <w:rStyle w:val="Kpr"/>
            <w:rFonts w:ascii="Comic Sans MS" w:hAnsi="Comic Sans MS"/>
            <w:sz w:val="20"/>
            <w:szCs w:val="20"/>
          </w:rPr>
          <w:t xml:space="preserve"> </w:t>
        </w:r>
        <w:proofErr w:type="spellStart"/>
        <w:r w:rsidRPr="00D1763C">
          <w:rPr>
            <w:rStyle w:val="Kpr"/>
            <w:rFonts w:ascii="Comic Sans MS" w:hAnsi="Comic Sans MS"/>
            <w:sz w:val="20"/>
            <w:szCs w:val="20"/>
          </w:rPr>
          <w:t>Yerine</w:t>
        </w:r>
        <w:proofErr w:type="spellEnd"/>
        <w:r w:rsidRPr="00D1763C">
          <w:rPr>
            <w:rStyle w:val="Kpr"/>
            <w:rFonts w:ascii="Comic Sans MS" w:hAnsi="Comic Sans MS"/>
            <w:sz w:val="20"/>
            <w:szCs w:val="20"/>
          </w:rPr>
          <w:t xml:space="preserve"> Koy”</w:t>
        </w:r>
      </w:hyperlink>
      <w:r w:rsidRPr="00D1763C">
        <w:rPr>
          <w:rFonts w:ascii="Comic Sans MS" w:hAnsi="Comic Sans MS"/>
          <w:sz w:val="20"/>
          <w:szCs w:val="20"/>
        </w:rPr>
        <w:t xml:space="preserve"> </w:t>
      </w:r>
      <w:proofErr w:type="spellStart"/>
      <w:r w:rsidRPr="00D1763C">
        <w:rPr>
          <w:rFonts w:ascii="Comic Sans MS" w:hAnsi="Comic Sans MS"/>
          <w:sz w:val="20"/>
          <w:szCs w:val="20"/>
        </w:rPr>
        <w:t>şarkısı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eşliğinde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sınıf</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toplanmaya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başlanır</w:t>
      </w:r>
      <w:proofErr w:type="spellEnd"/>
      <w:r w:rsidRPr="00D1763C">
        <w:rPr>
          <w:rFonts w:ascii="Comic Sans MS" w:hAnsi="Comic Sans MS"/>
          <w:sz w:val="20"/>
          <w:szCs w:val="20"/>
        </w:rPr>
        <w:t>.</w:t>
      </w:r>
    </w:p>
    <w:p w14:paraId="3E1222DF" w14:textId="77777777" w:rsidR="0054587C" w:rsidRPr="00D1763C" w:rsidRDefault="0054587C" w:rsidP="0054587C">
      <w:pPr>
        <w:keepNext/>
        <w:rPr>
          <w:rFonts w:ascii="Comic Sans MS" w:hAnsi="Comic Sans MS"/>
          <w:color w:val="FF0000"/>
          <w:sz w:val="20"/>
          <w:szCs w:val="20"/>
        </w:rPr>
      </w:pPr>
      <w:r w:rsidRPr="00D1763C">
        <w:rPr>
          <w:rFonts w:ascii="Comic Sans MS" w:hAnsi="Comic Sans MS"/>
          <w:b/>
          <w:color w:val="FF0000"/>
          <w:sz w:val="20"/>
          <w:szCs w:val="20"/>
        </w:rPr>
        <w:lastRenderedPageBreak/>
        <w:t xml:space="preserve">TOPLA </w:t>
      </w:r>
      <w:proofErr w:type="spellStart"/>
      <w:r w:rsidRPr="00D1763C">
        <w:rPr>
          <w:rFonts w:ascii="Comic Sans MS" w:hAnsi="Comic Sans MS"/>
          <w:b/>
          <w:color w:val="FF0000"/>
          <w:sz w:val="20"/>
          <w:szCs w:val="20"/>
        </w:rPr>
        <w:t>TOPLA</w:t>
      </w:r>
      <w:proofErr w:type="spellEnd"/>
      <w:r w:rsidRPr="00D1763C">
        <w:rPr>
          <w:rFonts w:ascii="Comic Sans MS" w:hAnsi="Comic Sans MS"/>
          <w:b/>
          <w:color w:val="FF0000"/>
          <w:sz w:val="20"/>
          <w:szCs w:val="20"/>
        </w:rPr>
        <w:t xml:space="preserve"> YERİNE KOY ŞARKISI</w:t>
      </w:r>
    </w:p>
    <w:p w14:paraId="58D08CB8" w14:textId="77777777" w:rsidR="0054587C" w:rsidRPr="00D1763C" w:rsidRDefault="0054587C" w:rsidP="0054587C">
      <w:pPr>
        <w:rPr>
          <w:rFonts w:ascii="Comic Sans MS" w:hAnsi="Comic Sans MS"/>
          <w:b/>
          <w:bCs/>
          <w:sz w:val="20"/>
          <w:szCs w:val="20"/>
        </w:rPr>
      </w:pPr>
      <w:r w:rsidRPr="00D1763C">
        <w:rPr>
          <w:rFonts w:ascii="Comic Sans MS" w:hAnsi="Comic Sans MS"/>
          <w:b/>
          <w:bCs/>
          <w:sz w:val="20"/>
          <w:szCs w:val="20"/>
        </w:rPr>
        <w:t xml:space="preserve">Topla </w:t>
      </w:r>
      <w:proofErr w:type="spellStart"/>
      <w:r w:rsidRPr="00D1763C">
        <w:rPr>
          <w:rFonts w:ascii="Comic Sans MS" w:hAnsi="Comic Sans MS"/>
          <w:b/>
          <w:bCs/>
          <w:sz w:val="20"/>
          <w:szCs w:val="20"/>
        </w:rPr>
        <w:t>topla</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yerine</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koy</w:t>
      </w:r>
      <w:proofErr w:type="spellEnd"/>
    </w:p>
    <w:p w14:paraId="53B3422A" w14:textId="77777777" w:rsidR="0054587C" w:rsidRPr="00D1763C" w:rsidRDefault="0054587C" w:rsidP="0054587C">
      <w:pPr>
        <w:rPr>
          <w:rFonts w:ascii="Comic Sans MS" w:hAnsi="Comic Sans MS"/>
          <w:b/>
          <w:bCs/>
          <w:sz w:val="20"/>
          <w:szCs w:val="20"/>
        </w:rPr>
      </w:pPr>
      <w:proofErr w:type="spellStart"/>
      <w:r w:rsidRPr="00D1763C">
        <w:rPr>
          <w:rFonts w:ascii="Comic Sans MS" w:hAnsi="Comic Sans MS"/>
          <w:b/>
          <w:bCs/>
          <w:sz w:val="20"/>
          <w:szCs w:val="20"/>
        </w:rPr>
        <w:t>Oyuncaklar</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mutlu</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olsun</w:t>
      </w:r>
      <w:proofErr w:type="spellEnd"/>
    </w:p>
    <w:p w14:paraId="1EFE1E80" w14:textId="77777777" w:rsidR="0054587C" w:rsidRPr="00D1763C" w:rsidRDefault="0054587C" w:rsidP="0054587C">
      <w:pPr>
        <w:rPr>
          <w:rFonts w:ascii="Comic Sans MS" w:hAnsi="Comic Sans MS"/>
          <w:b/>
          <w:bCs/>
          <w:sz w:val="20"/>
          <w:szCs w:val="20"/>
        </w:rPr>
      </w:pPr>
      <w:proofErr w:type="spellStart"/>
      <w:r w:rsidRPr="00D1763C">
        <w:rPr>
          <w:rFonts w:ascii="Comic Sans MS" w:hAnsi="Comic Sans MS"/>
          <w:b/>
          <w:bCs/>
          <w:sz w:val="20"/>
          <w:szCs w:val="20"/>
        </w:rPr>
        <w:t>Arkadaşın</w:t>
      </w:r>
      <w:proofErr w:type="spellEnd"/>
      <w:r w:rsidRPr="00D1763C">
        <w:rPr>
          <w:rFonts w:ascii="Comic Sans MS" w:hAnsi="Comic Sans MS"/>
          <w:b/>
          <w:bCs/>
          <w:sz w:val="20"/>
          <w:szCs w:val="20"/>
        </w:rPr>
        <w:t xml:space="preserve"> da </w:t>
      </w:r>
      <w:proofErr w:type="spellStart"/>
      <w:r w:rsidRPr="00D1763C">
        <w:rPr>
          <w:rFonts w:ascii="Comic Sans MS" w:hAnsi="Comic Sans MS"/>
          <w:b/>
          <w:bCs/>
          <w:sz w:val="20"/>
          <w:szCs w:val="20"/>
        </w:rPr>
        <w:t>oynasın</w:t>
      </w:r>
      <w:proofErr w:type="spellEnd"/>
    </w:p>
    <w:p w14:paraId="15E4D4CB" w14:textId="77777777" w:rsidR="0054587C" w:rsidRPr="00D1763C" w:rsidRDefault="0054587C" w:rsidP="0054587C">
      <w:pPr>
        <w:rPr>
          <w:rFonts w:ascii="Comic Sans MS" w:hAnsi="Comic Sans MS"/>
          <w:b/>
          <w:bCs/>
          <w:sz w:val="20"/>
          <w:szCs w:val="20"/>
        </w:rPr>
      </w:pPr>
      <w:proofErr w:type="spellStart"/>
      <w:r w:rsidRPr="00D1763C">
        <w:rPr>
          <w:rFonts w:ascii="Comic Sans MS" w:hAnsi="Comic Sans MS"/>
          <w:b/>
          <w:bCs/>
          <w:sz w:val="20"/>
          <w:szCs w:val="20"/>
        </w:rPr>
        <w:t>Sınıfımız</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güzel</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olsun</w:t>
      </w:r>
      <w:proofErr w:type="spellEnd"/>
      <w:r w:rsidRPr="00D1763C">
        <w:rPr>
          <w:rFonts w:ascii="Comic Sans MS" w:hAnsi="Comic Sans MS"/>
          <w:b/>
          <w:bCs/>
          <w:sz w:val="20"/>
          <w:szCs w:val="20"/>
        </w:rPr>
        <w:t>.</w:t>
      </w:r>
    </w:p>
    <w:p w14:paraId="0235A948"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kullandıkları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oyuncakları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ait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oldukları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kutulara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yerleştirir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kalan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oyuncağımız</w:t>
      </w:r>
      <w:proofErr w:type="spellEnd"/>
      <w:r w:rsidRPr="00D1763C">
        <w:rPr>
          <w:rFonts w:ascii="Comic Sans MS" w:hAnsi="Comic Sans MS"/>
          <w:color w:val="000000"/>
          <w:sz w:val="20"/>
          <w:szCs w:val="20"/>
        </w:rPr>
        <w:t xml:space="preserve"> var </w:t>
      </w:r>
      <w:proofErr w:type="spellStart"/>
      <w:r w:rsidRPr="00D1763C">
        <w:rPr>
          <w:rFonts w:ascii="Comic Sans MS" w:hAnsi="Comic Sans MS"/>
          <w:color w:val="000000"/>
          <w:sz w:val="20"/>
          <w:szCs w:val="20"/>
        </w:rPr>
        <w:t>mı</w:t>
      </w:r>
      <w:proofErr w:type="spellEnd"/>
      <w:r w:rsidRPr="00D1763C">
        <w:rPr>
          <w:rFonts w:ascii="Comic Sans MS" w:hAnsi="Comic Sans MS"/>
          <w:color w:val="000000"/>
          <w:sz w:val="20"/>
          <w:szCs w:val="20"/>
        </w:rPr>
        <w:t>?”, “</w:t>
      </w:r>
      <w:proofErr w:type="spellStart"/>
      <w:r w:rsidRPr="00D1763C">
        <w:rPr>
          <w:rFonts w:ascii="Comic Sans MS" w:hAnsi="Comic Sans MS"/>
          <w:color w:val="000000"/>
          <w:sz w:val="20"/>
          <w:szCs w:val="20"/>
        </w:rPr>
        <w:t>Kitaplarımız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rafında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mı</w:t>
      </w:r>
      <w:proofErr w:type="spellEnd"/>
      <w:r w:rsidRPr="00D1763C">
        <w:rPr>
          <w:rFonts w:ascii="Comic Sans MS" w:hAnsi="Comic Sans MS"/>
          <w:color w:val="000000"/>
          <w:sz w:val="20"/>
          <w:szCs w:val="20"/>
        </w:rPr>
        <w:t>?”, “</w:t>
      </w:r>
      <w:proofErr w:type="spellStart"/>
      <w:r w:rsidRPr="00D1763C">
        <w:rPr>
          <w:rFonts w:ascii="Comic Sans MS" w:hAnsi="Comic Sans MS"/>
          <w:color w:val="000000"/>
          <w:sz w:val="20"/>
          <w:szCs w:val="20"/>
        </w:rPr>
        <w:t>Bloklarımız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kutunun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içinde</w:t>
      </w:r>
      <w:proofErr w:type="spellEnd"/>
      <w:r w:rsidRPr="00D1763C">
        <w:rPr>
          <w:rFonts w:ascii="Comic Sans MS" w:hAnsi="Comic Sans MS"/>
          <w:color w:val="000000"/>
          <w:sz w:val="20"/>
          <w:szCs w:val="20"/>
        </w:rPr>
        <w:t xml:space="preserve"> mi, </w:t>
      </w:r>
      <w:proofErr w:type="spellStart"/>
      <w:r w:rsidRPr="00D1763C">
        <w:rPr>
          <w:rFonts w:ascii="Comic Sans MS" w:hAnsi="Comic Sans MS"/>
          <w:color w:val="000000"/>
          <w:sz w:val="20"/>
          <w:szCs w:val="20"/>
        </w:rPr>
        <w:t>dışında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sorularını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yöneltir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Sınıfın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düzeni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birlikte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kontrol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edilir</w:t>
      </w:r>
      <w:proofErr w:type="spellEnd"/>
      <w:r w:rsidRPr="00D1763C">
        <w:rPr>
          <w:rFonts w:ascii="Comic Sans MS" w:hAnsi="Comic Sans MS"/>
          <w:color w:val="000000"/>
          <w:sz w:val="20"/>
          <w:szCs w:val="20"/>
        </w:rPr>
        <w:t>. (D16.2)</w:t>
      </w:r>
    </w:p>
    <w:p w14:paraId="5FABF314"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Lavabo </w:t>
      </w:r>
      <w:proofErr w:type="spellStart"/>
      <w:r w:rsidRPr="00D1763C">
        <w:rPr>
          <w:rFonts w:ascii="Comic Sans MS" w:hAnsi="Comic Sans MS"/>
          <w:color w:val="000000"/>
          <w:sz w:val="20"/>
          <w:szCs w:val="20"/>
        </w:rPr>
        <w:t>alanına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geçmek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sıra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olunur</w:t>
      </w:r>
      <w:proofErr w:type="spellEnd"/>
      <w:r w:rsidRPr="00D1763C">
        <w:rPr>
          <w:rFonts w:ascii="Comic Sans MS" w:hAnsi="Comic Sans MS"/>
          <w:color w:val="000000"/>
          <w:sz w:val="20"/>
          <w:szCs w:val="20"/>
        </w:rPr>
        <w:t xml:space="preserve">. </w:t>
      </w:r>
      <w:r w:rsidRPr="00D1763C">
        <w:rPr>
          <w:rFonts w:ascii="Comic Sans MS" w:hAnsi="Comic Sans MS"/>
          <w:b/>
          <w:bCs/>
          <w:color w:val="000000"/>
          <w:sz w:val="20"/>
          <w:szCs w:val="20"/>
        </w:rPr>
        <w:t xml:space="preserve">“Bir </w:t>
      </w:r>
      <w:proofErr w:type="spellStart"/>
      <w:r w:rsidRPr="00D1763C">
        <w:rPr>
          <w:rFonts w:ascii="Comic Sans MS" w:hAnsi="Comic Sans MS"/>
          <w:b/>
          <w:bCs/>
          <w:color w:val="000000"/>
          <w:sz w:val="20"/>
          <w:szCs w:val="20"/>
        </w:rPr>
        <w:t>sağa</w:t>
      </w:r>
      <w:proofErr w:type="spellEnd"/>
      <w:r w:rsidRPr="00D1763C">
        <w:rPr>
          <w:rFonts w:ascii="Comic Sans MS" w:hAnsi="Comic Sans MS"/>
          <w:b/>
          <w:bCs/>
          <w:color w:val="000000"/>
          <w:sz w:val="20"/>
          <w:szCs w:val="20"/>
        </w:rPr>
        <w:t xml:space="preserve"> </w:t>
      </w:r>
      <w:proofErr w:type="spellStart"/>
      <w:r w:rsidRPr="00D1763C">
        <w:rPr>
          <w:rFonts w:ascii="Comic Sans MS" w:hAnsi="Comic Sans MS"/>
          <w:b/>
          <w:bCs/>
          <w:color w:val="000000"/>
          <w:sz w:val="20"/>
          <w:szCs w:val="20"/>
        </w:rPr>
        <w:t>baktım</w:t>
      </w:r>
      <w:proofErr w:type="spellEnd"/>
      <w:r w:rsidRPr="00D1763C">
        <w:rPr>
          <w:rFonts w:ascii="Comic Sans MS" w:hAnsi="Comic Sans MS"/>
          <w:b/>
          <w:bCs/>
          <w:color w:val="000000"/>
          <w:sz w:val="20"/>
          <w:szCs w:val="20"/>
        </w:rPr>
        <w:t xml:space="preserve">, </w:t>
      </w:r>
      <w:proofErr w:type="spellStart"/>
      <w:r w:rsidRPr="00D1763C">
        <w:rPr>
          <w:rFonts w:ascii="Comic Sans MS" w:hAnsi="Comic Sans MS"/>
          <w:b/>
          <w:bCs/>
          <w:color w:val="000000"/>
          <w:sz w:val="20"/>
          <w:szCs w:val="20"/>
        </w:rPr>
        <w:t>bir</w:t>
      </w:r>
      <w:proofErr w:type="spellEnd"/>
      <w:r w:rsidRPr="00D1763C">
        <w:rPr>
          <w:rFonts w:ascii="Comic Sans MS" w:hAnsi="Comic Sans MS"/>
          <w:b/>
          <w:bCs/>
          <w:color w:val="000000"/>
          <w:sz w:val="20"/>
          <w:szCs w:val="20"/>
        </w:rPr>
        <w:t xml:space="preserve"> sola </w:t>
      </w:r>
      <w:proofErr w:type="spellStart"/>
      <w:r w:rsidRPr="00D1763C">
        <w:rPr>
          <w:rFonts w:ascii="Comic Sans MS" w:hAnsi="Comic Sans MS"/>
          <w:b/>
          <w:bCs/>
          <w:color w:val="000000"/>
          <w:sz w:val="20"/>
          <w:szCs w:val="20"/>
        </w:rPr>
        <w:t>baktım</w:t>
      </w:r>
      <w:proofErr w:type="spellEnd"/>
      <w:r w:rsidRPr="00D1763C">
        <w:rPr>
          <w:rFonts w:ascii="Comic Sans MS" w:hAnsi="Comic Sans MS"/>
          <w:b/>
          <w:bCs/>
          <w:color w:val="000000"/>
          <w:sz w:val="20"/>
          <w:szCs w:val="20"/>
        </w:rPr>
        <w:t xml:space="preserve"> / </w:t>
      </w:r>
      <w:proofErr w:type="spellStart"/>
      <w:r w:rsidRPr="00D1763C">
        <w:rPr>
          <w:rFonts w:ascii="Comic Sans MS" w:hAnsi="Comic Sans MS"/>
          <w:b/>
          <w:bCs/>
          <w:color w:val="000000"/>
          <w:sz w:val="20"/>
          <w:szCs w:val="20"/>
        </w:rPr>
        <w:t>Lokomotif</w:t>
      </w:r>
      <w:proofErr w:type="spellEnd"/>
      <w:r w:rsidRPr="00D1763C">
        <w:rPr>
          <w:rFonts w:ascii="Comic Sans MS" w:hAnsi="Comic Sans MS"/>
          <w:b/>
          <w:bCs/>
          <w:color w:val="000000"/>
          <w:sz w:val="20"/>
          <w:szCs w:val="20"/>
        </w:rPr>
        <w:t xml:space="preserve"> </w:t>
      </w:r>
      <w:proofErr w:type="spellStart"/>
      <w:r w:rsidRPr="00D1763C">
        <w:rPr>
          <w:rFonts w:ascii="Comic Sans MS" w:hAnsi="Comic Sans MS"/>
          <w:b/>
          <w:bCs/>
          <w:color w:val="000000"/>
          <w:sz w:val="20"/>
          <w:szCs w:val="20"/>
        </w:rPr>
        <w:t>yaptım</w:t>
      </w:r>
      <w:proofErr w:type="spellEnd"/>
      <w:r w:rsidRPr="00D1763C">
        <w:rPr>
          <w:rFonts w:ascii="Comic Sans MS" w:hAnsi="Comic Sans MS"/>
          <w:b/>
          <w:bCs/>
          <w:color w:val="000000"/>
          <w:sz w:val="20"/>
          <w:szCs w:val="20"/>
        </w:rPr>
        <w:t xml:space="preserve">, </w:t>
      </w:r>
      <w:proofErr w:type="spellStart"/>
      <w:r w:rsidRPr="00D1763C">
        <w:rPr>
          <w:rFonts w:ascii="Comic Sans MS" w:hAnsi="Comic Sans MS"/>
          <w:b/>
          <w:bCs/>
          <w:color w:val="000000"/>
          <w:sz w:val="20"/>
          <w:szCs w:val="20"/>
        </w:rPr>
        <w:t>cuf</w:t>
      </w:r>
      <w:proofErr w:type="spellEnd"/>
      <w:r w:rsidRPr="00D1763C">
        <w:rPr>
          <w:rFonts w:ascii="Comic Sans MS" w:hAnsi="Comic Sans MS"/>
          <w:b/>
          <w:bCs/>
          <w:color w:val="000000"/>
          <w:sz w:val="20"/>
          <w:szCs w:val="20"/>
        </w:rPr>
        <w:t xml:space="preserve"> </w:t>
      </w:r>
      <w:proofErr w:type="spellStart"/>
      <w:r w:rsidRPr="00D1763C">
        <w:rPr>
          <w:rFonts w:ascii="Comic Sans MS" w:hAnsi="Comic Sans MS"/>
          <w:b/>
          <w:bCs/>
          <w:color w:val="000000"/>
          <w:sz w:val="20"/>
          <w:szCs w:val="20"/>
        </w:rPr>
        <w:t>cuf</w:t>
      </w:r>
      <w:proofErr w:type="spellEnd"/>
      <w:r w:rsidRPr="00D1763C">
        <w:rPr>
          <w:rFonts w:ascii="Comic Sans MS" w:hAnsi="Comic Sans MS"/>
          <w:b/>
          <w:bCs/>
          <w:color w:val="000000"/>
          <w:sz w:val="20"/>
          <w:szCs w:val="20"/>
        </w:rPr>
        <w:t xml:space="preserve"> </w:t>
      </w:r>
      <w:proofErr w:type="spellStart"/>
      <w:r w:rsidRPr="00D1763C">
        <w:rPr>
          <w:rFonts w:ascii="Comic Sans MS" w:hAnsi="Comic Sans MS"/>
          <w:b/>
          <w:bCs/>
          <w:color w:val="000000"/>
          <w:sz w:val="20"/>
          <w:szCs w:val="20"/>
        </w:rPr>
        <w:t>cuf</w:t>
      </w:r>
      <w:proofErr w:type="spellEnd"/>
      <w:r w:rsidRPr="00D1763C">
        <w:rPr>
          <w:rFonts w:ascii="Comic Sans MS" w:hAnsi="Comic Sans MS"/>
          <w:b/>
          <w:bCs/>
          <w:color w:val="000000"/>
          <w:sz w:val="20"/>
          <w:szCs w:val="20"/>
        </w:rPr>
        <w:t>.”</w:t>
      </w:r>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tekerlemesi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eşliğinde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birbirini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itmeden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koşmadan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yürünür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sıralarını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beklemeleri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desteklenir</w:t>
      </w:r>
      <w:proofErr w:type="spellEnd"/>
      <w:r w:rsidRPr="00D1763C">
        <w:rPr>
          <w:rFonts w:ascii="Comic Sans MS" w:hAnsi="Comic Sans MS"/>
          <w:color w:val="000000"/>
          <w:sz w:val="20"/>
          <w:szCs w:val="20"/>
        </w:rPr>
        <w:t>. (D12.1)</w:t>
      </w:r>
    </w:p>
    <w:p w14:paraId="2858FA09" w14:textId="664103E5" w:rsidR="00607879" w:rsidRPr="00D1763C" w:rsidRDefault="00A43E66" w:rsidP="0054587C">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gözetiminde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eller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sabunla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yıkanır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yemek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masalarına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güvenli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biçimde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oturur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beslenme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çantalarını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kendileri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açmayı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dener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Beslenmeye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başlamadan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önce</w:t>
      </w:r>
      <w:proofErr w:type="spellEnd"/>
      <w:r w:rsidRPr="00D1763C">
        <w:rPr>
          <w:rFonts w:ascii="Comic Sans MS" w:hAnsi="Comic Sans MS"/>
          <w:color w:val="000000"/>
          <w:sz w:val="20"/>
          <w:szCs w:val="20"/>
        </w:rPr>
        <w:t xml:space="preserve"> hep </w:t>
      </w:r>
      <w:proofErr w:type="spellStart"/>
      <w:r w:rsidRPr="00D1763C">
        <w:rPr>
          <w:rFonts w:ascii="Comic Sans MS" w:hAnsi="Comic Sans MS"/>
          <w:color w:val="000000"/>
          <w:sz w:val="20"/>
          <w:szCs w:val="20"/>
        </w:rPr>
        <w:t>birlikte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kısa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dua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edilir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Afiyet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olsun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denir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yemeklerini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beslenme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sonrasında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çöplerini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uygun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kutuya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atar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kullandıkları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alanı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düzenler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kişisel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temizliklerini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gerçekleştirir</w:t>
      </w:r>
      <w:proofErr w:type="spellEnd"/>
      <w:r w:rsidRPr="00D1763C">
        <w:rPr>
          <w:rFonts w:ascii="Comic Sans MS" w:hAnsi="Comic Sans MS"/>
          <w:color w:val="000000"/>
          <w:sz w:val="20"/>
          <w:szCs w:val="20"/>
        </w:rPr>
        <w:t>. (D16.1, D16.2)</w:t>
      </w:r>
    </w:p>
    <w:p w14:paraId="787D05A1" w14:textId="77777777" w:rsidR="00607879" w:rsidRPr="00D1763C" w:rsidRDefault="00A43E66">
      <w:pPr>
        <w:pStyle w:val="Balk1"/>
        <w:keepLines w:val="0"/>
        <w:spacing w:before="100" w:after="40" w:line="240" w:lineRule="auto"/>
        <w:rPr>
          <w:rFonts w:ascii="Comic Sans MS" w:hAnsi="Comic Sans MS"/>
          <w:color w:val="F85883"/>
          <w:sz w:val="20"/>
          <w:szCs w:val="20"/>
        </w:rPr>
      </w:pPr>
      <w:r w:rsidRPr="00D1763C">
        <w:rPr>
          <w:rFonts w:ascii="Comic Sans MS" w:hAnsi="Comic Sans MS"/>
          <w:color w:val="F85883"/>
          <w:sz w:val="20"/>
          <w:szCs w:val="20"/>
        </w:rPr>
        <w:t>ETKİNLİKLER</w:t>
      </w:r>
    </w:p>
    <w:p w14:paraId="6F4DF3F0" w14:textId="77777777" w:rsidR="00607879" w:rsidRPr="00D1763C" w:rsidRDefault="00A43E66">
      <w:pPr>
        <w:pStyle w:val="Balk2"/>
        <w:keepLines w:val="0"/>
        <w:spacing w:before="100" w:after="40" w:line="240" w:lineRule="auto"/>
        <w:rPr>
          <w:rFonts w:ascii="Comic Sans MS" w:hAnsi="Comic Sans MS"/>
          <w:color w:val="000000" w:themeColor="text1"/>
          <w:sz w:val="20"/>
          <w:szCs w:val="20"/>
        </w:rPr>
      </w:pPr>
      <w:proofErr w:type="spellStart"/>
      <w:r w:rsidRPr="00D1763C">
        <w:rPr>
          <w:rFonts w:ascii="Comic Sans MS" w:hAnsi="Comic Sans MS"/>
          <w:color w:val="000000" w:themeColor="text1"/>
          <w:sz w:val="20"/>
          <w:szCs w:val="20"/>
        </w:rPr>
        <w:t>Türkçe</w:t>
      </w:r>
      <w:proofErr w:type="spellEnd"/>
      <w:r w:rsidRPr="00D1763C">
        <w:rPr>
          <w:rFonts w:ascii="Comic Sans MS" w:hAnsi="Comic Sans MS"/>
          <w:color w:val="000000" w:themeColor="text1"/>
          <w:sz w:val="20"/>
          <w:szCs w:val="20"/>
        </w:rPr>
        <w:t xml:space="preserve"> (Büyük </w:t>
      </w:r>
      <w:proofErr w:type="spellStart"/>
      <w:r w:rsidRPr="00D1763C">
        <w:rPr>
          <w:rFonts w:ascii="Comic Sans MS" w:hAnsi="Comic Sans MS"/>
          <w:color w:val="000000" w:themeColor="text1"/>
          <w:sz w:val="20"/>
          <w:szCs w:val="20"/>
        </w:rPr>
        <w:t>Grup</w:t>
      </w:r>
      <w:proofErr w:type="spellEnd"/>
      <w:r w:rsidRPr="00D1763C">
        <w:rPr>
          <w:rFonts w:ascii="Comic Sans MS" w:hAnsi="Comic Sans MS"/>
          <w:color w:val="000000" w:themeColor="text1"/>
          <w:sz w:val="20"/>
          <w:szCs w:val="20"/>
        </w:rPr>
        <w:t xml:space="preserve"> </w:t>
      </w:r>
      <w:proofErr w:type="spellStart"/>
      <w:r w:rsidRPr="00D1763C">
        <w:rPr>
          <w:rFonts w:ascii="Comic Sans MS" w:hAnsi="Comic Sans MS"/>
          <w:color w:val="000000" w:themeColor="text1"/>
          <w:sz w:val="20"/>
          <w:szCs w:val="20"/>
        </w:rPr>
        <w:t>Etkinliği</w:t>
      </w:r>
      <w:proofErr w:type="spellEnd"/>
      <w:r w:rsidRPr="00D1763C">
        <w:rPr>
          <w:rFonts w:ascii="Comic Sans MS" w:hAnsi="Comic Sans MS"/>
          <w:color w:val="000000" w:themeColor="text1"/>
          <w:sz w:val="20"/>
          <w:szCs w:val="20"/>
        </w:rPr>
        <w:t>)</w:t>
      </w:r>
    </w:p>
    <w:p w14:paraId="1C94212C" w14:textId="5915B60E"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üzeri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renkli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çıkartmalarla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süslenmiş</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kapalı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çantayı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eline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alır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Çantada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sınıfta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gerçekten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yapılan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etkinliklerin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görselleri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bulunur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dikkatini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çantaya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yönelterek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aşağıdaki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tekerlemeyi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tekerlemeyi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dinleyerek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minderlere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geçer</w:t>
      </w:r>
      <w:proofErr w:type="spellEnd"/>
      <w:r w:rsidRPr="00D1763C">
        <w:rPr>
          <w:rFonts w:ascii="Comic Sans MS" w:hAnsi="Comic Sans MS"/>
          <w:color w:val="000000"/>
          <w:sz w:val="20"/>
          <w:szCs w:val="20"/>
        </w:rPr>
        <w:t>. (E1.1, E3.2)</w:t>
      </w:r>
    </w:p>
    <w:p w14:paraId="79C94682" w14:textId="77777777" w:rsidR="00607879" w:rsidRPr="00D1763C" w:rsidRDefault="00A43E66">
      <w:pPr>
        <w:pStyle w:val="Balk2"/>
        <w:keepLines w:val="0"/>
        <w:spacing w:before="100" w:after="40" w:line="240" w:lineRule="auto"/>
        <w:rPr>
          <w:rFonts w:ascii="Comic Sans MS" w:hAnsi="Comic Sans MS"/>
          <w:color w:val="FF0000"/>
          <w:sz w:val="20"/>
          <w:szCs w:val="20"/>
        </w:rPr>
      </w:pPr>
      <w:r w:rsidRPr="00D1763C">
        <w:rPr>
          <w:rFonts w:ascii="Comic Sans MS" w:hAnsi="Comic Sans MS"/>
          <w:color w:val="FF0000"/>
          <w:sz w:val="20"/>
          <w:szCs w:val="20"/>
        </w:rPr>
        <w:t>GİZEMLİ ÇANTA</w:t>
      </w:r>
    </w:p>
    <w:p w14:paraId="39A2EBE7" w14:textId="77777777" w:rsidR="00607879" w:rsidRPr="00D1763C" w:rsidRDefault="00A43E66">
      <w:pPr>
        <w:keepNext/>
        <w:spacing w:after="40" w:line="240" w:lineRule="auto"/>
        <w:rPr>
          <w:rFonts w:ascii="Comic Sans MS" w:hAnsi="Comic Sans MS"/>
          <w:sz w:val="20"/>
          <w:szCs w:val="20"/>
        </w:rPr>
      </w:pPr>
      <w:proofErr w:type="spellStart"/>
      <w:r w:rsidRPr="00D1763C">
        <w:rPr>
          <w:rFonts w:ascii="Comic Sans MS" w:hAnsi="Comic Sans MS"/>
          <w:b/>
          <w:color w:val="000000"/>
          <w:sz w:val="20"/>
          <w:szCs w:val="20"/>
        </w:rPr>
        <w:t>Tıkır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tıkır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şıkır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şıkır</w:t>
      </w:r>
      <w:proofErr w:type="spellEnd"/>
      <w:r w:rsidRPr="00D1763C">
        <w:rPr>
          <w:rFonts w:ascii="Comic Sans MS" w:hAnsi="Comic Sans MS"/>
          <w:b/>
          <w:color w:val="000000"/>
          <w:sz w:val="20"/>
          <w:szCs w:val="20"/>
        </w:rPr>
        <w:t>,</w:t>
      </w:r>
      <w:r w:rsidRPr="00D1763C">
        <w:rPr>
          <w:rFonts w:ascii="Comic Sans MS" w:hAnsi="Comic Sans MS"/>
          <w:b/>
          <w:color w:val="000000"/>
          <w:sz w:val="20"/>
          <w:szCs w:val="20"/>
        </w:rPr>
        <w:br/>
        <w:t xml:space="preserve">Bu </w:t>
      </w:r>
      <w:proofErr w:type="spellStart"/>
      <w:r w:rsidRPr="00D1763C">
        <w:rPr>
          <w:rFonts w:ascii="Comic Sans MS" w:hAnsi="Comic Sans MS"/>
          <w:b/>
          <w:color w:val="000000"/>
          <w:sz w:val="20"/>
          <w:szCs w:val="20"/>
        </w:rPr>
        <w:t>çantanın</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içi</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kıpır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kıpır</w:t>
      </w:r>
      <w:proofErr w:type="spellEnd"/>
      <w:r w:rsidRPr="00D1763C">
        <w:rPr>
          <w:rFonts w:ascii="Comic Sans MS" w:hAnsi="Comic Sans MS"/>
          <w:b/>
          <w:color w:val="000000"/>
          <w:sz w:val="20"/>
          <w:szCs w:val="20"/>
        </w:rPr>
        <w:t>!</w:t>
      </w:r>
      <w:r w:rsidRPr="00D1763C">
        <w:rPr>
          <w:rFonts w:ascii="Comic Sans MS" w:hAnsi="Comic Sans MS"/>
          <w:b/>
          <w:color w:val="000000"/>
          <w:sz w:val="20"/>
          <w:szCs w:val="20"/>
        </w:rPr>
        <w:br/>
      </w:r>
      <w:proofErr w:type="spellStart"/>
      <w:r w:rsidRPr="00D1763C">
        <w:rPr>
          <w:rFonts w:ascii="Comic Sans MS" w:hAnsi="Comic Sans MS"/>
          <w:b/>
          <w:color w:val="000000"/>
          <w:sz w:val="20"/>
          <w:szCs w:val="20"/>
        </w:rPr>
        <w:t>İçinde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bu</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hafta</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yaptıklarımız</w:t>
      </w:r>
      <w:proofErr w:type="spellEnd"/>
      <w:r w:rsidRPr="00D1763C">
        <w:rPr>
          <w:rFonts w:ascii="Comic Sans MS" w:hAnsi="Comic Sans MS"/>
          <w:b/>
          <w:color w:val="000000"/>
          <w:sz w:val="20"/>
          <w:szCs w:val="20"/>
        </w:rPr>
        <w:t xml:space="preserve"> var,</w:t>
      </w:r>
      <w:r w:rsidRPr="00D1763C">
        <w:rPr>
          <w:rFonts w:ascii="Comic Sans MS" w:hAnsi="Comic Sans MS"/>
          <w:b/>
          <w:color w:val="000000"/>
          <w:sz w:val="20"/>
          <w:szCs w:val="20"/>
        </w:rPr>
        <w:br/>
      </w:r>
      <w:proofErr w:type="spellStart"/>
      <w:r w:rsidRPr="00D1763C">
        <w:rPr>
          <w:rFonts w:ascii="Comic Sans MS" w:hAnsi="Comic Sans MS"/>
          <w:b/>
          <w:color w:val="000000"/>
          <w:sz w:val="20"/>
          <w:szCs w:val="20"/>
        </w:rPr>
        <w:t>Bakalım</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kimler</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hatırlar</w:t>
      </w:r>
      <w:proofErr w:type="spellEnd"/>
      <w:r w:rsidRPr="00D1763C">
        <w:rPr>
          <w:rFonts w:ascii="Comic Sans MS" w:hAnsi="Comic Sans MS"/>
          <w:b/>
          <w:color w:val="000000"/>
          <w:sz w:val="20"/>
          <w:szCs w:val="20"/>
        </w:rPr>
        <w:t>?</w:t>
      </w:r>
      <w:r w:rsidRPr="00D1763C">
        <w:rPr>
          <w:rFonts w:ascii="Comic Sans MS" w:hAnsi="Comic Sans MS"/>
          <w:b/>
          <w:color w:val="000000"/>
          <w:sz w:val="20"/>
          <w:szCs w:val="20"/>
        </w:rPr>
        <w:br/>
      </w:r>
      <w:proofErr w:type="spellStart"/>
      <w:r w:rsidRPr="00D1763C">
        <w:rPr>
          <w:rFonts w:ascii="Comic Sans MS" w:hAnsi="Comic Sans MS"/>
          <w:b/>
          <w:color w:val="000000"/>
          <w:sz w:val="20"/>
          <w:szCs w:val="20"/>
        </w:rPr>
        <w:t>Sessizce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mindere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geçelim</w:t>
      </w:r>
      <w:proofErr w:type="spellEnd"/>
      <w:r w:rsidRPr="00D1763C">
        <w:rPr>
          <w:rFonts w:ascii="Comic Sans MS" w:hAnsi="Comic Sans MS"/>
          <w:b/>
          <w:color w:val="000000"/>
          <w:sz w:val="20"/>
          <w:szCs w:val="20"/>
        </w:rPr>
        <w:t>,</w:t>
      </w:r>
      <w:r w:rsidRPr="00D1763C">
        <w:rPr>
          <w:rFonts w:ascii="Comic Sans MS" w:hAnsi="Comic Sans MS"/>
          <w:b/>
          <w:color w:val="000000"/>
          <w:sz w:val="20"/>
          <w:szCs w:val="20"/>
        </w:rPr>
        <w:br/>
        <w:t xml:space="preserve">Çantamızı </w:t>
      </w:r>
      <w:proofErr w:type="spellStart"/>
      <w:r w:rsidRPr="00D1763C">
        <w:rPr>
          <w:rFonts w:ascii="Comic Sans MS" w:hAnsi="Comic Sans MS"/>
          <w:b/>
          <w:color w:val="000000"/>
          <w:sz w:val="20"/>
          <w:szCs w:val="20"/>
        </w:rPr>
        <w:t>birlikte</w:t>
      </w:r>
      <w:proofErr w:type="spellEnd"/>
      <w:r w:rsidRPr="00D1763C">
        <w:rPr>
          <w:rFonts w:ascii="Comic Sans MS" w:hAnsi="Comic Sans MS"/>
          <w:b/>
          <w:color w:val="000000"/>
          <w:sz w:val="20"/>
          <w:szCs w:val="20"/>
        </w:rPr>
        <w:t xml:space="preserve"> </w:t>
      </w:r>
      <w:proofErr w:type="spellStart"/>
      <w:r w:rsidRPr="00D1763C">
        <w:rPr>
          <w:rFonts w:ascii="Comic Sans MS" w:hAnsi="Comic Sans MS"/>
          <w:b/>
          <w:color w:val="000000"/>
          <w:sz w:val="20"/>
          <w:szCs w:val="20"/>
        </w:rPr>
        <w:t>keşfedelim</w:t>
      </w:r>
      <w:proofErr w:type="spellEnd"/>
      <w:r w:rsidRPr="00D1763C">
        <w:rPr>
          <w:rFonts w:ascii="Comic Sans MS" w:hAnsi="Comic Sans MS"/>
          <w:b/>
          <w:color w:val="000000"/>
          <w:sz w:val="20"/>
          <w:szCs w:val="20"/>
        </w:rPr>
        <w:t>!</w:t>
      </w:r>
    </w:p>
    <w:p w14:paraId="0A97C235" w14:textId="77777777" w:rsidR="00237530" w:rsidRPr="00D1763C" w:rsidRDefault="00237530" w:rsidP="00237530">
      <w:pPr>
        <w:spacing w:before="100" w:beforeAutospacing="1" w:after="100" w:afterAutospacing="1" w:line="240" w:lineRule="auto"/>
        <w:rPr>
          <w:rFonts w:ascii="Comic Sans MS" w:eastAsia="Times New Roman" w:hAnsi="Comic Sans MS" w:cs="Times New Roman"/>
          <w:sz w:val="20"/>
          <w:szCs w:val="20"/>
          <w:lang w:val="tr-TR" w:eastAsia="tr-TR"/>
        </w:rPr>
      </w:pPr>
      <w:r w:rsidRPr="00D1763C">
        <w:rPr>
          <w:rFonts w:ascii="Comic Sans MS" w:eastAsia="Times New Roman" w:hAnsi="Comic Sans MS" w:cs="Times New Roman"/>
          <w:sz w:val="20"/>
          <w:szCs w:val="20"/>
          <w:lang w:val="tr-TR" w:eastAsia="tr-TR"/>
        </w:rPr>
        <w:t>Öğretmen, “Bu hafta İlköğretim Haftası. Okulumuzda arkadaşlarımızla tanışır, birlikte oyun oynar ve yeni şeyler öğreniriz. Bu hafta okulda en çok ne yapmayı sevdiniz?” diye sorar. Çocukların okul yaşantılarından örnekler paylaşmalarına fırsat verir. (TAKB.2.a)</w:t>
      </w:r>
    </w:p>
    <w:p w14:paraId="7B0234E8" w14:textId="77777777" w:rsidR="00237530" w:rsidRPr="00D1763C" w:rsidRDefault="00237530" w:rsidP="00237530">
      <w:pPr>
        <w:spacing w:before="100" w:beforeAutospacing="1" w:after="100" w:afterAutospacing="1" w:line="240" w:lineRule="auto"/>
        <w:rPr>
          <w:rFonts w:ascii="Comic Sans MS" w:eastAsia="Times New Roman" w:hAnsi="Comic Sans MS" w:cs="Times New Roman"/>
          <w:sz w:val="20"/>
          <w:szCs w:val="20"/>
          <w:lang w:val="tr-TR" w:eastAsia="tr-TR"/>
        </w:rPr>
      </w:pPr>
      <w:r w:rsidRPr="00D1763C">
        <w:rPr>
          <w:rFonts w:ascii="Comic Sans MS" w:eastAsia="Times New Roman" w:hAnsi="Comic Sans MS" w:cs="Times New Roman"/>
          <w:sz w:val="20"/>
          <w:szCs w:val="20"/>
          <w:lang w:val="tr-TR" w:eastAsia="tr-TR"/>
        </w:rPr>
        <w:t>Ardından “Bu hafta birlikte oyunlar oynadık, şarkılar söyledik ve yeni şeyler denedik. Bakalım neler yaptığımızı hatırlıyor muyuz?” diyerek çantadan görselleri sırayla çıkarır. Her görsel için “Bu çocuk ne yapıyor?”, “Biz de bunu yaptık mı?”, “Sen yaparken neler hissettin?” sorularından uygun olanları yöneltir. Çocuklar görsellerdeki yaşantılarla kendi okul deneyimleri arasında bağlantı kurar. (TAOB.2.a, TAKB.2.a, OB4)</w:t>
      </w:r>
    </w:p>
    <w:p w14:paraId="1EB49754" w14:textId="77777777" w:rsidR="00237530" w:rsidRPr="00D1763C" w:rsidRDefault="00237530" w:rsidP="00237530">
      <w:pPr>
        <w:spacing w:before="100" w:beforeAutospacing="1" w:after="100" w:afterAutospacing="1" w:line="240" w:lineRule="auto"/>
        <w:rPr>
          <w:rFonts w:ascii="Comic Sans MS" w:eastAsia="Times New Roman" w:hAnsi="Comic Sans MS" w:cs="Times New Roman"/>
          <w:sz w:val="20"/>
          <w:szCs w:val="20"/>
          <w:lang w:val="tr-TR" w:eastAsia="tr-TR"/>
        </w:rPr>
      </w:pPr>
      <w:r w:rsidRPr="00D1763C">
        <w:rPr>
          <w:rFonts w:ascii="Comic Sans MS" w:eastAsia="Times New Roman" w:hAnsi="Comic Sans MS" w:cs="Times New Roman"/>
          <w:sz w:val="20"/>
          <w:szCs w:val="20"/>
          <w:lang w:val="tr-TR" w:eastAsia="tr-TR"/>
        </w:rPr>
        <w:t>Çocukların uygun zamanda söz almalarına, kısa cevaplar vermelerine veya hareketle göstermelerine fırsat tanınır. Her sorunun her çocuğa yöneltilmesi beklenmez. Arkadaşları konuşurken sözlerini kesmeden dinlemeleri desteklenir. (TAKB.1.c, SDB2.1, D14.1)</w:t>
      </w:r>
    </w:p>
    <w:p w14:paraId="111E2C7D" w14:textId="77777777" w:rsidR="00237530" w:rsidRPr="00D1763C" w:rsidRDefault="00237530" w:rsidP="00237530">
      <w:pPr>
        <w:spacing w:before="100" w:beforeAutospacing="1" w:after="100" w:afterAutospacing="1" w:line="240" w:lineRule="auto"/>
        <w:rPr>
          <w:rFonts w:ascii="Comic Sans MS" w:eastAsia="Times New Roman" w:hAnsi="Comic Sans MS" w:cs="Times New Roman"/>
          <w:sz w:val="20"/>
          <w:szCs w:val="20"/>
          <w:lang w:val="tr-TR" w:eastAsia="tr-TR"/>
        </w:rPr>
      </w:pPr>
      <w:r w:rsidRPr="00D1763C">
        <w:rPr>
          <w:rFonts w:ascii="Comic Sans MS" w:eastAsia="Times New Roman" w:hAnsi="Comic Sans MS" w:cs="Times New Roman"/>
          <w:sz w:val="20"/>
          <w:szCs w:val="20"/>
          <w:lang w:val="tr-TR" w:eastAsia="tr-TR"/>
        </w:rPr>
        <w:t>Görseller ortaya yerleştirilir. Öğretmen, “Okulda birlikte yaptıklarımızı şimdi hareketlerimizle anlatalım.” diyerek bir kartı kaldırır; çocuklar karttaki durumu aşağıdaki hareketlerden yararlanarak canlandırır:</w:t>
      </w:r>
    </w:p>
    <w:p w14:paraId="60531402" w14:textId="6BB35AA6"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sz w:val="20"/>
          <w:szCs w:val="20"/>
          <w:lang w:eastAsia="tr-TR"/>
        </w:rPr>
      </w:pPr>
      <w:r w:rsidRPr="00D1763C">
        <w:rPr>
          <w:rFonts w:ascii="Comic Sans MS" w:eastAsia="Times New Roman" w:hAnsi="Comic Sans MS"/>
          <w:b/>
          <w:bCs/>
          <w:sz w:val="20"/>
          <w:szCs w:val="20"/>
          <w:lang w:eastAsia="tr-TR"/>
        </w:rPr>
        <w:t xml:space="preserve">El </w:t>
      </w:r>
      <w:proofErr w:type="spellStart"/>
      <w:r w:rsidRPr="00D1763C">
        <w:rPr>
          <w:rFonts w:ascii="Comic Sans MS" w:eastAsia="Times New Roman" w:hAnsi="Comic Sans MS"/>
          <w:b/>
          <w:bCs/>
          <w:sz w:val="20"/>
          <w:szCs w:val="20"/>
          <w:lang w:eastAsia="tr-TR"/>
        </w:rPr>
        <w:t>yıkama</w:t>
      </w:r>
      <w:proofErr w:type="spellEnd"/>
      <w:r w:rsidRPr="00D1763C">
        <w:rPr>
          <w:rFonts w:ascii="Comic Sans MS" w:eastAsia="Times New Roman" w:hAnsi="Comic Sans MS"/>
          <w:b/>
          <w:bCs/>
          <w:sz w:val="20"/>
          <w:szCs w:val="20"/>
          <w:lang w:eastAsia="tr-TR"/>
        </w:rPr>
        <w:t xml:space="preserve"> </w:t>
      </w:r>
      <w:proofErr w:type="spellStart"/>
      <w:r w:rsidRPr="00D1763C">
        <w:rPr>
          <w:rFonts w:ascii="Comic Sans MS" w:eastAsia="Times New Roman" w:hAnsi="Comic Sans MS"/>
          <w:b/>
          <w:bCs/>
          <w:sz w:val="20"/>
          <w:szCs w:val="20"/>
          <w:lang w:eastAsia="tr-TR"/>
        </w:rPr>
        <w:t>görseli</w:t>
      </w:r>
      <w:proofErr w:type="spellEnd"/>
      <w:r w:rsidRPr="00D1763C">
        <w:rPr>
          <w:rFonts w:ascii="Comic Sans MS" w:eastAsia="Times New Roman" w:hAnsi="Comic Sans MS"/>
          <w:b/>
          <w:bCs/>
          <w:sz w:val="20"/>
          <w:szCs w:val="20"/>
          <w:lang w:eastAsia="tr-TR"/>
        </w:rPr>
        <w:t>:</w:t>
      </w:r>
      <w:r w:rsidRPr="00D1763C">
        <w:rPr>
          <w:rFonts w:ascii="Comic Sans MS" w:eastAsia="Times New Roman" w:hAnsi="Comic Sans MS"/>
          <w:sz w:val="20"/>
          <w:szCs w:val="20"/>
          <w:lang w:eastAsia="tr-TR"/>
        </w:rPr>
        <w:t xml:space="preserve"> Eller </w:t>
      </w:r>
      <w:proofErr w:type="spellStart"/>
      <w:r w:rsidRPr="00D1763C">
        <w:rPr>
          <w:rFonts w:ascii="Comic Sans MS" w:eastAsia="Times New Roman" w:hAnsi="Comic Sans MS"/>
          <w:sz w:val="20"/>
          <w:szCs w:val="20"/>
          <w:lang w:eastAsia="tr-TR"/>
        </w:rPr>
        <w:t>birbirine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sürülür</w:t>
      </w:r>
      <w:proofErr w:type="spellEnd"/>
      <w:r w:rsidRPr="00D1763C">
        <w:rPr>
          <w:rFonts w:ascii="Comic Sans MS" w:eastAsia="Times New Roman" w:hAnsi="Comic Sans MS"/>
          <w:sz w:val="20"/>
          <w:szCs w:val="20"/>
          <w:lang w:eastAsia="tr-TR"/>
        </w:rPr>
        <w:t xml:space="preserve">. </w:t>
      </w:r>
    </w:p>
    <w:p w14:paraId="6E336911" w14:textId="77777777"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sz w:val="20"/>
          <w:szCs w:val="20"/>
          <w:lang w:eastAsia="tr-TR"/>
        </w:rPr>
      </w:pPr>
      <w:r w:rsidRPr="00D1763C">
        <w:rPr>
          <w:rFonts w:ascii="Comic Sans MS" w:hAnsi="Comic Sans MS"/>
          <w:b/>
          <w:bCs/>
          <w:sz w:val="20"/>
          <w:szCs w:val="20"/>
        </w:rPr>
        <w:t xml:space="preserve">Oyun </w:t>
      </w:r>
      <w:proofErr w:type="spellStart"/>
      <w:r w:rsidRPr="00D1763C">
        <w:rPr>
          <w:rFonts w:ascii="Comic Sans MS" w:hAnsi="Comic Sans MS"/>
          <w:b/>
          <w:bCs/>
          <w:sz w:val="20"/>
          <w:szCs w:val="20"/>
        </w:rPr>
        <w:t>oynama</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görseli</w:t>
      </w:r>
      <w:proofErr w:type="spellEnd"/>
      <w:r w:rsidRPr="00D1763C">
        <w:rPr>
          <w:rFonts w:ascii="Comic Sans MS" w:hAnsi="Comic Sans MS"/>
          <w:b/>
          <w:bCs/>
          <w:sz w:val="20"/>
          <w:szCs w:val="20"/>
        </w:rPr>
        <w:t>:</w:t>
      </w:r>
      <w:r w:rsidRPr="00D1763C">
        <w:rPr>
          <w:rFonts w:ascii="Comic Sans MS" w:hAnsi="Comic Sans MS"/>
          <w:sz w:val="20"/>
          <w:szCs w:val="20"/>
        </w:rPr>
        <w:t xml:space="preserve"> </w:t>
      </w:r>
      <w:proofErr w:type="spellStart"/>
      <w:r w:rsidRPr="00D1763C">
        <w:rPr>
          <w:rFonts w:ascii="Comic Sans MS" w:hAnsi="Comic Sans MS"/>
          <w:sz w:val="20"/>
          <w:szCs w:val="20"/>
        </w:rPr>
        <w:t>Hayalî</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blokları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üst</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üste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koyma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yapılır</w:t>
      </w:r>
      <w:proofErr w:type="spellEnd"/>
      <w:r w:rsidRPr="00D1763C">
        <w:rPr>
          <w:rFonts w:ascii="Comic Sans MS" w:hAnsi="Comic Sans MS"/>
          <w:sz w:val="20"/>
          <w:szCs w:val="20"/>
        </w:rPr>
        <w:t>.</w:t>
      </w:r>
    </w:p>
    <w:p w14:paraId="455290EF" w14:textId="77777777"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b/>
          <w:bCs/>
          <w:sz w:val="20"/>
          <w:szCs w:val="20"/>
          <w:lang w:eastAsia="tr-TR"/>
        </w:rPr>
        <w:t>Oyuncak</w:t>
      </w:r>
      <w:proofErr w:type="spellEnd"/>
      <w:r w:rsidRPr="00D1763C">
        <w:rPr>
          <w:rFonts w:ascii="Comic Sans MS" w:eastAsia="Times New Roman" w:hAnsi="Comic Sans MS"/>
          <w:b/>
          <w:bCs/>
          <w:sz w:val="20"/>
          <w:szCs w:val="20"/>
          <w:lang w:eastAsia="tr-TR"/>
        </w:rPr>
        <w:t xml:space="preserve"> </w:t>
      </w:r>
      <w:proofErr w:type="spellStart"/>
      <w:r w:rsidRPr="00D1763C">
        <w:rPr>
          <w:rFonts w:ascii="Comic Sans MS" w:eastAsia="Times New Roman" w:hAnsi="Comic Sans MS"/>
          <w:b/>
          <w:bCs/>
          <w:sz w:val="20"/>
          <w:szCs w:val="20"/>
          <w:lang w:eastAsia="tr-TR"/>
        </w:rPr>
        <w:t>toplama</w:t>
      </w:r>
      <w:proofErr w:type="spellEnd"/>
      <w:r w:rsidRPr="00D1763C">
        <w:rPr>
          <w:rFonts w:ascii="Comic Sans MS" w:eastAsia="Times New Roman" w:hAnsi="Comic Sans MS"/>
          <w:b/>
          <w:bCs/>
          <w:sz w:val="20"/>
          <w:szCs w:val="20"/>
          <w:lang w:eastAsia="tr-TR"/>
        </w:rPr>
        <w:t xml:space="preserve"> </w:t>
      </w:r>
      <w:proofErr w:type="spellStart"/>
      <w:r w:rsidRPr="00D1763C">
        <w:rPr>
          <w:rFonts w:ascii="Comic Sans MS" w:eastAsia="Times New Roman" w:hAnsi="Comic Sans MS"/>
          <w:b/>
          <w:bCs/>
          <w:sz w:val="20"/>
          <w:szCs w:val="20"/>
          <w:lang w:eastAsia="tr-TR"/>
        </w:rPr>
        <w:t>görseli</w:t>
      </w:r>
      <w:proofErr w:type="spellEnd"/>
      <w:r w:rsidRPr="00D1763C">
        <w:rPr>
          <w:rFonts w:ascii="Comic Sans MS" w:eastAsia="Times New Roman" w:hAnsi="Comic Sans MS"/>
          <w:b/>
          <w:bCs/>
          <w:sz w:val="20"/>
          <w:szCs w:val="20"/>
          <w:lang w:eastAsia="tr-TR"/>
        </w:rPr>
        <w:t>:</w:t>
      </w:r>
      <w:r w:rsidRPr="00D1763C">
        <w:rPr>
          <w:rFonts w:ascii="Comic Sans MS" w:eastAsia="Times New Roman" w:hAnsi="Comic Sans MS"/>
          <w:sz w:val="20"/>
          <w:szCs w:val="20"/>
          <w:lang w:eastAsia="tr-TR"/>
        </w:rPr>
        <w:t xml:space="preserve"> Yerden </w:t>
      </w:r>
      <w:proofErr w:type="spellStart"/>
      <w:r w:rsidRPr="00D1763C">
        <w:rPr>
          <w:rFonts w:ascii="Comic Sans MS" w:eastAsia="Times New Roman" w:hAnsi="Comic Sans MS"/>
          <w:sz w:val="20"/>
          <w:szCs w:val="20"/>
          <w:lang w:eastAsia="tr-TR"/>
        </w:rPr>
        <w:t>oyuncak</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alıp</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kutuya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koyma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hareketi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yapılır</w:t>
      </w:r>
      <w:proofErr w:type="spellEnd"/>
      <w:r w:rsidRPr="00D1763C">
        <w:rPr>
          <w:rFonts w:ascii="Comic Sans MS" w:eastAsia="Times New Roman" w:hAnsi="Comic Sans MS"/>
          <w:sz w:val="20"/>
          <w:szCs w:val="20"/>
          <w:lang w:eastAsia="tr-TR"/>
        </w:rPr>
        <w:t xml:space="preserve">. </w:t>
      </w:r>
    </w:p>
    <w:p w14:paraId="0B8F0010" w14:textId="77777777"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sz w:val="20"/>
          <w:szCs w:val="20"/>
          <w:lang w:eastAsia="tr-TR"/>
        </w:rPr>
      </w:pPr>
      <w:r w:rsidRPr="00D1763C">
        <w:rPr>
          <w:rFonts w:ascii="Comic Sans MS" w:eastAsia="Times New Roman" w:hAnsi="Comic Sans MS"/>
          <w:b/>
          <w:bCs/>
          <w:sz w:val="20"/>
          <w:szCs w:val="20"/>
          <w:lang w:eastAsia="tr-TR"/>
        </w:rPr>
        <w:t xml:space="preserve">Oyun </w:t>
      </w:r>
      <w:proofErr w:type="spellStart"/>
      <w:r w:rsidRPr="00D1763C">
        <w:rPr>
          <w:rFonts w:ascii="Comic Sans MS" w:eastAsia="Times New Roman" w:hAnsi="Comic Sans MS"/>
          <w:b/>
          <w:bCs/>
          <w:sz w:val="20"/>
          <w:szCs w:val="20"/>
          <w:lang w:eastAsia="tr-TR"/>
        </w:rPr>
        <w:t>hamuru</w:t>
      </w:r>
      <w:proofErr w:type="spellEnd"/>
      <w:r w:rsidRPr="00D1763C">
        <w:rPr>
          <w:rFonts w:ascii="Comic Sans MS" w:eastAsia="Times New Roman" w:hAnsi="Comic Sans MS"/>
          <w:b/>
          <w:bCs/>
          <w:sz w:val="20"/>
          <w:szCs w:val="20"/>
          <w:lang w:eastAsia="tr-TR"/>
        </w:rPr>
        <w:t xml:space="preserve"> </w:t>
      </w:r>
      <w:proofErr w:type="spellStart"/>
      <w:r w:rsidRPr="00D1763C">
        <w:rPr>
          <w:rFonts w:ascii="Comic Sans MS" w:eastAsia="Times New Roman" w:hAnsi="Comic Sans MS"/>
          <w:b/>
          <w:bCs/>
          <w:sz w:val="20"/>
          <w:szCs w:val="20"/>
          <w:lang w:eastAsia="tr-TR"/>
        </w:rPr>
        <w:t>görseli</w:t>
      </w:r>
      <w:proofErr w:type="spellEnd"/>
      <w:r w:rsidRPr="00D1763C">
        <w:rPr>
          <w:rFonts w:ascii="Comic Sans MS" w:eastAsia="Times New Roman" w:hAnsi="Comic Sans MS"/>
          <w:b/>
          <w:bCs/>
          <w:sz w:val="20"/>
          <w:szCs w:val="20"/>
          <w:lang w:eastAsia="tr-TR"/>
        </w:rPr>
        <w:t>:</w:t>
      </w:r>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Hamur</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yoğurma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hareketi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yapılır</w:t>
      </w:r>
      <w:proofErr w:type="spellEnd"/>
      <w:r w:rsidRPr="00D1763C">
        <w:rPr>
          <w:rFonts w:ascii="Comic Sans MS" w:eastAsia="Times New Roman" w:hAnsi="Comic Sans MS"/>
          <w:sz w:val="20"/>
          <w:szCs w:val="20"/>
          <w:lang w:eastAsia="tr-TR"/>
        </w:rPr>
        <w:t xml:space="preserve">. </w:t>
      </w:r>
    </w:p>
    <w:p w14:paraId="0802141F" w14:textId="77777777"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b/>
          <w:bCs/>
          <w:sz w:val="20"/>
          <w:szCs w:val="20"/>
          <w:lang w:eastAsia="tr-TR"/>
        </w:rPr>
        <w:t>Selamlaşma</w:t>
      </w:r>
      <w:proofErr w:type="spellEnd"/>
      <w:r w:rsidRPr="00D1763C">
        <w:rPr>
          <w:rFonts w:ascii="Comic Sans MS" w:eastAsia="Times New Roman" w:hAnsi="Comic Sans MS"/>
          <w:b/>
          <w:bCs/>
          <w:sz w:val="20"/>
          <w:szCs w:val="20"/>
          <w:lang w:eastAsia="tr-TR"/>
        </w:rPr>
        <w:t xml:space="preserve"> </w:t>
      </w:r>
      <w:proofErr w:type="spellStart"/>
      <w:r w:rsidRPr="00D1763C">
        <w:rPr>
          <w:rFonts w:ascii="Comic Sans MS" w:eastAsia="Times New Roman" w:hAnsi="Comic Sans MS"/>
          <w:b/>
          <w:bCs/>
          <w:sz w:val="20"/>
          <w:szCs w:val="20"/>
          <w:lang w:eastAsia="tr-TR"/>
        </w:rPr>
        <w:t>görseli</w:t>
      </w:r>
      <w:proofErr w:type="spellEnd"/>
      <w:r w:rsidRPr="00D1763C">
        <w:rPr>
          <w:rFonts w:ascii="Comic Sans MS" w:eastAsia="Times New Roman" w:hAnsi="Comic Sans MS"/>
          <w:b/>
          <w:bCs/>
          <w:sz w:val="20"/>
          <w:szCs w:val="20"/>
          <w:lang w:eastAsia="tr-TR"/>
        </w:rPr>
        <w:t>:</w:t>
      </w:r>
      <w:r w:rsidRPr="00D1763C">
        <w:rPr>
          <w:rFonts w:ascii="Comic Sans MS" w:eastAsia="Times New Roman" w:hAnsi="Comic Sans MS"/>
          <w:sz w:val="20"/>
          <w:szCs w:val="20"/>
          <w:lang w:eastAsia="tr-TR"/>
        </w:rPr>
        <w:t xml:space="preserve"> El </w:t>
      </w:r>
      <w:proofErr w:type="spellStart"/>
      <w:r w:rsidRPr="00D1763C">
        <w:rPr>
          <w:rFonts w:ascii="Comic Sans MS" w:eastAsia="Times New Roman" w:hAnsi="Comic Sans MS"/>
          <w:sz w:val="20"/>
          <w:szCs w:val="20"/>
          <w:lang w:eastAsia="tr-TR"/>
        </w:rPr>
        <w:t>sallanır</w:t>
      </w:r>
      <w:proofErr w:type="spellEnd"/>
      <w:r w:rsidRPr="00D1763C">
        <w:rPr>
          <w:rFonts w:ascii="Comic Sans MS" w:eastAsia="Times New Roman" w:hAnsi="Comic Sans MS"/>
          <w:sz w:val="20"/>
          <w:szCs w:val="20"/>
          <w:lang w:eastAsia="tr-TR"/>
        </w:rPr>
        <w:t xml:space="preserve">. </w:t>
      </w:r>
    </w:p>
    <w:p w14:paraId="52CAA67A" w14:textId="77777777"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b/>
          <w:bCs/>
          <w:sz w:val="20"/>
          <w:szCs w:val="20"/>
          <w:lang w:eastAsia="tr-TR"/>
        </w:rPr>
        <w:t>Müzik</w:t>
      </w:r>
      <w:proofErr w:type="spellEnd"/>
      <w:r w:rsidRPr="00D1763C">
        <w:rPr>
          <w:rFonts w:ascii="Comic Sans MS" w:eastAsia="Times New Roman" w:hAnsi="Comic Sans MS"/>
          <w:b/>
          <w:bCs/>
          <w:sz w:val="20"/>
          <w:szCs w:val="20"/>
          <w:lang w:eastAsia="tr-TR"/>
        </w:rPr>
        <w:t xml:space="preserve"> </w:t>
      </w:r>
      <w:proofErr w:type="spellStart"/>
      <w:r w:rsidRPr="00D1763C">
        <w:rPr>
          <w:rFonts w:ascii="Comic Sans MS" w:eastAsia="Times New Roman" w:hAnsi="Comic Sans MS"/>
          <w:b/>
          <w:bCs/>
          <w:sz w:val="20"/>
          <w:szCs w:val="20"/>
          <w:lang w:eastAsia="tr-TR"/>
        </w:rPr>
        <w:t>görseli</w:t>
      </w:r>
      <w:proofErr w:type="spellEnd"/>
      <w:r w:rsidRPr="00D1763C">
        <w:rPr>
          <w:rFonts w:ascii="Comic Sans MS" w:eastAsia="Times New Roman" w:hAnsi="Comic Sans MS"/>
          <w:b/>
          <w:bCs/>
          <w:sz w:val="20"/>
          <w:szCs w:val="20"/>
          <w:lang w:eastAsia="tr-TR"/>
        </w:rPr>
        <w:t>:</w:t>
      </w:r>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Ellerle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ritim</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tutulur</w:t>
      </w:r>
      <w:proofErr w:type="spellEnd"/>
      <w:r w:rsidRPr="00D1763C">
        <w:rPr>
          <w:rFonts w:ascii="Comic Sans MS" w:eastAsia="Times New Roman" w:hAnsi="Comic Sans MS"/>
          <w:sz w:val="20"/>
          <w:szCs w:val="20"/>
          <w:lang w:eastAsia="tr-TR"/>
        </w:rPr>
        <w:t xml:space="preserve">. </w:t>
      </w:r>
    </w:p>
    <w:p w14:paraId="43617F85" w14:textId="77777777" w:rsidR="000F2200" w:rsidRPr="00D1763C" w:rsidRDefault="000F2200" w:rsidP="000F2200">
      <w:pPr>
        <w:numPr>
          <w:ilvl w:val="0"/>
          <w:numId w:val="14"/>
        </w:numPr>
        <w:spacing w:before="100" w:beforeAutospacing="1" w:after="100" w:afterAutospacing="1" w:line="240" w:lineRule="auto"/>
        <w:rPr>
          <w:rFonts w:ascii="Comic Sans MS" w:eastAsia="Times New Roman" w:hAnsi="Comic Sans MS"/>
          <w:b/>
          <w:bCs/>
          <w:sz w:val="20"/>
          <w:szCs w:val="20"/>
          <w:lang w:eastAsia="tr-TR"/>
        </w:rPr>
      </w:pPr>
      <w:r w:rsidRPr="00D1763C">
        <w:rPr>
          <w:rFonts w:ascii="Comic Sans MS" w:hAnsi="Comic Sans MS"/>
          <w:b/>
          <w:bCs/>
          <w:sz w:val="20"/>
          <w:szCs w:val="20"/>
        </w:rPr>
        <w:t xml:space="preserve">Sanat </w:t>
      </w:r>
      <w:proofErr w:type="spellStart"/>
      <w:r w:rsidRPr="00D1763C">
        <w:rPr>
          <w:rFonts w:ascii="Comic Sans MS" w:hAnsi="Comic Sans MS"/>
          <w:b/>
          <w:bCs/>
          <w:sz w:val="20"/>
          <w:szCs w:val="20"/>
        </w:rPr>
        <w:t>çalışması</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görseli</w:t>
      </w:r>
      <w:proofErr w:type="spellEnd"/>
      <w:r w:rsidRPr="00D1763C">
        <w:rPr>
          <w:rFonts w:ascii="Comic Sans MS" w:hAnsi="Comic Sans MS"/>
          <w:b/>
          <w:bCs/>
          <w:sz w:val="20"/>
          <w:szCs w:val="20"/>
        </w:rPr>
        <w:t>:</w:t>
      </w:r>
      <w:r w:rsidRPr="00D1763C">
        <w:rPr>
          <w:rFonts w:ascii="Comic Sans MS" w:hAnsi="Comic Sans MS"/>
          <w:sz w:val="20"/>
          <w:szCs w:val="20"/>
        </w:rPr>
        <w:t xml:space="preserve"> </w:t>
      </w:r>
      <w:proofErr w:type="spellStart"/>
      <w:r w:rsidRPr="00D1763C">
        <w:rPr>
          <w:rFonts w:ascii="Comic Sans MS" w:hAnsi="Comic Sans MS"/>
          <w:sz w:val="20"/>
          <w:szCs w:val="20"/>
        </w:rPr>
        <w:t>Hayalî</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kâğıda</w:t>
      </w:r>
      <w:proofErr w:type="spellEnd"/>
      <w:r w:rsidRPr="00D1763C">
        <w:rPr>
          <w:rFonts w:ascii="Comic Sans MS" w:hAnsi="Comic Sans MS"/>
          <w:sz w:val="20"/>
          <w:szCs w:val="20"/>
        </w:rPr>
        <w:t xml:space="preserve"> pastel </w:t>
      </w:r>
      <w:proofErr w:type="spellStart"/>
      <w:r w:rsidRPr="00D1763C">
        <w:rPr>
          <w:rFonts w:ascii="Comic Sans MS" w:hAnsi="Comic Sans MS"/>
          <w:sz w:val="20"/>
          <w:szCs w:val="20"/>
        </w:rPr>
        <w:t>boya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resim</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yapılır</w:t>
      </w:r>
      <w:proofErr w:type="spellEnd"/>
      <w:r w:rsidRPr="00D1763C">
        <w:rPr>
          <w:rFonts w:ascii="Comic Sans MS" w:hAnsi="Comic Sans MS"/>
          <w:sz w:val="20"/>
          <w:szCs w:val="20"/>
        </w:rPr>
        <w:t>.</w:t>
      </w:r>
    </w:p>
    <w:p w14:paraId="5B1AE5EC" w14:textId="0E65EC0F" w:rsidR="00607879" w:rsidRPr="00D1763C" w:rsidRDefault="00A43E66" w:rsidP="000F2200">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lastRenderedPageBreak/>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günlük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akış</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panosunu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göstererek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Yemekten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önce</w:t>
      </w:r>
      <w:proofErr w:type="spellEnd"/>
      <w:r w:rsidRPr="00D1763C">
        <w:rPr>
          <w:rFonts w:ascii="Comic Sans MS" w:hAnsi="Comic Sans MS"/>
          <w:color w:val="000000"/>
          <w:sz w:val="20"/>
          <w:szCs w:val="20"/>
        </w:rPr>
        <w:t xml:space="preserve"> ne </w:t>
      </w:r>
      <w:proofErr w:type="spellStart"/>
      <w:r w:rsidRPr="00D1763C">
        <w:rPr>
          <w:rFonts w:ascii="Comic Sans MS" w:hAnsi="Comic Sans MS"/>
          <w:color w:val="000000"/>
          <w:sz w:val="20"/>
          <w:szCs w:val="20"/>
        </w:rPr>
        <w:t>yapıyoruz</w:t>
      </w:r>
      <w:proofErr w:type="spellEnd"/>
      <w:r w:rsidRPr="00D1763C">
        <w:rPr>
          <w:rFonts w:ascii="Comic Sans MS" w:hAnsi="Comic Sans MS"/>
          <w:color w:val="000000"/>
          <w:sz w:val="20"/>
          <w:szCs w:val="20"/>
        </w:rPr>
        <w:t xml:space="preserve">?”, “Oyun </w:t>
      </w:r>
      <w:proofErr w:type="spellStart"/>
      <w:r w:rsidRPr="00D1763C">
        <w:rPr>
          <w:rFonts w:ascii="Comic Sans MS" w:hAnsi="Comic Sans MS"/>
          <w:color w:val="000000"/>
          <w:sz w:val="20"/>
          <w:szCs w:val="20"/>
        </w:rPr>
        <w:t>bittikten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sonra</w:t>
      </w:r>
      <w:proofErr w:type="spellEnd"/>
      <w:r w:rsidRPr="00D1763C">
        <w:rPr>
          <w:rFonts w:ascii="Comic Sans MS" w:hAnsi="Comic Sans MS"/>
          <w:color w:val="000000"/>
          <w:sz w:val="20"/>
          <w:szCs w:val="20"/>
        </w:rPr>
        <w:t xml:space="preserve"> ne </w:t>
      </w:r>
      <w:proofErr w:type="spellStart"/>
      <w:r w:rsidRPr="00D1763C">
        <w:rPr>
          <w:rFonts w:ascii="Comic Sans MS" w:hAnsi="Comic Sans MS"/>
          <w:color w:val="000000"/>
          <w:sz w:val="20"/>
          <w:szCs w:val="20"/>
        </w:rPr>
        <w:t>yapıyoruz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diye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sorar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yaşadıklarından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örnekler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cevaplar</w:t>
      </w:r>
      <w:proofErr w:type="spellEnd"/>
      <w:r w:rsidRPr="00D1763C">
        <w:rPr>
          <w:rFonts w:ascii="Comic Sans MS" w:hAnsi="Comic Sans MS"/>
          <w:color w:val="000000"/>
          <w:sz w:val="20"/>
          <w:szCs w:val="20"/>
        </w:rPr>
        <w:t>. (TAKB.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w:t>
      </w:r>
    </w:p>
    <w:p w14:paraId="2FE6E104" w14:textId="39255FD0" w:rsidR="000F2200" w:rsidRPr="00D1763C" w:rsidRDefault="00A43E66" w:rsidP="000F2200">
      <w:pPr>
        <w:pStyle w:val="Balk2"/>
        <w:keepLines w:val="0"/>
        <w:spacing w:before="100" w:after="40" w:line="240" w:lineRule="auto"/>
        <w:rPr>
          <w:rFonts w:ascii="Comic Sans MS" w:hAnsi="Comic Sans MS"/>
          <w:color w:val="002060"/>
          <w:sz w:val="20"/>
          <w:szCs w:val="20"/>
        </w:rPr>
      </w:pPr>
      <w:proofErr w:type="spellStart"/>
      <w:r w:rsidRPr="00D1763C">
        <w:rPr>
          <w:rFonts w:ascii="Comic Sans MS" w:hAnsi="Comic Sans MS"/>
          <w:color w:val="000000" w:themeColor="text1"/>
          <w:sz w:val="20"/>
          <w:szCs w:val="20"/>
        </w:rPr>
        <w:t>Müzik</w:t>
      </w:r>
      <w:proofErr w:type="spellEnd"/>
      <w:r w:rsidR="000F2200" w:rsidRPr="00D1763C">
        <w:rPr>
          <w:rFonts w:ascii="Comic Sans MS" w:hAnsi="Comic Sans MS"/>
          <w:color w:val="000000" w:themeColor="text1"/>
          <w:sz w:val="20"/>
          <w:szCs w:val="20"/>
        </w:rPr>
        <w:t xml:space="preserve"> </w:t>
      </w:r>
      <w:proofErr w:type="spellStart"/>
      <w:r w:rsidR="000F2200" w:rsidRPr="00D1763C">
        <w:rPr>
          <w:rFonts w:ascii="Comic Sans MS" w:hAnsi="Comic Sans MS"/>
          <w:color w:val="000000" w:themeColor="text1"/>
          <w:sz w:val="20"/>
          <w:szCs w:val="20"/>
        </w:rPr>
        <w:t>ve</w:t>
      </w:r>
      <w:proofErr w:type="spellEnd"/>
      <w:r w:rsidRPr="00D1763C">
        <w:rPr>
          <w:rFonts w:ascii="Comic Sans MS" w:hAnsi="Comic Sans MS"/>
          <w:color w:val="000000" w:themeColor="text1"/>
          <w:sz w:val="20"/>
          <w:szCs w:val="20"/>
        </w:rPr>
        <w:t xml:space="preserve"> </w:t>
      </w:r>
      <w:proofErr w:type="spellStart"/>
      <w:r w:rsidR="000F2200" w:rsidRPr="00D1763C">
        <w:rPr>
          <w:rFonts w:ascii="Comic Sans MS" w:hAnsi="Comic Sans MS"/>
          <w:color w:val="000000" w:themeColor="text1"/>
          <w:sz w:val="20"/>
          <w:szCs w:val="20"/>
        </w:rPr>
        <w:t>Hareket</w:t>
      </w:r>
      <w:proofErr w:type="spellEnd"/>
      <w:r w:rsidR="000F2200" w:rsidRPr="00D1763C">
        <w:rPr>
          <w:rFonts w:ascii="Comic Sans MS" w:hAnsi="Comic Sans MS"/>
          <w:color w:val="000000" w:themeColor="text1"/>
          <w:sz w:val="20"/>
          <w:szCs w:val="20"/>
        </w:rPr>
        <w:t xml:space="preserve"> </w:t>
      </w:r>
      <w:proofErr w:type="spellStart"/>
      <w:r w:rsidR="000F2200" w:rsidRPr="00D1763C">
        <w:rPr>
          <w:rFonts w:ascii="Comic Sans MS" w:hAnsi="Comic Sans MS"/>
          <w:color w:val="000000" w:themeColor="text1"/>
          <w:sz w:val="20"/>
          <w:szCs w:val="20"/>
        </w:rPr>
        <w:t>ve</w:t>
      </w:r>
      <w:proofErr w:type="spellEnd"/>
      <w:r w:rsidR="000F2200" w:rsidRPr="00D1763C">
        <w:rPr>
          <w:rFonts w:ascii="Comic Sans MS" w:hAnsi="Comic Sans MS"/>
          <w:color w:val="000000" w:themeColor="text1"/>
          <w:sz w:val="20"/>
          <w:szCs w:val="20"/>
        </w:rPr>
        <w:t xml:space="preserve"> </w:t>
      </w:r>
      <w:proofErr w:type="spellStart"/>
      <w:r w:rsidR="000F2200" w:rsidRPr="00D1763C">
        <w:rPr>
          <w:rFonts w:ascii="Comic Sans MS" w:hAnsi="Comic Sans MS"/>
          <w:color w:val="000000" w:themeColor="text1"/>
          <w:sz w:val="20"/>
          <w:szCs w:val="20"/>
        </w:rPr>
        <w:t>Sağlık</w:t>
      </w:r>
      <w:proofErr w:type="spellEnd"/>
      <w:r w:rsidR="000F2200" w:rsidRPr="00D1763C">
        <w:rPr>
          <w:rFonts w:ascii="Comic Sans MS" w:hAnsi="Comic Sans MS"/>
          <w:color w:val="000000" w:themeColor="text1"/>
          <w:sz w:val="20"/>
          <w:szCs w:val="20"/>
        </w:rPr>
        <w:t xml:space="preserve"> (Büyük </w:t>
      </w:r>
      <w:proofErr w:type="spellStart"/>
      <w:r w:rsidR="000F2200" w:rsidRPr="00D1763C">
        <w:rPr>
          <w:rFonts w:ascii="Comic Sans MS" w:hAnsi="Comic Sans MS"/>
          <w:color w:val="000000" w:themeColor="text1"/>
          <w:sz w:val="20"/>
          <w:szCs w:val="20"/>
        </w:rPr>
        <w:t>Grup</w:t>
      </w:r>
      <w:proofErr w:type="spellEnd"/>
      <w:r w:rsidR="000F2200" w:rsidRPr="00D1763C">
        <w:rPr>
          <w:rFonts w:ascii="Comic Sans MS" w:hAnsi="Comic Sans MS"/>
          <w:color w:val="000000" w:themeColor="text1"/>
          <w:sz w:val="20"/>
          <w:szCs w:val="20"/>
        </w:rPr>
        <w:t xml:space="preserve"> </w:t>
      </w:r>
      <w:proofErr w:type="spellStart"/>
      <w:r w:rsidR="000F2200" w:rsidRPr="00D1763C">
        <w:rPr>
          <w:rFonts w:ascii="Comic Sans MS" w:hAnsi="Comic Sans MS"/>
          <w:color w:val="000000" w:themeColor="text1"/>
          <w:sz w:val="20"/>
          <w:szCs w:val="20"/>
        </w:rPr>
        <w:t>Etkinliği</w:t>
      </w:r>
      <w:proofErr w:type="spellEnd"/>
      <w:r w:rsidR="000F2200" w:rsidRPr="00D1763C">
        <w:rPr>
          <w:rFonts w:ascii="Comic Sans MS" w:hAnsi="Comic Sans MS"/>
          <w:color w:val="000000" w:themeColor="text1"/>
          <w:sz w:val="20"/>
          <w:szCs w:val="20"/>
        </w:rPr>
        <w:t>)</w:t>
      </w:r>
    </w:p>
    <w:p w14:paraId="61CBE366"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“Bu </w:t>
      </w:r>
      <w:proofErr w:type="spellStart"/>
      <w:r w:rsidRPr="00D1763C">
        <w:rPr>
          <w:rFonts w:ascii="Comic Sans MS" w:hAnsi="Comic Sans MS"/>
          <w:color w:val="000000"/>
          <w:sz w:val="20"/>
          <w:szCs w:val="20"/>
        </w:rPr>
        <w:t>hafta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yaptıklarımızı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şimdi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hareketlerle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canlandıralım</w:t>
      </w:r>
      <w:proofErr w:type="spellEnd"/>
      <w:r w:rsidRPr="00D1763C">
        <w:rPr>
          <w:rFonts w:ascii="Comic Sans MS" w:hAnsi="Comic Sans MS"/>
          <w:color w:val="000000"/>
          <w:sz w:val="20"/>
          <w:szCs w:val="20"/>
        </w:rPr>
        <w:t xml:space="preserve">.” der. “İlk </w:t>
      </w:r>
      <w:proofErr w:type="spellStart"/>
      <w:r w:rsidRPr="00D1763C">
        <w:rPr>
          <w:rFonts w:ascii="Comic Sans MS" w:hAnsi="Comic Sans MS"/>
          <w:color w:val="000000"/>
          <w:sz w:val="20"/>
          <w:szCs w:val="20"/>
        </w:rPr>
        <w:t>Haftam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şarkısını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önce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kendisi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gösterir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Ardından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şarkıyı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grupla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söyleyişine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varsa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şarkının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kaydına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hareketlerle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eşlik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aralarında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yeterli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mesafe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bırakır</w:t>
      </w:r>
      <w:proofErr w:type="spellEnd"/>
      <w:r w:rsidRPr="00D1763C">
        <w:rPr>
          <w:rFonts w:ascii="Comic Sans MS" w:hAnsi="Comic Sans MS"/>
          <w:color w:val="000000"/>
          <w:sz w:val="20"/>
          <w:szCs w:val="20"/>
        </w:rPr>
        <w:t>. (MSB.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MHB.2.a, HSAB.5.b, E2.5)</w:t>
      </w:r>
    </w:p>
    <w:p w14:paraId="793E5A72" w14:textId="77777777" w:rsidR="000F2200" w:rsidRPr="00D1763C" w:rsidRDefault="000F2200" w:rsidP="000F2200">
      <w:pPr>
        <w:pStyle w:val="pdq2pgselectionanchorcontainer"/>
        <w:spacing w:after="0" w:afterAutospacing="0"/>
        <w:rPr>
          <w:rFonts w:ascii="Comic Sans MS" w:hAnsi="Comic Sans MS"/>
          <w:b/>
          <w:bCs/>
          <w:color w:val="FF0000"/>
          <w:sz w:val="20"/>
          <w:szCs w:val="20"/>
        </w:rPr>
      </w:pPr>
      <w:r w:rsidRPr="00D1763C">
        <w:rPr>
          <w:rFonts w:ascii="Comic Sans MS" w:hAnsi="Comic Sans MS"/>
          <w:b/>
          <w:bCs/>
          <w:color w:val="FF0000"/>
          <w:sz w:val="20"/>
          <w:szCs w:val="20"/>
        </w:rPr>
        <w:t>İLK HAFTAM ŞARKISI</w:t>
      </w:r>
    </w:p>
    <w:p w14:paraId="6820D10E"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Öğretmen çocukları hareket etkinliğine hazırlamak için şarkının hareketlerini önce model olur.</w:t>
      </w:r>
    </w:p>
    <w:p w14:paraId="4E00F9DA"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Okuluma geldim ben, (Yerinde yürüme hareketi yapılır.)</w:t>
      </w:r>
    </w:p>
    <w:p w14:paraId="167DEC07"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Kapıdan girdim hemen. (Ellerle kapı açma hareketi yapılır.)</w:t>
      </w:r>
    </w:p>
    <w:p w14:paraId="77D4751F"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Öğretmenime el salladım, (Gülümseyerek el sallanır.)</w:t>
      </w:r>
    </w:p>
    <w:p w14:paraId="2C9E2963"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Arkadaşımı selamladım. (Yanındaki arkadaşına dönülerek başla selam verilir.)</w:t>
      </w:r>
    </w:p>
    <w:p w14:paraId="4AA69002"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Oyun oynadım neşeyle, (Hayalî bir top iki elle yukarı doğru atılır.)</w:t>
      </w:r>
    </w:p>
    <w:p w14:paraId="72EF7CC8"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Topladım bitince, (Yerden oyuncak alıp kutuya koyma hareketi yapılır.)</w:t>
      </w:r>
    </w:p>
    <w:p w14:paraId="6892FF9D"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Ellerimi yıkadım, (Eller birbirine sürtülerek yıkama hareketi yapılır.)</w:t>
      </w:r>
    </w:p>
    <w:p w14:paraId="6A6506B8"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Mis gibi oldum yine! (Eller buruna yaklaştırılarak koklama hareketi yapılır.)</w:t>
      </w:r>
    </w:p>
    <w:p w14:paraId="40BFB522"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Bir haftayı bitirdim, (Bir elin beş parmağı gösterilir.)</w:t>
      </w:r>
    </w:p>
    <w:p w14:paraId="1594AF99"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Ne çok şey öğrendim! (Eller başın iki yanına götürülür.)</w:t>
      </w:r>
    </w:p>
    <w:p w14:paraId="042136AF" w14:textId="77777777" w:rsidR="000F2200" w:rsidRPr="00D1763C" w:rsidRDefault="000F2200" w:rsidP="000F2200">
      <w:pPr>
        <w:pStyle w:val="NormalWeb"/>
        <w:spacing w:before="0" w:after="0"/>
        <w:rPr>
          <w:rFonts w:ascii="Comic Sans MS" w:hAnsi="Comic Sans MS"/>
          <w:sz w:val="20"/>
          <w:szCs w:val="20"/>
        </w:rPr>
      </w:pPr>
      <w:r w:rsidRPr="00D1763C">
        <w:rPr>
          <w:rFonts w:ascii="Comic Sans MS" w:hAnsi="Comic Sans MS"/>
          <w:sz w:val="20"/>
          <w:szCs w:val="20"/>
        </w:rPr>
        <w:t>Okulumda büyürken, (Ayak ucunda yükselerek kollar yukarı uzatılır.)</w:t>
      </w:r>
    </w:p>
    <w:p w14:paraId="093B9099" w14:textId="77777777" w:rsidR="000F2200" w:rsidRPr="00D1763C" w:rsidRDefault="000F2200" w:rsidP="000F2200">
      <w:pPr>
        <w:pStyle w:val="NormalWeb"/>
        <w:spacing w:before="0"/>
        <w:rPr>
          <w:rFonts w:ascii="Comic Sans MS" w:hAnsi="Comic Sans MS"/>
          <w:b/>
          <w:bCs/>
          <w:sz w:val="20"/>
          <w:szCs w:val="20"/>
        </w:rPr>
      </w:pPr>
      <w:r w:rsidRPr="00D1763C">
        <w:rPr>
          <w:rFonts w:ascii="Comic Sans MS" w:hAnsi="Comic Sans MS"/>
          <w:sz w:val="20"/>
          <w:szCs w:val="20"/>
        </w:rPr>
        <w:t xml:space="preserve">Mutlulukla eğlendim! (Eller havaya kaldırılarak neşeyle sallanır.) </w:t>
      </w:r>
      <w:proofErr w:type="spellStart"/>
      <w:r w:rsidRPr="00D1763C">
        <w:rPr>
          <w:rFonts w:ascii="Comic Sans MS" w:hAnsi="Comic Sans MS"/>
          <w:b/>
          <w:bCs/>
          <w:sz w:val="20"/>
          <w:szCs w:val="20"/>
        </w:rPr>
        <w:t>Anneninokulu</w:t>
      </w:r>
      <w:proofErr w:type="spellEnd"/>
    </w:p>
    <w:p w14:paraId="0490A6E5" w14:textId="5C31CBFB" w:rsidR="00607879" w:rsidRPr="00D1763C" w:rsidRDefault="00A43E66">
      <w:pPr>
        <w:spacing w:after="40" w:line="240" w:lineRule="auto"/>
        <w:rPr>
          <w:rFonts w:ascii="Comic Sans MS" w:hAnsi="Comic Sans MS"/>
          <w:color w:val="000000"/>
          <w:sz w:val="20"/>
          <w:szCs w:val="20"/>
        </w:rPr>
      </w:pPr>
      <w:proofErr w:type="spellStart"/>
      <w:r w:rsidRPr="00D1763C">
        <w:rPr>
          <w:rFonts w:ascii="Comic Sans MS" w:hAnsi="Comic Sans MS"/>
          <w:color w:val="000000"/>
          <w:sz w:val="20"/>
          <w:szCs w:val="20"/>
        </w:rPr>
        <w:t>Şarkının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ardından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Şarkımızda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geldiğimizi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söyledik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Şimdi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evimiz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okulumuz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oynayalım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diyerek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Evimize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Okulumuza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oyununa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geçer</w:t>
      </w:r>
      <w:proofErr w:type="spellEnd"/>
      <w:r w:rsidRPr="00D1763C">
        <w:rPr>
          <w:rFonts w:ascii="Comic Sans MS" w:hAnsi="Comic Sans MS"/>
          <w:color w:val="000000"/>
          <w:sz w:val="20"/>
          <w:szCs w:val="20"/>
        </w:rPr>
        <w:t>.</w:t>
      </w:r>
    </w:p>
    <w:p w14:paraId="17E72015" w14:textId="747A3512" w:rsidR="00F22E3A" w:rsidRPr="00D1763C" w:rsidRDefault="008C2290" w:rsidP="00F22E3A">
      <w:pPr>
        <w:pStyle w:val="NormalWeb"/>
        <w:rPr>
          <w:rFonts w:ascii="Comic Sans MS" w:hAnsi="Comic Sans MS"/>
          <w:sz w:val="20"/>
          <w:szCs w:val="20"/>
        </w:rPr>
      </w:pPr>
      <w:hyperlink r:id="rId9" w:history="1">
        <w:r w:rsidR="00F22E3A" w:rsidRPr="00D1763C">
          <w:rPr>
            <w:rStyle w:val="Kpr"/>
            <w:rFonts w:ascii="Comic Sans MS" w:eastAsiaTheme="majorEastAsia" w:hAnsi="Comic Sans MS"/>
            <w:color w:val="0070C0"/>
            <w:sz w:val="20"/>
            <w:szCs w:val="20"/>
            <w:shd w:val="clear" w:color="auto" w:fill="F8F8F8"/>
          </w:rPr>
          <w:t>Evimize Köyümüze</w:t>
        </w:r>
      </w:hyperlink>
      <w:r w:rsidR="00F22E3A" w:rsidRPr="00D1763C">
        <w:rPr>
          <w:rFonts w:ascii="Comic Sans MS" w:hAnsi="Comic Sans MS"/>
          <w:color w:val="0070C0"/>
          <w:sz w:val="20"/>
          <w:szCs w:val="20"/>
          <w:shd w:val="clear" w:color="auto" w:fill="F8F8F8"/>
        </w:rPr>
        <w:t xml:space="preserve"> </w:t>
      </w:r>
      <w:r w:rsidR="00F22E3A" w:rsidRPr="00D1763C">
        <w:rPr>
          <w:rFonts w:ascii="Comic Sans MS" w:hAnsi="Comic Sans MS"/>
          <w:color w:val="000000"/>
          <w:sz w:val="20"/>
          <w:szCs w:val="20"/>
          <w:shd w:val="clear" w:color="auto" w:fill="F8F8F8"/>
        </w:rPr>
        <w:t>o</w:t>
      </w:r>
      <w:r w:rsidR="00F22E3A" w:rsidRPr="00D1763C">
        <w:rPr>
          <w:rFonts w:ascii="Comic Sans MS" w:hAnsi="Comic Sans MS"/>
          <w:color w:val="000000"/>
          <w:sz w:val="20"/>
          <w:szCs w:val="20"/>
        </w:rPr>
        <w:t xml:space="preserve">yunu için </w:t>
      </w:r>
      <w:r w:rsidR="00F22E3A" w:rsidRPr="00D1763C">
        <w:rPr>
          <w:rFonts w:ascii="Comic Sans MS" w:hAnsi="Comic Sans MS"/>
          <w:color w:val="111111"/>
          <w:sz w:val="20"/>
          <w:szCs w:val="20"/>
          <w:shd w:val="clear" w:color="auto" w:fill="F8F8F8"/>
        </w:rPr>
        <w:t xml:space="preserve">sınıfta boydan </w:t>
      </w:r>
      <w:proofErr w:type="gramStart"/>
      <w:r w:rsidR="00F22E3A" w:rsidRPr="00D1763C">
        <w:rPr>
          <w:rFonts w:ascii="Comic Sans MS" w:hAnsi="Comic Sans MS"/>
          <w:color w:val="111111"/>
          <w:sz w:val="20"/>
          <w:szCs w:val="20"/>
          <w:shd w:val="clear" w:color="auto" w:fill="F8F8F8"/>
        </w:rPr>
        <w:t>boya  bir</w:t>
      </w:r>
      <w:proofErr w:type="gramEnd"/>
      <w:r w:rsidR="00F22E3A" w:rsidRPr="00D1763C">
        <w:rPr>
          <w:rFonts w:ascii="Comic Sans MS" w:hAnsi="Comic Sans MS"/>
          <w:color w:val="111111"/>
          <w:sz w:val="20"/>
          <w:szCs w:val="20"/>
          <w:shd w:val="clear" w:color="auto" w:fill="F8F8F8"/>
        </w:rPr>
        <w:t xml:space="preserve"> kağıt bant yapıştırı</w:t>
      </w:r>
      <w:r w:rsidR="00F22E3A" w:rsidRPr="00D1763C">
        <w:rPr>
          <w:rFonts w:ascii="Comic Sans MS" w:hAnsi="Comic Sans MS"/>
          <w:color w:val="111111"/>
          <w:sz w:val="20"/>
          <w:szCs w:val="20"/>
        </w:rPr>
        <w:t>lır.</w:t>
      </w:r>
      <w:r w:rsidR="00F22E3A" w:rsidRPr="00D1763C">
        <w:rPr>
          <w:rFonts w:ascii="Comic Sans MS" w:hAnsi="Comic Sans MS"/>
          <w:color w:val="111111"/>
          <w:sz w:val="20"/>
          <w:szCs w:val="20"/>
          <w:shd w:val="clear" w:color="auto" w:fill="F8F8F8"/>
        </w:rPr>
        <w:t xml:space="preserve"> Bant yapıştırı</w:t>
      </w:r>
      <w:r w:rsidR="00F22E3A" w:rsidRPr="00D1763C">
        <w:rPr>
          <w:rFonts w:ascii="Comic Sans MS" w:hAnsi="Comic Sans MS"/>
          <w:color w:val="111111"/>
          <w:sz w:val="20"/>
          <w:szCs w:val="20"/>
        </w:rPr>
        <w:t>lan</w:t>
      </w:r>
      <w:r w:rsidR="00F22E3A" w:rsidRPr="00D1763C">
        <w:rPr>
          <w:rFonts w:ascii="Comic Sans MS" w:hAnsi="Comic Sans MS"/>
          <w:color w:val="111111"/>
          <w:sz w:val="20"/>
          <w:szCs w:val="20"/>
          <w:shd w:val="clear" w:color="auto" w:fill="F8F8F8"/>
        </w:rPr>
        <w:t xml:space="preserve"> yerin bir tarafını evimiz diğer tarafı köyümüz olarak belirl</w:t>
      </w:r>
      <w:r w:rsidR="00F22E3A" w:rsidRPr="00D1763C">
        <w:rPr>
          <w:rFonts w:ascii="Comic Sans MS" w:hAnsi="Comic Sans MS"/>
          <w:color w:val="111111"/>
          <w:sz w:val="20"/>
          <w:szCs w:val="20"/>
        </w:rPr>
        <w:t>e</w:t>
      </w:r>
      <w:r w:rsidR="00F22E3A" w:rsidRPr="00D1763C">
        <w:rPr>
          <w:rFonts w:ascii="Comic Sans MS" w:hAnsi="Comic Sans MS"/>
          <w:color w:val="111111"/>
          <w:sz w:val="20"/>
          <w:szCs w:val="20"/>
          <w:shd w:val="clear" w:color="auto" w:fill="F8F8F8"/>
        </w:rPr>
        <w:t>n</w:t>
      </w:r>
      <w:r w:rsidR="00F22E3A" w:rsidRPr="00D1763C">
        <w:rPr>
          <w:rFonts w:ascii="Comic Sans MS" w:hAnsi="Comic Sans MS"/>
          <w:color w:val="111111"/>
          <w:sz w:val="20"/>
          <w:szCs w:val="20"/>
        </w:rPr>
        <w:t>i</w:t>
      </w:r>
      <w:r w:rsidR="00F22E3A" w:rsidRPr="00D1763C">
        <w:rPr>
          <w:rFonts w:ascii="Comic Sans MS" w:hAnsi="Comic Sans MS"/>
          <w:color w:val="111111"/>
          <w:sz w:val="20"/>
          <w:szCs w:val="20"/>
          <w:shd w:val="clear" w:color="auto" w:fill="F8F8F8"/>
        </w:rPr>
        <w:t xml:space="preserve">r. </w:t>
      </w:r>
      <w:r w:rsidR="00F22E3A" w:rsidRPr="00D1763C">
        <w:rPr>
          <w:rFonts w:ascii="Comic Sans MS" w:hAnsi="Comic Sans MS"/>
          <w:sz w:val="20"/>
          <w:szCs w:val="20"/>
        </w:rPr>
        <w:t xml:space="preserve">Oyunun </w:t>
      </w:r>
      <w:r w:rsidR="00F22E3A" w:rsidRPr="00D1763C">
        <w:rPr>
          <w:rFonts w:ascii="Comic Sans MS" w:hAnsi="Comic Sans MS"/>
          <w:color w:val="111111"/>
          <w:sz w:val="20"/>
          <w:szCs w:val="20"/>
          <w:shd w:val="clear" w:color="auto" w:fill="F8F8F8"/>
        </w:rPr>
        <w:t>nasıl oynanacağı çocuklara anlatıl</w:t>
      </w:r>
      <w:r w:rsidR="00F22E3A" w:rsidRPr="00D1763C">
        <w:rPr>
          <w:rFonts w:ascii="Comic Sans MS" w:hAnsi="Comic Sans MS"/>
          <w:color w:val="111111"/>
          <w:sz w:val="20"/>
          <w:szCs w:val="20"/>
        </w:rPr>
        <w:t>ı</w:t>
      </w:r>
      <w:r w:rsidR="00F22E3A" w:rsidRPr="00D1763C">
        <w:rPr>
          <w:rFonts w:ascii="Comic Sans MS" w:hAnsi="Comic Sans MS"/>
          <w:color w:val="111111"/>
          <w:sz w:val="20"/>
          <w:szCs w:val="20"/>
          <w:shd w:val="clear" w:color="auto" w:fill="F8F8F8"/>
        </w:rPr>
        <w:t>r</w:t>
      </w:r>
      <w:r w:rsidR="00F22E3A" w:rsidRPr="00D1763C">
        <w:rPr>
          <w:rFonts w:ascii="Comic Sans MS" w:hAnsi="Comic Sans MS"/>
          <w:color w:val="000000"/>
          <w:sz w:val="20"/>
          <w:szCs w:val="20"/>
          <w:shd w:val="clear" w:color="auto" w:fill="F8F8F8"/>
        </w:rPr>
        <w:t xml:space="preserve">. </w:t>
      </w:r>
      <w:r w:rsidR="00F22E3A" w:rsidRPr="00D1763C">
        <w:rPr>
          <w:rFonts w:ascii="Comic Sans MS" w:hAnsi="Comic Sans MS"/>
          <w:bCs/>
          <w:color w:val="000000"/>
          <w:sz w:val="20"/>
          <w:szCs w:val="20"/>
          <w:shd w:val="clear" w:color="auto" w:fill="FAFAFA"/>
        </w:rPr>
        <w:t>Öğretmen çocuklara “Evimize” dediği zaman ilgili tarafa</w:t>
      </w:r>
      <w:proofErr w:type="gramStart"/>
      <w:r w:rsidR="00F22E3A" w:rsidRPr="00D1763C">
        <w:rPr>
          <w:rFonts w:ascii="Comic Sans MS" w:hAnsi="Comic Sans MS"/>
          <w:bCs/>
          <w:color w:val="000000"/>
          <w:sz w:val="20"/>
          <w:szCs w:val="20"/>
          <w:shd w:val="clear" w:color="auto" w:fill="FAFAFA"/>
        </w:rPr>
        <w:t>, ”Köyümüze</w:t>
      </w:r>
      <w:proofErr w:type="gramEnd"/>
      <w:r w:rsidR="00F22E3A" w:rsidRPr="00D1763C">
        <w:rPr>
          <w:rFonts w:ascii="Comic Sans MS" w:hAnsi="Comic Sans MS"/>
          <w:bCs/>
          <w:color w:val="000000"/>
          <w:sz w:val="20"/>
          <w:szCs w:val="20"/>
          <w:shd w:val="clear" w:color="auto" w:fill="FAFAFA"/>
        </w:rPr>
        <w:t>”  dediği zaman diğer tarafa  atlamaları gerektiği söylenir.</w:t>
      </w:r>
      <w:r w:rsidR="00F22E3A" w:rsidRPr="00D1763C">
        <w:rPr>
          <w:rFonts w:ascii="Comic Sans MS" w:hAnsi="Comic Sans MS"/>
          <w:color w:val="000000"/>
          <w:sz w:val="20"/>
          <w:szCs w:val="20"/>
        </w:rPr>
        <w:t xml:space="preserve"> (HSAB.1.a, E3.2)</w:t>
      </w:r>
      <w:r w:rsidR="00F22E3A" w:rsidRPr="00D1763C">
        <w:rPr>
          <w:rFonts w:ascii="Comic Sans MS" w:hAnsi="Comic Sans MS"/>
          <w:bCs/>
          <w:color w:val="000000"/>
          <w:sz w:val="20"/>
          <w:szCs w:val="20"/>
          <w:shd w:val="clear" w:color="auto" w:fill="FAFAFA"/>
        </w:rPr>
        <w:t xml:space="preserve">. Önce yavaş sonra hızlı bir şekilde söylenir. </w:t>
      </w:r>
      <w:r w:rsidR="00F22E3A" w:rsidRPr="00D1763C">
        <w:rPr>
          <w:rFonts w:ascii="Comic Sans MS" w:hAnsi="Comic Sans MS"/>
          <w:sz w:val="20"/>
          <w:szCs w:val="20"/>
        </w:rPr>
        <w:t xml:space="preserve">Farklı tarafa geçen çocuk oyundan çıkarılmaz. Öğretmen: “Eyvah, ayaklarımız biraz şaşırdı! Hemen doğru yolu bulalım.” diyerek çocuğun doğru tarafa geçmesine ve oyuna devam etmesine fırsat verir. </w:t>
      </w:r>
      <w:r w:rsidR="00F22E3A" w:rsidRPr="00D1763C">
        <w:rPr>
          <w:rFonts w:ascii="Comic Sans MS" w:hAnsi="Comic Sans MS"/>
          <w:color w:val="000000"/>
          <w:sz w:val="20"/>
          <w:szCs w:val="20"/>
        </w:rPr>
        <w:t>(</w:t>
      </w:r>
      <w:proofErr w:type="gramStart"/>
      <w:r w:rsidR="00F22E3A" w:rsidRPr="00D1763C">
        <w:rPr>
          <w:rFonts w:ascii="Comic Sans MS" w:hAnsi="Comic Sans MS"/>
          <w:color w:val="000000"/>
          <w:sz w:val="20"/>
          <w:szCs w:val="20"/>
        </w:rPr>
        <w:t>D16.1)</w:t>
      </w:r>
      <w:r w:rsidR="00F22E3A" w:rsidRPr="00D1763C">
        <w:rPr>
          <w:rFonts w:ascii="Comic Sans MS" w:hAnsi="Comic Sans MS"/>
          <w:sz w:val="20"/>
          <w:szCs w:val="20"/>
        </w:rPr>
        <w:t>Şarkının</w:t>
      </w:r>
      <w:proofErr w:type="gramEnd"/>
      <w:r w:rsidR="00F22E3A" w:rsidRPr="00D1763C">
        <w:rPr>
          <w:rFonts w:ascii="Comic Sans MS" w:hAnsi="Comic Sans MS"/>
          <w:sz w:val="20"/>
          <w:szCs w:val="20"/>
        </w:rPr>
        <w:t xml:space="preserve"> ardından öğretmen: “Şarkımızdaki çocuk okul yolunda yürüdü, yavaş yürüyen ihtiyarcığı gördü, topuyla oynayan kızla ve borazan çalan atlılarla karşılaştı. Biz de şimdi evimiz ile köyümüz arasında zıplayarak eğlenceli bir yolculuk yapalım.” diyerek </w:t>
      </w:r>
      <w:r w:rsidR="00F22E3A" w:rsidRPr="00D1763C">
        <w:rPr>
          <w:rFonts w:ascii="Comic Sans MS" w:hAnsi="Comic Sans MS"/>
          <w:b/>
          <w:bCs/>
          <w:sz w:val="20"/>
          <w:szCs w:val="20"/>
        </w:rPr>
        <w:t>Evimize Köyümüze</w:t>
      </w:r>
      <w:r w:rsidR="00F22E3A" w:rsidRPr="00D1763C">
        <w:rPr>
          <w:rFonts w:ascii="Comic Sans MS" w:hAnsi="Comic Sans MS"/>
          <w:sz w:val="20"/>
          <w:szCs w:val="20"/>
        </w:rPr>
        <w:t xml:space="preserve"> oyununa geçer.</w:t>
      </w:r>
    </w:p>
    <w:p w14:paraId="18C67FB3" w14:textId="77777777" w:rsidR="00F22E3A" w:rsidRPr="00D1763C" w:rsidRDefault="00F22E3A" w:rsidP="00F22E3A">
      <w:pPr>
        <w:spacing w:after="0" w:line="276" w:lineRule="auto"/>
        <w:rPr>
          <w:rFonts w:ascii="Comic Sans MS" w:hAnsi="Comic Sans MS"/>
          <w:bCs/>
          <w:color w:val="000000"/>
          <w:sz w:val="20"/>
          <w:szCs w:val="20"/>
          <w:shd w:val="clear" w:color="auto" w:fill="FAFAFA"/>
        </w:rPr>
      </w:pPr>
      <w:r w:rsidRPr="00D1763C">
        <w:rPr>
          <w:rFonts w:ascii="Comic Sans MS" w:hAnsi="Comic Sans MS"/>
          <w:sz w:val="20"/>
          <w:szCs w:val="20"/>
        </w:rPr>
        <w:t xml:space="preserve">Oyun </w:t>
      </w:r>
      <w:proofErr w:type="spellStart"/>
      <w:r w:rsidRPr="00D1763C">
        <w:rPr>
          <w:rFonts w:ascii="Comic Sans MS" w:hAnsi="Comic Sans MS"/>
          <w:sz w:val="20"/>
          <w:szCs w:val="20"/>
        </w:rPr>
        <w:t>tamamlandıktan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sonra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çocukların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nefeslerini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düzenlemeleri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için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çember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alanında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araya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gelinir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Burundan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nefes</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alınır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ağızdan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yavaşça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verilir</w:t>
      </w:r>
      <w:proofErr w:type="spellEnd"/>
      <w:r w:rsidRPr="00D1763C">
        <w:rPr>
          <w:rFonts w:ascii="Comic Sans MS" w:hAnsi="Comic Sans MS"/>
          <w:sz w:val="20"/>
          <w:szCs w:val="20"/>
        </w:rPr>
        <w:t>.</w:t>
      </w:r>
    </w:p>
    <w:p w14:paraId="121DC71A" w14:textId="5056D463" w:rsidR="00F22E3A" w:rsidRPr="00D1763C" w:rsidRDefault="00F22E3A" w:rsidP="00F22E3A">
      <w:pPr>
        <w:pStyle w:val="NormalWeb"/>
        <w:rPr>
          <w:rFonts w:ascii="Comic Sans MS" w:hAnsi="Comic Sans MS"/>
          <w:sz w:val="20"/>
          <w:szCs w:val="20"/>
        </w:rPr>
      </w:pPr>
      <w:r w:rsidRPr="00D1763C">
        <w:rPr>
          <w:rFonts w:ascii="Comic Sans MS" w:hAnsi="Comic Sans MS"/>
          <w:sz w:val="20"/>
          <w:szCs w:val="20"/>
        </w:rPr>
        <w:t xml:space="preserve">Çocuklara bir köşesinde ev, diğer köşesinde okul görseli bulunan çalışma kâğıtları dağıtılır. Ev ile okul arasındaki yol kalın çizgilerle önceden belirlenir. Masaya çocukların kolayca kullanabilecekleri büyüklükte renkli kâğıt parçaları, </w:t>
      </w:r>
      <w:proofErr w:type="spellStart"/>
      <w:r w:rsidRPr="00D1763C">
        <w:rPr>
          <w:rFonts w:ascii="Comic Sans MS" w:hAnsi="Comic Sans MS"/>
          <w:sz w:val="20"/>
          <w:szCs w:val="20"/>
        </w:rPr>
        <w:t>stick</w:t>
      </w:r>
      <w:proofErr w:type="spellEnd"/>
      <w:r w:rsidRPr="00D1763C">
        <w:rPr>
          <w:rFonts w:ascii="Comic Sans MS" w:hAnsi="Comic Sans MS"/>
          <w:sz w:val="20"/>
          <w:szCs w:val="20"/>
        </w:rPr>
        <w:t xml:space="preserve"> yapıştırıcılar, kalın gövdeli pastel boyalar yerleştirilir. Öğretmen “Oyunda evimiz ile köyümüz arasında zıpladık. Şimdi de her sabah geçtiğimiz evimiz ile okulumuz arasındaki yolu renkli kâğıtlarla hazırlayalım.” Der. Çocuklar renkli kâğıtları elleriyle iri parçalara yırtarak ev ile okul arasındaki yolun üzerine yapıştırır. Çocukların yolu tamamen kapatmaları beklenmez; renkli kâğıt parçalarını istedikleri sıklıkta ve düzende yerleştirmelerine fırsat verilir. Çalışma kâğıdında bulunan ev, okul, çocuk, güneş, ağaç ve çiçek görsellerini kalın gövdeli pastel boyalarla istedikleri renklerde boyarlar. </w:t>
      </w:r>
    </w:p>
    <w:p w14:paraId="07A08ED2" w14:textId="69D97F7C" w:rsidR="00607879" w:rsidRPr="00D1763C" w:rsidRDefault="00A43E66">
      <w:pPr>
        <w:pStyle w:val="Balk2"/>
        <w:keepLines w:val="0"/>
        <w:spacing w:before="100" w:after="40" w:line="240" w:lineRule="auto"/>
        <w:rPr>
          <w:rFonts w:ascii="Comic Sans MS" w:hAnsi="Comic Sans MS"/>
          <w:color w:val="002060"/>
          <w:sz w:val="20"/>
          <w:szCs w:val="20"/>
        </w:rPr>
      </w:pPr>
      <w:r w:rsidRPr="00D1763C">
        <w:rPr>
          <w:rFonts w:ascii="Comic Sans MS" w:hAnsi="Comic Sans MS"/>
          <w:color w:val="002060"/>
          <w:sz w:val="20"/>
          <w:szCs w:val="20"/>
        </w:rPr>
        <w:t>Sanat (</w:t>
      </w:r>
      <w:proofErr w:type="spellStart"/>
      <w:r w:rsidRPr="00D1763C">
        <w:rPr>
          <w:rFonts w:ascii="Comic Sans MS" w:hAnsi="Comic Sans MS"/>
          <w:color w:val="002060"/>
          <w:sz w:val="20"/>
          <w:szCs w:val="20"/>
        </w:rPr>
        <w:t>Bireysel</w:t>
      </w:r>
      <w:proofErr w:type="spellEnd"/>
      <w:r w:rsidRPr="00D1763C">
        <w:rPr>
          <w:rFonts w:ascii="Comic Sans MS" w:hAnsi="Comic Sans MS"/>
          <w:color w:val="002060"/>
          <w:sz w:val="20"/>
          <w:szCs w:val="20"/>
        </w:rPr>
        <w:t xml:space="preserve"> </w:t>
      </w:r>
      <w:proofErr w:type="spellStart"/>
      <w:r w:rsidRPr="00D1763C">
        <w:rPr>
          <w:rFonts w:ascii="Comic Sans MS" w:hAnsi="Comic Sans MS"/>
          <w:color w:val="002060"/>
          <w:sz w:val="20"/>
          <w:szCs w:val="20"/>
        </w:rPr>
        <w:t>ve</w:t>
      </w:r>
      <w:proofErr w:type="spellEnd"/>
      <w:r w:rsidRPr="00D1763C">
        <w:rPr>
          <w:rFonts w:ascii="Comic Sans MS" w:hAnsi="Comic Sans MS"/>
          <w:color w:val="002060"/>
          <w:sz w:val="20"/>
          <w:szCs w:val="20"/>
        </w:rPr>
        <w:t xml:space="preserve"> Büyük </w:t>
      </w:r>
      <w:proofErr w:type="spellStart"/>
      <w:r w:rsidRPr="00D1763C">
        <w:rPr>
          <w:rFonts w:ascii="Comic Sans MS" w:hAnsi="Comic Sans MS"/>
          <w:color w:val="002060"/>
          <w:sz w:val="20"/>
          <w:szCs w:val="20"/>
        </w:rPr>
        <w:t>Grup</w:t>
      </w:r>
      <w:proofErr w:type="spellEnd"/>
      <w:r w:rsidRPr="00D1763C">
        <w:rPr>
          <w:rFonts w:ascii="Comic Sans MS" w:hAnsi="Comic Sans MS"/>
          <w:color w:val="002060"/>
          <w:sz w:val="20"/>
          <w:szCs w:val="20"/>
        </w:rPr>
        <w:t xml:space="preserve"> </w:t>
      </w:r>
      <w:proofErr w:type="spellStart"/>
      <w:r w:rsidRPr="00D1763C">
        <w:rPr>
          <w:rFonts w:ascii="Comic Sans MS" w:hAnsi="Comic Sans MS"/>
          <w:color w:val="002060"/>
          <w:sz w:val="20"/>
          <w:szCs w:val="20"/>
        </w:rPr>
        <w:t>Etkinliği</w:t>
      </w:r>
      <w:proofErr w:type="spellEnd"/>
      <w:r w:rsidRPr="00D1763C">
        <w:rPr>
          <w:rFonts w:ascii="Comic Sans MS" w:hAnsi="Comic Sans MS"/>
          <w:color w:val="002060"/>
          <w:sz w:val="20"/>
          <w:szCs w:val="20"/>
        </w:rPr>
        <w:t>)</w:t>
      </w:r>
    </w:p>
    <w:p w14:paraId="3593B314"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“Oyunda </w:t>
      </w:r>
      <w:proofErr w:type="spellStart"/>
      <w:r w:rsidRPr="00D1763C">
        <w:rPr>
          <w:rFonts w:ascii="Comic Sans MS" w:hAnsi="Comic Sans MS"/>
          <w:color w:val="000000"/>
          <w:sz w:val="20"/>
          <w:szCs w:val="20"/>
        </w:rPr>
        <w:t>evimiz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okulumuz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gidip</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geldik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Şimdi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giden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yolu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renkli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kâğıtlarla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hazırlayalım</w:t>
      </w:r>
      <w:proofErr w:type="spellEnd"/>
      <w:r w:rsidRPr="00D1763C">
        <w:rPr>
          <w:rFonts w:ascii="Comic Sans MS" w:hAnsi="Comic Sans MS"/>
          <w:color w:val="000000"/>
          <w:sz w:val="20"/>
          <w:szCs w:val="20"/>
        </w:rPr>
        <w:t xml:space="preserve">.” der. </w:t>
      </w:r>
      <w:proofErr w:type="spellStart"/>
      <w:r w:rsidRPr="00D1763C">
        <w:rPr>
          <w:rFonts w:ascii="Comic Sans MS" w:hAnsi="Comic Sans MS"/>
          <w:color w:val="000000"/>
          <w:sz w:val="20"/>
          <w:szCs w:val="20"/>
        </w:rPr>
        <w:t>Çocuklara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köşesinde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diğer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köşesinde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görseli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bulunan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aradaki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yolu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kalın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çizgilerle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belirlenmiş</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çalışma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kâğıtları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dağıtılır</w:t>
      </w:r>
      <w:proofErr w:type="spellEnd"/>
      <w:r w:rsidRPr="00D1763C">
        <w:rPr>
          <w:rFonts w:ascii="Comic Sans MS" w:hAnsi="Comic Sans MS"/>
          <w:color w:val="000000"/>
          <w:sz w:val="20"/>
          <w:szCs w:val="20"/>
        </w:rPr>
        <w:t>.</w:t>
      </w:r>
    </w:p>
    <w:p w14:paraId="7E49E738"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renkli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kâğıt</w:t>
      </w:r>
      <w:proofErr w:type="spellEnd"/>
      <w:r w:rsidRPr="00D1763C">
        <w:rPr>
          <w:rFonts w:ascii="Comic Sans MS" w:hAnsi="Comic Sans MS"/>
          <w:color w:val="000000"/>
          <w:sz w:val="20"/>
          <w:szCs w:val="20"/>
        </w:rPr>
        <w:t xml:space="preserve">, pastel </w:t>
      </w:r>
      <w:proofErr w:type="spellStart"/>
      <w:r w:rsidRPr="00D1763C">
        <w:rPr>
          <w:rFonts w:ascii="Comic Sans MS" w:hAnsi="Comic Sans MS"/>
          <w:color w:val="000000"/>
          <w:sz w:val="20"/>
          <w:szCs w:val="20"/>
        </w:rPr>
        <w:t>boya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yapıştırıcı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arasından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çalışmalarında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kullanacakları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materyalleri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kâğıdı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eliyle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tutup</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yırtmayı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parçaya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miktarda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yapıştırıcı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sürmeyi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yolun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üzerine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yerleştirmeyi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lastRenderedPageBreak/>
        <w:t>gösterir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renkli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kâğıtları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parçalara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yırtar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parçaları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parmak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uçlarıyla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tutarak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arasındaki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yola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yapıştırır</w:t>
      </w:r>
      <w:proofErr w:type="spellEnd"/>
      <w:r w:rsidRPr="00D1763C">
        <w:rPr>
          <w:rFonts w:ascii="Comic Sans MS" w:hAnsi="Comic Sans MS"/>
          <w:color w:val="000000"/>
          <w:sz w:val="20"/>
          <w:szCs w:val="20"/>
        </w:rPr>
        <w:t>. (SNAB.</w:t>
      </w:r>
      <w:proofErr w:type="gramStart"/>
      <w:r w:rsidRPr="00D1763C">
        <w:rPr>
          <w:rFonts w:ascii="Comic Sans MS" w:hAnsi="Comic Sans MS"/>
          <w:color w:val="000000"/>
          <w:sz w:val="20"/>
          <w:szCs w:val="20"/>
        </w:rPr>
        <w:t>4.b</w:t>
      </w:r>
      <w:proofErr w:type="gramEnd"/>
      <w:r w:rsidRPr="00D1763C">
        <w:rPr>
          <w:rFonts w:ascii="Comic Sans MS" w:hAnsi="Comic Sans MS"/>
          <w:color w:val="000000"/>
          <w:sz w:val="20"/>
          <w:szCs w:val="20"/>
        </w:rPr>
        <w:t>, SNAB.4.c, HSAB.2.b, E3.2)</w:t>
      </w:r>
    </w:p>
    <w:p w14:paraId="74385131"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Yolun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tamamen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kapatılması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beklenmez</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kâğıt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parçalarını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istedikleri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sıklıkta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düzende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yerleştirir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çalışma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sayfasındaki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diğer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görselleri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seçtikleri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renklerle</w:t>
      </w:r>
      <w:proofErr w:type="spellEnd"/>
      <w:r w:rsidRPr="00D1763C">
        <w:rPr>
          <w:rFonts w:ascii="Comic Sans MS" w:hAnsi="Comic Sans MS"/>
          <w:color w:val="000000"/>
          <w:sz w:val="20"/>
          <w:szCs w:val="20"/>
        </w:rPr>
        <w:t xml:space="preserve"> boyar. </w:t>
      </w:r>
      <w:proofErr w:type="spellStart"/>
      <w:r w:rsidRPr="00D1763C">
        <w:rPr>
          <w:rFonts w:ascii="Comic Sans MS" w:hAnsi="Comic Sans MS"/>
          <w:color w:val="000000"/>
          <w:sz w:val="20"/>
          <w:szCs w:val="20"/>
        </w:rPr>
        <w:t>Gerektiğinde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yalnızca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zorlandıkları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aşamada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destek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verilir</w:t>
      </w:r>
      <w:proofErr w:type="spellEnd"/>
      <w:r w:rsidRPr="00D1763C">
        <w:rPr>
          <w:rFonts w:ascii="Comic Sans MS" w:hAnsi="Comic Sans MS"/>
          <w:color w:val="000000"/>
          <w:sz w:val="20"/>
          <w:szCs w:val="20"/>
        </w:rPr>
        <w:t>.</w:t>
      </w:r>
    </w:p>
    <w:p w14:paraId="2F8FBCC3"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color w:val="000000"/>
          <w:sz w:val="20"/>
          <w:szCs w:val="20"/>
        </w:rPr>
        <w:t>Çalışmalar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tamamlandığında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isteyen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ürünlerini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arkadaşlarına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gösterir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gelirken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neler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görüyorsun</w:t>
      </w:r>
      <w:proofErr w:type="spellEnd"/>
      <w:r w:rsidRPr="00D1763C">
        <w:rPr>
          <w:rFonts w:ascii="Comic Sans MS" w:hAnsi="Comic Sans MS"/>
          <w:color w:val="000000"/>
          <w:sz w:val="20"/>
          <w:szCs w:val="20"/>
        </w:rPr>
        <w:t>?”, “</w:t>
      </w:r>
      <w:proofErr w:type="spellStart"/>
      <w:r w:rsidRPr="00D1763C">
        <w:rPr>
          <w:rFonts w:ascii="Comic Sans MS" w:hAnsi="Comic Sans MS"/>
          <w:color w:val="000000"/>
          <w:sz w:val="20"/>
          <w:szCs w:val="20"/>
        </w:rPr>
        <w:t>Yolunu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nasıl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hazırladın</w:t>
      </w:r>
      <w:proofErr w:type="spellEnd"/>
      <w:r w:rsidRPr="00D1763C">
        <w:rPr>
          <w:rFonts w:ascii="Comic Sans MS" w:hAnsi="Comic Sans MS"/>
          <w:color w:val="000000"/>
          <w:sz w:val="20"/>
          <w:szCs w:val="20"/>
        </w:rPr>
        <w:t>?”, “</w:t>
      </w:r>
      <w:proofErr w:type="spellStart"/>
      <w:r w:rsidRPr="00D1763C">
        <w:rPr>
          <w:rFonts w:ascii="Comic Sans MS" w:hAnsi="Comic Sans MS"/>
          <w:color w:val="000000"/>
          <w:sz w:val="20"/>
          <w:szCs w:val="20"/>
        </w:rPr>
        <w:t>Hangi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bölümünü</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yaparken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zorlandın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sorularıyla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günlük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yaşantılarını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çalışma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süreçlerini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anlatmalarına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fırsat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Konuşan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çocuğun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sözünü</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bitirmesi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beklenir</w:t>
      </w:r>
      <w:proofErr w:type="spellEnd"/>
      <w:r w:rsidRPr="00D1763C">
        <w:rPr>
          <w:rFonts w:ascii="Comic Sans MS" w:hAnsi="Comic Sans MS"/>
          <w:color w:val="000000"/>
          <w:sz w:val="20"/>
          <w:szCs w:val="20"/>
        </w:rPr>
        <w:t>. (TAKB.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TAKB.1.c, SDB1.1, SDB2.1, D14.1)</w:t>
      </w:r>
    </w:p>
    <w:p w14:paraId="44BA231E" w14:textId="038DEB4F" w:rsidR="00F22E3A" w:rsidRPr="00D1763C" w:rsidRDefault="00F22E3A" w:rsidP="00F22E3A">
      <w:pPr>
        <w:spacing w:after="40" w:line="240" w:lineRule="auto"/>
        <w:rPr>
          <w:rFonts w:ascii="Comic Sans MS" w:hAnsi="Comic Sans MS"/>
          <w:color w:val="000000"/>
          <w:sz w:val="20"/>
          <w:szCs w:val="20"/>
        </w:rPr>
      </w:pPr>
      <w:proofErr w:type="spellStart"/>
      <w:r w:rsidRPr="00D1763C">
        <w:rPr>
          <w:rFonts w:ascii="Comic Sans MS" w:hAnsi="Comic Sans MS"/>
          <w:sz w:val="20"/>
          <w:szCs w:val="20"/>
        </w:rPr>
        <w:t>Çekirdek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kitabında</w:t>
      </w:r>
      <w:proofErr w:type="spellEnd"/>
      <w:r w:rsidRPr="00D1763C">
        <w:rPr>
          <w:rFonts w:ascii="Comic Sans MS" w:hAnsi="Comic Sans MS"/>
          <w:sz w:val="20"/>
          <w:szCs w:val="20"/>
        </w:rPr>
        <w:t xml:space="preserve"> </w:t>
      </w:r>
      <w:hyperlink r:id="rId10" w:history="1">
        <w:proofErr w:type="spellStart"/>
        <w:r w:rsidRPr="00D1763C">
          <w:rPr>
            <w:rStyle w:val="Kpr"/>
            <w:rFonts w:ascii="Comic Sans MS" w:hAnsi="Comic Sans MS"/>
            <w:sz w:val="20"/>
            <w:szCs w:val="20"/>
          </w:rPr>
          <w:t>Okul</w:t>
        </w:r>
        <w:proofErr w:type="spellEnd"/>
        <w:r w:rsidRPr="00D1763C">
          <w:rPr>
            <w:rStyle w:val="Kpr"/>
            <w:rFonts w:ascii="Comic Sans MS" w:hAnsi="Comic Sans MS"/>
            <w:sz w:val="20"/>
            <w:szCs w:val="20"/>
          </w:rPr>
          <w:t xml:space="preserve"> </w:t>
        </w:r>
        <w:proofErr w:type="spellStart"/>
        <w:r w:rsidRPr="00D1763C">
          <w:rPr>
            <w:rStyle w:val="Kpr"/>
            <w:rFonts w:ascii="Comic Sans MS" w:hAnsi="Comic Sans MS"/>
            <w:sz w:val="20"/>
            <w:szCs w:val="20"/>
          </w:rPr>
          <w:t>Hazırlığı</w:t>
        </w:r>
        <w:proofErr w:type="spellEnd"/>
      </w:hyperlink>
      <w:r w:rsidRPr="00D1763C">
        <w:rPr>
          <w:rFonts w:ascii="Comic Sans MS" w:hAnsi="Comic Sans MS"/>
          <w:sz w:val="20"/>
          <w:szCs w:val="20"/>
        </w:rPr>
        <w:t xml:space="preserve"> </w:t>
      </w:r>
      <w:proofErr w:type="spellStart"/>
      <w:r w:rsidRPr="00D1763C">
        <w:rPr>
          <w:rFonts w:ascii="Comic Sans MS" w:hAnsi="Comic Sans MS"/>
          <w:sz w:val="20"/>
          <w:szCs w:val="20"/>
        </w:rPr>
        <w:t>sayfası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yapılır</w:t>
      </w:r>
      <w:proofErr w:type="spellEnd"/>
      <w:r w:rsidRPr="00D1763C">
        <w:rPr>
          <w:rFonts w:ascii="Comic Sans MS" w:hAnsi="Comic Sans MS"/>
          <w:sz w:val="20"/>
          <w:szCs w:val="20"/>
        </w:rPr>
        <w:t>.</w:t>
      </w:r>
      <w:r w:rsidRPr="00D1763C">
        <w:rPr>
          <w:rFonts w:ascii="Comic Sans MS" w:hAnsi="Comic Sans MS"/>
          <w:color w:val="000000"/>
          <w:sz w:val="20"/>
          <w:szCs w:val="20"/>
        </w:rPr>
        <w:t xml:space="preserve"> (TAOB.</w:t>
      </w:r>
      <w:proofErr w:type="gramStart"/>
      <w:r w:rsidRPr="00D1763C">
        <w:rPr>
          <w:rFonts w:ascii="Comic Sans MS" w:hAnsi="Comic Sans MS"/>
          <w:color w:val="000000"/>
          <w:sz w:val="20"/>
          <w:szCs w:val="20"/>
        </w:rPr>
        <w:t>2.a</w:t>
      </w:r>
      <w:proofErr w:type="gramEnd"/>
      <w:r w:rsidRPr="00D1763C">
        <w:rPr>
          <w:rFonts w:ascii="Comic Sans MS" w:hAnsi="Comic Sans MS"/>
          <w:color w:val="000000"/>
          <w:sz w:val="20"/>
          <w:szCs w:val="20"/>
        </w:rPr>
        <w:t>, OB4)</w:t>
      </w:r>
    </w:p>
    <w:p w14:paraId="40AAA3E1" w14:textId="77777777" w:rsidR="00F22E3A" w:rsidRPr="00D1763C" w:rsidRDefault="00F22E3A" w:rsidP="00F22E3A">
      <w:p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sz w:val="20"/>
          <w:szCs w:val="20"/>
          <w:lang w:eastAsia="tr-TR"/>
        </w:rPr>
        <w:t>Kapıya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Selamlaşma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panosu</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asılır</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Sarılma</w:t>
      </w:r>
      <w:proofErr w:type="spellEnd"/>
      <w:r w:rsidRPr="00D1763C">
        <w:rPr>
          <w:rFonts w:ascii="Comic Sans MS" w:eastAsia="Times New Roman" w:hAnsi="Comic Sans MS"/>
          <w:sz w:val="20"/>
          <w:szCs w:val="20"/>
          <w:lang w:eastAsia="tr-TR"/>
        </w:rPr>
        <w:t xml:space="preserve">, El </w:t>
      </w:r>
      <w:proofErr w:type="spellStart"/>
      <w:r w:rsidRPr="00D1763C">
        <w:rPr>
          <w:rFonts w:ascii="Comic Sans MS" w:eastAsia="Times New Roman" w:hAnsi="Comic Sans MS"/>
          <w:sz w:val="20"/>
          <w:szCs w:val="20"/>
          <w:lang w:eastAsia="tr-TR"/>
        </w:rPr>
        <w:t>Sallama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Çak</w:t>
      </w:r>
      <w:proofErr w:type="spellEnd"/>
      <w:r w:rsidRPr="00D1763C">
        <w:rPr>
          <w:rFonts w:ascii="Comic Sans MS" w:eastAsia="Times New Roman" w:hAnsi="Comic Sans MS"/>
          <w:sz w:val="20"/>
          <w:szCs w:val="20"/>
          <w:lang w:eastAsia="tr-TR"/>
        </w:rPr>
        <w:t xml:space="preserve"> Bi </w:t>
      </w:r>
      <w:proofErr w:type="spellStart"/>
      <w:r w:rsidRPr="00D1763C">
        <w:rPr>
          <w:rFonts w:ascii="Comic Sans MS" w:eastAsia="Times New Roman" w:hAnsi="Comic Sans MS"/>
          <w:sz w:val="20"/>
          <w:szCs w:val="20"/>
          <w:lang w:eastAsia="tr-TR"/>
        </w:rPr>
        <w:t>Beşlik</w:t>
      </w:r>
      <w:proofErr w:type="spellEnd"/>
      <w:r w:rsidRPr="00D1763C">
        <w:rPr>
          <w:rFonts w:ascii="Comic Sans MS" w:eastAsia="Times New Roman" w:hAnsi="Comic Sans MS"/>
          <w:sz w:val="20"/>
          <w:szCs w:val="20"/>
          <w:lang w:eastAsia="tr-TR"/>
        </w:rPr>
        <w:t xml:space="preserve">, Dans </w:t>
      </w:r>
      <w:proofErr w:type="spellStart"/>
      <w:r w:rsidRPr="00D1763C">
        <w:rPr>
          <w:rFonts w:ascii="Comic Sans MS" w:eastAsia="Times New Roman" w:hAnsi="Comic Sans MS"/>
          <w:sz w:val="20"/>
          <w:szCs w:val="20"/>
          <w:lang w:eastAsia="tr-TR"/>
        </w:rPr>
        <w:t>Etme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görselleri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yer</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alır</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Çocuklar</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aileleriyle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birlikte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bu</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görsellerden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birini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seçerek</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öğretmenle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vedalaşır</w:t>
      </w:r>
      <w:proofErr w:type="spellEnd"/>
      <w:r w:rsidRPr="00D1763C">
        <w:rPr>
          <w:rFonts w:ascii="Comic Sans MS" w:eastAsia="Times New Roman" w:hAnsi="Comic Sans MS"/>
          <w:sz w:val="20"/>
          <w:szCs w:val="20"/>
          <w:lang w:eastAsia="tr-TR"/>
        </w:rPr>
        <w:t>.</w:t>
      </w:r>
    </w:p>
    <w:p w14:paraId="0533D036" w14:textId="4A623213" w:rsidR="00607879" w:rsidRPr="00D1763C" w:rsidRDefault="000F2200" w:rsidP="0054587C">
      <w:pPr>
        <w:spacing w:after="40" w:line="240" w:lineRule="auto"/>
        <w:rPr>
          <w:rFonts w:ascii="Comic Sans MS" w:hAnsi="Comic Sans MS"/>
          <w:b/>
          <w:bCs/>
          <w:color w:val="F85883"/>
          <w:sz w:val="20"/>
          <w:szCs w:val="20"/>
        </w:rPr>
      </w:pPr>
      <w:r w:rsidRPr="00D1763C">
        <w:rPr>
          <w:rFonts w:ascii="Comic Sans MS" w:hAnsi="Comic Sans MS"/>
          <w:b/>
          <w:bCs/>
          <w:color w:val="F85883"/>
          <w:sz w:val="20"/>
          <w:szCs w:val="20"/>
        </w:rPr>
        <w:t>FA</w:t>
      </w:r>
      <w:r w:rsidR="00A43E66" w:rsidRPr="00D1763C">
        <w:rPr>
          <w:rFonts w:ascii="Comic Sans MS" w:hAnsi="Comic Sans MS"/>
          <w:b/>
          <w:bCs/>
          <w:color w:val="F85883"/>
          <w:sz w:val="20"/>
          <w:szCs w:val="20"/>
        </w:rPr>
        <w:t>RKLILAŞTIRMA</w:t>
      </w:r>
    </w:p>
    <w:p w14:paraId="2FC75134"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b/>
          <w:color w:val="002060"/>
          <w:sz w:val="20"/>
          <w:szCs w:val="20"/>
        </w:rPr>
        <w:t>Zenginleştirme</w:t>
      </w:r>
      <w:proofErr w:type="spellEnd"/>
      <w:r w:rsidRPr="00D1763C">
        <w:rPr>
          <w:rFonts w:ascii="Comic Sans MS" w:hAnsi="Comic Sans MS"/>
          <w:b/>
          <w:color w:val="002060"/>
          <w:sz w:val="20"/>
          <w:szCs w:val="20"/>
        </w:rPr>
        <w:t xml:space="preserve">: </w:t>
      </w:r>
      <w:proofErr w:type="spellStart"/>
      <w:r w:rsidRPr="00D1763C">
        <w:rPr>
          <w:rFonts w:ascii="Comic Sans MS" w:hAnsi="Comic Sans MS"/>
          <w:sz w:val="20"/>
          <w:szCs w:val="20"/>
        </w:rPr>
        <w:t>Çocuk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bu</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hafta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yaptıklarını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gösteren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üç</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seçerek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Önce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sonra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ifadeleriyle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kısa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anlatım</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oluşturabilir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Seçtiği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yaşantısını</w:t>
      </w:r>
      <w:proofErr w:type="spellEnd"/>
      <w:r w:rsidRPr="00D1763C">
        <w:rPr>
          <w:rFonts w:ascii="Comic Sans MS" w:hAnsi="Comic Sans MS"/>
          <w:sz w:val="20"/>
          <w:szCs w:val="20"/>
        </w:rPr>
        <w:t xml:space="preserve"> yeni </w:t>
      </w:r>
      <w:proofErr w:type="spellStart"/>
      <w:r w:rsidRPr="00D1763C">
        <w:rPr>
          <w:rFonts w:ascii="Comic Sans MS" w:hAnsi="Comic Sans MS"/>
          <w:sz w:val="20"/>
          <w:szCs w:val="20"/>
        </w:rPr>
        <w:t>bir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beden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hareketiyle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canlandırıp</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arkadaşlarının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tahmin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etmesini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sağlayabilir</w:t>
      </w:r>
      <w:proofErr w:type="spellEnd"/>
      <w:r w:rsidRPr="00D1763C">
        <w:rPr>
          <w:rFonts w:ascii="Comic Sans MS" w:hAnsi="Comic Sans MS"/>
          <w:sz w:val="20"/>
          <w:szCs w:val="20"/>
        </w:rPr>
        <w:t xml:space="preserve">. Yol </w:t>
      </w:r>
      <w:proofErr w:type="spellStart"/>
      <w:r w:rsidRPr="00D1763C">
        <w:rPr>
          <w:rFonts w:ascii="Comic Sans MS" w:hAnsi="Comic Sans MS"/>
          <w:sz w:val="20"/>
          <w:szCs w:val="20"/>
        </w:rPr>
        <w:t>çalışmasına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yolunda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gördüğü</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ayrıntıyı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çizerek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ekleyebilir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neden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eklediğini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anlatabilir</w:t>
      </w:r>
      <w:proofErr w:type="spellEnd"/>
      <w:r w:rsidRPr="00D1763C">
        <w:rPr>
          <w:rFonts w:ascii="Comic Sans MS" w:hAnsi="Comic Sans MS"/>
          <w:sz w:val="20"/>
          <w:szCs w:val="20"/>
        </w:rPr>
        <w:t>.</w:t>
      </w:r>
    </w:p>
    <w:p w14:paraId="0C830A77" w14:textId="77777777" w:rsidR="00607879" w:rsidRPr="00D1763C" w:rsidRDefault="00A43E66">
      <w:pPr>
        <w:spacing w:after="40" w:line="240" w:lineRule="auto"/>
        <w:rPr>
          <w:rFonts w:ascii="Comic Sans MS" w:hAnsi="Comic Sans MS"/>
          <w:sz w:val="20"/>
          <w:szCs w:val="20"/>
        </w:rPr>
      </w:pPr>
      <w:proofErr w:type="spellStart"/>
      <w:r w:rsidRPr="00D1763C">
        <w:rPr>
          <w:rFonts w:ascii="Comic Sans MS" w:hAnsi="Comic Sans MS"/>
          <w:b/>
          <w:color w:val="002060"/>
          <w:sz w:val="20"/>
          <w:szCs w:val="20"/>
        </w:rPr>
        <w:t>Destekleme</w:t>
      </w:r>
      <w:proofErr w:type="spellEnd"/>
      <w:r w:rsidRPr="00D1763C">
        <w:rPr>
          <w:rFonts w:ascii="Comic Sans MS" w:hAnsi="Comic Sans MS"/>
          <w:b/>
          <w:color w:val="002060"/>
          <w:sz w:val="20"/>
          <w:szCs w:val="20"/>
        </w:rPr>
        <w:t xml:space="preserve">: </w:t>
      </w:r>
      <w:proofErr w:type="spellStart"/>
      <w:r w:rsidRPr="00D1763C">
        <w:rPr>
          <w:rFonts w:ascii="Comic Sans MS" w:hAnsi="Comic Sans MS"/>
          <w:sz w:val="20"/>
          <w:szCs w:val="20"/>
        </w:rPr>
        <w:t>Çantadaki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görseller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tek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tek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yakından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gösterilebilir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seçim</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yaparken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iki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sınırlandırılabilir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Çocuk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konuşmak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yerine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görseli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işaretleyebilir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veya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hareketle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cevap</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verebilir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Şarkı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önce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kısa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bölümler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hâlinde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söylenebilir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Hareket</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oyununda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yönergeler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ev</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okul</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kartları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kaldırılarak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desteklenebilir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sıçrama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yerine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adım</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atma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kullanılabilir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Kâğıt</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yırtmada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kalın</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şeritler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verilebilir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veya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başlangıç</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yırtığı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açılabilir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Gerektiğinde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hazır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iri</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parçalar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sunularak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yapıştırma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aşamasına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katılması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sağlanabilir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Çocuğa</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ek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süre</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tanınır</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yardım</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aşamalı</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olarak</w:t>
      </w:r>
      <w:proofErr w:type="spellEnd"/>
      <w:r w:rsidRPr="00D1763C">
        <w:rPr>
          <w:rFonts w:ascii="Comic Sans MS" w:hAnsi="Comic Sans MS"/>
          <w:sz w:val="20"/>
          <w:szCs w:val="20"/>
        </w:rPr>
        <w:t xml:space="preserve"> </w:t>
      </w:r>
      <w:proofErr w:type="spellStart"/>
      <w:r w:rsidRPr="00D1763C">
        <w:rPr>
          <w:rFonts w:ascii="Comic Sans MS" w:hAnsi="Comic Sans MS"/>
          <w:sz w:val="20"/>
          <w:szCs w:val="20"/>
        </w:rPr>
        <w:t>azaltılır</w:t>
      </w:r>
      <w:proofErr w:type="spellEnd"/>
      <w:r w:rsidRPr="00D1763C">
        <w:rPr>
          <w:rFonts w:ascii="Comic Sans MS" w:hAnsi="Comic Sans MS"/>
          <w:sz w:val="20"/>
          <w:szCs w:val="20"/>
        </w:rPr>
        <w:t>.</w:t>
      </w:r>
    </w:p>
    <w:p w14:paraId="1A353127" w14:textId="77777777" w:rsidR="00607879" w:rsidRPr="00D1763C" w:rsidRDefault="00A43E66">
      <w:pPr>
        <w:pStyle w:val="Balk1"/>
        <w:keepLines w:val="0"/>
        <w:spacing w:before="100" w:after="40" w:line="240" w:lineRule="auto"/>
        <w:rPr>
          <w:rFonts w:ascii="Comic Sans MS" w:hAnsi="Comic Sans MS"/>
          <w:color w:val="F85883"/>
          <w:sz w:val="20"/>
          <w:szCs w:val="20"/>
        </w:rPr>
      </w:pPr>
      <w:r w:rsidRPr="00D1763C">
        <w:rPr>
          <w:rFonts w:ascii="Comic Sans MS" w:hAnsi="Comic Sans MS"/>
          <w:color w:val="F85883"/>
          <w:sz w:val="20"/>
          <w:szCs w:val="20"/>
        </w:rPr>
        <w:t>GÜNÜ DEĞERLENDİRME</w:t>
      </w:r>
    </w:p>
    <w:p w14:paraId="05AB684F"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Gün </w:t>
      </w:r>
      <w:proofErr w:type="spellStart"/>
      <w:r w:rsidRPr="00D1763C">
        <w:rPr>
          <w:rFonts w:ascii="Comic Sans MS" w:hAnsi="Comic Sans MS"/>
          <w:color w:val="000000"/>
          <w:sz w:val="20"/>
          <w:szCs w:val="20"/>
        </w:rPr>
        <w:t>sonunda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kısa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değerlendirme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çemberi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oluşturulur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gün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içindeki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deneyimlerini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düşüncelerini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duygularını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paylaşmalarına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fırsat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verilir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Konuşarak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hareketle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göstererek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veya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görsel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seçerek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cevap</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verebilirler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Aşağıdaki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sorulardan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çocukların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ilgisine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uygun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olanlar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sorulur</w:t>
      </w:r>
      <w:proofErr w:type="spellEnd"/>
      <w:r w:rsidRPr="00D1763C">
        <w:rPr>
          <w:rFonts w:ascii="Comic Sans MS" w:hAnsi="Comic Sans MS"/>
          <w:color w:val="000000"/>
          <w:sz w:val="20"/>
          <w:szCs w:val="20"/>
        </w:rPr>
        <w:t>:</w:t>
      </w:r>
    </w:p>
    <w:p w14:paraId="1BCD4896"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Çantadan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çıkan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görsellerden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hangisini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hatırlıyorsun</w:t>
      </w:r>
      <w:proofErr w:type="spellEnd"/>
      <w:r w:rsidRPr="00D1763C">
        <w:rPr>
          <w:rFonts w:ascii="Comic Sans MS" w:hAnsi="Comic Sans MS"/>
          <w:color w:val="000000"/>
          <w:sz w:val="20"/>
          <w:szCs w:val="20"/>
        </w:rPr>
        <w:t xml:space="preserve">? Biz o </w:t>
      </w:r>
      <w:proofErr w:type="spellStart"/>
      <w:r w:rsidRPr="00D1763C">
        <w:rPr>
          <w:rFonts w:ascii="Comic Sans MS" w:hAnsi="Comic Sans MS"/>
          <w:color w:val="000000"/>
          <w:sz w:val="20"/>
          <w:szCs w:val="20"/>
        </w:rPr>
        <w:t>etkinlikte</w:t>
      </w:r>
      <w:proofErr w:type="spellEnd"/>
      <w:r w:rsidRPr="00D1763C">
        <w:rPr>
          <w:rFonts w:ascii="Comic Sans MS" w:hAnsi="Comic Sans MS"/>
          <w:color w:val="000000"/>
          <w:sz w:val="20"/>
          <w:szCs w:val="20"/>
        </w:rPr>
        <w:t xml:space="preserve"> ne </w:t>
      </w:r>
      <w:proofErr w:type="spellStart"/>
      <w:r w:rsidRPr="00D1763C">
        <w:rPr>
          <w:rFonts w:ascii="Comic Sans MS" w:hAnsi="Comic Sans MS"/>
          <w:color w:val="000000"/>
          <w:sz w:val="20"/>
          <w:szCs w:val="20"/>
        </w:rPr>
        <w:t>yapmıştık</w:t>
      </w:r>
      <w:proofErr w:type="spellEnd"/>
      <w:r w:rsidRPr="00D1763C">
        <w:rPr>
          <w:rFonts w:ascii="Comic Sans MS" w:hAnsi="Comic Sans MS"/>
          <w:color w:val="000000"/>
          <w:sz w:val="20"/>
          <w:szCs w:val="20"/>
        </w:rPr>
        <w:t>?</w:t>
      </w:r>
    </w:p>
    <w:p w14:paraId="2D666A93"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Okula </w:t>
      </w:r>
      <w:proofErr w:type="spellStart"/>
      <w:r w:rsidRPr="00D1763C">
        <w:rPr>
          <w:rFonts w:ascii="Comic Sans MS" w:hAnsi="Comic Sans MS"/>
          <w:color w:val="000000"/>
          <w:sz w:val="20"/>
          <w:szCs w:val="20"/>
        </w:rPr>
        <w:t>geldiğinde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öğretmenin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ve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arkadaşlarınla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nasıl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selamlaşabilirsin</w:t>
      </w:r>
      <w:proofErr w:type="spellEnd"/>
      <w:r w:rsidRPr="00D1763C">
        <w:rPr>
          <w:rFonts w:ascii="Comic Sans MS" w:hAnsi="Comic Sans MS"/>
          <w:color w:val="000000"/>
          <w:sz w:val="20"/>
          <w:szCs w:val="20"/>
        </w:rPr>
        <w:t>?</w:t>
      </w:r>
    </w:p>
    <w:p w14:paraId="4D135933"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Oyun </w:t>
      </w:r>
      <w:proofErr w:type="spellStart"/>
      <w:r w:rsidRPr="00D1763C">
        <w:rPr>
          <w:rFonts w:ascii="Comic Sans MS" w:hAnsi="Comic Sans MS"/>
          <w:color w:val="000000"/>
          <w:sz w:val="20"/>
          <w:szCs w:val="20"/>
        </w:rPr>
        <w:t>bittikten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sonra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oyuncaklarımızı</w:t>
      </w:r>
      <w:proofErr w:type="spellEnd"/>
      <w:r w:rsidRPr="00D1763C">
        <w:rPr>
          <w:rFonts w:ascii="Comic Sans MS" w:hAnsi="Comic Sans MS"/>
          <w:color w:val="000000"/>
          <w:sz w:val="20"/>
          <w:szCs w:val="20"/>
        </w:rPr>
        <w:t xml:space="preserve"> ne </w:t>
      </w:r>
      <w:proofErr w:type="spellStart"/>
      <w:r w:rsidRPr="00D1763C">
        <w:rPr>
          <w:rFonts w:ascii="Comic Sans MS" w:hAnsi="Comic Sans MS"/>
          <w:color w:val="000000"/>
          <w:sz w:val="20"/>
          <w:szCs w:val="20"/>
        </w:rPr>
        <w:t>yapıyoruz</w:t>
      </w:r>
      <w:proofErr w:type="spellEnd"/>
      <w:r w:rsidRPr="00D1763C">
        <w:rPr>
          <w:rFonts w:ascii="Comic Sans MS" w:hAnsi="Comic Sans MS"/>
          <w:color w:val="000000"/>
          <w:sz w:val="20"/>
          <w:szCs w:val="20"/>
        </w:rPr>
        <w:t>?</w:t>
      </w:r>
    </w:p>
    <w:p w14:paraId="7A51E486"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“İlk </w:t>
      </w:r>
      <w:proofErr w:type="spellStart"/>
      <w:r w:rsidRPr="00D1763C">
        <w:rPr>
          <w:rFonts w:ascii="Comic Sans MS" w:hAnsi="Comic Sans MS"/>
          <w:color w:val="000000"/>
          <w:sz w:val="20"/>
          <w:szCs w:val="20"/>
        </w:rPr>
        <w:t>Haftam</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şarkısında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hangi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hareketi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yapmayı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sevdin</w:t>
      </w:r>
      <w:proofErr w:type="spellEnd"/>
      <w:r w:rsidRPr="00D1763C">
        <w:rPr>
          <w:rFonts w:ascii="Comic Sans MS" w:hAnsi="Comic Sans MS"/>
          <w:color w:val="000000"/>
          <w:sz w:val="20"/>
          <w:szCs w:val="20"/>
        </w:rPr>
        <w:t>?</w:t>
      </w:r>
    </w:p>
    <w:p w14:paraId="32B8D135"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Evimize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Okulumuza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oyununda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doğru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tarafı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nasıl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buldun</w:t>
      </w:r>
      <w:proofErr w:type="spellEnd"/>
      <w:r w:rsidRPr="00D1763C">
        <w:rPr>
          <w:rFonts w:ascii="Comic Sans MS" w:hAnsi="Comic Sans MS"/>
          <w:color w:val="000000"/>
          <w:sz w:val="20"/>
          <w:szCs w:val="20"/>
        </w:rPr>
        <w:t>?</w:t>
      </w:r>
    </w:p>
    <w:p w14:paraId="773EA0B6"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Oyun </w:t>
      </w:r>
      <w:proofErr w:type="spellStart"/>
      <w:r w:rsidRPr="00D1763C">
        <w:rPr>
          <w:rFonts w:ascii="Comic Sans MS" w:hAnsi="Comic Sans MS"/>
          <w:color w:val="000000"/>
          <w:sz w:val="20"/>
          <w:szCs w:val="20"/>
        </w:rPr>
        <w:t>sırasında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arkadaşına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çarpmamak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için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nelere</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dikkat</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ettin</w:t>
      </w:r>
      <w:proofErr w:type="spellEnd"/>
      <w:r w:rsidRPr="00D1763C">
        <w:rPr>
          <w:rFonts w:ascii="Comic Sans MS" w:hAnsi="Comic Sans MS"/>
          <w:color w:val="000000"/>
          <w:sz w:val="20"/>
          <w:szCs w:val="20"/>
        </w:rPr>
        <w:t>?</w:t>
      </w:r>
    </w:p>
    <w:p w14:paraId="38A86ABE"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Evden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giden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yolunu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nasıl</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hazırladın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Hangi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renkleri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seçtin</w:t>
      </w:r>
      <w:proofErr w:type="spellEnd"/>
      <w:r w:rsidRPr="00D1763C">
        <w:rPr>
          <w:rFonts w:ascii="Comic Sans MS" w:hAnsi="Comic Sans MS"/>
          <w:color w:val="000000"/>
          <w:sz w:val="20"/>
          <w:szCs w:val="20"/>
        </w:rPr>
        <w:t>?</w:t>
      </w:r>
    </w:p>
    <w:p w14:paraId="3013C1FB"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Bugün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iyi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yaptığını</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düşündüğün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bir</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şey</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neydi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Zorlandığında</w:t>
      </w:r>
      <w:proofErr w:type="spellEnd"/>
      <w:r w:rsidRPr="00D1763C">
        <w:rPr>
          <w:rFonts w:ascii="Comic Sans MS" w:hAnsi="Comic Sans MS"/>
          <w:color w:val="000000"/>
          <w:sz w:val="20"/>
          <w:szCs w:val="20"/>
        </w:rPr>
        <w:t xml:space="preserve"> ne </w:t>
      </w:r>
      <w:proofErr w:type="spellStart"/>
      <w:r w:rsidRPr="00D1763C">
        <w:rPr>
          <w:rFonts w:ascii="Comic Sans MS" w:hAnsi="Comic Sans MS"/>
          <w:color w:val="000000"/>
          <w:sz w:val="20"/>
          <w:szCs w:val="20"/>
        </w:rPr>
        <w:t>yaptın</w:t>
      </w:r>
      <w:proofErr w:type="spellEnd"/>
      <w:r w:rsidRPr="00D1763C">
        <w:rPr>
          <w:rFonts w:ascii="Comic Sans MS" w:hAnsi="Comic Sans MS"/>
          <w:color w:val="000000"/>
          <w:sz w:val="20"/>
          <w:szCs w:val="20"/>
        </w:rPr>
        <w:t>?</w:t>
      </w:r>
    </w:p>
    <w:p w14:paraId="0105948D" w14:textId="77777777" w:rsidR="00607879" w:rsidRPr="00D1763C" w:rsidRDefault="00A43E66">
      <w:pPr>
        <w:spacing w:after="40" w:line="240" w:lineRule="auto"/>
        <w:rPr>
          <w:rFonts w:ascii="Comic Sans MS" w:hAnsi="Comic Sans MS"/>
          <w:sz w:val="20"/>
          <w:szCs w:val="20"/>
        </w:rPr>
      </w:pPr>
      <w:r w:rsidRPr="00D1763C">
        <w:rPr>
          <w:rFonts w:ascii="Comic Sans MS" w:hAnsi="Comic Sans MS"/>
          <w:color w:val="000000"/>
          <w:sz w:val="20"/>
          <w:szCs w:val="20"/>
        </w:rPr>
        <w:t xml:space="preserve">• Bu </w:t>
      </w:r>
      <w:proofErr w:type="spellStart"/>
      <w:r w:rsidRPr="00D1763C">
        <w:rPr>
          <w:rFonts w:ascii="Comic Sans MS" w:hAnsi="Comic Sans MS"/>
          <w:color w:val="000000"/>
          <w:sz w:val="20"/>
          <w:szCs w:val="20"/>
        </w:rPr>
        <w:t>hafta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okulda</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seni</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çok</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mutlu</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eden</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şey</w:t>
      </w:r>
      <w:proofErr w:type="spellEnd"/>
      <w:r w:rsidRPr="00D1763C">
        <w:rPr>
          <w:rFonts w:ascii="Comic Sans MS" w:hAnsi="Comic Sans MS"/>
          <w:color w:val="000000"/>
          <w:sz w:val="20"/>
          <w:szCs w:val="20"/>
        </w:rPr>
        <w:t xml:space="preserve"> </w:t>
      </w:r>
      <w:proofErr w:type="spellStart"/>
      <w:r w:rsidRPr="00D1763C">
        <w:rPr>
          <w:rFonts w:ascii="Comic Sans MS" w:hAnsi="Comic Sans MS"/>
          <w:color w:val="000000"/>
          <w:sz w:val="20"/>
          <w:szCs w:val="20"/>
        </w:rPr>
        <w:t>neydi</w:t>
      </w:r>
      <w:proofErr w:type="spellEnd"/>
      <w:r w:rsidRPr="00D1763C">
        <w:rPr>
          <w:rFonts w:ascii="Comic Sans MS" w:hAnsi="Comic Sans MS"/>
          <w:color w:val="000000"/>
          <w:sz w:val="20"/>
          <w:szCs w:val="20"/>
        </w:rPr>
        <w:t>?</w:t>
      </w:r>
    </w:p>
    <w:p w14:paraId="0D154459" w14:textId="5F8815FF" w:rsidR="00A12940" w:rsidRPr="00D1763C" w:rsidRDefault="00237530" w:rsidP="00A12940">
      <w:pPr>
        <w:spacing w:before="100" w:beforeAutospacing="1" w:after="100" w:afterAutospacing="1" w:line="240" w:lineRule="auto"/>
        <w:rPr>
          <w:rFonts w:ascii="Comic Sans MS" w:eastAsia="Times New Roman" w:hAnsi="Comic Sans MS" w:cs="Times New Roman"/>
          <w:sz w:val="20"/>
          <w:szCs w:val="20"/>
          <w:lang w:val="tr-TR" w:eastAsia="tr-TR"/>
        </w:rPr>
      </w:pPr>
      <w:r w:rsidRPr="00D1763C">
        <w:rPr>
          <w:rFonts w:ascii="Comic Sans MS" w:eastAsia="Times New Roman" w:hAnsi="Comic Sans MS" w:cs="Times New Roman"/>
          <w:b/>
          <w:bCs/>
          <w:color w:val="002060"/>
          <w:sz w:val="20"/>
          <w:szCs w:val="20"/>
          <w:lang w:val="tr-TR" w:eastAsia="tr-TR"/>
        </w:rPr>
        <w:t>Genel Değerlendirme:</w:t>
      </w:r>
      <w:r w:rsidRPr="00D1763C">
        <w:rPr>
          <w:rFonts w:ascii="Comic Sans MS" w:eastAsia="Times New Roman" w:hAnsi="Comic Sans MS" w:cs="Times New Roman"/>
          <w:sz w:val="20"/>
          <w:szCs w:val="20"/>
          <w:lang w:val="tr-TR" w:eastAsia="tr-TR"/>
        </w:rPr>
        <w:t xml:space="preserve"> </w:t>
      </w:r>
      <w:r w:rsidR="00A12940" w:rsidRPr="00D1763C">
        <w:rPr>
          <w:rFonts w:ascii="Comic Sans MS" w:eastAsia="Times New Roman" w:hAnsi="Comic Sans MS" w:cs="Times New Roman"/>
          <w:sz w:val="20"/>
          <w:szCs w:val="20"/>
          <w:lang w:val="tr-TR" w:eastAsia="tr-TR"/>
        </w:rPr>
        <w:t>Çocuklar okul deneyimlerini paylaştı; şarkı, oyun ve sanat çalışmalarına katıldı. İhtiyaç duydukları aşamalarda desteklendi. Etkinlikler arasındaki bütünlük, hafta boyunca öğrenilenlerin pekiştirilmesini sağladı. Materyaller çocukların katılımını destekledi. Kısa yönergeler ve model olma, etkinliklerin anlaşılmasını kolaylaştırdı. Gözlemler doğrultusunda sonraki çalışmalar planlandı.</w:t>
      </w:r>
    </w:p>
    <w:p w14:paraId="6D2F842C" w14:textId="77777777" w:rsidR="00607879" w:rsidRPr="00D1763C" w:rsidRDefault="00A43E66">
      <w:pPr>
        <w:pStyle w:val="Balk1"/>
        <w:keepLines w:val="0"/>
        <w:spacing w:before="100" w:after="40" w:line="240" w:lineRule="auto"/>
        <w:rPr>
          <w:rFonts w:ascii="Comic Sans MS" w:hAnsi="Comic Sans MS"/>
          <w:color w:val="F85883"/>
          <w:sz w:val="20"/>
          <w:szCs w:val="20"/>
        </w:rPr>
      </w:pPr>
      <w:r w:rsidRPr="00D1763C">
        <w:rPr>
          <w:rFonts w:ascii="Comic Sans MS" w:hAnsi="Comic Sans MS"/>
          <w:color w:val="F85883"/>
          <w:sz w:val="20"/>
          <w:szCs w:val="20"/>
        </w:rPr>
        <w:t>AİLE VE TOPLUM KATILIMI</w:t>
      </w:r>
    </w:p>
    <w:p w14:paraId="114ABDB8" w14:textId="77777777" w:rsidR="00A12940" w:rsidRPr="00D1763C" w:rsidRDefault="00A43E66" w:rsidP="00A12940">
      <w:pPr>
        <w:autoSpaceDE w:val="0"/>
        <w:autoSpaceDN w:val="0"/>
        <w:adjustRightInd w:val="0"/>
        <w:spacing w:after="0" w:line="240" w:lineRule="auto"/>
        <w:rPr>
          <w:rFonts w:ascii="Comic Sans MS" w:hAnsi="Comic Sans MS"/>
          <w:sz w:val="20"/>
          <w:szCs w:val="20"/>
        </w:rPr>
      </w:pPr>
      <w:r w:rsidRPr="00D1763C">
        <w:rPr>
          <w:rFonts w:ascii="Comic Sans MS" w:hAnsi="Comic Sans MS"/>
          <w:b/>
          <w:color w:val="0070C0"/>
          <w:sz w:val="20"/>
          <w:szCs w:val="20"/>
        </w:rPr>
        <w:t xml:space="preserve">Aile </w:t>
      </w:r>
      <w:proofErr w:type="spellStart"/>
      <w:r w:rsidRPr="00D1763C">
        <w:rPr>
          <w:rFonts w:ascii="Comic Sans MS" w:hAnsi="Comic Sans MS"/>
          <w:b/>
          <w:color w:val="0070C0"/>
          <w:sz w:val="20"/>
          <w:szCs w:val="20"/>
        </w:rPr>
        <w:t>Katılımı</w:t>
      </w:r>
      <w:proofErr w:type="spellEnd"/>
      <w:r w:rsidRPr="00D1763C">
        <w:rPr>
          <w:rFonts w:ascii="Comic Sans MS" w:hAnsi="Comic Sans MS"/>
          <w:b/>
          <w:color w:val="0070C0"/>
          <w:sz w:val="20"/>
          <w:szCs w:val="20"/>
        </w:rPr>
        <w:t xml:space="preserve">: </w:t>
      </w:r>
      <w:proofErr w:type="spellStart"/>
      <w:r w:rsidR="00A12940" w:rsidRPr="00D1763C">
        <w:rPr>
          <w:rFonts w:ascii="Comic Sans MS" w:hAnsi="Comic Sans MS"/>
          <w:sz w:val="20"/>
          <w:szCs w:val="20"/>
        </w:rPr>
        <w:t>Ailelerden</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çocuklarıyla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gün</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sonunda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okulda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yaptıkları</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etkinlikler</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hakkında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kısa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bir</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sohbet</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etmeleri</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istenir</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Çocuk</w:t>
      </w:r>
      <w:proofErr w:type="spellEnd"/>
      <w:r w:rsidR="00A12940" w:rsidRPr="00D1763C">
        <w:rPr>
          <w:rFonts w:ascii="Comic Sans MS" w:hAnsi="Comic Sans MS"/>
          <w:sz w:val="20"/>
          <w:szCs w:val="20"/>
        </w:rPr>
        <w:t xml:space="preserve">, “Bu </w:t>
      </w:r>
      <w:proofErr w:type="spellStart"/>
      <w:r w:rsidR="00A12940" w:rsidRPr="00D1763C">
        <w:rPr>
          <w:rFonts w:ascii="Comic Sans MS" w:hAnsi="Comic Sans MS"/>
          <w:sz w:val="20"/>
          <w:szCs w:val="20"/>
        </w:rPr>
        <w:t>hafta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okulda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en</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çok</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cümlesini</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tamamlayarak</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sevdiği</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bir</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etkinliği</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ailesiyle</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paylaşabilir</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Evde</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oyun</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veya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günlük</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yaşam</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etkinliği</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sonrasında</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kullandığı</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materyalleri</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toplaması</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ve</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yerine</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koyması</w:t>
      </w:r>
      <w:proofErr w:type="spellEnd"/>
      <w:r w:rsidR="00A12940" w:rsidRPr="00D1763C">
        <w:rPr>
          <w:rFonts w:ascii="Comic Sans MS" w:hAnsi="Comic Sans MS"/>
          <w:sz w:val="20"/>
          <w:szCs w:val="20"/>
        </w:rPr>
        <w:t xml:space="preserve"> </w:t>
      </w:r>
      <w:proofErr w:type="spellStart"/>
      <w:r w:rsidR="00A12940" w:rsidRPr="00D1763C">
        <w:rPr>
          <w:rFonts w:ascii="Comic Sans MS" w:hAnsi="Comic Sans MS"/>
          <w:sz w:val="20"/>
          <w:szCs w:val="20"/>
        </w:rPr>
        <w:t>desteklenebilir</w:t>
      </w:r>
      <w:proofErr w:type="spellEnd"/>
      <w:r w:rsidR="00A12940" w:rsidRPr="00D1763C">
        <w:rPr>
          <w:rFonts w:ascii="Comic Sans MS" w:hAnsi="Comic Sans MS"/>
          <w:sz w:val="20"/>
          <w:szCs w:val="20"/>
        </w:rPr>
        <w:t>.</w:t>
      </w:r>
    </w:p>
    <w:p w14:paraId="55EC8D2C" w14:textId="77777777" w:rsidR="00237530" w:rsidRPr="00D1763C" w:rsidRDefault="00237530" w:rsidP="00A12940">
      <w:pPr>
        <w:spacing w:before="100" w:beforeAutospacing="1" w:after="100" w:afterAutospacing="1" w:line="240" w:lineRule="auto"/>
        <w:rPr>
          <w:rFonts w:ascii="Comic Sans MS" w:eastAsia="Times New Roman" w:hAnsi="Comic Sans MS"/>
          <w:b/>
          <w:bCs/>
          <w:sz w:val="20"/>
          <w:szCs w:val="20"/>
          <w:lang w:eastAsia="tr-TR"/>
        </w:rPr>
      </w:pPr>
    </w:p>
    <w:p w14:paraId="2112BB1F" w14:textId="77777777" w:rsidR="00237530" w:rsidRPr="00D1763C" w:rsidRDefault="00237530" w:rsidP="00A12940">
      <w:pPr>
        <w:spacing w:before="100" w:beforeAutospacing="1" w:after="100" w:afterAutospacing="1" w:line="240" w:lineRule="auto"/>
        <w:rPr>
          <w:rFonts w:ascii="Comic Sans MS" w:eastAsia="Times New Roman" w:hAnsi="Comic Sans MS"/>
          <w:b/>
          <w:bCs/>
          <w:sz w:val="20"/>
          <w:szCs w:val="20"/>
          <w:lang w:eastAsia="tr-TR"/>
        </w:rPr>
      </w:pPr>
    </w:p>
    <w:p w14:paraId="55FEDBAC" w14:textId="77777777" w:rsidR="00237530" w:rsidRPr="00D1763C" w:rsidRDefault="00237530" w:rsidP="00A12940">
      <w:pPr>
        <w:spacing w:before="100" w:beforeAutospacing="1" w:after="100" w:afterAutospacing="1" w:line="240" w:lineRule="auto"/>
        <w:rPr>
          <w:rFonts w:ascii="Comic Sans MS" w:eastAsia="Times New Roman" w:hAnsi="Comic Sans MS"/>
          <w:b/>
          <w:bCs/>
          <w:sz w:val="20"/>
          <w:szCs w:val="20"/>
          <w:lang w:eastAsia="tr-TR"/>
        </w:rPr>
      </w:pPr>
    </w:p>
    <w:p w14:paraId="7B5D0186" w14:textId="66A15320" w:rsidR="00A12940" w:rsidRPr="00D1763C" w:rsidRDefault="00A12940" w:rsidP="00A12940">
      <w:pPr>
        <w:spacing w:before="100" w:beforeAutospacing="1" w:after="100" w:afterAutospacing="1" w:line="240" w:lineRule="auto"/>
        <w:rPr>
          <w:rFonts w:ascii="Comic Sans MS" w:eastAsia="Times New Roman" w:hAnsi="Comic Sans MS"/>
          <w:sz w:val="20"/>
          <w:szCs w:val="20"/>
          <w:lang w:eastAsia="tr-TR"/>
        </w:rPr>
      </w:pPr>
      <w:r w:rsidRPr="00D1763C">
        <w:rPr>
          <w:rFonts w:ascii="Comic Sans MS" w:eastAsia="Times New Roman" w:hAnsi="Comic Sans MS"/>
          <w:b/>
          <w:bCs/>
          <w:sz w:val="20"/>
          <w:szCs w:val="20"/>
          <w:lang w:eastAsia="tr-TR"/>
        </w:rPr>
        <w:t>AİLEYE BİLGİ NOTU</w:t>
      </w:r>
    </w:p>
    <w:p w14:paraId="3A106F09" w14:textId="77777777" w:rsidR="00A12940" w:rsidRPr="00D1763C" w:rsidRDefault="00A12940" w:rsidP="00A12940">
      <w:pPr>
        <w:spacing w:before="100" w:beforeAutospacing="1" w:after="100" w:afterAutospacing="1" w:line="240" w:lineRule="auto"/>
        <w:rPr>
          <w:rFonts w:ascii="Comic Sans MS" w:eastAsia="Times New Roman" w:hAnsi="Comic Sans MS"/>
          <w:sz w:val="20"/>
          <w:szCs w:val="20"/>
          <w:lang w:eastAsia="tr-TR"/>
        </w:rPr>
      </w:pPr>
      <w:r w:rsidRPr="00D1763C">
        <w:rPr>
          <w:rFonts w:ascii="Comic Sans MS" w:eastAsia="Times New Roman" w:hAnsi="Comic Sans MS"/>
          <w:sz w:val="20"/>
          <w:szCs w:val="20"/>
          <w:lang w:eastAsia="tr-TR"/>
        </w:rPr>
        <w:t xml:space="preserve">Sevgili </w:t>
      </w:r>
      <w:proofErr w:type="spellStart"/>
      <w:r w:rsidRPr="00D1763C">
        <w:rPr>
          <w:rFonts w:ascii="Comic Sans MS" w:eastAsia="Times New Roman" w:hAnsi="Comic Sans MS"/>
          <w:sz w:val="20"/>
          <w:szCs w:val="20"/>
          <w:lang w:eastAsia="tr-TR"/>
        </w:rPr>
        <w:t>Ailemiz</w:t>
      </w:r>
      <w:proofErr w:type="spellEnd"/>
      <w:r w:rsidRPr="00D1763C">
        <w:rPr>
          <w:rFonts w:ascii="Comic Sans MS" w:eastAsia="Times New Roman" w:hAnsi="Comic Sans MS"/>
          <w:sz w:val="20"/>
          <w:szCs w:val="20"/>
          <w:lang w:eastAsia="tr-TR"/>
        </w:rPr>
        <w:t>,</w:t>
      </w:r>
    </w:p>
    <w:p w14:paraId="238081C4" w14:textId="77777777" w:rsidR="00A12940" w:rsidRPr="00D1763C" w:rsidRDefault="00A12940" w:rsidP="00A12940">
      <w:p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sz w:val="20"/>
          <w:szCs w:val="20"/>
          <w:lang w:eastAsia="tr-TR"/>
        </w:rPr>
        <w:t>Çocuklarımızla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okuldaki</w:t>
      </w:r>
      <w:proofErr w:type="spellEnd"/>
      <w:r w:rsidRPr="00D1763C">
        <w:rPr>
          <w:rFonts w:ascii="Comic Sans MS" w:eastAsia="Times New Roman" w:hAnsi="Comic Sans MS"/>
          <w:sz w:val="20"/>
          <w:szCs w:val="20"/>
          <w:lang w:eastAsia="tr-TR"/>
        </w:rPr>
        <w:t xml:space="preserve"> ilk </w:t>
      </w:r>
      <w:proofErr w:type="spellStart"/>
      <w:r w:rsidRPr="00D1763C">
        <w:rPr>
          <w:rFonts w:ascii="Comic Sans MS" w:eastAsia="Times New Roman" w:hAnsi="Comic Sans MS"/>
          <w:sz w:val="20"/>
          <w:szCs w:val="20"/>
          <w:lang w:eastAsia="tr-TR"/>
        </w:rPr>
        <w:t>haftamızı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sevgi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oyun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ve</w:t>
      </w:r>
      <w:proofErr w:type="spellEnd"/>
      <w:r w:rsidRPr="00D1763C">
        <w:rPr>
          <w:rFonts w:ascii="Comic Sans MS" w:eastAsia="Times New Roman" w:hAnsi="Comic Sans MS"/>
          <w:sz w:val="20"/>
          <w:szCs w:val="20"/>
          <w:lang w:eastAsia="tr-TR"/>
        </w:rPr>
        <w:t xml:space="preserve"> yeni </w:t>
      </w:r>
      <w:proofErr w:type="spellStart"/>
      <w:r w:rsidRPr="00D1763C">
        <w:rPr>
          <w:rFonts w:ascii="Comic Sans MS" w:eastAsia="Times New Roman" w:hAnsi="Comic Sans MS"/>
          <w:sz w:val="20"/>
          <w:szCs w:val="20"/>
          <w:lang w:eastAsia="tr-TR"/>
        </w:rPr>
        <w:t>deneyimlerle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tamamladık</w:t>
      </w:r>
      <w:proofErr w:type="spellEnd"/>
      <w:r w:rsidRPr="00D1763C">
        <w:rPr>
          <w:rFonts w:ascii="Comic Sans MS" w:eastAsia="Times New Roman" w:hAnsi="Comic Sans MS"/>
          <w:sz w:val="20"/>
          <w:szCs w:val="20"/>
          <w:lang w:eastAsia="tr-TR"/>
        </w:rPr>
        <w:t xml:space="preserve">. Bu </w:t>
      </w:r>
      <w:proofErr w:type="spellStart"/>
      <w:r w:rsidRPr="00D1763C">
        <w:rPr>
          <w:rFonts w:ascii="Comic Sans MS" w:eastAsia="Times New Roman" w:hAnsi="Comic Sans MS"/>
          <w:sz w:val="20"/>
          <w:szCs w:val="20"/>
          <w:lang w:eastAsia="tr-TR"/>
        </w:rPr>
        <w:t>hafta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öğretmen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ve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arkadaşlarımızla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selamlaşmayı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sınıfımızdaki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oyun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alanlarını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tanımayı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birlikte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oyun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oynamayı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kullandığımız</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materyalleri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toplama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sorumluluğunu</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ve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el</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temizliğinin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önemini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deneyimledik</w:t>
      </w:r>
      <w:proofErr w:type="spellEnd"/>
      <w:r w:rsidRPr="00D1763C">
        <w:rPr>
          <w:rFonts w:ascii="Comic Sans MS" w:eastAsia="Times New Roman" w:hAnsi="Comic Sans MS"/>
          <w:sz w:val="20"/>
          <w:szCs w:val="20"/>
          <w:lang w:eastAsia="tr-TR"/>
        </w:rPr>
        <w:t>.</w:t>
      </w:r>
    </w:p>
    <w:p w14:paraId="13FEF959" w14:textId="77777777" w:rsidR="00A12940" w:rsidRPr="00D1763C" w:rsidRDefault="00A12940" w:rsidP="00A12940">
      <w:pPr>
        <w:spacing w:before="100" w:beforeAutospacing="1" w:after="100" w:afterAutospacing="1" w:line="240" w:lineRule="auto"/>
        <w:rPr>
          <w:rFonts w:ascii="Comic Sans MS" w:eastAsia="Times New Roman" w:hAnsi="Comic Sans MS"/>
          <w:sz w:val="20"/>
          <w:szCs w:val="20"/>
          <w:lang w:eastAsia="tr-TR"/>
        </w:rPr>
      </w:pPr>
      <w:r w:rsidRPr="00D1763C">
        <w:rPr>
          <w:rFonts w:ascii="Comic Sans MS" w:eastAsia="Times New Roman" w:hAnsi="Comic Sans MS"/>
          <w:sz w:val="20"/>
          <w:szCs w:val="20"/>
          <w:lang w:eastAsia="tr-TR"/>
        </w:rPr>
        <w:t xml:space="preserve">“İlk </w:t>
      </w:r>
      <w:proofErr w:type="spellStart"/>
      <w:r w:rsidRPr="00D1763C">
        <w:rPr>
          <w:rFonts w:ascii="Comic Sans MS" w:eastAsia="Times New Roman" w:hAnsi="Comic Sans MS"/>
          <w:sz w:val="20"/>
          <w:szCs w:val="20"/>
          <w:lang w:eastAsia="tr-TR"/>
        </w:rPr>
        <w:t>Haftam</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şarkımızı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hareketleriyle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söyledik</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okulda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geçirdiğimiz</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güzel</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anları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şarkı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eşliğinde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canlandırdık</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Evden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okula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yaptığımız</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yolculuktan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konuşarak</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ev</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ve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okul</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arasındaki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yolu</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kendi</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renklerimizle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hazırladık</w:t>
      </w:r>
      <w:proofErr w:type="spellEnd"/>
      <w:r w:rsidRPr="00D1763C">
        <w:rPr>
          <w:rFonts w:ascii="Comic Sans MS" w:eastAsia="Times New Roman" w:hAnsi="Comic Sans MS"/>
          <w:sz w:val="20"/>
          <w:szCs w:val="20"/>
          <w:lang w:eastAsia="tr-TR"/>
        </w:rPr>
        <w:t>.</w:t>
      </w:r>
    </w:p>
    <w:p w14:paraId="37B08733" w14:textId="77777777" w:rsidR="00A12940" w:rsidRPr="00D1763C" w:rsidRDefault="00A12940" w:rsidP="00A12940">
      <w:p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sz w:val="20"/>
          <w:szCs w:val="20"/>
          <w:lang w:eastAsia="tr-TR"/>
        </w:rPr>
        <w:t>Evde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çocuğunuza</w:t>
      </w:r>
      <w:proofErr w:type="spellEnd"/>
      <w:r w:rsidRPr="00D1763C">
        <w:rPr>
          <w:rFonts w:ascii="Comic Sans MS" w:eastAsia="Times New Roman" w:hAnsi="Comic Sans MS"/>
          <w:sz w:val="20"/>
          <w:szCs w:val="20"/>
          <w:lang w:eastAsia="tr-TR"/>
        </w:rPr>
        <w:t xml:space="preserve"> “Bu </w:t>
      </w:r>
      <w:proofErr w:type="spellStart"/>
      <w:r w:rsidRPr="00D1763C">
        <w:rPr>
          <w:rFonts w:ascii="Comic Sans MS" w:eastAsia="Times New Roman" w:hAnsi="Comic Sans MS"/>
          <w:sz w:val="20"/>
          <w:szCs w:val="20"/>
          <w:lang w:eastAsia="tr-TR"/>
        </w:rPr>
        <w:t>hafta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okulda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en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çok</w:t>
      </w:r>
      <w:proofErr w:type="spellEnd"/>
      <w:r w:rsidRPr="00D1763C">
        <w:rPr>
          <w:rFonts w:ascii="Comic Sans MS" w:eastAsia="Times New Roman" w:hAnsi="Comic Sans MS"/>
          <w:sz w:val="20"/>
          <w:szCs w:val="20"/>
          <w:lang w:eastAsia="tr-TR"/>
        </w:rPr>
        <w:t xml:space="preserve"> ne </w:t>
      </w:r>
      <w:proofErr w:type="spellStart"/>
      <w:r w:rsidRPr="00D1763C">
        <w:rPr>
          <w:rFonts w:ascii="Comic Sans MS" w:eastAsia="Times New Roman" w:hAnsi="Comic Sans MS"/>
          <w:sz w:val="20"/>
          <w:szCs w:val="20"/>
          <w:lang w:eastAsia="tr-TR"/>
        </w:rPr>
        <w:t>yapmayı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sevdin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diye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sorabilir</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oyun</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sonrasında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oyuncaklarını</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yerine</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koymasına</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fırsat</w:t>
      </w:r>
      <w:proofErr w:type="spellEnd"/>
      <w:r w:rsidRPr="00D1763C">
        <w:rPr>
          <w:rFonts w:ascii="Comic Sans MS" w:eastAsia="Times New Roman" w:hAnsi="Comic Sans MS"/>
          <w:sz w:val="20"/>
          <w:szCs w:val="20"/>
          <w:lang w:eastAsia="tr-TR"/>
        </w:rPr>
        <w:t xml:space="preserve"> </w:t>
      </w:r>
      <w:proofErr w:type="spellStart"/>
      <w:r w:rsidRPr="00D1763C">
        <w:rPr>
          <w:rFonts w:ascii="Comic Sans MS" w:eastAsia="Times New Roman" w:hAnsi="Comic Sans MS"/>
          <w:sz w:val="20"/>
          <w:szCs w:val="20"/>
          <w:lang w:eastAsia="tr-TR"/>
        </w:rPr>
        <w:t>verebilirsiniz</w:t>
      </w:r>
      <w:proofErr w:type="spellEnd"/>
      <w:r w:rsidRPr="00D1763C">
        <w:rPr>
          <w:rFonts w:ascii="Comic Sans MS" w:eastAsia="Times New Roman" w:hAnsi="Comic Sans MS"/>
          <w:sz w:val="20"/>
          <w:szCs w:val="20"/>
          <w:lang w:eastAsia="tr-TR"/>
        </w:rPr>
        <w:t>.</w:t>
      </w:r>
    </w:p>
    <w:p w14:paraId="0A3F8E64" w14:textId="77777777" w:rsidR="00A12940" w:rsidRPr="00D1763C" w:rsidRDefault="00A12940" w:rsidP="00A12940">
      <w:pPr>
        <w:spacing w:before="100" w:beforeAutospacing="1" w:after="100" w:afterAutospacing="1" w:line="240" w:lineRule="auto"/>
        <w:rPr>
          <w:rFonts w:ascii="Comic Sans MS" w:eastAsia="Times New Roman" w:hAnsi="Comic Sans MS"/>
          <w:sz w:val="20"/>
          <w:szCs w:val="20"/>
          <w:lang w:eastAsia="tr-TR"/>
        </w:rPr>
      </w:pPr>
      <w:proofErr w:type="spellStart"/>
      <w:r w:rsidRPr="00D1763C">
        <w:rPr>
          <w:rFonts w:ascii="Comic Sans MS" w:eastAsia="Times New Roman" w:hAnsi="Comic Sans MS"/>
          <w:sz w:val="20"/>
          <w:szCs w:val="20"/>
          <w:lang w:eastAsia="tr-TR"/>
        </w:rPr>
        <w:t>Sevgiyle</w:t>
      </w:r>
      <w:proofErr w:type="spellEnd"/>
      <w:r w:rsidRPr="00D1763C">
        <w:rPr>
          <w:rFonts w:ascii="Comic Sans MS" w:eastAsia="Times New Roman" w:hAnsi="Comic Sans MS"/>
          <w:sz w:val="20"/>
          <w:szCs w:val="20"/>
          <w:lang w:eastAsia="tr-TR"/>
        </w:rPr>
        <w:t>.</w:t>
      </w:r>
    </w:p>
    <w:p w14:paraId="52EE8D16" w14:textId="4B7CCB16" w:rsidR="00607879" w:rsidRPr="00D1763C" w:rsidRDefault="00A12940">
      <w:pPr>
        <w:spacing w:after="40" w:line="240" w:lineRule="auto"/>
        <w:rPr>
          <w:rFonts w:ascii="Comic Sans MS" w:hAnsi="Comic Sans MS"/>
          <w:b/>
          <w:bCs/>
          <w:sz w:val="20"/>
          <w:szCs w:val="20"/>
        </w:rPr>
      </w:pPr>
      <w:proofErr w:type="spellStart"/>
      <w:r w:rsidRPr="00D1763C">
        <w:rPr>
          <w:rFonts w:ascii="Comic Sans MS" w:hAnsi="Comic Sans MS"/>
          <w:b/>
          <w:bCs/>
          <w:sz w:val="20"/>
          <w:szCs w:val="20"/>
        </w:rPr>
        <w:t>Sınıf</w:t>
      </w:r>
      <w:proofErr w:type="spellEnd"/>
      <w:r w:rsidRPr="00D1763C">
        <w:rPr>
          <w:rFonts w:ascii="Comic Sans MS" w:hAnsi="Comic Sans MS"/>
          <w:b/>
          <w:bCs/>
          <w:sz w:val="20"/>
          <w:szCs w:val="20"/>
        </w:rPr>
        <w:t xml:space="preserve"> </w:t>
      </w:r>
      <w:proofErr w:type="spellStart"/>
      <w:r w:rsidRPr="00D1763C">
        <w:rPr>
          <w:rFonts w:ascii="Comic Sans MS" w:hAnsi="Comic Sans MS"/>
          <w:b/>
          <w:bCs/>
          <w:sz w:val="20"/>
          <w:szCs w:val="20"/>
        </w:rPr>
        <w:t>Öğretmeni</w:t>
      </w:r>
      <w:proofErr w:type="spellEnd"/>
    </w:p>
    <w:p w14:paraId="0D87E4C2" w14:textId="77777777" w:rsidR="00237530" w:rsidRPr="00D1763C" w:rsidRDefault="00237530">
      <w:pPr>
        <w:spacing w:after="40" w:line="240" w:lineRule="auto"/>
        <w:rPr>
          <w:rFonts w:ascii="Comic Sans MS" w:hAnsi="Comic Sans MS"/>
          <w:b/>
          <w:bCs/>
          <w:sz w:val="20"/>
          <w:szCs w:val="20"/>
        </w:rPr>
      </w:pPr>
    </w:p>
    <w:p w14:paraId="43BFE51F" w14:textId="338C29CA" w:rsidR="00607879" w:rsidRPr="00D1763C" w:rsidRDefault="00A43E66" w:rsidP="00A12940">
      <w:pPr>
        <w:spacing w:after="40" w:line="240" w:lineRule="auto"/>
        <w:rPr>
          <w:rFonts w:ascii="Comic Sans MS" w:hAnsi="Comic Sans MS"/>
          <w:b/>
          <w:color w:val="0070C0"/>
          <w:sz w:val="20"/>
          <w:szCs w:val="20"/>
        </w:rPr>
      </w:pPr>
      <w:proofErr w:type="spellStart"/>
      <w:r w:rsidRPr="00D1763C">
        <w:rPr>
          <w:rFonts w:ascii="Comic Sans MS" w:hAnsi="Comic Sans MS"/>
          <w:b/>
          <w:color w:val="0070C0"/>
          <w:sz w:val="20"/>
          <w:szCs w:val="20"/>
        </w:rPr>
        <w:t>Toplum</w:t>
      </w:r>
      <w:proofErr w:type="spellEnd"/>
      <w:r w:rsidRPr="00D1763C">
        <w:rPr>
          <w:rFonts w:ascii="Comic Sans MS" w:hAnsi="Comic Sans MS"/>
          <w:b/>
          <w:color w:val="0070C0"/>
          <w:sz w:val="20"/>
          <w:szCs w:val="20"/>
        </w:rPr>
        <w:t xml:space="preserve"> </w:t>
      </w:r>
      <w:proofErr w:type="spellStart"/>
      <w:r w:rsidRPr="00D1763C">
        <w:rPr>
          <w:rFonts w:ascii="Comic Sans MS" w:hAnsi="Comic Sans MS"/>
          <w:b/>
          <w:color w:val="0070C0"/>
          <w:sz w:val="20"/>
          <w:szCs w:val="20"/>
        </w:rPr>
        <w:t>Katılımı</w:t>
      </w:r>
      <w:proofErr w:type="spellEnd"/>
      <w:r w:rsidRPr="00D1763C">
        <w:rPr>
          <w:rFonts w:ascii="Comic Sans MS" w:hAnsi="Comic Sans MS"/>
          <w:b/>
          <w:color w:val="0070C0"/>
          <w:sz w:val="20"/>
          <w:szCs w:val="20"/>
        </w:rPr>
        <w:t xml:space="preserve">: </w:t>
      </w:r>
    </w:p>
    <w:p w14:paraId="232BF1CB" w14:textId="67E7B031" w:rsidR="00A12940" w:rsidRPr="00D1763C" w:rsidRDefault="00A12940" w:rsidP="00A12940">
      <w:pPr>
        <w:spacing w:after="40" w:line="240" w:lineRule="auto"/>
        <w:rPr>
          <w:rFonts w:ascii="Comic Sans MS" w:hAnsi="Comic Sans MS"/>
          <w:b/>
          <w:color w:val="0070C0"/>
          <w:sz w:val="20"/>
          <w:szCs w:val="20"/>
        </w:rPr>
      </w:pPr>
    </w:p>
    <w:p w14:paraId="64FBC6D5" w14:textId="77777777" w:rsidR="00A12940" w:rsidRPr="00D1763C" w:rsidRDefault="00A12940" w:rsidP="00A12940">
      <w:pPr>
        <w:spacing w:after="0" w:line="276" w:lineRule="auto"/>
        <w:rPr>
          <w:rFonts w:ascii="Comic Sans MS" w:hAnsi="Comic Sans MS"/>
          <w:b/>
          <w:color w:val="F85883"/>
          <w:sz w:val="20"/>
          <w:szCs w:val="20"/>
        </w:rPr>
      </w:pPr>
      <w:r w:rsidRPr="00D1763C">
        <w:rPr>
          <w:rFonts w:ascii="Comic Sans MS" w:hAnsi="Comic Sans MS"/>
          <w:b/>
          <w:color w:val="F85883"/>
          <w:sz w:val="20"/>
          <w:szCs w:val="20"/>
        </w:rPr>
        <w:t>ALTERNATİF LİNKLER/ÖNERİLER</w:t>
      </w:r>
    </w:p>
    <w:p w14:paraId="2A07BB76" w14:textId="77777777" w:rsidR="00A12940" w:rsidRPr="00D1763C" w:rsidRDefault="008C2290" w:rsidP="00237530">
      <w:pPr>
        <w:pStyle w:val="NormalWeb"/>
        <w:spacing w:before="0" w:after="0"/>
        <w:rPr>
          <w:rFonts w:ascii="Comic Sans MS" w:hAnsi="Comic Sans MS" w:cs="Arial"/>
          <w:color w:val="444444"/>
          <w:sz w:val="20"/>
          <w:szCs w:val="20"/>
          <w:shd w:val="clear" w:color="auto" w:fill="FFFFFF"/>
        </w:rPr>
      </w:pPr>
      <w:hyperlink r:id="rId11" w:history="1">
        <w:r w:rsidR="00A12940" w:rsidRPr="00D1763C">
          <w:rPr>
            <w:rStyle w:val="Kpr"/>
            <w:rFonts w:ascii="Comic Sans MS" w:eastAsiaTheme="majorEastAsia" w:hAnsi="Comic Sans MS" w:cs="Arial"/>
            <w:b/>
            <w:bCs/>
            <w:sz w:val="20"/>
            <w:szCs w:val="20"/>
            <w:shd w:val="clear" w:color="auto" w:fill="FFFFFF"/>
          </w:rPr>
          <w:t>Bir Gün Okula Giderken Çocuk Şarkısı</w:t>
        </w:r>
      </w:hyperlink>
      <w:r w:rsidR="00A12940" w:rsidRPr="00D1763C">
        <w:rPr>
          <w:rFonts w:ascii="Comic Sans MS" w:hAnsi="Comic Sans MS" w:cs="Arial"/>
          <w:b/>
          <w:bCs/>
          <w:color w:val="444444"/>
          <w:sz w:val="20"/>
          <w:szCs w:val="20"/>
          <w:shd w:val="clear" w:color="auto" w:fill="FFFFFF"/>
        </w:rPr>
        <w:t xml:space="preserve"> </w:t>
      </w:r>
      <w:r w:rsidR="00A12940" w:rsidRPr="00D1763C">
        <w:rPr>
          <w:rFonts w:ascii="Comic Sans MS" w:hAnsi="Comic Sans MS" w:cs="Arial"/>
          <w:color w:val="000000"/>
          <w:sz w:val="20"/>
          <w:szCs w:val="20"/>
          <w:shd w:val="clear" w:color="auto" w:fill="FFFFFF"/>
        </w:rPr>
        <w:t>hareketleri yapılarak söylenir</w:t>
      </w:r>
      <w:r w:rsidR="00A12940" w:rsidRPr="00D1763C">
        <w:rPr>
          <w:rFonts w:ascii="Comic Sans MS" w:hAnsi="Comic Sans MS" w:cs="Arial"/>
          <w:color w:val="444444"/>
          <w:sz w:val="20"/>
          <w:szCs w:val="20"/>
          <w:shd w:val="clear" w:color="auto" w:fill="FFFFFF"/>
        </w:rPr>
        <w:t>.</w:t>
      </w:r>
    </w:p>
    <w:p w14:paraId="05AF6ECB" w14:textId="77777777" w:rsidR="00A12940" w:rsidRPr="00D1763C" w:rsidRDefault="00A12940" w:rsidP="00A12940">
      <w:pPr>
        <w:shd w:val="clear" w:color="auto" w:fill="FFFFFF"/>
        <w:spacing w:after="195" w:line="240" w:lineRule="auto"/>
        <w:rPr>
          <w:rFonts w:ascii="Comic Sans MS" w:eastAsia="Times New Roman" w:hAnsi="Comic Sans MS" w:cs="Arial"/>
          <w:color w:val="212529"/>
          <w:sz w:val="20"/>
          <w:szCs w:val="20"/>
          <w:lang w:eastAsia="tr-TR"/>
        </w:rPr>
      </w:pPr>
      <w:r w:rsidRPr="00D1763C">
        <w:rPr>
          <w:rFonts w:ascii="Comic Sans MS" w:eastAsia="Times New Roman" w:hAnsi="Comic Sans MS" w:cs="Arial"/>
          <w:b/>
          <w:bCs/>
          <w:color w:val="212529"/>
          <w:sz w:val="20"/>
          <w:szCs w:val="20"/>
          <w:lang w:eastAsia="tr-TR"/>
        </w:rPr>
        <w:t>BİR GÜN OKULA GİDERKEN ŞARKISI</w:t>
      </w:r>
      <w:r w:rsidRPr="00D1763C">
        <w:rPr>
          <w:rFonts w:ascii="Comic Sans MS" w:eastAsia="Times New Roman" w:hAnsi="Comic Sans MS" w:cs="Arial"/>
          <w:color w:val="212529"/>
          <w:sz w:val="20"/>
          <w:szCs w:val="20"/>
          <w:lang w:eastAsia="tr-TR"/>
        </w:rPr>
        <w:br/>
        <w:t xml:space="preserve">Bir </w:t>
      </w:r>
      <w:proofErr w:type="spellStart"/>
      <w:r w:rsidRPr="00D1763C">
        <w:rPr>
          <w:rFonts w:ascii="Comic Sans MS" w:eastAsia="Times New Roman" w:hAnsi="Comic Sans MS" w:cs="Arial"/>
          <w:color w:val="212529"/>
          <w:sz w:val="20"/>
          <w:szCs w:val="20"/>
          <w:lang w:eastAsia="tr-TR"/>
        </w:rPr>
        <w:t>gün</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okula</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giderken</w:t>
      </w:r>
      <w:proofErr w:type="spellEnd"/>
      <w:r w:rsidRPr="00D1763C">
        <w:rPr>
          <w:rFonts w:ascii="Comic Sans MS" w:eastAsia="Times New Roman" w:hAnsi="Comic Sans MS" w:cs="Arial"/>
          <w:color w:val="212529"/>
          <w:sz w:val="20"/>
          <w:szCs w:val="20"/>
          <w:lang w:eastAsia="tr-TR"/>
        </w:rPr>
        <w:br/>
        <w:t xml:space="preserve">Her </w:t>
      </w:r>
      <w:proofErr w:type="spellStart"/>
      <w:r w:rsidRPr="00D1763C">
        <w:rPr>
          <w:rFonts w:ascii="Comic Sans MS" w:eastAsia="Times New Roman" w:hAnsi="Comic Sans MS" w:cs="Arial"/>
          <w:color w:val="212529"/>
          <w:sz w:val="20"/>
          <w:szCs w:val="20"/>
          <w:lang w:eastAsia="tr-TR"/>
        </w:rPr>
        <w:t>şeye</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dikkat</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ederken</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Önce</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bir</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ihtiyarcık</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Yürüdü</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yavaşçacık</w:t>
      </w:r>
      <w:proofErr w:type="spellEnd"/>
      <w:r w:rsidRPr="00D1763C">
        <w:rPr>
          <w:rFonts w:ascii="Comic Sans MS" w:eastAsia="Times New Roman" w:hAnsi="Comic Sans MS" w:cs="Arial"/>
          <w:color w:val="212529"/>
          <w:sz w:val="20"/>
          <w:szCs w:val="20"/>
          <w:lang w:eastAsia="tr-TR"/>
        </w:rPr>
        <w:t> </w:t>
      </w:r>
    </w:p>
    <w:p w14:paraId="363A1BD1" w14:textId="77777777" w:rsidR="00A12940" w:rsidRPr="00D1763C" w:rsidRDefault="00A12940" w:rsidP="00A12940">
      <w:pPr>
        <w:shd w:val="clear" w:color="auto" w:fill="FFFFFF"/>
        <w:spacing w:after="195" w:line="240" w:lineRule="auto"/>
        <w:rPr>
          <w:rFonts w:ascii="Comic Sans MS" w:eastAsia="Times New Roman" w:hAnsi="Comic Sans MS" w:cs="Arial"/>
          <w:color w:val="212529"/>
          <w:sz w:val="20"/>
          <w:szCs w:val="20"/>
          <w:lang w:eastAsia="tr-TR"/>
        </w:rPr>
      </w:pPr>
      <w:r w:rsidRPr="00D1763C">
        <w:rPr>
          <w:rFonts w:ascii="Comic Sans MS" w:eastAsia="Times New Roman" w:hAnsi="Comic Sans MS" w:cs="Arial"/>
          <w:color w:val="212529"/>
          <w:sz w:val="20"/>
          <w:szCs w:val="20"/>
          <w:lang w:eastAsia="tr-TR"/>
        </w:rPr>
        <w:t xml:space="preserve">Him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da him </w:t>
      </w:r>
      <w:proofErr w:type="spellStart"/>
      <w:r w:rsidRPr="00D1763C">
        <w:rPr>
          <w:rFonts w:ascii="Comic Sans MS" w:eastAsia="Times New Roman" w:hAnsi="Comic Sans MS" w:cs="Arial"/>
          <w:color w:val="212529"/>
          <w:sz w:val="20"/>
          <w:szCs w:val="20"/>
          <w:lang w:eastAsia="tr-TR"/>
        </w:rPr>
        <w:t>him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him</w:t>
      </w:r>
      <w:proofErr w:type="spellEnd"/>
    </w:p>
    <w:p w14:paraId="6E49F1FF" w14:textId="77777777" w:rsidR="00A12940" w:rsidRPr="00D1763C" w:rsidRDefault="00A12940" w:rsidP="00A12940">
      <w:pPr>
        <w:shd w:val="clear" w:color="auto" w:fill="FFFFFF"/>
        <w:spacing w:after="195" w:line="240" w:lineRule="auto"/>
        <w:rPr>
          <w:rFonts w:ascii="Comic Sans MS" w:eastAsia="Times New Roman" w:hAnsi="Comic Sans MS" w:cs="Arial"/>
          <w:color w:val="212529"/>
          <w:sz w:val="20"/>
          <w:szCs w:val="20"/>
          <w:lang w:eastAsia="tr-TR"/>
        </w:rPr>
      </w:pPr>
      <w:r w:rsidRPr="00D1763C">
        <w:rPr>
          <w:rFonts w:ascii="Comic Sans MS" w:eastAsia="Times New Roman" w:hAnsi="Comic Sans MS" w:cs="Arial"/>
          <w:color w:val="212529"/>
          <w:sz w:val="20"/>
          <w:szCs w:val="20"/>
          <w:lang w:eastAsia="tr-TR"/>
        </w:rPr>
        <w:t xml:space="preserve">Bir </w:t>
      </w:r>
      <w:proofErr w:type="spellStart"/>
      <w:r w:rsidRPr="00D1763C">
        <w:rPr>
          <w:rFonts w:ascii="Comic Sans MS" w:eastAsia="Times New Roman" w:hAnsi="Comic Sans MS" w:cs="Arial"/>
          <w:color w:val="212529"/>
          <w:sz w:val="20"/>
          <w:szCs w:val="20"/>
          <w:lang w:eastAsia="tr-TR"/>
        </w:rPr>
        <w:t>gün</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okula</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giderken</w:t>
      </w:r>
      <w:proofErr w:type="spellEnd"/>
      <w:r w:rsidRPr="00D1763C">
        <w:rPr>
          <w:rFonts w:ascii="Comic Sans MS" w:eastAsia="Times New Roman" w:hAnsi="Comic Sans MS" w:cs="Arial"/>
          <w:color w:val="212529"/>
          <w:sz w:val="20"/>
          <w:szCs w:val="20"/>
          <w:lang w:eastAsia="tr-TR"/>
        </w:rPr>
        <w:br/>
        <w:t xml:space="preserve">Her </w:t>
      </w:r>
      <w:proofErr w:type="spellStart"/>
      <w:r w:rsidRPr="00D1763C">
        <w:rPr>
          <w:rFonts w:ascii="Comic Sans MS" w:eastAsia="Times New Roman" w:hAnsi="Comic Sans MS" w:cs="Arial"/>
          <w:color w:val="212529"/>
          <w:sz w:val="20"/>
          <w:szCs w:val="20"/>
          <w:lang w:eastAsia="tr-TR"/>
        </w:rPr>
        <w:t>şeye</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dikkat</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ederken</w:t>
      </w:r>
      <w:proofErr w:type="spellEnd"/>
      <w:r w:rsidRPr="00D1763C">
        <w:rPr>
          <w:rFonts w:ascii="Comic Sans MS" w:eastAsia="Times New Roman" w:hAnsi="Comic Sans MS" w:cs="Arial"/>
          <w:color w:val="212529"/>
          <w:sz w:val="20"/>
          <w:szCs w:val="20"/>
          <w:lang w:eastAsia="tr-TR"/>
        </w:rPr>
        <w:br/>
        <w:t xml:space="preserve">Bir </w:t>
      </w:r>
      <w:proofErr w:type="spellStart"/>
      <w:r w:rsidRPr="00D1763C">
        <w:rPr>
          <w:rFonts w:ascii="Comic Sans MS" w:eastAsia="Times New Roman" w:hAnsi="Comic Sans MS" w:cs="Arial"/>
          <w:color w:val="212529"/>
          <w:sz w:val="20"/>
          <w:szCs w:val="20"/>
          <w:lang w:eastAsia="tr-TR"/>
        </w:rPr>
        <w:t>kız</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topla</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atladı</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Topu</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düştü</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patladı</w:t>
      </w:r>
      <w:proofErr w:type="spellEnd"/>
    </w:p>
    <w:p w14:paraId="25D5B202" w14:textId="77777777" w:rsidR="00A12940" w:rsidRPr="00D1763C" w:rsidRDefault="00A12940" w:rsidP="00A12940">
      <w:pPr>
        <w:shd w:val="clear" w:color="auto" w:fill="FFFFFF"/>
        <w:spacing w:after="195" w:line="240" w:lineRule="auto"/>
        <w:rPr>
          <w:rFonts w:ascii="Comic Sans MS" w:eastAsia="Times New Roman" w:hAnsi="Comic Sans MS" w:cs="Arial"/>
          <w:color w:val="212529"/>
          <w:sz w:val="20"/>
          <w:szCs w:val="20"/>
          <w:lang w:eastAsia="tr-TR"/>
        </w:rPr>
      </w:pPr>
      <w:r w:rsidRPr="00D1763C">
        <w:rPr>
          <w:rFonts w:ascii="Comic Sans MS" w:eastAsia="Times New Roman" w:hAnsi="Comic Sans MS" w:cs="Arial"/>
          <w:color w:val="212529"/>
          <w:sz w:val="20"/>
          <w:szCs w:val="20"/>
          <w:lang w:eastAsia="tr-TR"/>
        </w:rPr>
        <w:t xml:space="preserve">Bum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da bum </w:t>
      </w:r>
      <w:proofErr w:type="spellStart"/>
      <w:r w:rsidRPr="00D1763C">
        <w:rPr>
          <w:rFonts w:ascii="Comic Sans MS" w:eastAsia="Times New Roman" w:hAnsi="Comic Sans MS" w:cs="Arial"/>
          <w:color w:val="212529"/>
          <w:sz w:val="20"/>
          <w:szCs w:val="20"/>
          <w:lang w:eastAsia="tr-TR"/>
        </w:rPr>
        <w:t>bum</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bum</w:t>
      </w:r>
      <w:proofErr w:type="spellEnd"/>
    </w:p>
    <w:p w14:paraId="121ABFA3" w14:textId="77777777" w:rsidR="00A12940" w:rsidRPr="00D1763C" w:rsidRDefault="00A12940" w:rsidP="00A12940">
      <w:pPr>
        <w:shd w:val="clear" w:color="auto" w:fill="FFFFFF"/>
        <w:spacing w:after="195" w:line="240" w:lineRule="auto"/>
        <w:rPr>
          <w:rFonts w:ascii="Comic Sans MS" w:eastAsia="Times New Roman" w:hAnsi="Comic Sans MS" w:cs="Arial"/>
          <w:color w:val="212529"/>
          <w:sz w:val="20"/>
          <w:szCs w:val="20"/>
          <w:lang w:eastAsia="tr-TR"/>
        </w:rPr>
      </w:pPr>
      <w:r w:rsidRPr="00D1763C">
        <w:rPr>
          <w:rFonts w:ascii="Comic Sans MS" w:eastAsia="Times New Roman" w:hAnsi="Comic Sans MS" w:cs="Arial"/>
          <w:color w:val="212529"/>
          <w:sz w:val="20"/>
          <w:szCs w:val="20"/>
          <w:lang w:eastAsia="tr-TR"/>
        </w:rPr>
        <w:t xml:space="preserve">Bir </w:t>
      </w:r>
      <w:proofErr w:type="spellStart"/>
      <w:r w:rsidRPr="00D1763C">
        <w:rPr>
          <w:rFonts w:ascii="Comic Sans MS" w:eastAsia="Times New Roman" w:hAnsi="Comic Sans MS" w:cs="Arial"/>
          <w:color w:val="212529"/>
          <w:sz w:val="20"/>
          <w:szCs w:val="20"/>
          <w:lang w:eastAsia="tr-TR"/>
        </w:rPr>
        <w:t>gün</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okula</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giderken</w:t>
      </w:r>
      <w:proofErr w:type="spellEnd"/>
      <w:r w:rsidRPr="00D1763C">
        <w:rPr>
          <w:rFonts w:ascii="Comic Sans MS" w:eastAsia="Times New Roman" w:hAnsi="Comic Sans MS" w:cs="Arial"/>
          <w:color w:val="212529"/>
          <w:sz w:val="20"/>
          <w:szCs w:val="20"/>
          <w:lang w:eastAsia="tr-TR"/>
        </w:rPr>
        <w:br/>
        <w:t xml:space="preserve">Her </w:t>
      </w:r>
      <w:proofErr w:type="spellStart"/>
      <w:r w:rsidRPr="00D1763C">
        <w:rPr>
          <w:rFonts w:ascii="Comic Sans MS" w:eastAsia="Times New Roman" w:hAnsi="Comic Sans MS" w:cs="Arial"/>
          <w:color w:val="212529"/>
          <w:sz w:val="20"/>
          <w:szCs w:val="20"/>
          <w:lang w:eastAsia="tr-TR"/>
        </w:rPr>
        <w:t>şeye</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dikkat</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ederken</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Borazanlı</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atlılar</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Tozu</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dumana</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kattılar</w:t>
      </w:r>
      <w:proofErr w:type="spellEnd"/>
    </w:p>
    <w:p w14:paraId="43D3B9F1" w14:textId="2D3E48A7" w:rsidR="000F2200" w:rsidRPr="00D1763C" w:rsidRDefault="00A12940" w:rsidP="00237530">
      <w:pPr>
        <w:shd w:val="clear" w:color="auto" w:fill="FFFFFF"/>
        <w:spacing w:after="195" w:line="240" w:lineRule="auto"/>
        <w:rPr>
          <w:rFonts w:ascii="Comic Sans MS" w:eastAsia="Times New Roman" w:hAnsi="Comic Sans MS" w:cs="Arial"/>
          <w:color w:val="212529"/>
          <w:sz w:val="20"/>
          <w:szCs w:val="20"/>
          <w:lang w:eastAsia="tr-TR"/>
        </w:rPr>
      </w:pP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br/>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w:t>
      </w:r>
      <w:proofErr w:type="spellStart"/>
      <w:r w:rsidRPr="00D1763C">
        <w:rPr>
          <w:rFonts w:ascii="Comic Sans MS" w:eastAsia="Times New Roman" w:hAnsi="Comic Sans MS" w:cs="Arial"/>
          <w:color w:val="212529"/>
          <w:sz w:val="20"/>
          <w:szCs w:val="20"/>
          <w:lang w:eastAsia="tr-TR"/>
        </w:rPr>
        <w:t>bup</w:t>
      </w:r>
      <w:proofErr w:type="spellEnd"/>
      <w:r w:rsidRPr="00D1763C">
        <w:rPr>
          <w:rFonts w:ascii="Comic Sans MS" w:eastAsia="Times New Roman" w:hAnsi="Comic Sans MS" w:cs="Arial"/>
          <w:color w:val="212529"/>
          <w:sz w:val="20"/>
          <w:szCs w:val="20"/>
          <w:lang w:eastAsia="tr-TR"/>
        </w:rPr>
        <w:t xml:space="preserve"> ta </w:t>
      </w:r>
      <w:proofErr w:type="spellStart"/>
      <w:r w:rsidRPr="00D1763C">
        <w:rPr>
          <w:rFonts w:ascii="Comic Sans MS" w:eastAsia="Times New Roman" w:hAnsi="Comic Sans MS" w:cs="Arial"/>
          <w:color w:val="212529"/>
          <w:sz w:val="20"/>
          <w:szCs w:val="20"/>
          <w:lang w:eastAsia="tr-TR"/>
        </w:rPr>
        <w:t>bupbup</w:t>
      </w:r>
      <w:proofErr w:type="spellEnd"/>
    </w:p>
    <w:p w14:paraId="4975E91D" w14:textId="77777777" w:rsidR="00237530" w:rsidRPr="00D1763C" w:rsidRDefault="00237530" w:rsidP="00237530">
      <w:pPr>
        <w:shd w:val="clear" w:color="auto" w:fill="FFFFFF"/>
        <w:spacing w:after="195" w:line="240" w:lineRule="auto"/>
        <w:rPr>
          <w:rFonts w:ascii="Comic Sans MS" w:eastAsia="Times New Roman" w:hAnsi="Comic Sans MS" w:cs="Arial"/>
          <w:color w:val="212529"/>
          <w:sz w:val="20"/>
          <w:szCs w:val="20"/>
          <w:lang w:eastAsia="tr-TR"/>
        </w:rPr>
      </w:pPr>
    </w:p>
    <w:p w14:paraId="2733CAD3" w14:textId="77777777" w:rsidR="00237530" w:rsidRPr="00D1763C" w:rsidRDefault="00237530" w:rsidP="00237530">
      <w:pPr>
        <w:shd w:val="clear" w:color="auto" w:fill="FFFFFF"/>
        <w:spacing w:after="195" w:line="240" w:lineRule="auto"/>
        <w:rPr>
          <w:rFonts w:ascii="Comic Sans MS" w:hAnsi="Comic Sans MS"/>
          <w:sz w:val="20"/>
          <w:szCs w:val="20"/>
        </w:rPr>
      </w:pPr>
    </w:p>
    <w:p w14:paraId="5BA6F606" w14:textId="49DEE9BE" w:rsidR="000F2200" w:rsidRPr="00D1763C" w:rsidRDefault="000F2200" w:rsidP="000F2200">
      <w:pPr>
        <w:spacing w:after="0" w:line="276" w:lineRule="auto"/>
        <w:ind w:left="-284" w:right="-284"/>
        <w:rPr>
          <w:rFonts w:ascii="Comic Sans MS" w:hAnsi="Comic Sans MS"/>
          <w:sz w:val="20"/>
          <w:szCs w:val="20"/>
        </w:rPr>
      </w:pPr>
      <w:r w:rsidRPr="00D1763C">
        <w:rPr>
          <w:rStyle w:val="Vurgu"/>
          <w:rFonts w:ascii="Comic Sans MS" w:hAnsi="Comic Sans MS"/>
          <w:sz w:val="20"/>
          <w:szCs w:val="20"/>
        </w:rPr>
        <w:t xml:space="preserve">Bu </w:t>
      </w:r>
      <w:proofErr w:type="spellStart"/>
      <w:r w:rsidRPr="00D1763C">
        <w:rPr>
          <w:rStyle w:val="Vurgu"/>
          <w:rFonts w:ascii="Comic Sans MS" w:hAnsi="Comic Sans MS"/>
          <w:sz w:val="20"/>
          <w:szCs w:val="20"/>
        </w:rPr>
        <w:t>içerikte</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yer</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alan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yazı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fotoğraf</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ve</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sair</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içeriklerin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bireysel</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kullanım</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dışında</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izin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alınmadan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kısmen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ya</w:t>
      </w:r>
      <w:proofErr w:type="spellEnd"/>
      <w:r w:rsidRPr="00D1763C">
        <w:rPr>
          <w:rStyle w:val="Vurgu"/>
          <w:rFonts w:ascii="Comic Sans MS" w:hAnsi="Comic Sans MS"/>
          <w:sz w:val="20"/>
          <w:szCs w:val="20"/>
        </w:rPr>
        <w:t xml:space="preserve"> da </w:t>
      </w:r>
      <w:proofErr w:type="spellStart"/>
      <w:r w:rsidRPr="00D1763C">
        <w:rPr>
          <w:rStyle w:val="Vurgu"/>
          <w:rFonts w:ascii="Comic Sans MS" w:hAnsi="Comic Sans MS"/>
          <w:sz w:val="20"/>
          <w:szCs w:val="20"/>
        </w:rPr>
        <w:t>tamamen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kopyalanması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çoğaltılması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kullanılması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yayınlanması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ve</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dağıtılması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yasaktır</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İçeriğin</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tüm</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hakları</w:t>
      </w:r>
      <w:proofErr w:type="spellEnd"/>
      <w:r w:rsidRPr="00D1763C">
        <w:rPr>
          <w:rStyle w:val="Vurgu"/>
          <w:rFonts w:ascii="Comic Sans MS" w:hAnsi="Comic Sans MS"/>
          <w:sz w:val="20"/>
          <w:szCs w:val="20"/>
        </w:rPr>
        <w:t xml:space="preserve"> </w:t>
      </w:r>
      <w:proofErr w:type="spellStart"/>
      <w:r w:rsidRPr="00D1763C">
        <w:rPr>
          <w:rStyle w:val="Vurgu"/>
          <w:rFonts w:ascii="Comic Sans MS" w:hAnsi="Comic Sans MS"/>
          <w:sz w:val="20"/>
          <w:szCs w:val="20"/>
        </w:rPr>
        <w:t>saklıdır</w:t>
      </w:r>
      <w:proofErr w:type="spellEnd"/>
      <w:r w:rsidRPr="00D1763C">
        <w:rPr>
          <w:rStyle w:val="Vurgu"/>
          <w:rFonts w:ascii="Comic Sans MS" w:hAnsi="Comic Sans MS"/>
          <w:sz w:val="20"/>
          <w:szCs w:val="20"/>
        </w:rPr>
        <w:t>.</w:t>
      </w:r>
      <w:r w:rsidRPr="00D1763C">
        <w:rPr>
          <w:rFonts w:ascii="Comic Sans MS" w:hAnsi="Comic Sans MS"/>
          <w:sz w:val="20"/>
          <w:szCs w:val="20"/>
        </w:rPr>
        <w:t xml:space="preserve"> </w:t>
      </w:r>
      <w:r w:rsidRPr="00D1763C">
        <w:rPr>
          <w:rFonts w:ascii="Comic Sans MS" w:hAnsi="Comic Sans MS"/>
          <w:noProof/>
          <w:sz w:val="20"/>
          <w:szCs w:val="20"/>
        </w:rPr>
        <w:drawing>
          <wp:inline distT="0" distB="0" distL="0" distR="0" wp14:anchorId="2F392A75" wp14:editId="3F1EA205">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0F2200" w:rsidRPr="00D1763C" w:rsidSect="00AC0511">
      <w:footerReference w:type="default" r:id="rId13"/>
      <w:pgSz w:w="11906" w:h="16838"/>
      <w:pgMar w:top="567" w:right="707"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EFB33" w14:textId="77777777" w:rsidR="008C2290" w:rsidRDefault="008C2290">
      <w:pPr>
        <w:spacing w:after="0" w:line="240" w:lineRule="auto"/>
      </w:pPr>
      <w:r>
        <w:separator/>
      </w:r>
    </w:p>
  </w:endnote>
  <w:endnote w:type="continuationSeparator" w:id="0">
    <w:p w14:paraId="6DC1F392" w14:textId="77777777" w:rsidR="008C2290" w:rsidRDefault="008C2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306A9" w14:textId="064FC390" w:rsidR="00607879" w:rsidRDefault="00607879">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3C6D8" w14:textId="77777777" w:rsidR="008C2290" w:rsidRDefault="008C2290">
      <w:pPr>
        <w:spacing w:after="0" w:line="240" w:lineRule="auto"/>
      </w:pPr>
      <w:r>
        <w:separator/>
      </w:r>
    </w:p>
  </w:footnote>
  <w:footnote w:type="continuationSeparator" w:id="0">
    <w:p w14:paraId="36B42FD9" w14:textId="77777777" w:rsidR="008C2290" w:rsidRDefault="008C22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8C20480"/>
    <w:multiLevelType w:val="hybridMultilevel"/>
    <w:tmpl w:val="A3E2C17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BE95534"/>
    <w:multiLevelType w:val="multilevel"/>
    <w:tmpl w:val="FFE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04916"/>
    <w:multiLevelType w:val="multilevel"/>
    <w:tmpl w:val="0AC4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F55D8D"/>
    <w:multiLevelType w:val="hybridMultilevel"/>
    <w:tmpl w:val="7E1C74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E5D42DA"/>
    <w:multiLevelType w:val="multilevel"/>
    <w:tmpl w:val="F4C8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9"/>
  </w:num>
  <w:num w:numId="12">
    <w:abstractNumId w:val="13"/>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200"/>
    <w:rsid w:val="0015074B"/>
    <w:rsid w:val="00237530"/>
    <w:rsid w:val="0029639D"/>
    <w:rsid w:val="00326F90"/>
    <w:rsid w:val="00354914"/>
    <w:rsid w:val="00355094"/>
    <w:rsid w:val="004C1EF8"/>
    <w:rsid w:val="00514772"/>
    <w:rsid w:val="0054587C"/>
    <w:rsid w:val="00607879"/>
    <w:rsid w:val="00647E9F"/>
    <w:rsid w:val="007426C4"/>
    <w:rsid w:val="00807846"/>
    <w:rsid w:val="008A52AD"/>
    <w:rsid w:val="008C0371"/>
    <w:rsid w:val="008C2290"/>
    <w:rsid w:val="0094442B"/>
    <w:rsid w:val="009B46F3"/>
    <w:rsid w:val="009E40D8"/>
    <w:rsid w:val="00A12940"/>
    <w:rsid w:val="00A43E66"/>
    <w:rsid w:val="00AA1D8D"/>
    <w:rsid w:val="00AC0511"/>
    <w:rsid w:val="00B47730"/>
    <w:rsid w:val="00B91D1D"/>
    <w:rsid w:val="00BF53EF"/>
    <w:rsid w:val="00C9506C"/>
    <w:rsid w:val="00CB0664"/>
    <w:rsid w:val="00D1763C"/>
    <w:rsid w:val="00F05A43"/>
    <w:rsid w:val="00F22E3A"/>
    <w:rsid w:val="00FC693F"/>
    <w:rsid w:val="00FC6B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88E5B"/>
  <w14:defaultImageDpi w14:val="300"/>
  <w15:docId w15:val="{FC0FDD8D-1CF8-4FEB-9E04-E88FCB74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E3A"/>
    <w:pPr>
      <w:spacing w:after="80" w:line="247" w:lineRule="auto"/>
    </w:pPr>
    <w:rPr>
      <w:rFonts w:ascii="Calibri" w:hAnsi="Calibri"/>
    </w:rPr>
  </w:style>
  <w:style w:type="paragraph" w:styleId="Balk1">
    <w:name w:val="heading 1"/>
    <w:basedOn w:val="Normal"/>
    <w:next w:val="Normal"/>
    <w:link w:val="Balk1Char"/>
    <w:uiPriority w:val="9"/>
    <w:qFormat/>
    <w:rsid w:val="00FC693F"/>
    <w:pPr>
      <w:keepNext/>
      <w:keepLines/>
      <w:spacing w:before="180" w:after="100"/>
      <w:outlineLvl w:val="0"/>
    </w:pPr>
    <w:rPr>
      <w:rFonts w:asciiTheme="majorHAnsi" w:eastAsiaTheme="majorEastAsia" w:hAnsiTheme="majorHAnsi" w:cstheme="majorBidi"/>
      <w:b/>
      <w:bCs/>
      <w:color w:val="C2185B"/>
      <w:sz w:val="24"/>
      <w:szCs w:val="28"/>
    </w:rPr>
  </w:style>
  <w:style w:type="paragraph" w:styleId="Balk2">
    <w:name w:val="heading 2"/>
    <w:basedOn w:val="Normal"/>
    <w:next w:val="Normal"/>
    <w:link w:val="Balk2Char"/>
    <w:uiPriority w:val="9"/>
    <w:unhideWhenUsed/>
    <w:qFormat/>
    <w:rsid w:val="00FC693F"/>
    <w:pPr>
      <w:keepNext/>
      <w:keepLines/>
      <w:spacing w:before="180" w:after="100"/>
      <w:outlineLvl w:val="1"/>
    </w:pPr>
    <w:rPr>
      <w:rFonts w:asciiTheme="majorHAnsi" w:eastAsiaTheme="majorEastAsia" w:hAnsiTheme="majorHAnsi" w:cstheme="majorBidi"/>
      <w:b/>
      <w:bCs/>
      <w:color w:val="AD1457"/>
      <w:szCs w:val="26"/>
    </w:rPr>
  </w:style>
  <w:style w:type="paragraph" w:styleId="Balk3">
    <w:name w:val="heading 3"/>
    <w:basedOn w:val="Normal"/>
    <w:next w:val="Normal"/>
    <w:link w:val="Balk3Char"/>
    <w:uiPriority w:val="9"/>
    <w:unhideWhenUsed/>
    <w:qFormat/>
    <w:rsid w:val="00FC693F"/>
    <w:pPr>
      <w:keepNext/>
      <w:keepLines/>
      <w:spacing w:before="180" w:after="100"/>
      <w:outlineLvl w:val="2"/>
    </w:pPr>
    <w:rPr>
      <w:rFonts w:asciiTheme="majorHAnsi" w:eastAsiaTheme="majorEastAsia" w:hAnsiTheme="majorHAnsi" w:cstheme="majorBidi"/>
      <w:b/>
      <w:bCs/>
      <w:color w:val="000000"/>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2185B"/>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AD1457"/>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AD1457"/>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C2185B"/>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C2185B"/>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C2185B"/>
    </w:rPr>
  </w:style>
  <w:style w:type="paragraph" w:styleId="KonuBal">
    <w:name w:val="Title"/>
    <w:basedOn w:val="Normal"/>
    <w:next w:val="Normal"/>
    <w:link w:val="KonuBalChar"/>
    <w:uiPriority w:val="10"/>
    <w:qFormat/>
    <w:rsid w:val="00FC693F"/>
    <w:pPr>
      <w:spacing w:before="180" w:after="100" w:line="240" w:lineRule="auto"/>
      <w:contextualSpacing/>
    </w:pPr>
    <w:rPr>
      <w:rFonts w:asciiTheme="majorHAnsi" w:eastAsiaTheme="majorEastAsia" w:hAnsiTheme="majorHAnsi" w:cstheme="majorBidi"/>
      <w:b/>
      <w:color w:val="AD1457"/>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C2185B"/>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C2185B"/>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C2185B"/>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AD1457"/>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AD1457"/>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C2185B"/>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C2185B"/>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C2185B"/>
    </w:rPr>
  </w:style>
  <w:style w:type="character" w:customStyle="1" w:styleId="GlAlntChar">
    <w:name w:val="Güçlü Alıntı Char"/>
    <w:basedOn w:val="VarsaylanParagrafYazTipi"/>
    <w:link w:val="GlAlnt"/>
    <w:uiPriority w:val="30"/>
    <w:rsid w:val="00FC693F"/>
    <w:rPr>
      <w:b/>
      <w:bCs/>
      <w:i/>
      <w:iCs/>
      <w:color w:val="C2185B"/>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C2185B"/>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C2185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qFormat/>
    <w:rsid w:val="009B46F3"/>
    <w:pPr>
      <w:suppressAutoHyphens/>
      <w:spacing w:before="280" w:after="280" w:line="240" w:lineRule="auto"/>
    </w:pPr>
    <w:rPr>
      <w:rFonts w:ascii="Times New Roman" w:eastAsia="Times New Roman" w:hAnsi="Times New Roman" w:cs="Times New Roman"/>
      <w:sz w:val="24"/>
      <w:szCs w:val="24"/>
      <w:lang w:val="tr-TR" w:eastAsia="zh-CN"/>
    </w:rPr>
  </w:style>
  <w:style w:type="character" w:styleId="Kpr">
    <w:name w:val="Hyperlink"/>
    <w:rsid w:val="00AC0511"/>
    <w:rPr>
      <w:color w:val="0563C1"/>
      <w:u w:val="single"/>
    </w:rPr>
  </w:style>
  <w:style w:type="paragraph" w:customStyle="1" w:styleId="pdq2pgselectionanchorcontainer">
    <w:name w:val="pdq2pg_selectionanchorcontainer"/>
    <w:basedOn w:val="Normal"/>
    <w:rsid w:val="000F2200"/>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096985">
      <w:bodyDiv w:val="1"/>
      <w:marLeft w:val="0"/>
      <w:marRight w:val="0"/>
      <w:marTop w:val="0"/>
      <w:marBottom w:val="0"/>
      <w:divBdr>
        <w:top w:val="none" w:sz="0" w:space="0" w:color="auto"/>
        <w:left w:val="none" w:sz="0" w:space="0" w:color="auto"/>
        <w:bottom w:val="none" w:sz="0" w:space="0" w:color="auto"/>
        <w:right w:val="none" w:sz="0" w:space="0" w:color="auto"/>
      </w:divBdr>
    </w:div>
    <w:div w:id="1064597926">
      <w:bodyDiv w:val="1"/>
      <w:marLeft w:val="0"/>
      <w:marRight w:val="0"/>
      <w:marTop w:val="0"/>
      <w:marBottom w:val="0"/>
      <w:divBdr>
        <w:top w:val="none" w:sz="0" w:space="0" w:color="auto"/>
        <w:left w:val="none" w:sz="0" w:space="0" w:color="auto"/>
        <w:bottom w:val="none" w:sz="0" w:space="0" w:color="auto"/>
        <w:right w:val="none" w:sz="0" w:space="0" w:color="auto"/>
      </w:divBdr>
    </w:div>
    <w:div w:id="2063357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bir-gun-okula-giderken-cocuk-sarki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nneninokulu.com/wp-content/uploads/2025/09/etkinlik_4_1-anneninokulu-com.pdf" TargetMode="External"/><Relationship Id="rId4" Type="http://schemas.openxmlformats.org/officeDocument/2006/relationships/settings" Target="settings.xml"/><Relationship Id="rId9" Type="http://schemas.openxmlformats.org/officeDocument/2006/relationships/hyperlink" Target="https://www.anneninokulu.com/evime-koyume-oyun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2602</Words>
  <Characters>14835</Characters>
  <Application>Microsoft Office Word</Application>
  <DocSecurity>0</DocSecurity>
  <Lines>123</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İlk Haftam Neler Öğrendik Günlük Planı</vt:lpstr>
      <vt:lpstr/>
    </vt:vector>
  </TitlesOfParts>
  <Manager/>
  <Company/>
  <LinksUpToDate>false</LinksUpToDate>
  <CharactersWithSpaces>17403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İlk Haftam Neler Öğrendik Günlük Planı</dc:title>
  <dc:subject>48–60 ay günlük plan</dc:subject>
  <dc:creator>python-docx</dc:creator>
  <cp:keywords/>
  <dc:description>generated by python-docx</dc:description>
  <cp:lastModifiedBy>Mustafa Aygün</cp:lastModifiedBy>
  <cp:revision>12</cp:revision>
  <cp:lastPrinted>2026-09-20T12:24:00Z</cp:lastPrinted>
  <dcterms:created xsi:type="dcterms:W3CDTF">2013-12-23T23:15:00Z</dcterms:created>
  <dcterms:modified xsi:type="dcterms:W3CDTF">2026-09-20T12:24:00Z</dcterms:modified>
  <cp:category/>
</cp:coreProperties>
</file>