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547A2" w14:textId="77777777" w:rsidR="00371D5F" w:rsidRDefault="00B220AB">
      <w:pPr>
        <w:keepNext/>
        <w:spacing w:after="0" w:line="276" w:lineRule="auto"/>
        <w:ind w:left="116"/>
        <w:jc w:val="center"/>
        <w:rPr>
          <w:rFonts w:ascii="Comic Sans MS" w:hAnsi="Comic Sans MS" w:cs="Comic Sans MS"/>
          <w:b/>
          <w:bCs/>
          <w:color w:val="002060"/>
          <w:sz w:val="20"/>
          <w:szCs w:val="20"/>
        </w:rPr>
      </w:pPr>
      <w:r>
        <w:rPr>
          <w:rFonts w:ascii="Comic Sans MS" w:eastAsia="Comic Sans MS" w:hAnsi="Comic Sans MS" w:cs="Comic Sans MS"/>
          <w:b/>
          <w:color w:val="002060"/>
          <w:sz w:val="20"/>
        </w:rPr>
        <w:t>GÜNLÜK PLAN</w:t>
      </w:r>
    </w:p>
    <w:p w14:paraId="4B89F641" w14:textId="77777777" w:rsidR="00371D5F" w:rsidRDefault="00B220AB">
      <w:pPr>
        <w:spacing w:after="0" w:line="276" w:lineRule="auto"/>
      </w:pPr>
      <w:r>
        <w:rPr>
          <w:rFonts w:ascii="Comic Sans MS" w:eastAsia="Comic Sans MS" w:hAnsi="Comic Sans MS" w:cs="Comic Sans MS"/>
          <w:b/>
          <w:color w:val="000000"/>
          <w:sz w:val="20"/>
        </w:rPr>
        <w:t>Okul Adı:</w:t>
      </w:r>
    </w:p>
    <w:p w14:paraId="06B904BE" w14:textId="77777777" w:rsidR="00371D5F" w:rsidRDefault="00B220AB">
      <w:pPr>
        <w:spacing w:after="0" w:line="276" w:lineRule="auto"/>
      </w:pPr>
      <w:r>
        <w:rPr>
          <w:rFonts w:ascii="Comic Sans MS" w:eastAsia="Comic Sans MS" w:hAnsi="Comic Sans MS" w:cs="Comic Sans MS"/>
          <w:b/>
          <w:color w:val="000000"/>
          <w:sz w:val="20"/>
        </w:rPr>
        <w:t>Öğretmen Adı:</w:t>
      </w:r>
    </w:p>
    <w:p w14:paraId="02F79A6F" w14:textId="77777777" w:rsidR="00371D5F" w:rsidRDefault="00B220AB">
      <w:pPr>
        <w:spacing w:after="0" w:line="276" w:lineRule="auto"/>
      </w:pPr>
      <w:r>
        <w:rPr>
          <w:rFonts w:ascii="Comic Sans MS" w:eastAsia="Comic Sans MS" w:hAnsi="Comic Sans MS" w:cs="Comic Sans MS"/>
          <w:b/>
          <w:color w:val="000000"/>
          <w:sz w:val="20"/>
        </w:rPr>
        <w:t>Yaş Grubu:</w:t>
      </w:r>
      <w:r>
        <w:rPr>
          <w:rFonts w:ascii="Comic Sans MS" w:eastAsia="Comic Sans MS" w:hAnsi="Comic Sans MS" w:cs="Comic Sans MS"/>
          <w:color w:val="000000"/>
          <w:sz w:val="20"/>
        </w:rPr>
        <w:t xml:space="preserve"> 60+ Ay</w:t>
      </w:r>
    </w:p>
    <w:p w14:paraId="6FEC4AA5" w14:textId="77777777" w:rsidR="00371D5F" w:rsidRDefault="00B220AB">
      <w:pPr>
        <w:spacing w:after="0" w:line="276" w:lineRule="auto"/>
      </w:pPr>
      <w:r>
        <w:rPr>
          <w:rFonts w:ascii="Comic Sans MS" w:eastAsia="Comic Sans MS" w:hAnsi="Comic Sans MS" w:cs="Comic Sans MS"/>
          <w:b/>
          <w:color w:val="000000"/>
          <w:sz w:val="20"/>
        </w:rPr>
        <w:t>Tarih:</w:t>
      </w:r>
      <w:r>
        <w:rPr>
          <w:rFonts w:ascii="Comic Sans MS" w:eastAsia="Comic Sans MS" w:hAnsi="Comic Sans MS" w:cs="Comic Sans MS"/>
          <w:color w:val="000000"/>
          <w:sz w:val="20"/>
        </w:rPr>
        <w:t xml:space="preserve"> 21.09.2026</w:t>
      </w:r>
    </w:p>
    <w:p w14:paraId="56F8903B" w14:textId="77777777" w:rsidR="00371D5F" w:rsidRDefault="00B220AB">
      <w:pPr>
        <w:keepNext/>
        <w:spacing w:after="0" w:line="276" w:lineRule="auto"/>
        <w:rPr>
          <w:rFonts w:ascii="Comic Sans MS" w:hAnsi="Comic Sans MS" w:cs="Comic Sans MS"/>
          <w:b/>
          <w:bCs/>
          <w:color w:val="FF0000"/>
          <w:sz w:val="20"/>
          <w:szCs w:val="20"/>
        </w:rPr>
      </w:pPr>
      <w:r>
        <w:rPr>
          <w:rFonts w:ascii="Comic Sans MS" w:eastAsia="Comic Sans MS" w:hAnsi="Comic Sans MS" w:cs="Comic Sans MS"/>
          <w:b/>
          <w:color w:val="FF0000"/>
          <w:sz w:val="20"/>
        </w:rPr>
        <w:t>ALAN BECERİLERİ, ÖĞRENME ÇIKTILARI VE SÜREÇ BİLEŞENLERİ</w:t>
      </w:r>
    </w:p>
    <w:p w14:paraId="18C214C2" w14:textId="77777777" w:rsidR="00371D5F" w:rsidRDefault="00B220AB">
      <w:pPr>
        <w:keepNext/>
        <w:spacing w:after="0" w:line="276" w:lineRule="auto"/>
      </w:pPr>
      <w:r>
        <w:rPr>
          <w:rFonts w:ascii="Comic Sans MS" w:eastAsia="Comic Sans MS" w:hAnsi="Comic Sans MS" w:cs="Comic Sans MS"/>
          <w:b/>
          <w:color w:val="000000"/>
          <w:sz w:val="20"/>
        </w:rPr>
        <w:t>MATEMATİK ALANI</w:t>
      </w:r>
    </w:p>
    <w:p w14:paraId="68A30A7A" w14:textId="77777777" w:rsidR="00371D5F" w:rsidRDefault="00B220AB">
      <w:pPr>
        <w:spacing w:after="0" w:line="276" w:lineRule="auto"/>
      </w:pPr>
      <w:r>
        <w:rPr>
          <w:rFonts w:ascii="Comic Sans MS" w:eastAsia="Comic Sans MS" w:hAnsi="Comic Sans MS" w:cs="Comic Sans MS"/>
          <w:b/>
          <w:color w:val="000000"/>
          <w:sz w:val="20"/>
        </w:rPr>
        <w:t>MAB6. Sayma</w:t>
      </w:r>
    </w:p>
    <w:p w14:paraId="51D5C668" w14:textId="77777777" w:rsidR="00371D5F" w:rsidRDefault="00B220AB">
      <w:pPr>
        <w:spacing w:after="0" w:line="276" w:lineRule="auto"/>
      </w:pPr>
      <w:r>
        <w:rPr>
          <w:rFonts w:ascii="Comic Sans MS" w:eastAsia="Comic Sans MS" w:hAnsi="Comic Sans MS" w:cs="Comic Sans MS"/>
          <w:b/>
          <w:color w:val="000000"/>
          <w:sz w:val="20"/>
        </w:rPr>
        <w:t>MAB.1. Sayıları farklı durumlarda doğru kullanabilme</w:t>
      </w:r>
    </w:p>
    <w:p w14:paraId="112966B1" w14:textId="77777777" w:rsidR="00371D5F" w:rsidRDefault="00B220AB">
      <w:pPr>
        <w:spacing w:after="0" w:line="276" w:lineRule="auto"/>
      </w:pPr>
      <w:r>
        <w:rPr>
          <w:rFonts w:ascii="Comic Sans MS" w:eastAsia="Comic Sans MS" w:hAnsi="Comic Sans MS" w:cs="Comic Sans MS"/>
          <w:color w:val="000000"/>
          <w:sz w:val="20"/>
        </w:rPr>
        <w:t xml:space="preserve">MAB.1.a. 1 ile 20 arasında ileriye doğru </w:t>
      </w:r>
      <w:r>
        <w:rPr>
          <w:rFonts w:ascii="Comic Sans MS" w:eastAsia="Comic Sans MS" w:hAnsi="Comic Sans MS" w:cs="Comic Sans MS"/>
          <w:color w:val="000000"/>
          <w:sz w:val="20"/>
        </w:rPr>
        <w:t>birer ritmik sayar.</w:t>
      </w:r>
    </w:p>
    <w:p w14:paraId="7C553EC8" w14:textId="77777777" w:rsidR="00371D5F" w:rsidRDefault="00B220AB">
      <w:pPr>
        <w:spacing w:after="0" w:line="276" w:lineRule="auto"/>
      </w:pPr>
      <w:r>
        <w:rPr>
          <w:rFonts w:ascii="Comic Sans MS" w:eastAsia="Comic Sans MS" w:hAnsi="Comic Sans MS" w:cs="Comic Sans MS"/>
          <w:color w:val="000000"/>
          <w:sz w:val="20"/>
        </w:rPr>
        <w:t>MAB.1.b. 10’dan 1’e geriye doğru ritmik sayar.</w:t>
      </w:r>
    </w:p>
    <w:p w14:paraId="6D567E7B" w14:textId="77777777" w:rsidR="00371D5F" w:rsidRDefault="00B220AB">
      <w:pPr>
        <w:spacing w:after="0" w:line="276" w:lineRule="auto"/>
      </w:pPr>
      <w:r>
        <w:rPr>
          <w:rFonts w:ascii="Comic Sans MS" w:eastAsia="Comic Sans MS" w:hAnsi="Comic Sans MS" w:cs="Comic Sans MS"/>
          <w:color w:val="000000"/>
          <w:sz w:val="20"/>
        </w:rPr>
        <w:t>MAB.1.c. 1 ile 5 arasında nesne / varlık miktarını saymadan / bir bakışta söyler.</w:t>
      </w:r>
    </w:p>
    <w:p w14:paraId="2A3F3064" w14:textId="77777777" w:rsidR="00371D5F" w:rsidRDefault="00B220AB">
      <w:pPr>
        <w:spacing w:after="0" w:line="276" w:lineRule="auto"/>
      </w:pPr>
      <w:r>
        <w:rPr>
          <w:rFonts w:ascii="Comic Sans MS" w:eastAsia="Comic Sans MS" w:hAnsi="Comic Sans MS" w:cs="Comic Sans MS"/>
          <w:color w:val="000000"/>
          <w:sz w:val="20"/>
        </w:rPr>
        <w:t>MAB.1.ç. 1 ile 20 arasındaki nesne / varlık miktarını sayarak belirler.</w:t>
      </w:r>
    </w:p>
    <w:p w14:paraId="553041F8" w14:textId="77777777" w:rsidR="00371D5F" w:rsidRDefault="00B220AB">
      <w:pPr>
        <w:spacing w:after="0" w:line="276" w:lineRule="auto"/>
      </w:pPr>
      <w:bookmarkStart w:id="0" w:name="_Hlk240848042"/>
      <w:r>
        <w:rPr>
          <w:rFonts w:ascii="Comic Sans MS" w:eastAsia="Comic Sans MS" w:hAnsi="Comic Sans MS" w:cs="Comic Sans MS"/>
          <w:b/>
          <w:color w:val="000000"/>
          <w:sz w:val="20"/>
        </w:rPr>
        <w:t>MAB1. Matematiksel Muhakeme</w:t>
      </w:r>
    </w:p>
    <w:p w14:paraId="375FB889" w14:textId="77777777" w:rsidR="00371D5F" w:rsidRDefault="00B220AB">
      <w:pPr>
        <w:spacing w:after="0" w:line="276" w:lineRule="auto"/>
      </w:pPr>
      <w:r>
        <w:rPr>
          <w:rFonts w:ascii="Comic Sans MS" w:eastAsia="Comic Sans MS" w:hAnsi="Comic Sans MS" w:cs="Comic Sans MS"/>
          <w:b/>
          <w:color w:val="000000"/>
          <w:sz w:val="20"/>
        </w:rPr>
        <w:t xml:space="preserve">MAB.3. </w:t>
      </w:r>
      <w:r>
        <w:rPr>
          <w:rFonts w:ascii="Comic Sans MS" w:eastAsia="Comic Sans MS" w:hAnsi="Comic Sans MS" w:cs="Comic Sans MS"/>
          <w:b/>
          <w:color w:val="000000"/>
          <w:sz w:val="20"/>
        </w:rPr>
        <w:t>Matematikle ilgili durumları yorumlayabilme</w:t>
      </w:r>
    </w:p>
    <w:p w14:paraId="6E3739C2" w14:textId="77777777" w:rsidR="00371D5F" w:rsidRDefault="00B220AB">
      <w:pPr>
        <w:spacing w:after="0" w:line="276" w:lineRule="auto"/>
      </w:pPr>
      <w:r>
        <w:rPr>
          <w:rFonts w:ascii="Comic Sans MS" w:eastAsia="Comic Sans MS" w:hAnsi="Comic Sans MS" w:cs="Comic Sans MS"/>
          <w:color w:val="000000"/>
          <w:sz w:val="20"/>
        </w:rPr>
        <w:t>MAB.3.a. Matematikle ilgili bir durumu nesne / çizim / sembolle gösterir.</w:t>
      </w:r>
    </w:p>
    <w:p w14:paraId="57AFA715" w14:textId="77777777" w:rsidR="00371D5F" w:rsidRDefault="00B220AB">
      <w:pPr>
        <w:spacing w:after="0" w:line="276" w:lineRule="auto"/>
      </w:pPr>
      <w:r>
        <w:rPr>
          <w:rFonts w:ascii="Comic Sans MS" w:eastAsia="Comic Sans MS" w:hAnsi="Comic Sans MS" w:cs="Comic Sans MS"/>
          <w:color w:val="000000"/>
          <w:sz w:val="20"/>
        </w:rPr>
        <w:t>MAB.3.b. Sayıları nesne / çizim / rakam kullanarak gösterir.</w:t>
      </w:r>
    </w:p>
    <w:bookmarkEnd w:id="0"/>
    <w:p w14:paraId="08A9C825" w14:textId="77777777" w:rsidR="00371D5F" w:rsidRDefault="00B220AB">
      <w:pPr>
        <w:keepNext/>
        <w:spacing w:after="0" w:line="276" w:lineRule="auto"/>
      </w:pPr>
      <w:r>
        <w:rPr>
          <w:rFonts w:ascii="Comic Sans MS" w:eastAsia="Comic Sans MS" w:hAnsi="Comic Sans MS" w:cs="Comic Sans MS"/>
          <w:b/>
          <w:color w:val="000000"/>
          <w:sz w:val="20"/>
        </w:rPr>
        <w:t>TÜRKÇE ALANI</w:t>
      </w:r>
    </w:p>
    <w:p w14:paraId="746FDC0D" w14:textId="77777777" w:rsidR="00371D5F" w:rsidRDefault="00B220AB">
      <w:pPr>
        <w:spacing w:after="0" w:line="276" w:lineRule="auto"/>
      </w:pPr>
      <w:r>
        <w:rPr>
          <w:rFonts w:ascii="Comic Sans MS" w:eastAsia="Comic Sans MS" w:hAnsi="Comic Sans MS" w:cs="Comic Sans MS"/>
          <w:b/>
          <w:color w:val="000000"/>
          <w:sz w:val="20"/>
        </w:rPr>
        <w:t>TAEOB. Erken Okuryazarlık</w:t>
      </w:r>
    </w:p>
    <w:p w14:paraId="0259C9CD" w14:textId="77777777" w:rsidR="00371D5F" w:rsidRDefault="00B220AB">
      <w:pPr>
        <w:spacing w:after="0" w:line="276" w:lineRule="auto"/>
      </w:pPr>
      <w:r>
        <w:rPr>
          <w:rFonts w:ascii="Comic Sans MS" w:eastAsia="Comic Sans MS" w:hAnsi="Comic Sans MS" w:cs="Comic Sans MS"/>
          <w:b/>
          <w:color w:val="000000"/>
          <w:sz w:val="20"/>
        </w:rPr>
        <w:t>TAEOB.5. Yazma öncesi becerileri kazan</w:t>
      </w:r>
      <w:r>
        <w:rPr>
          <w:rFonts w:ascii="Comic Sans MS" w:eastAsia="Comic Sans MS" w:hAnsi="Comic Sans MS" w:cs="Comic Sans MS"/>
          <w:b/>
          <w:color w:val="000000"/>
          <w:sz w:val="20"/>
        </w:rPr>
        <w:t>abilme</w:t>
      </w:r>
    </w:p>
    <w:p w14:paraId="499F6050" w14:textId="77777777" w:rsidR="00371D5F" w:rsidRDefault="00B220AB">
      <w:pPr>
        <w:spacing w:after="0" w:line="276" w:lineRule="auto"/>
      </w:pPr>
      <w:r>
        <w:rPr>
          <w:rFonts w:ascii="Comic Sans MS" w:eastAsia="Comic Sans MS" w:hAnsi="Comic Sans MS" w:cs="Comic Sans MS"/>
          <w:color w:val="000000"/>
          <w:sz w:val="20"/>
        </w:rPr>
        <w:t>TAEOB.5.a. Yazma için uygun oturma pozisyonu alır.</w:t>
      </w:r>
    </w:p>
    <w:p w14:paraId="023EC8AA" w14:textId="77777777" w:rsidR="00371D5F" w:rsidRDefault="00B220AB">
      <w:pPr>
        <w:spacing w:after="0" w:line="276" w:lineRule="auto"/>
      </w:pPr>
      <w:r>
        <w:rPr>
          <w:rFonts w:ascii="Comic Sans MS" w:eastAsia="Comic Sans MS" w:hAnsi="Comic Sans MS" w:cs="Comic Sans MS"/>
          <w:color w:val="000000"/>
          <w:sz w:val="20"/>
        </w:rPr>
        <w:t>TAEOB.5.b. Kalemi doğru tutmak için üç parmağını işlevsel olarak kullanır.</w:t>
      </w:r>
    </w:p>
    <w:p w14:paraId="3DA4E5F1" w14:textId="77777777" w:rsidR="00371D5F" w:rsidRDefault="00B220AB">
      <w:pPr>
        <w:keepNext/>
        <w:spacing w:after="0" w:line="276" w:lineRule="auto"/>
      </w:pPr>
      <w:r>
        <w:rPr>
          <w:rFonts w:ascii="Comic Sans MS" w:eastAsia="Comic Sans MS" w:hAnsi="Comic Sans MS" w:cs="Comic Sans MS"/>
          <w:b/>
          <w:color w:val="000000"/>
          <w:sz w:val="20"/>
        </w:rPr>
        <w:t>SANAT ALANI</w:t>
      </w:r>
    </w:p>
    <w:p w14:paraId="7A1633A1" w14:textId="77777777" w:rsidR="00371D5F" w:rsidRDefault="00B220AB">
      <w:pPr>
        <w:spacing w:after="0" w:line="276" w:lineRule="auto"/>
      </w:pPr>
      <w:r>
        <w:rPr>
          <w:rFonts w:ascii="Comic Sans MS" w:eastAsia="Comic Sans MS" w:hAnsi="Comic Sans MS" w:cs="Comic Sans MS"/>
          <w:b/>
          <w:color w:val="000000"/>
          <w:sz w:val="20"/>
        </w:rPr>
        <w:t>SNAB4. Sanatsal Uygulama Yapma</w:t>
      </w:r>
    </w:p>
    <w:p w14:paraId="40C7999B" w14:textId="77777777" w:rsidR="00371D5F" w:rsidRDefault="00B220AB">
      <w:pPr>
        <w:spacing w:after="0" w:line="276" w:lineRule="auto"/>
      </w:pPr>
      <w:r>
        <w:rPr>
          <w:rFonts w:ascii="Comic Sans MS" w:eastAsia="Comic Sans MS" w:hAnsi="Comic Sans MS" w:cs="Comic Sans MS"/>
          <w:b/>
          <w:color w:val="000000"/>
          <w:sz w:val="20"/>
        </w:rPr>
        <w:t>SNAB.4. Sanat etkinliği uygulayabilme</w:t>
      </w:r>
    </w:p>
    <w:p w14:paraId="445C9B5C" w14:textId="77777777" w:rsidR="00371D5F" w:rsidRDefault="00B220AB">
      <w:pPr>
        <w:spacing w:after="0" w:line="276" w:lineRule="auto"/>
      </w:pPr>
      <w:r>
        <w:rPr>
          <w:rFonts w:ascii="Comic Sans MS" w:eastAsia="Comic Sans MS" w:hAnsi="Comic Sans MS" w:cs="Comic Sans MS"/>
          <w:color w:val="000000"/>
          <w:sz w:val="20"/>
        </w:rPr>
        <w:t xml:space="preserve">SNAB.4.a. Yapmak istediği sanat </w:t>
      </w:r>
      <w:r>
        <w:rPr>
          <w:rFonts w:ascii="Comic Sans MS" w:eastAsia="Comic Sans MS" w:hAnsi="Comic Sans MS" w:cs="Comic Sans MS"/>
          <w:color w:val="000000"/>
          <w:sz w:val="20"/>
        </w:rPr>
        <w:t>etkinliğinin türüne karar verir.</w:t>
      </w:r>
    </w:p>
    <w:p w14:paraId="2FC10046" w14:textId="77777777" w:rsidR="00371D5F" w:rsidRDefault="00B220AB">
      <w:pPr>
        <w:spacing w:after="0" w:line="276" w:lineRule="auto"/>
      </w:pPr>
      <w:r>
        <w:rPr>
          <w:rFonts w:ascii="Comic Sans MS" w:eastAsia="Comic Sans MS" w:hAnsi="Comic Sans MS" w:cs="Comic Sans MS"/>
          <w:color w:val="000000"/>
          <w:sz w:val="20"/>
        </w:rPr>
        <w:t>SNAB.4.b. Sanat etkinliği için gerekli materyalleri seçer.</w:t>
      </w:r>
    </w:p>
    <w:p w14:paraId="1A344DD5" w14:textId="77777777" w:rsidR="00371D5F" w:rsidRDefault="00B220AB">
      <w:pPr>
        <w:spacing w:after="0" w:line="276" w:lineRule="auto"/>
      </w:pPr>
      <w:r>
        <w:rPr>
          <w:rFonts w:ascii="Comic Sans MS" w:eastAsia="Comic Sans MS" w:hAnsi="Comic Sans MS" w:cs="Comic Sans MS"/>
          <w:color w:val="000000"/>
          <w:sz w:val="20"/>
        </w:rPr>
        <w:t>SNAB.4.c. Sanat materyallerini amacına uygun biçimde kullanır.</w:t>
      </w:r>
    </w:p>
    <w:p w14:paraId="639A9408" w14:textId="141BAF1B" w:rsidR="00371D5F" w:rsidRDefault="00B220AB">
      <w:pPr>
        <w:keepNext/>
        <w:spacing w:after="0" w:line="276" w:lineRule="auto"/>
        <w:rPr>
          <w:rFonts w:ascii="Comic Sans MS" w:eastAsia="Comic Sans MS" w:hAnsi="Comic Sans MS" w:cs="Comic Sans MS"/>
          <w:b/>
          <w:color w:val="FF0000"/>
          <w:sz w:val="20"/>
        </w:rPr>
      </w:pPr>
      <w:r>
        <w:rPr>
          <w:rFonts w:ascii="Comic Sans MS" w:eastAsia="Comic Sans MS" w:hAnsi="Comic Sans MS" w:cs="Comic Sans MS"/>
          <w:b/>
          <w:color w:val="FF0000"/>
          <w:sz w:val="20"/>
        </w:rPr>
        <w:t>EĞİLİMLER</w:t>
      </w:r>
    </w:p>
    <w:p w14:paraId="3ADD8502" w14:textId="77777777" w:rsidR="00322E59" w:rsidRPr="00D0733E" w:rsidRDefault="00322E59" w:rsidP="00322E59">
      <w:pPr>
        <w:spacing w:after="0"/>
        <w:rPr>
          <w:rFonts w:ascii="Comic Sans MS" w:hAnsi="Comic Sans MS"/>
          <w:sz w:val="20"/>
          <w:szCs w:val="20"/>
        </w:rPr>
      </w:pPr>
      <w:bookmarkStart w:id="1" w:name="_Hlk240842107"/>
      <w:r w:rsidRPr="00D0733E">
        <w:rPr>
          <w:rFonts w:ascii="Comic Sans MS" w:hAnsi="Comic Sans MS"/>
          <w:b/>
          <w:sz w:val="20"/>
          <w:szCs w:val="20"/>
        </w:rPr>
        <w:t>E2. Sosyal Eğilimler</w:t>
      </w:r>
    </w:p>
    <w:bookmarkEnd w:id="1"/>
    <w:p w14:paraId="6FF670C5" w14:textId="55E1EF3D" w:rsidR="00322E59" w:rsidRDefault="00B220AB" w:rsidP="00322E59">
      <w:pPr>
        <w:spacing w:after="0" w:line="276" w:lineRule="auto"/>
        <w:rPr>
          <w:rFonts w:ascii="Comic Sans MS" w:eastAsia="Comic Sans MS" w:hAnsi="Comic Sans MS" w:cs="Comic Sans MS"/>
          <w:color w:val="000000"/>
          <w:sz w:val="20"/>
        </w:rPr>
      </w:pPr>
      <w:r>
        <w:rPr>
          <w:rFonts w:ascii="Comic Sans MS" w:eastAsia="Comic Sans MS" w:hAnsi="Comic Sans MS" w:cs="Comic Sans MS"/>
          <w:color w:val="000000"/>
          <w:sz w:val="20"/>
        </w:rPr>
        <w:t xml:space="preserve">E2.5. Oyunseverlik </w:t>
      </w:r>
    </w:p>
    <w:p w14:paraId="42762018" w14:textId="77777777" w:rsidR="00322E59" w:rsidRPr="00D0733E" w:rsidRDefault="00322E59" w:rsidP="00322E59">
      <w:pPr>
        <w:spacing w:after="0"/>
        <w:rPr>
          <w:rFonts w:ascii="Comic Sans MS" w:hAnsi="Comic Sans MS"/>
          <w:sz w:val="20"/>
          <w:szCs w:val="20"/>
        </w:rPr>
      </w:pPr>
      <w:r w:rsidRPr="00D0733E">
        <w:rPr>
          <w:rFonts w:ascii="Comic Sans MS" w:hAnsi="Comic Sans MS"/>
          <w:b/>
          <w:sz w:val="20"/>
          <w:szCs w:val="20"/>
        </w:rPr>
        <w:t>E3. Entelektüel Eğilimler</w:t>
      </w:r>
    </w:p>
    <w:p w14:paraId="3C2DE4D4" w14:textId="03871327" w:rsidR="00371D5F" w:rsidRDefault="00B220AB" w:rsidP="00322E59">
      <w:pPr>
        <w:spacing w:after="0" w:line="276" w:lineRule="auto"/>
      </w:pPr>
      <w:r>
        <w:rPr>
          <w:rFonts w:ascii="Comic Sans MS" w:eastAsia="Comic Sans MS" w:hAnsi="Comic Sans MS" w:cs="Comic Sans MS"/>
          <w:color w:val="000000"/>
          <w:sz w:val="20"/>
        </w:rPr>
        <w:t>E3.2. Odaklanma</w:t>
      </w:r>
    </w:p>
    <w:p w14:paraId="47B05E66" w14:textId="77777777" w:rsidR="00371D5F" w:rsidRDefault="00B220AB">
      <w:pPr>
        <w:keepNext/>
        <w:spacing w:after="0" w:line="276" w:lineRule="auto"/>
        <w:rPr>
          <w:rFonts w:ascii="Comic Sans MS" w:hAnsi="Comic Sans MS" w:cs="Comic Sans MS"/>
          <w:color w:val="FF0000"/>
          <w:sz w:val="20"/>
          <w:szCs w:val="20"/>
        </w:rPr>
      </w:pPr>
      <w:r>
        <w:rPr>
          <w:rFonts w:ascii="Comic Sans MS" w:eastAsia="Comic Sans MS" w:hAnsi="Comic Sans MS" w:cs="Comic Sans MS"/>
          <w:b/>
          <w:color w:val="FF0000"/>
          <w:sz w:val="20"/>
        </w:rPr>
        <w:t>PROGRAMLAR ARASI BİLEŞENLER</w:t>
      </w:r>
    </w:p>
    <w:p w14:paraId="54225089" w14:textId="77777777" w:rsidR="00371D5F" w:rsidRDefault="00B220AB">
      <w:pPr>
        <w:keepNext/>
        <w:spacing w:after="0" w:line="276" w:lineRule="auto"/>
        <w:rPr>
          <w:rFonts w:ascii="Comic Sans MS" w:hAnsi="Comic Sans MS" w:cs="Comic Sans MS"/>
          <w:b/>
          <w:bCs/>
          <w:color w:val="002060"/>
          <w:sz w:val="20"/>
          <w:szCs w:val="20"/>
          <w:lang w:eastAsia="tr-TR"/>
        </w:rPr>
      </w:pPr>
      <w:r>
        <w:rPr>
          <w:rFonts w:ascii="Comic Sans MS" w:eastAsia="Comic Sans MS" w:hAnsi="Comic Sans MS" w:cs="Comic Sans MS"/>
          <w:b/>
          <w:color w:val="002060"/>
          <w:sz w:val="20"/>
        </w:rPr>
        <w:t xml:space="preserve">SOSYAL DUYGUSAL </w:t>
      </w:r>
      <w:r>
        <w:rPr>
          <w:rFonts w:ascii="Comic Sans MS" w:eastAsia="Comic Sans MS" w:hAnsi="Comic Sans MS" w:cs="Comic Sans MS"/>
          <w:b/>
          <w:color w:val="002060"/>
          <w:sz w:val="20"/>
        </w:rPr>
        <w:t>ÖĞRENME BECERİLERİ</w:t>
      </w:r>
    </w:p>
    <w:p w14:paraId="771C6B9F" w14:textId="77777777" w:rsidR="00322E59" w:rsidRDefault="00B220AB">
      <w:pPr>
        <w:spacing w:after="0" w:line="276" w:lineRule="auto"/>
        <w:rPr>
          <w:rFonts w:ascii="Comic Sans MS" w:eastAsia="Comic Sans MS" w:hAnsi="Comic Sans MS" w:cs="Comic Sans MS"/>
          <w:color w:val="000000"/>
          <w:sz w:val="20"/>
        </w:rPr>
      </w:pPr>
      <w:r>
        <w:rPr>
          <w:rFonts w:ascii="Comic Sans MS" w:eastAsia="Comic Sans MS" w:hAnsi="Comic Sans MS" w:cs="Comic Sans MS"/>
          <w:color w:val="000000"/>
          <w:sz w:val="20"/>
        </w:rPr>
        <w:t xml:space="preserve">SDB1.2. Kendini Düzenleme (Öz Düzenleme) </w:t>
      </w:r>
    </w:p>
    <w:p w14:paraId="43787DAC" w14:textId="2E330A3C" w:rsidR="00371D5F" w:rsidRDefault="00B220AB">
      <w:pPr>
        <w:spacing w:after="0" w:line="276" w:lineRule="auto"/>
      </w:pPr>
      <w:r>
        <w:rPr>
          <w:rFonts w:ascii="Comic Sans MS" w:eastAsia="Comic Sans MS" w:hAnsi="Comic Sans MS" w:cs="Comic Sans MS"/>
          <w:color w:val="000000"/>
          <w:sz w:val="20"/>
        </w:rPr>
        <w:t>SDB2.1. İletişim</w:t>
      </w:r>
    </w:p>
    <w:p w14:paraId="007A0A87" w14:textId="77777777" w:rsidR="00371D5F" w:rsidRDefault="00B220AB">
      <w:pPr>
        <w:keepNext/>
        <w:spacing w:after="0" w:line="276" w:lineRule="auto"/>
        <w:rPr>
          <w:rFonts w:ascii="Comic Sans MS" w:hAnsi="Comic Sans MS" w:cs="Comic Sans MS"/>
          <w:color w:val="002060"/>
          <w:sz w:val="20"/>
          <w:szCs w:val="20"/>
        </w:rPr>
      </w:pPr>
      <w:r>
        <w:rPr>
          <w:rFonts w:ascii="Comic Sans MS" w:eastAsia="Comic Sans MS" w:hAnsi="Comic Sans MS" w:cs="Comic Sans MS"/>
          <w:b/>
          <w:color w:val="002060"/>
          <w:sz w:val="20"/>
        </w:rPr>
        <w:t>DEĞERLER</w:t>
      </w:r>
    </w:p>
    <w:p w14:paraId="65603DBC" w14:textId="77777777" w:rsidR="00322E59" w:rsidRDefault="00B220AB">
      <w:pPr>
        <w:spacing w:after="0" w:line="276" w:lineRule="auto"/>
        <w:rPr>
          <w:rFonts w:ascii="Comic Sans MS" w:eastAsia="Comic Sans MS" w:hAnsi="Comic Sans MS" w:cs="Comic Sans MS"/>
          <w:color w:val="000000"/>
          <w:sz w:val="20"/>
        </w:rPr>
      </w:pPr>
      <w:r>
        <w:rPr>
          <w:rFonts w:ascii="Comic Sans MS" w:eastAsia="Comic Sans MS" w:hAnsi="Comic Sans MS" w:cs="Comic Sans MS"/>
          <w:color w:val="000000"/>
          <w:sz w:val="20"/>
        </w:rPr>
        <w:t xml:space="preserve">D3. Çalışkanlık </w:t>
      </w:r>
    </w:p>
    <w:p w14:paraId="64F284C1" w14:textId="432B0B60" w:rsidR="00371D5F" w:rsidRDefault="00B220AB">
      <w:pPr>
        <w:spacing w:after="0" w:line="276" w:lineRule="auto"/>
      </w:pPr>
      <w:r>
        <w:rPr>
          <w:rFonts w:ascii="Comic Sans MS" w:eastAsia="Comic Sans MS" w:hAnsi="Comic Sans MS" w:cs="Comic Sans MS"/>
          <w:color w:val="000000"/>
          <w:sz w:val="20"/>
        </w:rPr>
        <w:t>D3.1. Azimli olmak</w:t>
      </w:r>
    </w:p>
    <w:p w14:paraId="46DBC44B" w14:textId="77777777" w:rsidR="00371D5F" w:rsidRDefault="00B220AB">
      <w:pPr>
        <w:keepNext/>
        <w:spacing w:after="0" w:line="276" w:lineRule="auto"/>
        <w:rPr>
          <w:rFonts w:ascii="Comic Sans MS" w:hAnsi="Comic Sans MS" w:cs="Comic Sans MS"/>
          <w:sz w:val="20"/>
          <w:szCs w:val="20"/>
          <w:lang w:eastAsia="tr-TR"/>
        </w:rPr>
      </w:pPr>
      <w:r>
        <w:rPr>
          <w:rFonts w:ascii="Comic Sans MS" w:eastAsia="Comic Sans MS" w:hAnsi="Comic Sans MS" w:cs="Comic Sans MS"/>
          <w:b/>
          <w:color w:val="002060"/>
          <w:sz w:val="20"/>
        </w:rPr>
        <w:t>OKURYAZARLIK BECERİLERİ</w:t>
      </w:r>
    </w:p>
    <w:p w14:paraId="780650ED" w14:textId="77777777" w:rsidR="00371D5F" w:rsidRDefault="00B220AB">
      <w:pPr>
        <w:spacing w:after="0" w:line="276" w:lineRule="auto"/>
      </w:pPr>
      <w:r>
        <w:rPr>
          <w:rFonts w:ascii="Comic Sans MS" w:eastAsia="Comic Sans MS" w:hAnsi="Comic Sans MS" w:cs="Comic Sans MS"/>
          <w:color w:val="000000"/>
          <w:sz w:val="20"/>
        </w:rPr>
        <w:t>OB4. Görsel Okuryazarlık</w:t>
      </w:r>
    </w:p>
    <w:p w14:paraId="255B9294" w14:textId="77777777" w:rsidR="00371D5F" w:rsidRDefault="00B220AB">
      <w:pPr>
        <w:spacing w:after="0" w:line="276" w:lineRule="auto"/>
      </w:pPr>
      <w:r>
        <w:rPr>
          <w:rFonts w:ascii="Comic Sans MS" w:eastAsia="Comic Sans MS" w:hAnsi="Comic Sans MS" w:cs="Comic Sans MS"/>
          <w:b/>
          <w:color w:val="2E74B5"/>
          <w:sz w:val="20"/>
        </w:rPr>
        <w:t>Kavramlar:</w:t>
      </w:r>
      <w:r>
        <w:rPr>
          <w:rFonts w:ascii="Comic Sans MS" w:eastAsia="Comic Sans MS" w:hAnsi="Comic Sans MS" w:cs="Comic Sans MS"/>
          <w:color w:val="000000"/>
          <w:sz w:val="20"/>
        </w:rPr>
        <w:t xml:space="preserve"> Sayı / sayma: 1 sayısı; 1–20 arası sayılar.</w:t>
      </w:r>
    </w:p>
    <w:p w14:paraId="4513029E" w14:textId="77777777" w:rsidR="00371D5F" w:rsidRDefault="00B220AB">
      <w:pPr>
        <w:spacing w:after="0" w:line="276" w:lineRule="auto"/>
      </w:pPr>
      <w:r>
        <w:rPr>
          <w:rFonts w:ascii="Comic Sans MS" w:eastAsia="Comic Sans MS" w:hAnsi="Comic Sans MS" w:cs="Comic Sans MS"/>
          <w:b/>
          <w:color w:val="2E74B5"/>
          <w:sz w:val="20"/>
        </w:rPr>
        <w:t>Sözcükler:</w:t>
      </w:r>
      <w:r>
        <w:rPr>
          <w:rFonts w:ascii="Comic Sans MS" w:eastAsia="Comic Sans MS" w:hAnsi="Comic Sans MS" w:cs="Comic Sans MS"/>
          <w:color w:val="000000"/>
          <w:sz w:val="20"/>
        </w:rPr>
        <w:t xml:space="preserve"> Rakam, sayı, miktar, kukla.</w:t>
      </w:r>
    </w:p>
    <w:p w14:paraId="055852D9" w14:textId="77777777" w:rsidR="00371D5F" w:rsidRDefault="00B220AB">
      <w:pPr>
        <w:spacing w:after="0" w:line="276" w:lineRule="auto"/>
      </w:pPr>
      <w:r>
        <w:rPr>
          <w:rFonts w:ascii="Comic Sans MS" w:eastAsia="Comic Sans MS" w:hAnsi="Comic Sans MS" w:cs="Comic Sans MS"/>
          <w:b/>
          <w:color w:val="2E74B5"/>
          <w:sz w:val="20"/>
        </w:rPr>
        <w:t>Materyaller:</w:t>
      </w:r>
      <w:r>
        <w:rPr>
          <w:rFonts w:ascii="Comic Sans MS" w:eastAsia="Comic Sans MS" w:hAnsi="Comic Sans MS" w:cs="Comic Sans MS"/>
          <w:color w:val="000000"/>
          <w:sz w:val="20"/>
        </w:rPr>
        <w:t xml:space="preserve"> 1 rakamı kartları, birden beşe kadar nesne içeren resim kartları, farklı sembol kartları, kukla şablonları, kalın kalem, boyalar, küt uçlu makas, yapıştırıcı, yuvarlatılmış geniş çubuk, oyun hamuru, bloklar, siline</w:t>
      </w:r>
      <w:r>
        <w:rPr>
          <w:rFonts w:ascii="Comic Sans MS" w:eastAsia="Comic Sans MS" w:hAnsi="Comic Sans MS" w:cs="Comic Sans MS"/>
          <w:color w:val="000000"/>
          <w:sz w:val="20"/>
        </w:rPr>
        <w:t>bilir yüzey, nemli bez, çizgi çalışma sayfaları.</w:t>
      </w:r>
    </w:p>
    <w:p w14:paraId="286F1471" w14:textId="77777777" w:rsidR="00371D5F" w:rsidRDefault="00B220AB">
      <w:pPr>
        <w:spacing w:after="0" w:line="276" w:lineRule="auto"/>
      </w:pPr>
      <w:r>
        <w:rPr>
          <w:rFonts w:ascii="Comic Sans MS" w:eastAsia="Comic Sans MS" w:hAnsi="Comic Sans MS" w:cs="Comic Sans MS"/>
          <w:b/>
          <w:color w:val="2E74B5"/>
          <w:sz w:val="20"/>
        </w:rPr>
        <w:t>Eğitim / Öğrenme Ortamları:</w:t>
      </w:r>
      <w:r>
        <w:rPr>
          <w:rFonts w:ascii="Comic Sans MS" w:eastAsia="Comic Sans MS" w:hAnsi="Comic Sans MS" w:cs="Comic Sans MS"/>
          <w:color w:val="000000"/>
          <w:sz w:val="20"/>
        </w:rPr>
        <w:t xml:space="preserve"> Çember ve masa alanları hazırlanır. Rakam kartları güvenli ve ulaşılabilir yerlere konur. Her çocuğun kart bulabileceği sayıda kart hazırlanır.</w:t>
      </w:r>
    </w:p>
    <w:p w14:paraId="48700313" w14:textId="77777777" w:rsidR="00371D5F" w:rsidRDefault="00B220AB">
      <w:pPr>
        <w:keepNext/>
        <w:spacing w:after="0" w:line="276" w:lineRule="auto"/>
        <w:jc w:val="center"/>
        <w:rPr>
          <w:rFonts w:ascii="Comic Sans MS" w:hAnsi="Comic Sans MS" w:cs="Comic Sans MS"/>
          <w:b/>
          <w:bCs/>
          <w:color w:val="002060"/>
          <w:sz w:val="20"/>
          <w:szCs w:val="20"/>
          <w:lang w:eastAsia="tr-TR"/>
        </w:rPr>
      </w:pPr>
      <w:r>
        <w:rPr>
          <w:rFonts w:ascii="Comic Sans MS" w:eastAsia="Comic Sans MS" w:hAnsi="Comic Sans MS" w:cs="Comic Sans MS"/>
          <w:b/>
          <w:color w:val="002060"/>
          <w:sz w:val="20"/>
        </w:rPr>
        <w:lastRenderedPageBreak/>
        <w:t>ÖĞRENME-ÖĞRETME YAŞANTILARI</w:t>
      </w:r>
    </w:p>
    <w:p w14:paraId="0C32C972" w14:textId="77777777" w:rsidR="00371D5F" w:rsidRDefault="00B220AB">
      <w:pPr>
        <w:keepNext/>
        <w:spacing w:after="0" w:line="276" w:lineRule="auto"/>
        <w:rPr>
          <w:rFonts w:ascii="Comic Sans MS" w:hAnsi="Comic Sans MS" w:cs="Comic Sans MS"/>
          <w:b/>
          <w:bCs/>
          <w:color w:val="4472C4"/>
          <w:sz w:val="20"/>
          <w:szCs w:val="20"/>
        </w:rPr>
      </w:pPr>
      <w:r>
        <w:rPr>
          <w:rFonts w:ascii="Comic Sans MS" w:eastAsia="Comic Sans MS" w:hAnsi="Comic Sans MS" w:cs="Comic Sans MS"/>
          <w:b/>
          <w:color w:val="4472C4"/>
          <w:sz w:val="20"/>
        </w:rPr>
        <w:t>ÖĞRENME</w:t>
      </w:r>
      <w:r>
        <w:rPr>
          <w:rFonts w:ascii="Comic Sans MS" w:eastAsia="Comic Sans MS" w:hAnsi="Comic Sans MS" w:cs="Comic Sans MS"/>
          <w:b/>
          <w:color w:val="4472C4"/>
          <w:sz w:val="20"/>
        </w:rPr>
        <w:t>-ÖĞRETME UYGULAMALARI</w:t>
      </w:r>
    </w:p>
    <w:p w14:paraId="1366D037" w14:textId="77777777" w:rsidR="00371D5F" w:rsidRDefault="00B220AB">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GÜNE BAŞLAMA ZAMANI</w:t>
      </w:r>
    </w:p>
    <w:p w14:paraId="6A4E917D" w14:textId="77777777" w:rsidR="00371D5F" w:rsidRDefault="00B220AB">
      <w:pPr>
        <w:spacing w:after="0" w:line="276" w:lineRule="auto"/>
      </w:pPr>
      <w:r>
        <w:rPr>
          <w:rFonts w:ascii="Comic Sans MS" w:eastAsia="Comic Sans MS" w:hAnsi="Comic Sans MS" w:cs="Comic Sans MS"/>
          <w:color w:val="000000"/>
          <w:sz w:val="20"/>
        </w:rPr>
        <w:t>Çocuklar kapıda selamlanır; eşyalarını yerleştirmeleri ve panduflarını giymeleri desteklenir. Çemberde duygu kartlarından seçim yaparak o gün nasıl hissettiklerini söyler veya gösterirler. Mandallarla yoklama tablo</w:t>
      </w:r>
      <w:r>
        <w:rPr>
          <w:rFonts w:ascii="Comic Sans MS" w:eastAsia="Comic Sans MS" w:hAnsi="Comic Sans MS" w:cs="Comic Sans MS"/>
          <w:color w:val="000000"/>
          <w:sz w:val="20"/>
        </w:rPr>
        <w:t xml:space="preserve">su kullanılır. Takvim ve hava durumu kısaca konuşulur; günlük akış paylaşılır. “Çiçek kokla, mumu üfle” hayaliyle kısa ve zorlamadan nefes çalışması yapılır. </w:t>
      </w:r>
      <w:hyperlink r:id="rId8">
        <w:r>
          <w:rPr>
            <w:rFonts w:ascii="Comic Sans MS" w:eastAsia="Comic Sans MS" w:hAnsi="Comic Sans MS" w:cs="Comic Sans MS"/>
            <w:color w:val="0070C0"/>
            <w:sz w:val="20"/>
            <w:u w:val="single"/>
          </w:rPr>
          <w:t>Zumba Kids</w:t>
        </w:r>
      </w:hyperlink>
      <w:r>
        <w:rPr>
          <w:rFonts w:ascii="Comic Sans MS" w:eastAsia="Comic Sans MS" w:hAnsi="Comic Sans MS" w:cs="Comic Sans MS"/>
          <w:color w:val="000000"/>
          <w:sz w:val="20"/>
        </w:rPr>
        <w:t xml:space="preserve"> ile güne başlan</w:t>
      </w:r>
      <w:r>
        <w:rPr>
          <w:rFonts w:ascii="Comic Sans MS" w:eastAsia="Comic Sans MS" w:hAnsi="Comic Sans MS" w:cs="Comic Sans MS"/>
          <w:color w:val="000000"/>
          <w:sz w:val="20"/>
        </w:rPr>
        <w:t>ır.</w:t>
      </w:r>
    </w:p>
    <w:p w14:paraId="63305B80" w14:textId="77777777" w:rsidR="00371D5F" w:rsidRDefault="00B220AB">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ÖĞRENME MERKEZLERİNDE OYUN</w:t>
      </w:r>
    </w:p>
    <w:p w14:paraId="51331757" w14:textId="77777777" w:rsidR="00371D5F" w:rsidRDefault="00B220AB">
      <w:pPr>
        <w:spacing w:after="0" w:line="276" w:lineRule="auto"/>
      </w:pPr>
      <w:r>
        <w:rPr>
          <w:rFonts w:ascii="Comic Sans MS" w:eastAsia="Comic Sans MS" w:hAnsi="Comic Sans MS" w:cs="Comic Sans MS"/>
          <w:color w:val="000000"/>
          <w:sz w:val="20"/>
        </w:rPr>
        <w:t xml:space="preserve">“Bugün nerede oynamak istersin?” sorusuyla çocukların merkez seçmeleri desteklenir. Blok, kitap, sanat ve dramatik oyun merkezleri hazırlanır. Oyun hamuru ve dokulu rakam kartları keşfe açık tutulur. Çocuklar </w:t>
      </w:r>
      <w:r>
        <w:rPr>
          <w:rFonts w:ascii="Comic Sans MS" w:eastAsia="Comic Sans MS" w:hAnsi="Comic Sans MS" w:cs="Comic Sans MS"/>
          <w:color w:val="000000"/>
          <w:sz w:val="20"/>
        </w:rPr>
        <w:t>serbestçe oynar; isteyenler oyun hamuru veya serbest resim çalışması yapar. Öğretmen akran etkileşimlerini gözlemler ve gerektiğinde destek olur.</w:t>
      </w:r>
    </w:p>
    <w:p w14:paraId="30133647" w14:textId="77777777" w:rsidR="00371D5F" w:rsidRDefault="00B220AB">
      <w:pPr>
        <w:keepNext/>
        <w:spacing w:after="0" w:line="276" w:lineRule="auto"/>
        <w:rPr>
          <w:rFonts w:ascii="Comic Sans MS" w:hAnsi="Comic Sans MS" w:cs="Comic Sans MS"/>
          <w:sz w:val="20"/>
          <w:szCs w:val="20"/>
        </w:rPr>
      </w:pPr>
      <w:r>
        <w:rPr>
          <w:rFonts w:ascii="Comic Sans MS" w:eastAsia="Comic Sans MS" w:hAnsi="Comic Sans MS" w:cs="Comic Sans MS"/>
          <w:b/>
          <w:color w:val="ED7D31"/>
          <w:sz w:val="20"/>
        </w:rPr>
        <w:t>BESLENME, TOPLANMA VE TEMİZLİK</w:t>
      </w:r>
    </w:p>
    <w:p w14:paraId="6C161B2E" w14:textId="77777777" w:rsidR="00371D5F" w:rsidRDefault="00B220AB">
      <w:pPr>
        <w:spacing w:after="0" w:line="276" w:lineRule="auto"/>
      </w:pPr>
      <w:hyperlink r:id="rId9">
        <w:r>
          <w:rPr>
            <w:rFonts w:ascii="Comic Sans MS" w:eastAsia="Comic Sans MS" w:hAnsi="Comic Sans MS" w:cs="Comic Sans MS"/>
            <w:color w:val="0070C0"/>
            <w:sz w:val="20"/>
            <w:u w:val="single"/>
          </w:rPr>
          <w:t>Top</w:t>
        </w:r>
        <w:r>
          <w:rPr>
            <w:rFonts w:ascii="Comic Sans MS" w:eastAsia="Comic Sans MS" w:hAnsi="Comic Sans MS" w:cs="Comic Sans MS"/>
            <w:color w:val="0070C0"/>
            <w:sz w:val="20"/>
            <w:u w:val="single"/>
          </w:rPr>
          <w:t>lanma Müziği</w:t>
        </w:r>
      </w:hyperlink>
      <w:r>
        <w:rPr>
          <w:rFonts w:ascii="Comic Sans MS" w:eastAsia="Comic Sans MS" w:hAnsi="Comic Sans MS" w:cs="Comic Sans MS"/>
          <w:color w:val="000000"/>
          <w:sz w:val="20"/>
        </w:rPr>
        <w:t xml:space="preserve"> veya “Topla Topla Yerine Koy” eşliğinde kullanılan malzemeler yerlerine kaldırılır. “Bir sağa baktım / Bir sola baktım / Lokomotif yaptım / Cuf cuf cuff” tekerlemesiyle sıra olunur. Eller yıkanır; beslenme sırasında güvenli ve sakin yeme davra</w:t>
      </w:r>
      <w:r>
        <w:rPr>
          <w:rFonts w:ascii="Comic Sans MS" w:eastAsia="Comic Sans MS" w:hAnsi="Comic Sans MS" w:cs="Comic Sans MS"/>
          <w:color w:val="000000"/>
          <w:sz w:val="20"/>
        </w:rPr>
        <w:t>nışları desteklenir. Beslenme sonunda eller yıkanır ve sınıfa dönülür.</w:t>
      </w:r>
    </w:p>
    <w:p w14:paraId="271DA84D" w14:textId="77777777" w:rsidR="00371D5F" w:rsidRDefault="00B220AB">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ETKİNLİKLER</w:t>
      </w:r>
    </w:p>
    <w:p w14:paraId="37CE5DBA" w14:textId="77777777" w:rsidR="00371D5F" w:rsidRDefault="00B220AB">
      <w:pPr>
        <w:keepNext/>
        <w:spacing w:after="0" w:line="276" w:lineRule="auto"/>
        <w:rPr>
          <w:rFonts w:ascii="Comic Sans MS" w:hAnsi="Comic Sans MS" w:cs="Comic Sans MS"/>
          <w:b/>
          <w:bCs/>
          <w:color w:val="002060"/>
          <w:sz w:val="20"/>
          <w:szCs w:val="20"/>
        </w:rPr>
      </w:pPr>
      <w:r>
        <w:rPr>
          <w:rFonts w:ascii="Comic Sans MS" w:eastAsia="Comic Sans MS" w:hAnsi="Comic Sans MS" w:cs="Comic Sans MS"/>
          <w:b/>
          <w:color w:val="002060"/>
          <w:sz w:val="20"/>
        </w:rPr>
        <w:t>Matematik ve Sanat (Bütünleştirilmiş Büyük Grup ve Bireysel Etkinlik)</w:t>
      </w:r>
    </w:p>
    <w:p w14:paraId="02EE748D" w14:textId="77777777" w:rsidR="00371D5F" w:rsidRDefault="00B220AB">
      <w:pPr>
        <w:spacing w:after="0" w:line="276" w:lineRule="auto"/>
      </w:pPr>
      <w:r>
        <w:rPr>
          <w:rFonts w:ascii="Comic Sans MS" w:eastAsia="Comic Sans MS" w:hAnsi="Comic Sans MS" w:cs="Comic Sans MS"/>
          <w:color w:val="000000"/>
          <w:sz w:val="20"/>
        </w:rPr>
        <w:t>Çocuklar çemberde öğretmenle birlikte 1’den 20’ye ileriye doğru birer ritmik sayar. Ardından 10’dan 1’e</w:t>
      </w:r>
      <w:r>
        <w:rPr>
          <w:rFonts w:ascii="Comic Sans MS" w:eastAsia="Comic Sans MS" w:hAnsi="Comic Sans MS" w:cs="Comic Sans MS"/>
          <w:color w:val="000000"/>
          <w:sz w:val="20"/>
        </w:rPr>
        <w:t xml:space="preserve"> geri sayım yaparlar. Öğretmen sayma dizisine gerektiğinde model olur; bireysel güçlükler not edilir. Ana çalışmanın tek bir nesnenin miktarı ve 1 sayısı olduğu açıklanır. </w:t>
      </w:r>
      <w:r>
        <w:rPr>
          <w:rFonts w:ascii="Comic Sans MS" w:eastAsia="Comic Sans MS" w:hAnsi="Comic Sans MS" w:cs="Comic Sans MS"/>
          <w:b/>
          <w:color w:val="000000"/>
          <w:sz w:val="20"/>
        </w:rPr>
        <w:t>(MAB.1.a, MAB.1.b)</w:t>
      </w:r>
    </w:p>
    <w:p w14:paraId="10F9FFBF" w14:textId="77777777" w:rsidR="00371D5F" w:rsidRDefault="00B220AB">
      <w:pPr>
        <w:spacing w:after="0" w:line="276" w:lineRule="auto"/>
      </w:pPr>
      <w:r>
        <w:rPr>
          <w:rFonts w:ascii="Comic Sans MS" w:eastAsia="Comic Sans MS" w:hAnsi="Comic Sans MS" w:cs="Comic Sans MS"/>
          <w:color w:val="000000"/>
          <w:sz w:val="20"/>
        </w:rPr>
        <w:t xml:space="preserve">Öğretmen bir nesne gösterir ve “Kaç tane?” diye sorar. Çocuklar tek nesnenin miktarını saymadan, bir bakışta söyler. Hazır bulunuşluğa göre iki, üç, dört ve beş nesneli küçük gruplar kısa süre gösterilir; söylenen miktar, nesnelere tek tek dokunarak sayma </w:t>
      </w:r>
      <w:r>
        <w:rPr>
          <w:rFonts w:ascii="Comic Sans MS" w:eastAsia="Comic Sans MS" w:hAnsi="Comic Sans MS" w:cs="Comic Sans MS"/>
          <w:color w:val="000000"/>
          <w:sz w:val="20"/>
        </w:rPr>
        <w:t xml:space="preserve">yoluyla kontrol edilir. Bir nesnenin yeri değiştirildiğinde hâlâ bir tane olduğu fark ettirilir. </w:t>
      </w:r>
      <w:r>
        <w:rPr>
          <w:rFonts w:ascii="Comic Sans MS" w:eastAsia="Comic Sans MS" w:hAnsi="Comic Sans MS" w:cs="Comic Sans MS"/>
          <w:b/>
          <w:color w:val="000000"/>
          <w:sz w:val="20"/>
        </w:rPr>
        <w:t>(MAB.1.c, MAB.1.ç, E3.2)</w:t>
      </w:r>
    </w:p>
    <w:p w14:paraId="61D4F08B" w14:textId="77777777" w:rsidR="00371D5F" w:rsidRDefault="00B220AB">
      <w:pPr>
        <w:spacing w:after="0" w:line="276" w:lineRule="auto"/>
      </w:pPr>
      <w:hyperlink r:id="rId10">
        <w:r>
          <w:rPr>
            <w:rFonts w:ascii="Comic Sans MS" w:eastAsia="Comic Sans MS" w:hAnsi="Comic Sans MS" w:cs="Comic Sans MS"/>
            <w:color w:val="0070C0"/>
            <w:sz w:val="20"/>
            <w:u w:val="single"/>
          </w:rPr>
          <w:t>1 Rakamı Flash Kartları ve Slayt Gösterisi</w:t>
        </w:r>
      </w:hyperlink>
      <w:r>
        <w:rPr>
          <w:rFonts w:ascii="Comic Sans MS" w:eastAsia="Comic Sans MS" w:hAnsi="Comic Sans MS" w:cs="Comic Sans MS"/>
          <w:color w:val="000000"/>
          <w:sz w:val="20"/>
        </w:rPr>
        <w:t xml:space="preserve"> incelenir. Çocuklar bir nesneyi, bir noktayı ve 1 rakamını gösteren kartları eşleştirir. “Masada bir kalem var.” durumunu bir blokla veya bir nokta çizerek gösterir. Oyun hamuruyla 1 rakamı yapıp yanına bir ev ya da bir ağaç yerleştirir. Böylece bir mikta</w:t>
      </w:r>
      <w:r>
        <w:rPr>
          <w:rFonts w:ascii="Comic Sans MS" w:eastAsia="Comic Sans MS" w:hAnsi="Comic Sans MS" w:cs="Comic Sans MS"/>
          <w:color w:val="000000"/>
          <w:sz w:val="20"/>
        </w:rPr>
        <w:t xml:space="preserve">rını nesne, çizim ve rakamla gösterirler. </w:t>
      </w:r>
      <w:r>
        <w:rPr>
          <w:rFonts w:ascii="Comic Sans MS" w:eastAsia="Comic Sans MS" w:hAnsi="Comic Sans MS" w:cs="Comic Sans MS"/>
          <w:b/>
          <w:color w:val="000000"/>
          <w:sz w:val="20"/>
        </w:rPr>
        <w:t>(MAB.3.a, MAB.3.b, OB4)</w:t>
      </w:r>
    </w:p>
    <w:p w14:paraId="411CF124" w14:textId="77777777" w:rsidR="00371D5F" w:rsidRDefault="00B220AB">
      <w:pPr>
        <w:spacing w:after="0" w:line="276" w:lineRule="auto"/>
      </w:pPr>
      <w:r>
        <w:rPr>
          <w:rFonts w:ascii="Comic Sans MS" w:eastAsia="Comic Sans MS" w:hAnsi="Comic Sans MS" w:cs="Comic Sans MS"/>
          <w:color w:val="000000"/>
          <w:sz w:val="20"/>
        </w:rPr>
        <w:t xml:space="preserve">1 rakamı kuklası için çocuklar boyama veya kâğıtla kaplama yöntemini seçer; boya, kâğıt ve yapıştırıcı arasından gerekli malzemeleri alır. Kuklayı tamamlayıp yuvarlatılmış çubuğunu öğretmen </w:t>
      </w:r>
      <w:r>
        <w:rPr>
          <w:rFonts w:ascii="Comic Sans MS" w:eastAsia="Comic Sans MS" w:hAnsi="Comic Sans MS" w:cs="Comic Sans MS"/>
          <w:color w:val="000000"/>
          <w:sz w:val="20"/>
        </w:rPr>
        <w:t xml:space="preserve">desteğiyle yapıştırır. Gözler çizilebilir. Malzemeler amacına uygun kullanılır. Çocuklar kuklalarını kısa süre konuşturur. </w:t>
      </w:r>
      <w:r>
        <w:rPr>
          <w:rFonts w:ascii="Comic Sans MS" w:eastAsia="Comic Sans MS" w:hAnsi="Comic Sans MS" w:cs="Comic Sans MS"/>
          <w:b/>
          <w:color w:val="000000"/>
          <w:sz w:val="20"/>
        </w:rPr>
        <w:t>(SNAB.4.a, SNAB.4.b, SNAB.4.c, SDB2.1)</w:t>
      </w:r>
    </w:p>
    <w:p w14:paraId="0E5BDA75" w14:textId="77777777" w:rsidR="00371D5F" w:rsidRDefault="00B220AB">
      <w:pPr>
        <w:spacing w:after="0" w:line="276" w:lineRule="auto"/>
      </w:pPr>
      <w:r>
        <w:rPr>
          <w:rFonts w:ascii="Comic Sans MS" w:eastAsia="Comic Sans MS" w:hAnsi="Comic Sans MS" w:cs="Comic Sans MS"/>
          <w:color w:val="000000"/>
          <w:sz w:val="20"/>
        </w:rPr>
        <w:t>Sınıftaki bir tane olan nesneler aranır. Ardından ulaşılabilir yerlere bırakılan 1 kartları bu</w:t>
      </w:r>
      <w:r>
        <w:rPr>
          <w:rFonts w:ascii="Comic Sans MS" w:eastAsia="Comic Sans MS" w:hAnsi="Comic Sans MS" w:cs="Comic Sans MS"/>
          <w:color w:val="000000"/>
          <w:sz w:val="20"/>
        </w:rPr>
        <w:t xml:space="preserve">lunur; her çocuk bir kart alıp getirir ve yanına bir nesne yerleştirir. Herkesin katılımı sağlanır; en çok kartı bulmaya dayalı ödül verilmez. Çocuklar kendi sırasını bekler. </w:t>
      </w:r>
      <w:r>
        <w:rPr>
          <w:rFonts w:ascii="Comic Sans MS" w:eastAsia="Comic Sans MS" w:hAnsi="Comic Sans MS" w:cs="Comic Sans MS"/>
          <w:b/>
          <w:color w:val="000000"/>
          <w:sz w:val="20"/>
        </w:rPr>
        <w:t>(MAB.3.b, SDB1.2, E2.5)</w:t>
      </w:r>
    </w:p>
    <w:p w14:paraId="74D86EF3" w14:textId="77777777" w:rsidR="00371D5F" w:rsidRDefault="00B220AB">
      <w:pPr>
        <w:keepNext/>
        <w:spacing w:after="0" w:line="276" w:lineRule="auto"/>
        <w:rPr>
          <w:rFonts w:ascii="Comic Sans MS" w:hAnsi="Comic Sans MS" w:cs="Comic Sans MS"/>
          <w:b/>
          <w:bCs/>
          <w:color w:val="002060"/>
          <w:sz w:val="20"/>
          <w:szCs w:val="20"/>
        </w:rPr>
      </w:pPr>
      <w:r>
        <w:rPr>
          <w:rFonts w:ascii="Comic Sans MS" w:eastAsia="Comic Sans MS" w:hAnsi="Comic Sans MS" w:cs="Comic Sans MS"/>
          <w:b/>
          <w:color w:val="002060"/>
          <w:sz w:val="20"/>
        </w:rPr>
        <w:t>Türkçe (Büyük Grup ve Bireysel Etkinlik)</w:t>
      </w:r>
    </w:p>
    <w:p w14:paraId="2E25662D" w14:textId="77777777" w:rsidR="00371D5F" w:rsidRDefault="00B220AB">
      <w:pPr>
        <w:spacing w:after="0" w:line="276" w:lineRule="auto"/>
      </w:pPr>
      <w:r>
        <w:rPr>
          <w:rFonts w:ascii="Comic Sans MS" w:eastAsia="Comic Sans MS" w:hAnsi="Comic Sans MS" w:cs="Comic Sans MS"/>
          <w:color w:val="000000"/>
          <w:sz w:val="20"/>
        </w:rPr>
        <w:t>Bir rakamı teker</w:t>
      </w:r>
      <w:r>
        <w:rPr>
          <w:rFonts w:ascii="Comic Sans MS" w:eastAsia="Comic Sans MS" w:hAnsi="Comic Sans MS" w:cs="Comic Sans MS"/>
          <w:color w:val="000000"/>
          <w:sz w:val="20"/>
        </w:rPr>
        <w:t xml:space="preserve">lemesi hareketlerle söylenir: “Bir rakamıyım ben tekim / Bu uzun gövde benim / Küçük de bir burnum var benim / Bazen pipete benzerim.” Öğrenilen parmak oyunları tekrar edilir. </w:t>
      </w:r>
      <w:hyperlink r:id="rId11">
        <w:r>
          <w:rPr>
            <w:rFonts w:ascii="Comic Sans MS" w:eastAsia="Comic Sans MS" w:hAnsi="Comic Sans MS" w:cs="Comic Sans MS"/>
            <w:color w:val="0070C0"/>
            <w:sz w:val="20"/>
            <w:u w:val="single"/>
          </w:rPr>
          <w:t>Kuzu Zumi</w:t>
        </w:r>
      </w:hyperlink>
      <w:r>
        <w:rPr>
          <w:rFonts w:ascii="Comic Sans MS" w:eastAsia="Comic Sans MS" w:hAnsi="Comic Sans MS" w:cs="Comic Sans MS"/>
          <w:color w:val="000000"/>
          <w:sz w:val="20"/>
        </w:rPr>
        <w:t xml:space="preserve"> içeriği izlenir; çocukların hikâyeye ilişkin duygu ve düşünceleri dinlenir.</w:t>
      </w:r>
    </w:p>
    <w:p w14:paraId="6BCD9699" w14:textId="77777777" w:rsidR="00371D5F" w:rsidRDefault="00B220AB">
      <w:pPr>
        <w:spacing w:after="0" w:line="276" w:lineRule="auto"/>
      </w:pPr>
      <w:r>
        <w:rPr>
          <w:rFonts w:ascii="Comic Sans MS" w:eastAsia="Comic Sans MS" w:hAnsi="Comic Sans MS" w:cs="Comic Sans MS"/>
          <w:color w:val="000000"/>
          <w:sz w:val="20"/>
        </w:rPr>
        <w:t>Çocuklar masalara geçer. Ayakların desteklenmesi, kâğıdın uygun konumu ve rahat oturma gösterilir. Kalemi başparmak, işaret parmağı ve orta parmakla işlevsel kullanmaları destekle</w:t>
      </w:r>
      <w:r>
        <w:rPr>
          <w:rFonts w:ascii="Comic Sans MS" w:eastAsia="Comic Sans MS" w:hAnsi="Comic Sans MS" w:cs="Comic Sans MS"/>
          <w:color w:val="000000"/>
          <w:sz w:val="20"/>
        </w:rPr>
        <w:t>nir. Büyük boyutlu 1 çizgisi üzerinde parmakla yön izlenir, ardından çalışma sayfasında kısa çizme denemeleri yapılır. Ters çizim olduğunda model tekrar gösterilir; çok sayıda tekrar veya kusursuz yazım beklenmez. Çalışmayı sürdüren çocukların çabaları far</w:t>
      </w:r>
      <w:r>
        <w:rPr>
          <w:rFonts w:ascii="Comic Sans MS" w:eastAsia="Comic Sans MS" w:hAnsi="Comic Sans MS" w:cs="Comic Sans MS"/>
          <w:color w:val="000000"/>
          <w:sz w:val="20"/>
        </w:rPr>
        <w:t xml:space="preserve">k edilir. </w:t>
      </w:r>
      <w:r>
        <w:rPr>
          <w:rFonts w:ascii="Comic Sans MS" w:eastAsia="Comic Sans MS" w:hAnsi="Comic Sans MS" w:cs="Comic Sans MS"/>
          <w:b/>
          <w:color w:val="000000"/>
          <w:sz w:val="20"/>
        </w:rPr>
        <w:t>(TAEOB.5.a, TAEOB.5.b, D3.1)</w:t>
      </w:r>
    </w:p>
    <w:p w14:paraId="49176C02" w14:textId="0D887A2C" w:rsidR="00371D5F" w:rsidRDefault="003664BE">
      <w:pPr>
        <w:keepNext/>
        <w:spacing w:after="0" w:line="276" w:lineRule="auto"/>
        <w:rPr>
          <w:rFonts w:ascii="Comic Sans MS" w:hAnsi="Comic Sans MS" w:cs="Comic Sans MS"/>
          <w:b/>
          <w:bCs/>
          <w:color w:val="002060"/>
          <w:sz w:val="20"/>
          <w:szCs w:val="20"/>
        </w:rPr>
      </w:pPr>
      <w:r>
        <w:rPr>
          <w:rFonts w:ascii="Comic Sans MS" w:eastAsia="Comic Sans MS" w:hAnsi="Comic Sans MS" w:cs="Comic Sans MS"/>
          <w:b/>
          <w:color w:val="002060"/>
          <w:sz w:val="20"/>
        </w:rPr>
        <w:t>Matematik</w:t>
      </w:r>
      <w:r w:rsidR="00B220AB">
        <w:rPr>
          <w:rFonts w:ascii="Comic Sans MS" w:eastAsia="Comic Sans MS" w:hAnsi="Comic Sans MS" w:cs="Comic Sans MS"/>
          <w:b/>
          <w:color w:val="002060"/>
          <w:sz w:val="20"/>
        </w:rPr>
        <w:t xml:space="preserve"> (Küçük Grup Etkinliği)</w:t>
      </w:r>
    </w:p>
    <w:p w14:paraId="22976F75" w14:textId="77777777" w:rsidR="00371D5F" w:rsidRDefault="00B220AB">
      <w:pPr>
        <w:spacing w:after="0" w:line="276" w:lineRule="auto"/>
      </w:pPr>
      <w:hyperlink r:id="rId12">
        <w:r>
          <w:rPr>
            <w:rFonts w:ascii="Comic Sans MS" w:eastAsia="Comic Sans MS" w:hAnsi="Comic Sans MS" w:cs="Comic Sans MS"/>
            <w:color w:val="0070C0"/>
            <w:sz w:val="20"/>
            <w:u w:val="single"/>
          </w:rPr>
          <w:t>1 Rakamı Oyunu</w:t>
        </w:r>
      </w:hyperlink>
      <w:r>
        <w:rPr>
          <w:rFonts w:ascii="Comic Sans MS" w:eastAsia="Comic Sans MS" w:hAnsi="Comic Sans MS" w:cs="Comic Sans MS"/>
          <w:color w:val="000000"/>
          <w:sz w:val="20"/>
        </w:rPr>
        <w:t xml:space="preserve"> için silinebilir yüzeye 1 ve birkaç farklı rakam yazılır. Çocuklar sırayla nemli bezle yalnızca 1 rakamını sil</w:t>
      </w:r>
      <w:r>
        <w:rPr>
          <w:rFonts w:ascii="Comic Sans MS" w:eastAsia="Comic Sans MS" w:hAnsi="Comic Sans MS" w:cs="Comic Sans MS"/>
          <w:color w:val="000000"/>
          <w:sz w:val="20"/>
        </w:rPr>
        <w:t xml:space="preserve">er. Her turdan sonra yanına bir nokta çizer veya bir blok koyarak miktarı gösterir. Yarışın yerine bütün çocukların denemesi ve birbirine fırsat vermesi esas alınır. </w:t>
      </w:r>
      <w:r>
        <w:rPr>
          <w:rFonts w:ascii="Comic Sans MS" w:eastAsia="Comic Sans MS" w:hAnsi="Comic Sans MS" w:cs="Comic Sans MS"/>
          <w:b/>
          <w:color w:val="000000"/>
          <w:sz w:val="20"/>
        </w:rPr>
        <w:t>(MAB.3.a, MAB.3.b, SDB1.2, E2.5)</w:t>
      </w:r>
    </w:p>
    <w:p w14:paraId="269B901B" w14:textId="77777777" w:rsidR="00371D5F" w:rsidRDefault="00B220AB">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lastRenderedPageBreak/>
        <w:t>FARKLILAŞTIRMA</w:t>
      </w:r>
    </w:p>
    <w:p w14:paraId="38F422EB" w14:textId="77777777" w:rsidR="00371D5F" w:rsidRDefault="00B220AB">
      <w:pPr>
        <w:spacing w:after="0" w:line="276" w:lineRule="auto"/>
      </w:pPr>
      <w:r>
        <w:rPr>
          <w:rFonts w:ascii="Comic Sans MS" w:eastAsia="Comic Sans MS" w:hAnsi="Comic Sans MS" w:cs="Comic Sans MS"/>
          <w:b/>
          <w:color w:val="2E74B5"/>
          <w:sz w:val="20"/>
        </w:rPr>
        <w:t>Zenginleştirme:</w:t>
      </w:r>
      <w:r>
        <w:rPr>
          <w:rFonts w:ascii="Comic Sans MS" w:eastAsia="Comic Sans MS" w:hAnsi="Comic Sans MS" w:cs="Comic Sans MS"/>
          <w:color w:val="000000"/>
          <w:sz w:val="20"/>
        </w:rPr>
        <w:t xml:space="preserve"> Çocuklar bir miktarını gös</w:t>
      </w:r>
      <w:r>
        <w:rPr>
          <w:rFonts w:ascii="Comic Sans MS" w:eastAsia="Comic Sans MS" w:hAnsi="Comic Sans MS" w:cs="Comic Sans MS"/>
          <w:color w:val="000000"/>
          <w:sz w:val="20"/>
        </w:rPr>
        <w:t>teren kendi nesne, nokta ve rakam kartlarını hazırlayabilir; nesnenin yeri değiştiğinde miktarın değişip değişmediğini açıklayabilir.</w:t>
      </w:r>
    </w:p>
    <w:p w14:paraId="08EC5350" w14:textId="77777777" w:rsidR="00371D5F" w:rsidRDefault="00B220AB">
      <w:pPr>
        <w:spacing w:after="0" w:line="276" w:lineRule="auto"/>
      </w:pPr>
      <w:r>
        <w:rPr>
          <w:rFonts w:ascii="Comic Sans MS" w:eastAsia="Comic Sans MS" w:hAnsi="Comic Sans MS" w:cs="Comic Sans MS"/>
          <w:b/>
          <w:color w:val="2E74B5"/>
          <w:sz w:val="20"/>
        </w:rPr>
        <w:t>Destekleme:</w:t>
      </w:r>
      <w:r>
        <w:rPr>
          <w:rFonts w:ascii="Comic Sans MS" w:eastAsia="Comic Sans MS" w:hAnsi="Comic Sans MS" w:cs="Comic Sans MS"/>
          <w:color w:val="000000"/>
          <w:sz w:val="20"/>
        </w:rPr>
        <w:t xml:space="preserve"> İlk olarak tek nesne ve az sayıda kart kullanılabilir. Kalın kalem, başlangıcı belirgin rakam modeli ve kesilm</w:t>
      </w:r>
      <w:r>
        <w:rPr>
          <w:rFonts w:ascii="Comic Sans MS" w:eastAsia="Comic Sans MS" w:hAnsi="Comic Sans MS" w:cs="Comic Sans MS"/>
          <w:color w:val="000000"/>
          <w:sz w:val="20"/>
        </w:rPr>
        <w:t>iş kukla sunulabilir. Sayma dizisinde öğretmenle birlikte katılım sağlanabilir.</w:t>
      </w:r>
    </w:p>
    <w:p w14:paraId="6D44D18B" w14:textId="77777777" w:rsidR="00371D5F" w:rsidRDefault="00B220AB">
      <w:pPr>
        <w:keepNext/>
        <w:spacing w:after="0" w:line="276" w:lineRule="auto"/>
        <w:rPr>
          <w:rFonts w:ascii="Comic Sans MS" w:hAnsi="Comic Sans MS" w:cs="Comic Sans MS"/>
          <w:color w:val="ED7D31"/>
          <w:sz w:val="20"/>
          <w:szCs w:val="20"/>
        </w:rPr>
      </w:pPr>
      <w:r>
        <w:rPr>
          <w:rFonts w:ascii="Comic Sans MS" w:eastAsia="Comic Sans MS" w:hAnsi="Comic Sans MS" w:cs="Comic Sans MS"/>
          <w:b/>
          <w:color w:val="ED7D31"/>
          <w:sz w:val="20"/>
        </w:rPr>
        <w:t>GÜNÜ DEĞERLENDİRME</w:t>
      </w:r>
    </w:p>
    <w:p w14:paraId="0427A528" w14:textId="77777777" w:rsidR="00371D5F" w:rsidRDefault="00B220AB">
      <w:pPr>
        <w:spacing w:after="0" w:line="276" w:lineRule="auto"/>
      </w:pPr>
      <w:r>
        <w:rPr>
          <w:rFonts w:ascii="Comic Sans MS" w:eastAsia="Comic Sans MS" w:hAnsi="Comic Sans MS" w:cs="Comic Sans MS"/>
          <w:color w:val="000000"/>
          <w:sz w:val="20"/>
        </w:rPr>
        <w:t>Çemberde aşağıdaki sorulardan uygun olanlar yöneltilir. Çocuklar sözle, görselle veya hareketle yanıt verebilir; her sorunun her çocuğa sorulması beklenmez.</w:t>
      </w:r>
    </w:p>
    <w:p w14:paraId="7FF7931E" w14:textId="77777777" w:rsidR="00371D5F" w:rsidRDefault="00B220AB">
      <w:pPr>
        <w:spacing w:after="0" w:line="276" w:lineRule="auto"/>
      </w:pPr>
      <w:r>
        <w:rPr>
          <w:rFonts w:ascii="Comic Sans MS" w:eastAsia="Comic Sans MS" w:hAnsi="Comic Sans MS" w:cs="Comic Sans MS"/>
          <w:color w:val="000000"/>
          <w:sz w:val="20"/>
        </w:rPr>
        <w:t>• Bir tane nesneyi hangi yollarla gösterdik?</w:t>
      </w:r>
    </w:p>
    <w:p w14:paraId="57D3F0D0" w14:textId="77777777" w:rsidR="00371D5F" w:rsidRDefault="00B220AB">
      <w:pPr>
        <w:spacing w:after="0" w:line="276" w:lineRule="auto"/>
      </w:pPr>
      <w:r>
        <w:rPr>
          <w:rFonts w:ascii="Comic Sans MS" w:eastAsia="Comic Sans MS" w:hAnsi="Comic Sans MS" w:cs="Comic Sans MS"/>
          <w:color w:val="000000"/>
          <w:sz w:val="20"/>
        </w:rPr>
        <w:t>• 1 kartını hangi görselle eşleştirdin?</w:t>
      </w:r>
    </w:p>
    <w:p w14:paraId="78CA52C5" w14:textId="77777777" w:rsidR="00371D5F" w:rsidRDefault="00B220AB">
      <w:pPr>
        <w:spacing w:after="0" w:line="276" w:lineRule="auto"/>
      </w:pPr>
      <w:r>
        <w:rPr>
          <w:rFonts w:ascii="Comic Sans MS" w:eastAsia="Comic Sans MS" w:hAnsi="Comic Sans MS" w:cs="Comic Sans MS"/>
          <w:color w:val="000000"/>
          <w:sz w:val="20"/>
        </w:rPr>
        <w:t>• Kuklanı yaparken nasıl hissettin?</w:t>
      </w:r>
    </w:p>
    <w:p w14:paraId="04D64F66" w14:textId="77777777" w:rsidR="00371D5F" w:rsidRDefault="00B220AB">
      <w:pPr>
        <w:spacing w:after="0" w:line="276" w:lineRule="auto"/>
      </w:pPr>
      <w:r>
        <w:rPr>
          <w:rFonts w:ascii="Comic Sans MS" w:eastAsia="Comic Sans MS" w:hAnsi="Comic Sans MS" w:cs="Comic Sans MS"/>
          <w:color w:val="000000"/>
          <w:sz w:val="20"/>
        </w:rPr>
        <w:t>• En çok hangi oyundan hoşlandın?</w:t>
      </w:r>
    </w:p>
    <w:p w14:paraId="2CB0AB09" w14:textId="77777777" w:rsidR="00371D5F" w:rsidRDefault="00B220AB">
      <w:pPr>
        <w:spacing w:after="0" w:line="276" w:lineRule="auto"/>
      </w:pPr>
      <w:r>
        <w:rPr>
          <w:rFonts w:ascii="Comic Sans MS" w:eastAsia="Comic Sans MS" w:hAnsi="Comic Sans MS" w:cs="Comic Sans MS"/>
          <w:color w:val="000000"/>
          <w:sz w:val="20"/>
        </w:rPr>
        <w:t>• Evinde bir tane olan neler var?</w:t>
      </w:r>
    </w:p>
    <w:p w14:paraId="109E4DD7" w14:textId="77777777" w:rsidR="00371D5F" w:rsidRDefault="00B220AB">
      <w:pPr>
        <w:spacing w:after="0" w:line="276" w:lineRule="auto"/>
      </w:pPr>
      <w:r>
        <w:rPr>
          <w:rFonts w:ascii="Comic Sans MS" w:eastAsia="Comic Sans MS" w:hAnsi="Comic Sans MS" w:cs="Comic Sans MS"/>
          <w:color w:val="000000"/>
          <w:sz w:val="20"/>
        </w:rPr>
        <w:t>• Masaya bir kaşık koyman istenirse ne yaparsın?</w:t>
      </w:r>
    </w:p>
    <w:p w14:paraId="241CF538" w14:textId="77777777" w:rsidR="00371D5F" w:rsidRDefault="00B220AB">
      <w:pPr>
        <w:spacing w:after="0" w:line="276" w:lineRule="auto"/>
      </w:pPr>
      <w:r>
        <w:rPr>
          <w:rFonts w:ascii="Comic Sans MS" w:eastAsia="Comic Sans MS" w:hAnsi="Comic Sans MS" w:cs="Comic Sans MS"/>
          <w:color w:val="000000"/>
          <w:sz w:val="20"/>
        </w:rPr>
        <w:t xml:space="preserve">• Bugün hangi </w:t>
      </w:r>
      <w:r>
        <w:rPr>
          <w:rFonts w:ascii="Comic Sans MS" w:eastAsia="Comic Sans MS" w:hAnsi="Comic Sans MS" w:cs="Comic Sans MS"/>
          <w:color w:val="000000"/>
          <w:sz w:val="20"/>
        </w:rPr>
        <w:t>çalışmayı kendi başına yaptın?</w:t>
      </w:r>
    </w:p>
    <w:p w14:paraId="05F81D18" w14:textId="77777777" w:rsidR="00371D5F" w:rsidRDefault="00B220AB">
      <w:pPr>
        <w:spacing w:after="0" w:line="276" w:lineRule="auto"/>
      </w:pPr>
      <w:r>
        <w:rPr>
          <w:rFonts w:ascii="Comic Sans MS" w:eastAsia="Comic Sans MS" w:hAnsi="Comic Sans MS" w:cs="Comic Sans MS"/>
          <w:color w:val="000000"/>
          <w:sz w:val="20"/>
        </w:rPr>
        <w:t>• Çizme çalışmasında hangi desteğe ihtiyaç duydun?</w:t>
      </w:r>
    </w:p>
    <w:p w14:paraId="5C4EA786" w14:textId="645B2763" w:rsidR="00371D5F" w:rsidRDefault="00322E59">
      <w:pPr>
        <w:spacing w:after="0" w:line="276" w:lineRule="auto"/>
      </w:pPr>
      <w:r w:rsidRPr="00322E59">
        <w:rPr>
          <w:rFonts w:ascii="Comic Sans MS" w:eastAsia="Comic Sans MS" w:hAnsi="Comic Sans MS" w:cs="Comic Sans MS"/>
          <w:b/>
          <w:bCs/>
          <w:color w:val="000000"/>
          <w:sz w:val="20"/>
        </w:rPr>
        <w:t>Genel D</w:t>
      </w:r>
      <w:r w:rsidR="00B220AB" w:rsidRPr="00322E59">
        <w:rPr>
          <w:rFonts w:ascii="Comic Sans MS" w:eastAsia="Comic Sans MS" w:hAnsi="Comic Sans MS" w:cs="Comic Sans MS"/>
          <w:b/>
          <w:bCs/>
          <w:color w:val="000000"/>
          <w:sz w:val="20"/>
        </w:rPr>
        <w:t>eğerlendirme</w:t>
      </w:r>
      <w:r w:rsidRPr="00322E59">
        <w:rPr>
          <w:rFonts w:ascii="Comic Sans MS" w:eastAsia="Comic Sans MS" w:hAnsi="Comic Sans MS" w:cs="Comic Sans MS"/>
          <w:b/>
          <w:bCs/>
          <w:color w:val="000000"/>
          <w:sz w:val="20"/>
        </w:rPr>
        <w:t>:</w:t>
      </w:r>
      <w:r>
        <w:rPr>
          <w:rFonts w:ascii="Comic Sans MS" w:eastAsia="Comic Sans MS" w:hAnsi="Comic Sans MS" w:cs="Comic Sans MS"/>
          <w:color w:val="000000"/>
          <w:sz w:val="20"/>
        </w:rPr>
        <w:t xml:space="preserve"> </w:t>
      </w:r>
      <w:r w:rsidR="00B220AB">
        <w:rPr>
          <w:rFonts w:ascii="Comic Sans MS" w:eastAsia="Comic Sans MS" w:hAnsi="Comic Sans MS" w:cs="Comic Sans MS"/>
          <w:color w:val="000000"/>
          <w:sz w:val="20"/>
        </w:rPr>
        <w:t>Çocukların miktarı fark etme, nesne–çizim–rakam ilişkisi kurma ve kalem kullanma süreçleri değerlendirildi.</w:t>
      </w:r>
      <w:r w:rsidR="00B220AB">
        <w:rPr>
          <w:rFonts w:ascii="Comic Sans MS" w:eastAsia="Comic Sans MS" w:hAnsi="Comic Sans MS" w:cs="Comic Sans MS"/>
          <w:color w:val="000000"/>
          <w:sz w:val="20"/>
        </w:rPr>
        <w:t xml:space="preserve"> Model olma, bekleme süresi ve bireysel destekler gözden geçirildi. Kartların, çalışma süresinin ve farklılaştırmanın uygunluğu değerlendirilerek sonraki uygulamalar için düzenlemeler belirlendi.</w:t>
      </w:r>
    </w:p>
    <w:p w14:paraId="507DA342" w14:textId="77777777" w:rsidR="00371D5F" w:rsidRDefault="00B220AB">
      <w:pPr>
        <w:keepNext/>
        <w:spacing w:after="0" w:line="276" w:lineRule="auto"/>
        <w:rPr>
          <w:rFonts w:ascii="Comic Sans MS" w:hAnsi="Comic Sans MS" w:cs="Comic Sans MS"/>
          <w:b/>
          <w:bCs/>
          <w:color w:val="ED7D31"/>
          <w:sz w:val="20"/>
          <w:szCs w:val="20"/>
        </w:rPr>
      </w:pPr>
      <w:r>
        <w:rPr>
          <w:rFonts w:ascii="Comic Sans MS" w:eastAsia="Comic Sans MS" w:hAnsi="Comic Sans MS" w:cs="Comic Sans MS"/>
          <w:b/>
          <w:color w:val="ED7D31"/>
          <w:sz w:val="20"/>
        </w:rPr>
        <w:t>AİLE VE TOPLUM KATILIMI</w:t>
      </w:r>
    </w:p>
    <w:p w14:paraId="7EED042C" w14:textId="530ABD39" w:rsidR="00371D5F" w:rsidRDefault="00B220AB">
      <w:pPr>
        <w:spacing w:after="0" w:line="276" w:lineRule="auto"/>
      </w:pPr>
      <w:r>
        <w:rPr>
          <w:rFonts w:ascii="Comic Sans MS" w:eastAsia="Comic Sans MS" w:hAnsi="Comic Sans MS" w:cs="Comic Sans MS"/>
          <w:b/>
          <w:color w:val="2E74B5"/>
          <w:sz w:val="20"/>
        </w:rPr>
        <w:t>Aile Katılımı:</w:t>
      </w:r>
      <w:r>
        <w:rPr>
          <w:rFonts w:ascii="Comic Sans MS" w:eastAsia="Comic Sans MS" w:hAnsi="Comic Sans MS" w:cs="Comic Sans MS"/>
          <w:color w:val="000000"/>
          <w:sz w:val="20"/>
        </w:rPr>
        <w:t xml:space="preserve"> Evde bir tane olan ne</w:t>
      </w:r>
      <w:r>
        <w:rPr>
          <w:rFonts w:ascii="Comic Sans MS" w:eastAsia="Comic Sans MS" w:hAnsi="Comic Sans MS" w:cs="Comic Sans MS"/>
          <w:color w:val="000000"/>
          <w:sz w:val="20"/>
        </w:rPr>
        <w:t xml:space="preserve">sneler bulunabilir; bir nesne, bir nokta ve 1 rakamı eşleştirilebilir. Ertesi günkü kırmızı etkinliği için kırmızı giysi veya </w:t>
      </w:r>
      <w:r>
        <w:rPr>
          <w:rFonts w:ascii="Comic Sans MS" w:eastAsia="Comic Sans MS" w:hAnsi="Comic Sans MS" w:cs="Comic Sans MS"/>
          <w:color w:val="000000"/>
          <w:sz w:val="20"/>
        </w:rPr>
        <w:t xml:space="preserve">bir kırmızı nesne </w:t>
      </w:r>
      <w:r w:rsidR="00322E59">
        <w:rPr>
          <w:rFonts w:ascii="Comic Sans MS" w:eastAsia="Comic Sans MS" w:hAnsi="Comic Sans MS" w:cs="Comic Sans MS"/>
          <w:color w:val="000000"/>
          <w:sz w:val="20"/>
        </w:rPr>
        <w:t>göndermeleri istenir.</w:t>
      </w:r>
    </w:p>
    <w:p w14:paraId="65C60D15" w14:textId="43DBB857" w:rsidR="00371D5F" w:rsidRDefault="00B220AB">
      <w:pPr>
        <w:spacing w:after="0" w:line="276" w:lineRule="auto"/>
        <w:rPr>
          <w:rFonts w:ascii="Comic Sans MS" w:eastAsia="Comic Sans MS" w:hAnsi="Comic Sans MS" w:cs="Comic Sans MS"/>
          <w:color w:val="000000"/>
          <w:sz w:val="20"/>
        </w:rPr>
      </w:pPr>
      <w:r>
        <w:rPr>
          <w:rFonts w:ascii="Comic Sans MS" w:eastAsia="Comic Sans MS" w:hAnsi="Comic Sans MS" w:cs="Comic Sans MS"/>
          <w:b/>
          <w:color w:val="2E74B5"/>
          <w:sz w:val="20"/>
        </w:rPr>
        <w:t>Toplum Katılımı:</w:t>
      </w:r>
      <w:r>
        <w:rPr>
          <w:rFonts w:ascii="Comic Sans MS" w:eastAsia="Comic Sans MS" w:hAnsi="Comic Sans MS" w:cs="Comic Sans MS"/>
          <w:color w:val="000000"/>
          <w:sz w:val="20"/>
        </w:rPr>
        <w:t xml:space="preserve"> </w:t>
      </w:r>
    </w:p>
    <w:p w14:paraId="5F3BBCA4" w14:textId="11C0D405" w:rsidR="00322E59" w:rsidRDefault="00322E59">
      <w:pPr>
        <w:spacing w:after="0" w:line="276" w:lineRule="auto"/>
        <w:rPr>
          <w:rFonts w:ascii="Comic Sans MS" w:eastAsia="Comic Sans MS" w:hAnsi="Comic Sans MS" w:cs="Comic Sans MS"/>
          <w:color w:val="000000"/>
          <w:sz w:val="20"/>
        </w:rPr>
      </w:pPr>
    </w:p>
    <w:p w14:paraId="2D9281A2" w14:textId="77777777" w:rsidR="00322E59" w:rsidRDefault="00322E59">
      <w:pPr>
        <w:spacing w:after="0" w:line="276" w:lineRule="auto"/>
      </w:pPr>
    </w:p>
    <w:p w14:paraId="79F0DDA1" w14:textId="77777777" w:rsidR="00371D5F" w:rsidRDefault="00B220AB">
      <w:pPr>
        <w:keepNext/>
        <w:spacing w:after="0" w:line="276" w:lineRule="auto"/>
        <w:rPr>
          <w:rFonts w:ascii="Comic Sans MS" w:hAnsi="Comic Sans MS" w:cs="Comic Sans MS"/>
          <w:b/>
          <w:color w:val="ED7D31"/>
          <w:sz w:val="20"/>
          <w:szCs w:val="20"/>
        </w:rPr>
      </w:pPr>
      <w:r>
        <w:rPr>
          <w:rFonts w:ascii="Comic Sans MS" w:eastAsia="Comic Sans MS" w:hAnsi="Comic Sans MS" w:cs="Comic Sans MS"/>
          <w:b/>
          <w:color w:val="ED7D31"/>
          <w:sz w:val="20"/>
        </w:rPr>
        <w:t>ALTERNA</w:t>
      </w:r>
      <w:r>
        <w:rPr>
          <w:rFonts w:ascii="Comic Sans MS" w:eastAsia="Comic Sans MS" w:hAnsi="Comic Sans MS" w:cs="Comic Sans MS"/>
          <w:b/>
          <w:color w:val="ED7D31"/>
          <w:sz w:val="20"/>
        </w:rPr>
        <w:t>TİF LİNKLER VE ÖNERİLER</w:t>
      </w:r>
    </w:p>
    <w:p w14:paraId="056C55E8" w14:textId="77777777" w:rsidR="00322E59" w:rsidRPr="00280DD1" w:rsidRDefault="00322E59" w:rsidP="00322E59">
      <w:pPr>
        <w:spacing w:after="0" w:line="276" w:lineRule="auto"/>
        <w:rPr>
          <w:rFonts w:ascii="Comic Sans MS" w:hAnsi="Comic Sans MS"/>
          <w:bCs/>
          <w:color w:val="000000"/>
          <w:sz w:val="20"/>
          <w:szCs w:val="20"/>
        </w:rPr>
      </w:pPr>
      <w:r w:rsidRPr="00280DD1">
        <w:rPr>
          <w:rFonts w:ascii="Comic Sans MS" w:hAnsi="Comic Sans MS"/>
          <w:bCs/>
          <w:color w:val="000000"/>
          <w:sz w:val="20"/>
          <w:szCs w:val="20"/>
        </w:rPr>
        <w:t>Sanat etkinliğinde 1 sayısı yırtma yapıştırma ya da kesme yapıştırma yöntemi ile de yapılabilir.</w:t>
      </w:r>
    </w:p>
    <w:p w14:paraId="28286473" w14:textId="77777777" w:rsidR="00322E59" w:rsidRPr="00280DD1" w:rsidRDefault="00322E59" w:rsidP="00322E59">
      <w:pPr>
        <w:spacing w:line="276" w:lineRule="auto"/>
        <w:rPr>
          <w:rFonts w:ascii="Comic Sans MS" w:hAnsi="Comic Sans MS"/>
          <w:bCs/>
          <w:color w:val="000000"/>
          <w:sz w:val="20"/>
          <w:szCs w:val="20"/>
        </w:rPr>
      </w:pPr>
      <w:hyperlink r:id="rId13" w:history="1">
        <w:r w:rsidRPr="00280DD1">
          <w:rPr>
            <w:rStyle w:val="Kpr"/>
            <w:rFonts w:ascii="Comic Sans MS" w:eastAsia="Comic Sans MS" w:hAnsi="Comic Sans MS" w:cs="Comic Sans MS"/>
            <w:color w:val="0070C0"/>
            <w:sz w:val="20"/>
            <w:szCs w:val="20"/>
          </w:rPr>
          <w:t xml:space="preserve"> </w:t>
        </w:r>
        <w:r w:rsidRPr="00280DD1">
          <w:rPr>
            <w:rStyle w:val="Kpr"/>
            <w:rFonts w:ascii="Comic Sans MS" w:hAnsi="Comic Sans MS"/>
            <w:bCs/>
            <w:color w:val="0070C0"/>
            <w:sz w:val="20"/>
            <w:szCs w:val="20"/>
            <w:shd w:val="clear" w:color="auto" w:fill="FFFFFF"/>
          </w:rPr>
          <w:t>1 Rakamı Flash Kartları ve Slayt Gösterisi</w:t>
        </w:r>
      </w:hyperlink>
    </w:p>
    <w:p w14:paraId="30A247FA" w14:textId="77777777" w:rsidR="00322E59" w:rsidRDefault="00322E59" w:rsidP="00322E59">
      <w:pPr>
        <w:spacing w:line="276" w:lineRule="auto"/>
        <w:rPr>
          <w:rStyle w:val="Kpr"/>
          <w:rFonts w:ascii="Comic Sans MS" w:eastAsia="Comic Sans MS" w:hAnsi="Comic Sans MS" w:cs="Comic Sans MS"/>
          <w:sz w:val="20"/>
          <w:szCs w:val="20"/>
        </w:rPr>
      </w:pPr>
      <w:hyperlink r:id="rId14" w:history="1">
        <w:r w:rsidRPr="00280DD1">
          <w:rPr>
            <w:rStyle w:val="Kpr"/>
            <w:rFonts w:ascii="Comic Sans MS" w:eastAsia="Comic Sans MS" w:hAnsi="Comic Sans MS" w:cs="Comic Sans MS"/>
            <w:color w:val="0070C0"/>
            <w:sz w:val="20"/>
            <w:szCs w:val="20"/>
          </w:rPr>
          <w:t>1 Rakamı Şarkıs</w:t>
        </w:r>
        <w:r w:rsidRPr="00280DD1">
          <w:rPr>
            <w:rStyle w:val="Kpr"/>
            <w:rFonts w:ascii="Comic Sans MS" w:eastAsia="Comic Sans MS" w:hAnsi="Comic Sans MS" w:cs="Comic Sans MS"/>
            <w:sz w:val="20"/>
            <w:szCs w:val="20"/>
          </w:rPr>
          <w:t>ı</w:t>
        </w:r>
      </w:hyperlink>
    </w:p>
    <w:bookmarkStart w:id="2" w:name="_Hlk206972584"/>
    <w:p w14:paraId="5CAFFE23" w14:textId="77777777" w:rsidR="00322E59" w:rsidRDefault="00322E59" w:rsidP="00322E59">
      <w:pPr>
        <w:spacing w:line="276" w:lineRule="auto"/>
        <w:rPr>
          <w:rStyle w:val="Kpr"/>
          <w:rFonts w:ascii="Comic Sans MS" w:eastAsia="Comic Sans MS" w:hAnsi="Comic Sans MS" w:cs="Comic Sans MS"/>
          <w:sz w:val="20"/>
          <w:szCs w:val="20"/>
        </w:rPr>
      </w:pPr>
      <w:r>
        <w:rPr>
          <w:rStyle w:val="Kpr"/>
          <w:rFonts w:ascii="Comic Sans MS" w:eastAsia="Comic Sans MS" w:hAnsi="Comic Sans MS" w:cs="Comic Sans MS"/>
          <w:sz w:val="20"/>
          <w:szCs w:val="20"/>
        </w:rPr>
        <w:fldChar w:fldCharType="begin"/>
      </w:r>
      <w:r>
        <w:rPr>
          <w:rStyle w:val="Kpr"/>
          <w:rFonts w:ascii="Comic Sans MS" w:eastAsia="Comic Sans MS" w:hAnsi="Comic Sans MS" w:cs="Comic Sans MS"/>
          <w:sz w:val="20"/>
          <w:szCs w:val="20"/>
        </w:rPr>
        <w:instrText xml:space="preserve"> HYPERLINK "https://www.anneninokulu.com/1-rakami-kuklasi-ve-etkinlikleri/" </w:instrText>
      </w:r>
      <w:r>
        <w:rPr>
          <w:rStyle w:val="Kpr"/>
          <w:rFonts w:ascii="Comic Sans MS" w:eastAsia="Comic Sans MS" w:hAnsi="Comic Sans MS" w:cs="Comic Sans MS"/>
          <w:sz w:val="20"/>
          <w:szCs w:val="20"/>
        </w:rPr>
      </w:r>
      <w:r>
        <w:rPr>
          <w:rStyle w:val="Kpr"/>
          <w:rFonts w:ascii="Comic Sans MS" w:eastAsia="Comic Sans MS" w:hAnsi="Comic Sans MS" w:cs="Comic Sans MS"/>
          <w:sz w:val="20"/>
          <w:szCs w:val="20"/>
        </w:rPr>
        <w:fldChar w:fldCharType="separate"/>
      </w:r>
      <w:r w:rsidRPr="004B6502">
        <w:rPr>
          <w:rStyle w:val="Kpr"/>
          <w:rFonts w:ascii="Comic Sans MS" w:eastAsia="Comic Sans MS" w:hAnsi="Comic Sans MS" w:cs="Comic Sans MS"/>
          <w:sz w:val="20"/>
          <w:szCs w:val="20"/>
        </w:rPr>
        <w:t>1 Rakamı Kuklası ve Etkinlikleri (Emine Öğretmen Etkinlikleri)</w:t>
      </w:r>
      <w:r>
        <w:rPr>
          <w:rStyle w:val="Kpr"/>
          <w:rFonts w:ascii="Comic Sans MS" w:eastAsia="Comic Sans MS" w:hAnsi="Comic Sans MS" w:cs="Comic Sans MS"/>
          <w:sz w:val="20"/>
          <w:szCs w:val="20"/>
        </w:rPr>
        <w:fldChar w:fldCharType="end"/>
      </w:r>
    </w:p>
    <w:p w14:paraId="66B56705" w14:textId="77777777" w:rsidR="00322E59" w:rsidRPr="00280DD1" w:rsidRDefault="00322E59" w:rsidP="00322E59">
      <w:pPr>
        <w:spacing w:line="276" w:lineRule="auto"/>
        <w:rPr>
          <w:rStyle w:val="Kpr"/>
          <w:rFonts w:ascii="Comic Sans MS" w:eastAsia="Comic Sans MS" w:hAnsi="Comic Sans MS" w:cs="Comic Sans MS"/>
          <w:sz w:val="20"/>
          <w:szCs w:val="20"/>
        </w:rPr>
      </w:pPr>
      <w:hyperlink r:id="rId15" w:history="1">
        <w:r w:rsidRPr="00B856E3">
          <w:rPr>
            <w:rStyle w:val="Kpr"/>
            <w:rFonts w:ascii="Comic Sans MS" w:eastAsia="Comic Sans MS" w:hAnsi="Comic Sans MS" w:cs="Comic Sans MS"/>
            <w:sz w:val="20"/>
            <w:szCs w:val="20"/>
          </w:rPr>
          <w:t>1 Rakamı Kuklası Su Aygırı</w:t>
        </w:r>
      </w:hyperlink>
      <w:r>
        <w:rPr>
          <w:rStyle w:val="Kpr"/>
          <w:rFonts w:ascii="Comic Sans MS" w:eastAsia="Comic Sans MS" w:hAnsi="Comic Sans MS" w:cs="Comic Sans MS"/>
          <w:sz w:val="20"/>
          <w:szCs w:val="20"/>
        </w:rPr>
        <w:t xml:space="preserve"> </w:t>
      </w:r>
      <w:r w:rsidRPr="00B856E3">
        <w:rPr>
          <w:rStyle w:val="Kpr"/>
          <w:rFonts w:ascii="Comic Sans MS" w:eastAsia="Comic Sans MS" w:hAnsi="Comic Sans MS" w:cs="Comic Sans MS"/>
          <w:sz w:val="20"/>
          <w:szCs w:val="20"/>
        </w:rPr>
        <w:t>(Emine Öğretmen Etkinlikleri)</w:t>
      </w:r>
      <w:r>
        <w:rPr>
          <w:rStyle w:val="Kpr"/>
          <w:rFonts w:ascii="Comic Sans MS" w:eastAsia="Comic Sans MS" w:hAnsi="Comic Sans MS" w:cs="Comic Sans MS"/>
          <w:sz w:val="20"/>
          <w:szCs w:val="20"/>
        </w:rPr>
        <w:t xml:space="preserve"> </w:t>
      </w:r>
    </w:p>
    <w:p w14:paraId="583E10A5" w14:textId="77777777" w:rsidR="00322E59" w:rsidRPr="00280DD1" w:rsidRDefault="00322E59" w:rsidP="00322E59">
      <w:pPr>
        <w:spacing w:line="276" w:lineRule="auto"/>
        <w:rPr>
          <w:rFonts w:ascii="Comic Sans MS" w:hAnsi="Comic Sans MS"/>
          <w:sz w:val="20"/>
          <w:szCs w:val="20"/>
        </w:rPr>
      </w:pPr>
      <w:bookmarkStart w:id="3" w:name="_Hlk206972600"/>
      <w:bookmarkEnd w:id="2"/>
      <w:r w:rsidRPr="00280DD1">
        <w:rPr>
          <w:rFonts w:ascii="Comic Sans MS" w:hAnsi="Comic Sans MS"/>
          <w:sz w:val="20"/>
          <w:szCs w:val="20"/>
        </w:rPr>
        <w:t xml:space="preserve">1 sayısı için farklı dokulardan (keçe, zımpara, ponpon, ip, düğme) hazırlanmış </w:t>
      </w:r>
      <w:r w:rsidRPr="00280DD1">
        <w:rPr>
          <w:rStyle w:val="Gl"/>
          <w:rFonts w:ascii="Comic Sans MS" w:hAnsi="Comic Sans MS"/>
          <w:sz w:val="20"/>
          <w:szCs w:val="20"/>
        </w:rPr>
        <w:t>“Hissetme Kartları”</w:t>
      </w:r>
      <w:r w:rsidRPr="00280DD1">
        <w:rPr>
          <w:rFonts w:ascii="Comic Sans MS" w:hAnsi="Comic Sans MS"/>
          <w:sz w:val="20"/>
          <w:szCs w:val="20"/>
        </w:rPr>
        <w:t xml:space="preserve"> ekleyebilirsiniz. Çocuklar parmaklarıyla üzerinden geçerek yazım yönünü öğrenir.</w:t>
      </w:r>
    </w:p>
    <w:bookmarkEnd w:id="3"/>
    <w:p w14:paraId="60115E02" w14:textId="65EA1583" w:rsidR="00322E59" w:rsidRDefault="00322E59" w:rsidP="00322E59">
      <w:pPr>
        <w:spacing w:line="276" w:lineRule="auto"/>
        <w:rPr>
          <w:rStyle w:val="Kpr"/>
          <w:rFonts w:ascii="Comic Sans MS" w:eastAsia="Comic Sans MS" w:hAnsi="Comic Sans MS" w:cs="Comic Sans MS"/>
          <w:sz w:val="20"/>
          <w:szCs w:val="20"/>
        </w:rPr>
      </w:pPr>
      <w:r>
        <w:rPr>
          <w:rStyle w:val="Kpr"/>
          <w:rFonts w:ascii="Comic Sans MS" w:eastAsia="Comic Sans MS" w:hAnsi="Comic Sans MS" w:cs="Comic Sans MS"/>
          <w:sz w:val="20"/>
          <w:szCs w:val="20"/>
        </w:rPr>
        <w:fldChar w:fldCharType="begin"/>
      </w:r>
      <w:r>
        <w:rPr>
          <w:rStyle w:val="Kpr"/>
          <w:rFonts w:ascii="Comic Sans MS" w:eastAsia="Comic Sans MS" w:hAnsi="Comic Sans MS" w:cs="Comic Sans MS"/>
          <w:sz w:val="20"/>
          <w:szCs w:val="20"/>
        </w:rPr>
        <w:instrText xml:space="preserve"> HYPERLINK "https://www.anneninokulu.com/1-zurafa-zuzu-tek-basina-sarkisi/" </w:instrText>
      </w:r>
      <w:r>
        <w:rPr>
          <w:rStyle w:val="Kpr"/>
          <w:rFonts w:ascii="Comic Sans MS" w:eastAsia="Comic Sans MS" w:hAnsi="Comic Sans MS" w:cs="Comic Sans MS"/>
          <w:sz w:val="20"/>
          <w:szCs w:val="20"/>
        </w:rPr>
      </w:r>
      <w:r>
        <w:rPr>
          <w:rStyle w:val="Kpr"/>
          <w:rFonts w:ascii="Comic Sans MS" w:eastAsia="Comic Sans MS" w:hAnsi="Comic Sans MS" w:cs="Comic Sans MS"/>
          <w:sz w:val="20"/>
          <w:szCs w:val="20"/>
        </w:rPr>
        <w:fldChar w:fldCharType="separate"/>
      </w:r>
      <w:r w:rsidRPr="005C22E9">
        <w:rPr>
          <w:rStyle w:val="Kpr"/>
          <w:rFonts w:ascii="Comic Sans MS" w:eastAsia="Comic Sans MS" w:hAnsi="Comic Sans MS" w:cs="Comic Sans MS"/>
          <w:sz w:val="20"/>
          <w:szCs w:val="20"/>
        </w:rPr>
        <w:t xml:space="preserve">1 Zürafa </w:t>
      </w:r>
      <w:proofErr w:type="spellStart"/>
      <w:r w:rsidRPr="005C22E9">
        <w:rPr>
          <w:rStyle w:val="Kpr"/>
          <w:rFonts w:ascii="Comic Sans MS" w:eastAsia="Comic Sans MS" w:hAnsi="Comic Sans MS" w:cs="Comic Sans MS"/>
          <w:sz w:val="20"/>
          <w:szCs w:val="20"/>
        </w:rPr>
        <w:t>Zuzu</w:t>
      </w:r>
      <w:proofErr w:type="spellEnd"/>
      <w:r w:rsidRPr="005C22E9">
        <w:rPr>
          <w:rStyle w:val="Kpr"/>
          <w:rFonts w:ascii="Comic Sans MS" w:eastAsia="Comic Sans MS" w:hAnsi="Comic Sans MS" w:cs="Comic Sans MS"/>
          <w:sz w:val="20"/>
          <w:szCs w:val="20"/>
        </w:rPr>
        <w:t xml:space="preserve"> Tek </w:t>
      </w:r>
      <w:proofErr w:type="gramStart"/>
      <w:r w:rsidRPr="005C22E9">
        <w:rPr>
          <w:rStyle w:val="Kpr"/>
          <w:rFonts w:ascii="Comic Sans MS" w:eastAsia="Comic Sans MS" w:hAnsi="Comic Sans MS" w:cs="Comic Sans MS"/>
          <w:sz w:val="20"/>
          <w:szCs w:val="20"/>
        </w:rPr>
        <w:t>Başına  Şarkısı</w:t>
      </w:r>
      <w:proofErr w:type="gramEnd"/>
      <w:r>
        <w:rPr>
          <w:rStyle w:val="Kpr"/>
          <w:rFonts w:ascii="Comic Sans MS" w:eastAsia="Comic Sans MS" w:hAnsi="Comic Sans MS" w:cs="Comic Sans MS"/>
          <w:sz w:val="20"/>
          <w:szCs w:val="20"/>
        </w:rPr>
        <w:fldChar w:fldCharType="end"/>
      </w:r>
    </w:p>
    <w:p w14:paraId="60483AA0" w14:textId="4DFDE584" w:rsidR="00322E59" w:rsidRDefault="00322E59" w:rsidP="00322E59">
      <w:pPr>
        <w:spacing w:line="276" w:lineRule="auto"/>
        <w:rPr>
          <w:rStyle w:val="Kpr"/>
          <w:rFonts w:ascii="Comic Sans MS" w:eastAsia="Comic Sans MS" w:hAnsi="Comic Sans MS" w:cs="Comic Sans MS"/>
          <w:sz w:val="20"/>
          <w:szCs w:val="20"/>
        </w:rPr>
      </w:pPr>
    </w:p>
    <w:p w14:paraId="205AC72E" w14:textId="5597FB76" w:rsidR="00322E59" w:rsidRDefault="00322E59" w:rsidP="00322E59">
      <w:pPr>
        <w:spacing w:line="276" w:lineRule="auto"/>
        <w:rPr>
          <w:rStyle w:val="Kpr"/>
          <w:rFonts w:ascii="Comic Sans MS" w:eastAsia="Comic Sans MS" w:hAnsi="Comic Sans MS" w:cs="Comic Sans MS"/>
          <w:sz w:val="20"/>
          <w:szCs w:val="20"/>
        </w:rPr>
      </w:pPr>
    </w:p>
    <w:p w14:paraId="4296D035" w14:textId="2EBE6223" w:rsidR="00322E59" w:rsidRDefault="00322E59" w:rsidP="00322E59">
      <w:pPr>
        <w:spacing w:line="276" w:lineRule="auto"/>
        <w:rPr>
          <w:rStyle w:val="Kpr"/>
          <w:rFonts w:ascii="Comic Sans MS" w:eastAsia="Comic Sans MS" w:hAnsi="Comic Sans MS" w:cs="Comic Sans MS"/>
          <w:sz w:val="20"/>
          <w:szCs w:val="20"/>
        </w:rPr>
      </w:pPr>
    </w:p>
    <w:p w14:paraId="61DD3621" w14:textId="5FB44D4E" w:rsidR="00322E59" w:rsidRPr="00280DD1" w:rsidRDefault="00322E59" w:rsidP="00322E59">
      <w:pPr>
        <w:spacing w:after="0" w:line="240" w:lineRule="auto"/>
        <w:ind w:right="-284"/>
        <w:rPr>
          <w:rFonts w:ascii="Comic Sans MS" w:hAnsi="Comic Sans MS"/>
          <w:b/>
          <w:color w:val="ED7D31"/>
          <w:sz w:val="20"/>
          <w:szCs w:val="20"/>
        </w:rPr>
      </w:pPr>
      <w:bookmarkStart w:id="4" w:name="_Hlk206712697"/>
      <w:r w:rsidRPr="00280DD1">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280DD1">
        <w:rPr>
          <w:rFonts w:ascii="Comic Sans MS" w:hAnsi="Comic Sans MS"/>
          <w:sz w:val="20"/>
          <w:szCs w:val="20"/>
        </w:rPr>
        <w:t xml:space="preserve"> </w:t>
      </w:r>
      <w:r w:rsidRPr="00280DD1">
        <w:rPr>
          <w:rFonts w:ascii="Comic Sans MS" w:hAnsi="Comic Sans MS"/>
          <w:noProof/>
          <w:sz w:val="20"/>
          <w:szCs w:val="20"/>
        </w:rPr>
        <w:drawing>
          <wp:inline distT="0" distB="0" distL="0" distR="0" wp14:anchorId="7F4DAC70" wp14:editId="5D494A4D">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bookmarkEnd w:id="4"/>
    <w:p w14:paraId="58C7AD3C" w14:textId="77777777" w:rsidR="00322E59" w:rsidRPr="00280DD1" w:rsidRDefault="00322E59" w:rsidP="00322E59">
      <w:pPr>
        <w:spacing w:line="276" w:lineRule="auto"/>
        <w:rPr>
          <w:rStyle w:val="Kpr"/>
          <w:rFonts w:ascii="Comic Sans MS" w:eastAsia="Comic Sans MS" w:hAnsi="Comic Sans MS" w:cs="Comic Sans MS"/>
          <w:sz w:val="20"/>
          <w:szCs w:val="20"/>
        </w:rPr>
      </w:pPr>
    </w:p>
    <w:p w14:paraId="6DFB2502" w14:textId="5BF5F2B1" w:rsidR="00371D5F" w:rsidRDefault="00371D5F" w:rsidP="00322E59">
      <w:pPr>
        <w:spacing w:after="0" w:line="276" w:lineRule="auto"/>
      </w:pPr>
    </w:p>
    <w:sectPr w:rsidR="00371D5F" w:rsidSect="00034616">
      <w:headerReference w:type="default" r:id="rId17"/>
      <w:footerReference w:type="default" r:id="rId18"/>
      <w:pgSz w:w="11906" w:h="16838"/>
      <w:pgMar w:top="426" w:right="424" w:bottom="28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C20DD" w14:textId="77777777" w:rsidR="00B220AB" w:rsidRDefault="00B220AB">
      <w:pPr>
        <w:spacing w:after="0" w:line="240" w:lineRule="auto"/>
      </w:pPr>
      <w:r>
        <w:separator/>
      </w:r>
    </w:p>
  </w:endnote>
  <w:endnote w:type="continuationSeparator" w:id="0">
    <w:p w14:paraId="0172240B" w14:textId="77777777" w:rsidR="00B220AB" w:rsidRDefault="00B22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EF163" w14:textId="77777777" w:rsidR="00371D5F" w:rsidRDefault="00371D5F">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90A77" w14:textId="77777777" w:rsidR="00B220AB" w:rsidRDefault="00B220AB">
      <w:pPr>
        <w:spacing w:after="0" w:line="240" w:lineRule="auto"/>
      </w:pPr>
      <w:r>
        <w:separator/>
      </w:r>
    </w:p>
  </w:footnote>
  <w:footnote w:type="continuationSeparator" w:id="0">
    <w:p w14:paraId="2355D685" w14:textId="77777777" w:rsidR="00B220AB" w:rsidRDefault="00B22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0614B" w14:textId="77777777" w:rsidR="00371D5F" w:rsidRDefault="00371D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2E59"/>
    <w:rsid w:val="00326F90"/>
    <w:rsid w:val="003664BE"/>
    <w:rsid w:val="00371D5F"/>
    <w:rsid w:val="00AA1D8D"/>
    <w:rsid w:val="00B220A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484E6"/>
  <w14:defaultImageDpi w14:val="300"/>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Balk3">
    <w:name w:val="heading 3"/>
    <w:basedOn w:val="Normal"/>
    <w:next w:val="Normal"/>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customStyle="1" w:styleId="Balk2Char">
    <w:name w:val="Başlık 2 Char"/>
    <w:qFormat/>
    <w:rPr>
      <w:rFonts w:ascii="Calibri Light" w:eastAsia="Times New Roman" w:hAnsi="Calibri Light" w:cs="Calibri Light"/>
      <w:color w:val="2F5496"/>
      <w:sz w:val="26"/>
      <w:szCs w:val="26"/>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zumba-kids-sabah-sporu/" TargetMode="External"/><Relationship Id="rId13" Type="http://schemas.openxmlformats.org/officeDocument/2006/relationships/hyperlink" Target="https://www.anneninokulu.com/1-rakami-flash-kartlari-ve-slayt-gosterisi/"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neninokulu.com/1-rakami-oyun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kuzu-zumi-masali/" TargetMode="External"/><Relationship Id="rId5" Type="http://schemas.openxmlformats.org/officeDocument/2006/relationships/webSettings" Target="webSettings.xml"/><Relationship Id="rId15" Type="http://schemas.openxmlformats.org/officeDocument/2006/relationships/hyperlink" Target="https://www.youtube.com/shorts/RdMpfn3YyxI" TargetMode="External"/><Relationship Id="rId10" Type="http://schemas.openxmlformats.org/officeDocument/2006/relationships/hyperlink" Target="https://www.anneninokulu.com/1-rakami-flash-kartlari-ve-slayt-gosteri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nneninokulu.com/harika-bir-toplanma-muzigi/" TargetMode="External"/><Relationship Id="rId14" Type="http://schemas.openxmlformats.org/officeDocument/2006/relationships/hyperlink" Target="https://www.anneninokulu.com/1-rakami-sark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1361</Words>
  <Characters>7764</Characters>
  <Application>Microsoft Office Word</Application>
  <DocSecurity>0</DocSecurity>
  <Lines>64</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2</cp:revision>
  <cp:lastPrinted>2026-09-20T22:59:00Z</cp:lastPrinted>
  <dcterms:created xsi:type="dcterms:W3CDTF">2026-09-20T22:59:00Z</dcterms:created>
  <dcterms:modified xsi:type="dcterms:W3CDTF">2026-09-20T22:59:00Z</dcterms:modified>
  <cp:category/>
</cp:coreProperties>
</file>